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C0B0D" w14:textId="441B28F6" w:rsidR="009272AC" w:rsidRPr="00FE6E8F" w:rsidRDefault="00B842C8" w:rsidP="00D70A29">
      <w:pPr>
        <w:widowControl w:val="0"/>
        <w:autoSpaceDE w:val="0"/>
        <w:autoSpaceDN w:val="0"/>
        <w:spacing w:after="0" w:line="360" w:lineRule="auto"/>
        <w:ind w:right="107"/>
        <w:jc w:val="center"/>
        <w:rPr>
          <w:rFonts w:eastAsia="Times New Roman" w:cs="Times New Roman"/>
          <w:b/>
          <w:sz w:val="28"/>
          <w:szCs w:val="28"/>
          <w:lang w:val="id"/>
        </w:rPr>
      </w:pPr>
      <w:bookmarkStart w:id="0" w:name="_Hlk200412396"/>
      <w:r w:rsidRPr="00FE6E8F">
        <w:rPr>
          <w:rFonts w:eastAsia="Times New Roman" w:cs="Times New Roman"/>
          <w:b/>
          <w:sz w:val="28"/>
          <w:szCs w:val="28"/>
          <w:lang w:val="id"/>
        </w:rPr>
        <w:t>LAPORAN</w:t>
      </w:r>
      <w:r w:rsidR="00F660D2" w:rsidRPr="00FE6E8F">
        <w:rPr>
          <w:rFonts w:eastAsia="Times New Roman" w:cs="Times New Roman"/>
          <w:b/>
          <w:spacing w:val="-6"/>
          <w:sz w:val="28"/>
          <w:szCs w:val="28"/>
          <w:lang w:val="id"/>
        </w:rPr>
        <w:t xml:space="preserve"> </w:t>
      </w:r>
      <w:r w:rsidRPr="00FE6E8F">
        <w:rPr>
          <w:rFonts w:eastAsia="Times New Roman" w:cs="Times New Roman"/>
          <w:b/>
          <w:sz w:val="28"/>
          <w:szCs w:val="28"/>
          <w:lang w:val="id"/>
        </w:rPr>
        <w:t>KERJA</w:t>
      </w:r>
      <w:r w:rsidR="00F660D2" w:rsidRPr="00FE6E8F">
        <w:rPr>
          <w:rFonts w:eastAsia="Times New Roman" w:cs="Times New Roman"/>
          <w:b/>
          <w:spacing w:val="-6"/>
          <w:sz w:val="28"/>
          <w:szCs w:val="28"/>
          <w:lang w:val="id"/>
        </w:rPr>
        <w:t xml:space="preserve"> </w:t>
      </w:r>
      <w:r w:rsidRPr="00FE6E8F">
        <w:rPr>
          <w:rFonts w:eastAsia="Times New Roman" w:cs="Times New Roman"/>
          <w:b/>
          <w:spacing w:val="-2"/>
          <w:sz w:val="28"/>
          <w:szCs w:val="28"/>
          <w:lang w:val="id"/>
        </w:rPr>
        <w:t>PRAKTEK</w:t>
      </w:r>
    </w:p>
    <w:p w14:paraId="7F918CF7" w14:textId="54AF8CD9" w:rsidR="009272AC" w:rsidRPr="00FE6E8F" w:rsidRDefault="00B842C8" w:rsidP="00D70A29">
      <w:pPr>
        <w:widowControl w:val="0"/>
        <w:autoSpaceDE w:val="0"/>
        <w:autoSpaceDN w:val="0"/>
        <w:spacing w:after="0" w:line="360" w:lineRule="auto"/>
        <w:ind w:right="107"/>
        <w:jc w:val="center"/>
        <w:rPr>
          <w:rFonts w:eastAsia="Times New Roman" w:cs="Times New Roman"/>
          <w:b/>
          <w:sz w:val="28"/>
          <w:szCs w:val="28"/>
          <w:lang w:val="id"/>
        </w:rPr>
      </w:pPr>
      <w:bookmarkStart w:id="1" w:name="_Hlk204803962"/>
      <w:r w:rsidRPr="00FE6E8F">
        <w:rPr>
          <w:rFonts w:eastAsia="Times New Roman" w:cs="Times New Roman"/>
          <w:b/>
          <w:sz w:val="28"/>
          <w:szCs w:val="28"/>
          <w:lang w:val="id"/>
        </w:rPr>
        <w:t>SISTEM</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INFORMASI</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KATALOG</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BUKU</w:t>
      </w:r>
    </w:p>
    <w:p w14:paraId="6BA9FB35" w14:textId="6156EACA" w:rsidR="00B842C8" w:rsidRPr="00FE6E8F" w:rsidRDefault="00B842C8" w:rsidP="00D70A29">
      <w:pPr>
        <w:widowControl w:val="0"/>
        <w:autoSpaceDE w:val="0"/>
        <w:autoSpaceDN w:val="0"/>
        <w:spacing w:after="0" w:line="360" w:lineRule="auto"/>
        <w:ind w:right="107"/>
        <w:jc w:val="center"/>
        <w:rPr>
          <w:rFonts w:eastAsia="Times New Roman" w:cs="Times New Roman"/>
          <w:b/>
          <w:sz w:val="28"/>
          <w:szCs w:val="28"/>
          <w:lang w:val="id"/>
        </w:rPr>
      </w:pPr>
      <w:r w:rsidRPr="00FE6E8F">
        <w:rPr>
          <w:rFonts w:eastAsia="Times New Roman" w:cs="Times New Roman"/>
          <w:b/>
          <w:sz w:val="28"/>
          <w:szCs w:val="28"/>
          <w:lang w:val="id"/>
        </w:rPr>
        <w:t>BERBASIS</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WEB</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DI</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TAMAN</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BACA</w:t>
      </w:r>
      <w:r w:rsidR="00D6290B" w:rsidRPr="00FE6E8F">
        <w:rPr>
          <w:rFonts w:eastAsia="Times New Roman" w:cs="Times New Roman"/>
          <w:b/>
          <w:sz w:val="28"/>
          <w:szCs w:val="28"/>
          <w:lang w:val="id"/>
        </w:rPr>
        <w:t>AN</w:t>
      </w:r>
      <w:r w:rsidR="00F660D2" w:rsidRPr="00FE6E8F">
        <w:rPr>
          <w:rFonts w:eastAsia="Times New Roman" w:cs="Times New Roman"/>
          <w:b/>
          <w:sz w:val="28"/>
          <w:szCs w:val="28"/>
          <w:lang w:val="id"/>
        </w:rPr>
        <w:t xml:space="preserve"> </w:t>
      </w:r>
      <w:r w:rsidRPr="00FE6E8F">
        <w:rPr>
          <w:rFonts w:eastAsia="Times New Roman" w:cs="Times New Roman"/>
          <w:b/>
          <w:sz w:val="28"/>
          <w:szCs w:val="28"/>
          <w:lang w:val="id"/>
        </w:rPr>
        <w:t>AL-AZHARI</w:t>
      </w:r>
    </w:p>
    <w:bookmarkEnd w:id="1"/>
    <w:p w14:paraId="7317022F" w14:textId="3A19ACA4" w:rsidR="00B842C8" w:rsidRPr="00FD6DAD" w:rsidRDefault="00B842C8" w:rsidP="00D70A29">
      <w:pPr>
        <w:widowControl w:val="0"/>
        <w:autoSpaceDE w:val="0"/>
        <w:autoSpaceDN w:val="0"/>
        <w:spacing w:after="0" w:line="360" w:lineRule="auto"/>
        <w:rPr>
          <w:rFonts w:eastAsia="Times New Roman" w:cs="Times New Roman"/>
          <w:b/>
          <w:szCs w:val="32"/>
          <w:lang w:val="id"/>
        </w:rPr>
      </w:pPr>
    </w:p>
    <w:p w14:paraId="54BBAE7F" w14:textId="6CB2AC1F" w:rsidR="00B842C8" w:rsidRDefault="00B842C8" w:rsidP="00D70A29">
      <w:pPr>
        <w:widowControl w:val="0"/>
        <w:autoSpaceDE w:val="0"/>
        <w:autoSpaceDN w:val="0"/>
        <w:spacing w:after="0" w:line="360" w:lineRule="auto"/>
        <w:rPr>
          <w:rFonts w:eastAsia="Times New Roman" w:cs="Times New Roman"/>
          <w:b/>
          <w:sz w:val="32"/>
          <w:szCs w:val="32"/>
          <w:lang w:val="id"/>
        </w:rPr>
      </w:pPr>
    </w:p>
    <w:p w14:paraId="3005AAC4" w14:textId="3B4646B6" w:rsidR="00FE6E8F" w:rsidRDefault="00FE6E8F" w:rsidP="00D70A29">
      <w:pPr>
        <w:widowControl w:val="0"/>
        <w:autoSpaceDE w:val="0"/>
        <w:autoSpaceDN w:val="0"/>
        <w:spacing w:after="0" w:line="360" w:lineRule="auto"/>
        <w:rPr>
          <w:rFonts w:eastAsia="Times New Roman" w:cs="Times New Roman"/>
          <w:b/>
          <w:sz w:val="32"/>
          <w:szCs w:val="32"/>
          <w:lang w:val="id"/>
        </w:rPr>
      </w:pPr>
    </w:p>
    <w:p w14:paraId="0F827EC8" w14:textId="7D2BE853" w:rsidR="00FE6E8F" w:rsidRDefault="00FE6E8F" w:rsidP="00D70A29">
      <w:pPr>
        <w:widowControl w:val="0"/>
        <w:autoSpaceDE w:val="0"/>
        <w:autoSpaceDN w:val="0"/>
        <w:spacing w:after="0" w:line="360" w:lineRule="auto"/>
        <w:rPr>
          <w:rFonts w:eastAsia="Times New Roman" w:cs="Times New Roman"/>
          <w:b/>
          <w:sz w:val="32"/>
          <w:szCs w:val="32"/>
          <w:lang w:val="id"/>
        </w:rPr>
      </w:pPr>
      <w:r w:rsidRPr="00FE6E8F">
        <w:rPr>
          <w:rFonts w:eastAsia="Times New Roman" w:cs="Times New Roman"/>
          <w:b/>
          <w:noProof/>
          <w:sz w:val="32"/>
          <w:szCs w:val="32"/>
          <w:lang w:val="id"/>
        </w:rPr>
        <w:drawing>
          <wp:anchor distT="0" distB="0" distL="0" distR="0" simplePos="0" relativeHeight="251617792" behindDoc="0" locked="0" layoutInCell="1" allowOverlap="1" wp14:anchorId="77DEB027" wp14:editId="1CCB8D6A">
            <wp:simplePos x="0" y="0"/>
            <wp:positionH relativeFrom="page">
              <wp:posOffset>2876550</wp:posOffset>
            </wp:positionH>
            <wp:positionV relativeFrom="paragraph">
              <wp:posOffset>262065</wp:posOffset>
            </wp:positionV>
            <wp:extent cx="1799590" cy="17995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99590" cy="1799590"/>
                    </a:xfrm>
                    <a:prstGeom prst="rect">
                      <a:avLst/>
                    </a:prstGeom>
                  </pic:spPr>
                </pic:pic>
              </a:graphicData>
            </a:graphic>
            <wp14:sizeRelH relativeFrom="margin">
              <wp14:pctWidth>0</wp14:pctWidth>
            </wp14:sizeRelH>
            <wp14:sizeRelV relativeFrom="margin">
              <wp14:pctHeight>0</wp14:pctHeight>
            </wp14:sizeRelV>
          </wp:anchor>
        </w:drawing>
      </w:r>
    </w:p>
    <w:p w14:paraId="53DAA7F0" w14:textId="71C712DF" w:rsidR="00FE6E8F" w:rsidRDefault="00FE6E8F" w:rsidP="00D70A29">
      <w:pPr>
        <w:widowControl w:val="0"/>
        <w:autoSpaceDE w:val="0"/>
        <w:autoSpaceDN w:val="0"/>
        <w:spacing w:after="0" w:line="360" w:lineRule="auto"/>
        <w:rPr>
          <w:rFonts w:eastAsia="Times New Roman" w:cs="Times New Roman"/>
          <w:b/>
          <w:sz w:val="32"/>
          <w:szCs w:val="32"/>
          <w:lang w:val="id"/>
        </w:rPr>
      </w:pPr>
    </w:p>
    <w:p w14:paraId="1AD5C70A" w14:textId="062FC7E8" w:rsidR="00FE6E8F" w:rsidRDefault="00FE6E8F" w:rsidP="00D70A29">
      <w:pPr>
        <w:widowControl w:val="0"/>
        <w:autoSpaceDE w:val="0"/>
        <w:autoSpaceDN w:val="0"/>
        <w:spacing w:after="0" w:line="360" w:lineRule="auto"/>
        <w:rPr>
          <w:rFonts w:eastAsia="Times New Roman" w:cs="Times New Roman"/>
          <w:b/>
          <w:sz w:val="32"/>
          <w:szCs w:val="32"/>
          <w:lang w:val="id"/>
        </w:rPr>
      </w:pPr>
    </w:p>
    <w:p w14:paraId="6DFC56E3" w14:textId="731D7E5D" w:rsidR="00FE6E8F" w:rsidRDefault="00FE6E8F" w:rsidP="00D70A29">
      <w:pPr>
        <w:widowControl w:val="0"/>
        <w:autoSpaceDE w:val="0"/>
        <w:autoSpaceDN w:val="0"/>
        <w:spacing w:after="0" w:line="360" w:lineRule="auto"/>
        <w:rPr>
          <w:rFonts w:eastAsia="Times New Roman" w:cs="Times New Roman"/>
          <w:b/>
          <w:sz w:val="32"/>
          <w:szCs w:val="32"/>
          <w:lang w:val="id"/>
        </w:rPr>
      </w:pPr>
    </w:p>
    <w:p w14:paraId="4482021D" w14:textId="77777777" w:rsidR="00FE6E8F" w:rsidRDefault="00FE6E8F" w:rsidP="00D70A29">
      <w:pPr>
        <w:widowControl w:val="0"/>
        <w:autoSpaceDE w:val="0"/>
        <w:autoSpaceDN w:val="0"/>
        <w:spacing w:after="0" w:line="360" w:lineRule="auto"/>
        <w:rPr>
          <w:rFonts w:eastAsia="Times New Roman" w:cs="Times New Roman"/>
          <w:b/>
          <w:sz w:val="32"/>
          <w:szCs w:val="32"/>
          <w:lang w:val="id"/>
        </w:rPr>
      </w:pPr>
    </w:p>
    <w:p w14:paraId="3F4BA7F5" w14:textId="77777777" w:rsidR="00FE6E8F" w:rsidRDefault="00FE6E8F" w:rsidP="00D70A29">
      <w:pPr>
        <w:widowControl w:val="0"/>
        <w:autoSpaceDE w:val="0"/>
        <w:autoSpaceDN w:val="0"/>
        <w:spacing w:after="0" w:line="360" w:lineRule="auto"/>
        <w:rPr>
          <w:rFonts w:eastAsia="Times New Roman" w:cs="Times New Roman"/>
          <w:b/>
          <w:sz w:val="32"/>
          <w:szCs w:val="32"/>
          <w:lang w:val="id"/>
        </w:rPr>
      </w:pPr>
    </w:p>
    <w:p w14:paraId="79FB24C5" w14:textId="77777777" w:rsidR="00FE6E8F" w:rsidRDefault="00FE6E8F" w:rsidP="00D70A29">
      <w:pPr>
        <w:widowControl w:val="0"/>
        <w:autoSpaceDE w:val="0"/>
        <w:autoSpaceDN w:val="0"/>
        <w:spacing w:after="0" w:line="360" w:lineRule="auto"/>
        <w:rPr>
          <w:rFonts w:eastAsia="Times New Roman" w:cs="Times New Roman"/>
          <w:b/>
          <w:sz w:val="32"/>
          <w:szCs w:val="32"/>
          <w:lang w:val="id"/>
        </w:rPr>
      </w:pPr>
    </w:p>
    <w:p w14:paraId="062C4C8A" w14:textId="77777777" w:rsidR="00FE6E8F" w:rsidRDefault="00FE6E8F" w:rsidP="00D70A29">
      <w:pPr>
        <w:widowControl w:val="0"/>
        <w:autoSpaceDE w:val="0"/>
        <w:autoSpaceDN w:val="0"/>
        <w:spacing w:after="0" w:line="360" w:lineRule="auto"/>
        <w:rPr>
          <w:rFonts w:eastAsia="Times New Roman" w:cs="Times New Roman"/>
          <w:b/>
          <w:sz w:val="32"/>
          <w:szCs w:val="32"/>
          <w:lang w:val="id"/>
        </w:rPr>
      </w:pPr>
    </w:p>
    <w:p w14:paraId="519FDC3D" w14:textId="77777777" w:rsidR="00FE6E8F" w:rsidRDefault="00FE6E8F" w:rsidP="00D70A29">
      <w:pPr>
        <w:widowControl w:val="0"/>
        <w:autoSpaceDE w:val="0"/>
        <w:autoSpaceDN w:val="0"/>
        <w:spacing w:after="0" w:line="360" w:lineRule="auto"/>
        <w:rPr>
          <w:rFonts w:eastAsia="Times New Roman" w:cs="Times New Roman"/>
          <w:b/>
          <w:sz w:val="32"/>
          <w:szCs w:val="32"/>
          <w:lang w:val="id"/>
        </w:rPr>
      </w:pPr>
    </w:p>
    <w:p w14:paraId="677A7DC9" w14:textId="77777777" w:rsidR="00FE6E8F" w:rsidRPr="00FD6DAD" w:rsidRDefault="00FE6E8F" w:rsidP="00D70A29">
      <w:pPr>
        <w:widowControl w:val="0"/>
        <w:autoSpaceDE w:val="0"/>
        <w:autoSpaceDN w:val="0"/>
        <w:spacing w:after="0" w:line="360" w:lineRule="auto"/>
        <w:rPr>
          <w:rFonts w:eastAsia="Times New Roman" w:cs="Times New Roman"/>
          <w:b/>
          <w:sz w:val="32"/>
          <w:szCs w:val="32"/>
          <w:lang w:val="id"/>
        </w:rPr>
      </w:pPr>
    </w:p>
    <w:p w14:paraId="1D45FDBB" w14:textId="234F7055" w:rsidR="00B842C8" w:rsidRDefault="00FE6E8F" w:rsidP="00FE6E8F">
      <w:pPr>
        <w:widowControl w:val="0"/>
        <w:autoSpaceDE w:val="0"/>
        <w:autoSpaceDN w:val="0"/>
        <w:spacing w:after="0"/>
        <w:ind w:right="-35"/>
        <w:jc w:val="center"/>
        <w:rPr>
          <w:rFonts w:eastAsia="Times New Roman" w:cs="Times New Roman"/>
          <w:b/>
          <w:spacing w:val="-10"/>
          <w:szCs w:val="24"/>
          <w:lang w:val="id"/>
        </w:rPr>
      </w:pPr>
      <w:r w:rsidRPr="00FE6E8F">
        <w:rPr>
          <w:rFonts w:eastAsia="Times New Roman" w:cs="Times New Roman"/>
          <w:b/>
          <w:szCs w:val="24"/>
          <w:lang w:val="id"/>
        </w:rPr>
        <w:t>Disusun Oleh</w:t>
      </w:r>
      <w:r w:rsidR="00F660D2" w:rsidRPr="00FE6E8F">
        <w:rPr>
          <w:rFonts w:eastAsia="Times New Roman" w:cs="Times New Roman"/>
          <w:b/>
          <w:szCs w:val="24"/>
          <w:lang w:val="id"/>
        </w:rPr>
        <w:t xml:space="preserve"> </w:t>
      </w:r>
      <w:r w:rsidR="00B842C8" w:rsidRPr="00FE6E8F">
        <w:rPr>
          <w:rFonts w:eastAsia="Times New Roman" w:cs="Times New Roman"/>
          <w:b/>
          <w:spacing w:val="-10"/>
          <w:szCs w:val="24"/>
          <w:lang w:val="id"/>
        </w:rPr>
        <w:t>:</w:t>
      </w:r>
    </w:p>
    <w:p w14:paraId="719C2E90" w14:textId="77777777" w:rsidR="00FE6E8F" w:rsidRPr="00FE6E8F" w:rsidRDefault="00FE6E8F" w:rsidP="00FE6E8F">
      <w:pPr>
        <w:widowControl w:val="0"/>
        <w:autoSpaceDE w:val="0"/>
        <w:autoSpaceDN w:val="0"/>
        <w:spacing w:after="0"/>
        <w:ind w:right="-35"/>
        <w:jc w:val="center"/>
        <w:rPr>
          <w:rFonts w:eastAsia="Times New Roman" w:cs="Times New Roman"/>
          <w:b/>
          <w:szCs w:val="24"/>
          <w:lang w:val="id"/>
        </w:rPr>
      </w:pPr>
    </w:p>
    <w:p w14:paraId="5DE41B63" w14:textId="77777777" w:rsidR="00FE6E8F" w:rsidRDefault="00B842C8" w:rsidP="00FE6E8F">
      <w:pPr>
        <w:widowControl w:val="0"/>
        <w:tabs>
          <w:tab w:val="left" w:pos="2160"/>
        </w:tabs>
        <w:autoSpaceDE w:val="0"/>
        <w:autoSpaceDN w:val="0"/>
        <w:spacing w:after="0"/>
        <w:ind w:right="-35"/>
        <w:jc w:val="center"/>
        <w:rPr>
          <w:rFonts w:eastAsia="Times New Roman" w:cs="Times New Roman"/>
          <w:b/>
          <w:spacing w:val="-2"/>
          <w:szCs w:val="24"/>
          <w:lang w:val="id"/>
        </w:rPr>
      </w:pPr>
      <w:r w:rsidRPr="00FE6E8F">
        <w:rPr>
          <w:rFonts w:eastAsia="Times New Roman" w:cs="Times New Roman"/>
          <w:b/>
          <w:spacing w:val="-2"/>
          <w:szCs w:val="24"/>
          <w:lang w:val="id"/>
        </w:rPr>
        <w:t>Mardiatul</w:t>
      </w:r>
      <w:r w:rsidR="00F660D2" w:rsidRPr="00FE6E8F">
        <w:rPr>
          <w:rFonts w:eastAsia="Times New Roman" w:cs="Times New Roman"/>
          <w:b/>
          <w:spacing w:val="-2"/>
          <w:szCs w:val="24"/>
          <w:lang w:val="id"/>
        </w:rPr>
        <w:t xml:space="preserve"> </w:t>
      </w:r>
      <w:r w:rsidRPr="00FE6E8F">
        <w:rPr>
          <w:rFonts w:eastAsia="Times New Roman" w:cs="Times New Roman"/>
          <w:b/>
          <w:spacing w:val="-2"/>
          <w:szCs w:val="24"/>
          <w:lang w:val="id"/>
        </w:rPr>
        <w:t>Hasanah</w:t>
      </w:r>
      <w:r w:rsidR="00F660D2" w:rsidRPr="00FE6E8F">
        <w:rPr>
          <w:rFonts w:eastAsia="Times New Roman" w:cs="Times New Roman"/>
          <w:b/>
          <w:spacing w:val="-2"/>
          <w:szCs w:val="24"/>
          <w:lang w:val="id"/>
        </w:rPr>
        <w:t xml:space="preserve"> </w:t>
      </w:r>
    </w:p>
    <w:p w14:paraId="52C38C5B" w14:textId="569E069A" w:rsidR="00067579" w:rsidRPr="00FE6E8F" w:rsidRDefault="00FE6E8F" w:rsidP="00FE6E8F">
      <w:pPr>
        <w:widowControl w:val="0"/>
        <w:tabs>
          <w:tab w:val="left" w:pos="2160"/>
        </w:tabs>
        <w:autoSpaceDE w:val="0"/>
        <w:autoSpaceDN w:val="0"/>
        <w:spacing w:after="0"/>
        <w:ind w:right="-35"/>
        <w:jc w:val="center"/>
        <w:rPr>
          <w:rFonts w:eastAsia="Times New Roman" w:cs="Times New Roman"/>
          <w:b/>
          <w:sz w:val="32"/>
          <w:szCs w:val="32"/>
          <w:lang w:val="id"/>
        </w:rPr>
      </w:pPr>
      <w:r>
        <w:rPr>
          <w:rFonts w:eastAsia="Times New Roman" w:cs="Times New Roman"/>
          <w:b/>
          <w:spacing w:val="-2"/>
          <w:szCs w:val="24"/>
          <w:lang w:val="id"/>
        </w:rPr>
        <w:t>(</w:t>
      </w:r>
      <w:r w:rsidR="00B842C8" w:rsidRPr="00FE6E8F">
        <w:rPr>
          <w:rFonts w:eastAsia="Times New Roman" w:cs="Times New Roman"/>
          <w:b/>
          <w:spacing w:val="-2"/>
          <w:szCs w:val="24"/>
          <w:lang w:val="id"/>
        </w:rPr>
        <w:t>228160009</w:t>
      </w:r>
      <w:r>
        <w:rPr>
          <w:rFonts w:eastAsia="Times New Roman" w:cs="Times New Roman"/>
          <w:b/>
          <w:spacing w:val="-2"/>
          <w:szCs w:val="24"/>
          <w:lang w:val="id"/>
        </w:rPr>
        <w:t>)</w:t>
      </w:r>
    </w:p>
    <w:p w14:paraId="04CB00BF" w14:textId="77777777" w:rsidR="00FE6E8F" w:rsidRDefault="00FE6E8F" w:rsidP="00D70A29">
      <w:pPr>
        <w:widowControl w:val="0"/>
        <w:tabs>
          <w:tab w:val="left" w:pos="2160"/>
        </w:tabs>
        <w:autoSpaceDE w:val="0"/>
        <w:autoSpaceDN w:val="0"/>
        <w:spacing w:after="0" w:line="360" w:lineRule="auto"/>
        <w:ind w:right="-35"/>
        <w:jc w:val="center"/>
        <w:rPr>
          <w:rFonts w:eastAsia="Times New Roman" w:cs="Times New Roman"/>
          <w:b/>
          <w:spacing w:val="-2"/>
          <w:sz w:val="32"/>
          <w:szCs w:val="32"/>
          <w:lang w:val="id"/>
        </w:rPr>
      </w:pPr>
    </w:p>
    <w:p w14:paraId="79884075" w14:textId="77777777" w:rsidR="00FE6E8F" w:rsidRDefault="00FE6E8F" w:rsidP="00D70A29">
      <w:pPr>
        <w:widowControl w:val="0"/>
        <w:tabs>
          <w:tab w:val="left" w:pos="2160"/>
        </w:tabs>
        <w:autoSpaceDE w:val="0"/>
        <w:autoSpaceDN w:val="0"/>
        <w:spacing w:after="0" w:line="360" w:lineRule="auto"/>
        <w:ind w:right="-35"/>
        <w:jc w:val="center"/>
        <w:rPr>
          <w:rFonts w:eastAsia="Times New Roman" w:cs="Times New Roman"/>
          <w:b/>
          <w:spacing w:val="-2"/>
          <w:sz w:val="32"/>
          <w:szCs w:val="32"/>
          <w:lang w:val="id"/>
        </w:rPr>
      </w:pPr>
    </w:p>
    <w:p w14:paraId="01FE121C" w14:textId="77777777" w:rsidR="00FE6E8F" w:rsidRPr="00FE6E8F" w:rsidRDefault="00FE6E8F" w:rsidP="00D70A29">
      <w:pPr>
        <w:widowControl w:val="0"/>
        <w:tabs>
          <w:tab w:val="left" w:pos="2160"/>
        </w:tabs>
        <w:autoSpaceDE w:val="0"/>
        <w:autoSpaceDN w:val="0"/>
        <w:spacing w:after="0" w:line="360" w:lineRule="auto"/>
        <w:ind w:right="-35"/>
        <w:jc w:val="center"/>
        <w:rPr>
          <w:rFonts w:eastAsia="Times New Roman" w:cs="Times New Roman"/>
          <w:b/>
          <w:spacing w:val="-2"/>
          <w:sz w:val="32"/>
          <w:szCs w:val="32"/>
          <w:lang w:val="id"/>
        </w:rPr>
      </w:pPr>
    </w:p>
    <w:p w14:paraId="25B0979C" w14:textId="7B1DCA47" w:rsidR="00067579" w:rsidRPr="00FE6E8F" w:rsidRDefault="00B842C8" w:rsidP="00D70A29">
      <w:pPr>
        <w:widowControl w:val="0"/>
        <w:tabs>
          <w:tab w:val="left" w:pos="2160"/>
        </w:tabs>
        <w:autoSpaceDE w:val="0"/>
        <w:autoSpaceDN w:val="0"/>
        <w:spacing w:after="0" w:line="360" w:lineRule="auto"/>
        <w:ind w:right="-35"/>
        <w:jc w:val="center"/>
        <w:rPr>
          <w:rFonts w:eastAsia="Times New Roman" w:cs="Times New Roman"/>
          <w:b/>
          <w:sz w:val="32"/>
          <w:szCs w:val="32"/>
          <w:lang w:val="id"/>
        </w:rPr>
      </w:pPr>
      <w:r w:rsidRPr="00FE6E8F">
        <w:rPr>
          <w:rFonts w:eastAsia="Times New Roman" w:cs="Times New Roman"/>
          <w:b/>
          <w:spacing w:val="-2"/>
          <w:sz w:val="32"/>
          <w:szCs w:val="32"/>
          <w:lang w:val="id"/>
        </w:rPr>
        <w:t>TEKNIK</w:t>
      </w:r>
      <w:r w:rsidR="00F660D2" w:rsidRPr="00FE6E8F">
        <w:rPr>
          <w:rFonts w:eastAsia="Times New Roman" w:cs="Times New Roman"/>
          <w:b/>
          <w:spacing w:val="-15"/>
          <w:sz w:val="32"/>
          <w:szCs w:val="32"/>
          <w:lang w:val="id"/>
        </w:rPr>
        <w:t xml:space="preserve"> </w:t>
      </w:r>
      <w:r w:rsidRPr="00FE6E8F">
        <w:rPr>
          <w:rFonts w:eastAsia="Times New Roman" w:cs="Times New Roman"/>
          <w:b/>
          <w:spacing w:val="-2"/>
          <w:sz w:val="32"/>
          <w:szCs w:val="32"/>
          <w:lang w:val="id"/>
        </w:rPr>
        <w:t>INFORMATIKA</w:t>
      </w:r>
    </w:p>
    <w:p w14:paraId="4748BB9C" w14:textId="101CBB30" w:rsidR="00067579" w:rsidRPr="00FE6E8F" w:rsidRDefault="00B842C8" w:rsidP="00D70A29">
      <w:pPr>
        <w:widowControl w:val="0"/>
        <w:tabs>
          <w:tab w:val="left" w:pos="2160"/>
        </w:tabs>
        <w:autoSpaceDE w:val="0"/>
        <w:autoSpaceDN w:val="0"/>
        <w:spacing w:after="0" w:line="360" w:lineRule="auto"/>
        <w:ind w:right="-35"/>
        <w:jc w:val="center"/>
        <w:rPr>
          <w:rFonts w:eastAsia="Times New Roman" w:cs="Times New Roman"/>
          <w:b/>
          <w:sz w:val="32"/>
          <w:szCs w:val="32"/>
          <w:lang w:val="id"/>
        </w:rPr>
      </w:pPr>
      <w:r w:rsidRPr="00FE6E8F">
        <w:rPr>
          <w:rFonts w:eastAsia="Times New Roman" w:cs="Times New Roman"/>
          <w:b/>
          <w:sz w:val="32"/>
          <w:szCs w:val="32"/>
          <w:lang w:val="id"/>
        </w:rPr>
        <w:t>FAKULTAS</w:t>
      </w:r>
      <w:r w:rsidR="00F660D2" w:rsidRPr="00FE6E8F">
        <w:rPr>
          <w:rFonts w:eastAsia="Times New Roman" w:cs="Times New Roman"/>
          <w:b/>
          <w:sz w:val="32"/>
          <w:szCs w:val="32"/>
          <w:lang w:val="id"/>
        </w:rPr>
        <w:t xml:space="preserve"> </w:t>
      </w:r>
      <w:r w:rsidRPr="00FE6E8F">
        <w:rPr>
          <w:rFonts w:eastAsia="Times New Roman" w:cs="Times New Roman"/>
          <w:b/>
          <w:sz w:val="32"/>
          <w:szCs w:val="32"/>
          <w:lang w:val="id"/>
        </w:rPr>
        <w:t>TEKNIK</w:t>
      </w:r>
    </w:p>
    <w:p w14:paraId="23EC238D" w14:textId="4FD57F42" w:rsidR="00067579" w:rsidRPr="00FE6E8F" w:rsidRDefault="00B842C8" w:rsidP="00D70A29">
      <w:pPr>
        <w:widowControl w:val="0"/>
        <w:tabs>
          <w:tab w:val="left" w:pos="2160"/>
        </w:tabs>
        <w:autoSpaceDE w:val="0"/>
        <w:autoSpaceDN w:val="0"/>
        <w:spacing w:after="0" w:line="360" w:lineRule="auto"/>
        <w:ind w:right="-35"/>
        <w:jc w:val="center"/>
        <w:rPr>
          <w:rFonts w:eastAsia="Times New Roman" w:cs="Times New Roman"/>
          <w:b/>
          <w:sz w:val="32"/>
          <w:szCs w:val="32"/>
          <w:lang w:val="id"/>
        </w:rPr>
      </w:pPr>
      <w:r w:rsidRPr="00FE6E8F">
        <w:rPr>
          <w:rFonts w:eastAsia="Times New Roman" w:cs="Times New Roman"/>
          <w:b/>
          <w:sz w:val="32"/>
          <w:szCs w:val="32"/>
          <w:lang w:val="id"/>
        </w:rPr>
        <w:t>UNIVERSITAS</w:t>
      </w:r>
      <w:r w:rsidR="00F660D2" w:rsidRPr="00FE6E8F">
        <w:rPr>
          <w:rFonts w:eastAsia="Times New Roman" w:cs="Times New Roman"/>
          <w:b/>
          <w:sz w:val="32"/>
          <w:szCs w:val="32"/>
          <w:lang w:val="id"/>
        </w:rPr>
        <w:t xml:space="preserve"> </w:t>
      </w:r>
      <w:r w:rsidRPr="00FE6E8F">
        <w:rPr>
          <w:rFonts w:eastAsia="Times New Roman" w:cs="Times New Roman"/>
          <w:b/>
          <w:sz w:val="32"/>
          <w:szCs w:val="32"/>
          <w:lang w:val="id"/>
        </w:rPr>
        <w:t>MEDAN</w:t>
      </w:r>
      <w:r w:rsidR="00F660D2" w:rsidRPr="00FE6E8F">
        <w:rPr>
          <w:rFonts w:eastAsia="Times New Roman" w:cs="Times New Roman"/>
          <w:b/>
          <w:sz w:val="32"/>
          <w:szCs w:val="32"/>
          <w:lang w:val="id"/>
        </w:rPr>
        <w:t xml:space="preserve"> </w:t>
      </w:r>
      <w:r w:rsidRPr="00FE6E8F">
        <w:rPr>
          <w:rFonts w:eastAsia="Times New Roman" w:cs="Times New Roman"/>
          <w:b/>
          <w:sz w:val="32"/>
          <w:szCs w:val="32"/>
          <w:lang w:val="id"/>
        </w:rPr>
        <w:t>AREA</w:t>
      </w:r>
    </w:p>
    <w:p w14:paraId="47513FA8" w14:textId="631450CD" w:rsidR="009A7BAA" w:rsidRPr="00FE6E8F" w:rsidRDefault="00B842C8" w:rsidP="00D70A29">
      <w:pPr>
        <w:widowControl w:val="0"/>
        <w:tabs>
          <w:tab w:val="left" w:pos="2160"/>
        </w:tabs>
        <w:autoSpaceDE w:val="0"/>
        <w:autoSpaceDN w:val="0"/>
        <w:spacing w:after="0" w:line="360" w:lineRule="auto"/>
        <w:ind w:right="-35"/>
        <w:jc w:val="center"/>
        <w:rPr>
          <w:rFonts w:eastAsia="Times New Roman" w:cs="Times New Roman"/>
          <w:b/>
          <w:spacing w:val="-4"/>
          <w:sz w:val="32"/>
          <w:szCs w:val="32"/>
          <w:lang w:val="id"/>
        </w:rPr>
        <w:sectPr w:rsidR="009A7BAA" w:rsidRPr="00FE6E8F" w:rsidSect="009A7BAA">
          <w:footerReference w:type="default" r:id="rId9"/>
          <w:pgSz w:w="11907" w:h="16840" w:code="9"/>
          <w:pgMar w:top="1701" w:right="1701" w:bottom="1701" w:left="1701" w:header="0" w:footer="1021" w:gutter="0"/>
          <w:pgNumType w:fmt="lowerRoman" w:start="1"/>
          <w:cols w:space="720"/>
          <w:titlePg/>
          <w:docGrid w:linePitch="326"/>
        </w:sectPr>
      </w:pPr>
      <w:r w:rsidRPr="00FE6E8F">
        <w:rPr>
          <w:rFonts w:eastAsia="Times New Roman" w:cs="Times New Roman"/>
          <w:b/>
          <w:spacing w:val="-4"/>
          <w:sz w:val="32"/>
          <w:szCs w:val="32"/>
          <w:lang w:val="id"/>
        </w:rPr>
        <w:t>202</w:t>
      </w:r>
      <w:r w:rsidR="00FE6E8F" w:rsidRPr="00FE6E8F">
        <w:rPr>
          <w:rFonts w:eastAsia="Times New Roman" w:cs="Times New Roman"/>
          <w:b/>
          <w:spacing w:val="-4"/>
          <w:sz w:val="32"/>
          <w:szCs w:val="32"/>
          <w:lang w:val="id"/>
        </w:rPr>
        <w:t>5</w:t>
      </w:r>
    </w:p>
    <w:p w14:paraId="548D21CA" w14:textId="5B7B70CB" w:rsidR="00B842C8" w:rsidRPr="00FE6E8F" w:rsidRDefault="00B842C8" w:rsidP="0097332F">
      <w:pPr>
        <w:pStyle w:val="Heading1"/>
      </w:pPr>
      <w:bookmarkStart w:id="2" w:name="_Toc200208815"/>
      <w:bookmarkStart w:id="3" w:name="_Toc204310496"/>
      <w:bookmarkStart w:id="4" w:name="_Toc205248703"/>
      <w:bookmarkStart w:id="5" w:name="_Toc205261351"/>
      <w:r w:rsidRPr="00FE6E8F">
        <w:lastRenderedPageBreak/>
        <w:t>LEMBAR</w:t>
      </w:r>
      <w:r w:rsidR="00F660D2" w:rsidRPr="00FE6E8F">
        <w:t xml:space="preserve"> </w:t>
      </w:r>
      <w:r w:rsidRPr="00FE6E8F">
        <w:t>PENGESAHAN</w:t>
      </w:r>
      <w:bookmarkEnd w:id="3"/>
      <w:bookmarkEnd w:id="4"/>
      <w:bookmarkEnd w:id="5"/>
    </w:p>
    <w:p w14:paraId="7315465D" w14:textId="77777777" w:rsidR="005C4B60" w:rsidRPr="00FE6E8F" w:rsidRDefault="005C4B60" w:rsidP="00D70A29">
      <w:pPr>
        <w:spacing w:after="0"/>
        <w:rPr>
          <w:rFonts w:cs="Times New Roman"/>
          <w:sz w:val="28"/>
          <w:szCs w:val="28"/>
        </w:rPr>
      </w:pPr>
    </w:p>
    <w:p w14:paraId="4A43F835" w14:textId="77777777" w:rsidR="00FE6E8F" w:rsidRDefault="00B842C8" w:rsidP="00D70A29">
      <w:pPr>
        <w:spacing w:after="0"/>
        <w:jc w:val="center"/>
        <w:rPr>
          <w:rFonts w:cs="Times New Roman"/>
          <w:sz w:val="28"/>
          <w:szCs w:val="28"/>
        </w:rPr>
      </w:pPr>
      <w:r w:rsidRPr="00FE6E8F">
        <w:rPr>
          <w:rFonts w:cs="Times New Roman"/>
          <w:sz w:val="28"/>
          <w:szCs w:val="28"/>
        </w:rPr>
        <w:t>LAPORAN</w:t>
      </w:r>
      <w:r w:rsidR="00F660D2" w:rsidRPr="00FE6E8F">
        <w:rPr>
          <w:rFonts w:cs="Times New Roman"/>
          <w:sz w:val="28"/>
          <w:szCs w:val="28"/>
        </w:rPr>
        <w:t xml:space="preserve"> </w:t>
      </w:r>
      <w:r w:rsidRPr="00FE6E8F">
        <w:rPr>
          <w:rFonts w:cs="Times New Roman"/>
          <w:sz w:val="28"/>
          <w:szCs w:val="28"/>
        </w:rPr>
        <w:t>KERJA</w:t>
      </w:r>
      <w:r w:rsidR="00F660D2" w:rsidRPr="00FE6E8F">
        <w:rPr>
          <w:rFonts w:cs="Times New Roman"/>
          <w:sz w:val="28"/>
          <w:szCs w:val="28"/>
        </w:rPr>
        <w:t xml:space="preserve"> </w:t>
      </w:r>
      <w:r w:rsidRPr="00FE6E8F">
        <w:rPr>
          <w:rFonts w:cs="Times New Roman"/>
          <w:sz w:val="28"/>
          <w:szCs w:val="28"/>
        </w:rPr>
        <w:t>PRAKTEK</w:t>
      </w:r>
      <w:r w:rsidR="00F660D2" w:rsidRPr="00FE6E8F">
        <w:rPr>
          <w:rFonts w:cs="Times New Roman"/>
          <w:sz w:val="28"/>
          <w:szCs w:val="28"/>
        </w:rPr>
        <w:t xml:space="preserve"> </w:t>
      </w:r>
    </w:p>
    <w:p w14:paraId="6B0E0210" w14:textId="77777777" w:rsidR="00FE6E8F" w:rsidRPr="00FE6E8F" w:rsidRDefault="00FE6E8F" w:rsidP="00D70A29">
      <w:pPr>
        <w:spacing w:after="0"/>
        <w:jc w:val="center"/>
        <w:rPr>
          <w:rFonts w:cs="Times New Roman"/>
          <w:sz w:val="28"/>
          <w:szCs w:val="28"/>
        </w:rPr>
      </w:pPr>
    </w:p>
    <w:p w14:paraId="2469834A" w14:textId="47FCD9FF" w:rsidR="00B842C8" w:rsidRPr="00FE6E8F" w:rsidRDefault="00B842C8" w:rsidP="00D70A29">
      <w:pPr>
        <w:spacing w:after="0"/>
        <w:jc w:val="center"/>
        <w:rPr>
          <w:rFonts w:cs="Times New Roman"/>
          <w:sz w:val="28"/>
          <w:szCs w:val="28"/>
        </w:rPr>
      </w:pPr>
      <w:r w:rsidRPr="00FE6E8F">
        <w:rPr>
          <w:rFonts w:cs="Times New Roman"/>
          <w:sz w:val="28"/>
          <w:szCs w:val="28"/>
        </w:rPr>
        <w:t>SISTEM</w:t>
      </w:r>
      <w:r w:rsidR="00F660D2" w:rsidRPr="00FE6E8F">
        <w:rPr>
          <w:rFonts w:cs="Times New Roman"/>
          <w:sz w:val="28"/>
          <w:szCs w:val="28"/>
        </w:rPr>
        <w:t xml:space="preserve"> </w:t>
      </w:r>
      <w:r w:rsidRPr="00FE6E8F">
        <w:rPr>
          <w:rFonts w:cs="Times New Roman"/>
          <w:sz w:val="28"/>
          <w:szCs w:val="28"/>
        </w:rPr>
        <w:t>INFORMASI</w:t>
      </w:r>
      <w:r w:rsidR="00F660D2" w:rsidRPr="00FE6E8F">
        <w:rPr>
          <w:rFonts w:cs="Times New Roman"/>
          <w:sz w:val="28"/>
          <w:szCs w:val="28"/>
        </w:rPr>
        <w:t xml:space="preserve"> </w:t>
      </w:r>
      <w:r w:rsidRPr="00FE6E8F">
        <w:rPr>
          <w:rFonts w:cs="Times New Roman"/>
          <w:sz w:val="28"/>
          <w:szCs w:val="28"/>
        </w:rPr>
        <w:t>KATALOG</w:t>
      </w:r>
      <w:r w:rsidR="00F660D2" w:rsidRPr="00FE6E8F">
        <w:rPr>
          <w:rFonts w:cs="Times New Roman"/>
          <w:sz w:val="28"/>
          <w:szCs w:val="28"/>
        </w:rPr>
        <w:t xml:space="preserve"> </w:t>
      </w:r>
      <w:r w:rsidRPr="00FE6E8F">
        <w:rPr>
          <w:rFonts w:cs="Times New Roman"/>
          <w:sz w:val="28"/>
          <w:szCs w:val="28"/>
        </w:rPr>
        <w:t>BUKU</w:t>
      </w:r>
      <w:r w:rsidR="00F660D2" w:rsidRPr="00FE6E8F">
        <w:rPr>
          <w:rFonts w:cs="Times New Roman"/>
          <w:sz w:val="28"/>
          <w:szCs w:val="28"/>
        </w:rPr>
        <w:t xml:space="preserve"> </w:t>
      </w:r>
    </w:p>
    <w:p w14:paraId="377FF31B" w14:textId="2D3B98A8" w:rsidR="00B842C8" w:rsidRDefault="00B842C8" w:rsidP="00D70A29">
      <w:pPr>
        <w:spacing w:after="0"/>
        <w:jc w:val="center"/>
        <w:rPr>
          <w:rFonts w:cs="Times New Roman"/>
          <w:sz w:val="28"/>
          <w:szCs w:val="28"/>
        </w:rPr>
      </w:pPr>
      <w:r w:rsidRPr="00FE6E8F">
        <w:rPr>
          <w:rFonts w:cs="Times New Roman"/>
          <w:sz w:val="28"/>
          <w:szCs w:val="28"/>
        </w:rPr>
        <w:t>BERBASIS</w:t>
      </w:r>
      <w:r w:rsidR="00F660D2" w:rsidRPr="00FE6E8F">
        <w:rPr>
          <w:rFonts w:cs="Times New Roman"/>
          <w:sz w:val="28"/>
          <w:szCs w:val="28"/>
        </w:rPr>
        <w:t xml:space="preserve"> </w:t>
      </w:r>
      <w:r w:rsidRPr="00FE6E8F">
        <w:rPr>
          <w:rFonts w:cs="Times New Roman"/>
          <w:sz w:val="28"/>
          <w:szCs w:val="28"/>
        </w:rPr>
        <w:t>WEB</w:t>
      </w:r>
      <w:r w:rsidR="00F660D2" w:rsidRPr="00FE6E8F">
        <w:rPr>
          <w:rFonts w:cs="Times New Roman"/>
          <w:sz w:val="28"/>
          <w:szCs w:val="28"/>
        </w:rPr>
        <w:t xml:space="preserve"> </w:t>
      </w:r>
      <w:r w:rsidRPr="00FE6E8F">
        <w:rPr>
          <w:rFonts w:cs="Times New Roman"/>
          <w:sz w:val="28"/>
          <w:szCs w:val="28"/>
        </w:rPr>
        <w:t>DI</w:t>
      </w:r>
      <w:r w:rsidR="00F660D2" w:rsidRPr="00FE6E8F">
        <w:rPr>
          <w:rFonts w:cs="Times New Roman"/>
          <w:sz w:val="28"/>
          <w:szCs w:val="28"/>
        </w:rPr>
        <w:t xml:space="preserve"> </w:t>
      </w:r>
      <w:r w:rsidRPr="00FE6E8F">
        <w:rPr>
          <w:rFonts w:cs="Times New Roman"/>
          <w:sz w:val="28"/>
          <w:szCs w:val="28"/>
        </w:rPr>
        <w:t>TAMAN</w:t>
      </w:r>
      <w:r w:rsidR="00F660D2" w:rsidRPr="00FE6E8F">
        <w:rPr>
          <w:rFonts w:cs="Times New Roman"/>
          <w:sz w:val="28"/>
          <w:szCs w:val="28"/>
        </w:rPr>
        <w:t xml:space="preserve"> </w:t>
      </w:r>
      <w:r w:rsidRPr="00FE6E8F">
        <w:rPr>
          <w:rFonts w:cs="Times New Roman"/>
          <w:sz w:val="28"/>
          <w:szCs w:val="28"/>
        </w:rPr>
        <w:t>BACA</w:t>
      </w:r>
      <w:r w:rsidR="00F660D2" w:rsidRPr="00FE6E8F">
        <w:rPr>
          <w:rFonts w:cs="Times New Roman"/>
          <w:sz w:val="28"/>
          <w:szCs w:val="28"/>
        </w:rPr>
        <w:t xml:space="preserve"> </w:t>
      </w:r>
      <w:r w:rsidRPr="00FE6E8F">
        <w:rPr>
          <w:rFonts w:cs="Times New Roman"/>
          <w:sz w:val="28"/>
          <w:szCs w:val="28"/>
        </w:rPr>
        <w:t>AL-AZHARI</w:t>
      </w:r>
    </w:p>
    <w:p w14:paraId="6EE7571C" w14:textId="77777777" w:rsidR="002E4A0B" w:rsidRPr="00FE6E8F" w:rsidRDefault="002E4A0B" w:rsidP="00D70A29">
      <w:pPr>
        <w:spacing w:after="0"/>
        <w:jc w:val="center"/>
        <w:rPr>
          <w:rFonts w:cs="Times New Roman"/>
          <w:sz w:val="28"/>
          <w:szCs w:val="28"/>
        </w:rPr>
      </w:pPr>
    </w:p>
    <w:p w14:paraId="7CEC85D7" w14:textId="45BD04E0" w:rsidR="00B842C8" w:rsidRPr="00FD6DAD" w:rsidRDefault="00B842C8" w:rsidP="00D70A29">
      <w:pPr>
        <w:spacing w:after="0"/>
        <w:jc w:val="center"/>
        <w:rPr>
          <w:rFonts w:cs="Times New Roman"/>
          <w:szCs w:val="24"/>
        </w:rPr>
      </w:pPr>
      <w:proofErr w:type="spellStart"/>
      <w:r w:rsidRPr="00FD6DAD">
        <w:rPr>
          <w:rFonts w:cs="Times New Roman"/>
          <w:szCs w:val="24"/>
        </w:rPr>
        <w:t>Diajukan</w:t>
      </w:r>
      <w:proofErr w:type="spellEnd"/>
      <w:r w:rsidR="00F660D2" w:rsidRPr="00FD6DAD">
        <w:rPr>
          <w:rFonts w:cs="Times New Roman"/>
          <w:szCs w:val="24"/>
        </w:rPr>
        <w:t xml:space="preserve"> </w:t>
      </w:r>
      <w:proofErr w:type="spellStart"/>
      <w:r w:rsidRPr="00FD6DAD">
        <w:rPr>
          <w:rFonts w:cs="Times New Roman"/>
          <w:szCs w:val="24"/>
        </w:rPr>
        <w:t>Untuk</w:t>
      </w:r>
      <w:proofErr w:type="spellEnd"/>
      <w:r w:rsidR="00F660D2" w:rsidRPr="00FD6DAD">
        <w:rPr>
          <w:rFonts w:cs="Times New Roman"/>
          <w:szCs w:val="24"/>
        </w:rPr>
        <w:t xml:space="preserve"> </w:t>
      </w:r>
      <w:proofErr w:type="spellStart"/>
      <w:r w:rsidRPr="00FD6DAD">
        <w:rPr>
          <w:rFonts w:cs="Times New Roman"/>
          <w:szCs w:val="24"/>
        </w:rPr>
        <w:t>Memenuhi</w:t>
      </w:r>
      <w:proofErr w:type="spellEnd"/>
      <w:r w:rsidR="00F660D2" w:rsidRPr="00FD6DAD">
        <w:rPr>
          <w:rFonts w:cs="Times New Roman"/>
          <w:szCs w:val="24"/>
        </w:rPr>
        <w:t xml:space="preserve"> </w:t>
      </w:r>
      <w:r w:rsidRPr="00FD6DAD">
        <w:rPr>
          <w:rFonts w:cs="Times New Roman"/>
          <w:szCs w:val="24"/>
        </w:rPr>
        <w:t>Salah</w:t>
      </w:r>
      <w:r w:rsidR="00F660D2" w:rsidRPr="00FD6DAD">
        <w:rPr>
          <w:rFonts w:cs="Times New Roman"/>
          <w:szCs w:val="24"/>
        </w:rPr>
        <w:t xml:space="preserve"> </w:t>
      </w:r>
      <w:r w:rsidRPr="00FD6DAD">
        <w:rPr>
          <w:rFonts w:cs="Times New Roman"/>
          <w:szCs w:val="24"/>
        </w:rPr>
        <w:t>Satu</w:t>
      </w:r>
      <w:r w:rsidR="00F660D2" w:rsidRPr="00FD6DAD">
        <w:rPr>
          <w:rFonts w:cs="Times New Roman"/>
          <w:szCs w:val="24"/>
        </w:rPr>
        <w:t xml:space="preserve"> </w:t>
      </w:r>
      <w:proofErr w:type="spellStart"/>
      <w:r w:rsidRPr="00FD6DAD">
        <w:rPr>
          <w:rFonts w:cs="Times New Roman"/>
          <w:szCs w:val="24"/>
        </w:rPr>
        <w:t>Syarat</w:t>
      </w:r>
      <w:proofErr w:type="spellEnd"/>
      <w:r w:rsidR="00F660D2" w:rsidRPr="00FD6DAD">
        <w:rPr>
          <w:rFonts w:cs="Times New Roman"/>
          <w:szCs w:val="24"/>
        </w:rPr>
        <w:t xml:space="preserve"> </w:t>
      </w:r>
      <w:r w:rsidRPr="00FD6DAD">
        <w:rPr>
          <w:rFonts w:cs="Times New Roman"/>
          <w:szCs w:val="24"/>
        </w:rPr>
        <w:t>Mata</w:t>
      </w:r>
      <w:r w:rsidR="00F660D2" w:rsidRPr="00FD6DAD">
        <w:rPr>
          <w:rFonts w:cs="Times New Roman"/>
          <w:szCs w:val="24"/>
        </w:rPr>
        <w:t xml:space="preserve"> </w:t>
      </w:r>
      <w:proofErr w:type="spellStart"/>
      <w:r w:rsidRPr="00FD6DAD">
        <w:rPr>
          <w:rFonts w:cs="Times New Roman"/>
          <w:szCs w:val="24"/>
        </w:rPr>
        <w:t>Kuliah</w:t>
      </w:r>
      <w:proofErr w:type="spellEnd"/>
      <w:r w:rsidR="00F660D2" w:rsidRPr="00FD6DAD">
        <w:rPr>
          <w:rFonts w:cs="Times New Roman"/>
          <w:szCs w:val="24"/>
        </w:rPr>
        <w:t xml:space="preserve"> </w:t>
      </w:r>
      <w:proofErr w:type="spellStart"/>
      <w:r w:rsidRPr="00FD6DAD">
        <w:rPr>
          <w:rFonts w:cs="Times New Roman"/>
          <w:szCs w:val="24"/>
        </w:rPr>
        <w:t>Kerja</w:t>
      </w:r>
      <w:proofErr w:type="spellEnd"/>
      <w:r w:rsidR="00F660D2" w:rsidRPr="00FD6DAD">
        <w:rPr>
          <w:rFonts w:cs="Times New Roman"/>
          <w:szCs w:val="24"/>
        </w:rPr>
        <w:t xml:space="preserve"> </w:t>
      </w:r>
      <w:proofErr w:type="spellStart"/>
      <w:r w:rsidRPr="00FD6DAD">
        <w:rPr>
          <w:rFonts w:cs="Times New Roman"/>
          <w:szCs w:val="24"/>
        </w:rPr>
        <w:t>Praktik</w:t>
      </w:r>
      <w:proofErr w:type="spellEnd"/>
      <w:r w:rsidR="00F660D2" w:rsidRPr="00FD6DAD">
        <w:rPr>
          <w:rFonts w:cs="Times New Roman"/>
          <w:szCs w:val="24"/>
        </w:rPr>
        <w:t xml:space="preserve"> </w:t>
      </w:r>
      <w:proofErr w:type="spellStart"/>
      <w:r w:rsidRPr="00FD6DAD">
        <w:rPr>
          <w:rFonts w:cs="Times New Roman"/>
          <w:szCs w:val="24"/>
        </w:rPr>
        <w:t>Jenjang</w:t>
      </w:r>
      <w:proofErr w:type="spellEnd"/>
    </w:p>
    <w:p w14:paraId="18D7929A" w14:textId="51303A61" w:rsidR="00B842C8" w:rsidRPr="00FD6DAD" w:rsidRDefault="00B842C8" w:rsidP="00D70A29">
      <w:pPr>
        <w:spacing w:after="0"/>
        <w:jc w:val="center"/>
        <w:rPr>
          <w:rFonts w:cs="Times New Roman"/>
          <w:szCs w:val="24"/>
        </w:rPr>
      </w:pPr>
      <w:r w:rsidRPr="00FD6DAD">
        <w:rPr>
          <w:rFonts w:cs="Times New Roman"/>
          <w:szCs w:val="24"/>
        </w:rPr>
        <w:t>Studi</w:t>
      </w:r>
      <w:r w:rsidR="00F660D2" w:rsidRPr="00FD6DAD">
        <w:rPr>
          <w:rFonts w:cs="Times New Roman"/>
          <w:szCs w:val="24"/>
        </w:rPr>
        <w:t xml:space="preserve"> </w:t>
      </w:r>
      <w:r w:rsidRPr="00FD6DAD">
        <w:rPr>
          <w:rFonts w:cs="Times New Roman"/>
          <w:szCs w:val="24"/>
        </w:rPr>
        <w:t>S</w:t>
      </w:r>
      <w:r w:rsidR="00F660D2" w:rsidRPr="00FD6DAD">
        <w:rPr>
          <w:rFonts w:cs="Times New Roman"/>
          <w:szCs w:val="24"/>
        </w:rPr>
        <w:t xml:space="preserve"> </w:t>
      </w:r>
      <w:r w:rsidRPr="00FD6DAD">
        <w:rPr>
          <w:rFonts w:cs="Times New Roman"/>
          <w:szCs w:val="24"/>
        </w:rPr>
        <w:t>–</w:t>
      </w:r>
      <w:r w:rsidR="00F660D2" w:rsidRPr="00FD6DAD">
        <w:rPr>
          <w:rFonts w:cs="Times New Roman"/>
          <w:szCs w:val="24"/>
        </w:rPr>
        <w:t xml:space="preserve"> </w:t>
      </w:r>
      <w:r w:rsidRPr="00FD6DAD">
        <w:rPr>
          <w:rFonts w:cs="Times New Roman"/>
          <w:szCs w:val="24"/>
        </w:rPr>
        <w:t>1</w:t>
      </w:r>
      <w:r w:rsidR="00F660D2" w:rsidRPr="00FD6DAD">
        <w:rPr>
          <w:rFonts w:cs="Times New Roman"/>
          <w:szCs w:val="24"/>
        </w:rPr>
        <w:t xml:space="preserve"> </w:t>
      </w:r>
      <w:r w:rsidRPr="00FD6DAD">
        <w:rPr>
          <w:rFonts w:cs="Times New Roman"/>
          <w:szCs w:val="24"/>
        </w:rPr>
        <w:t>Program</w:t>
      </w:r>
      <w:r w:rsidR="00F660D2" w:rsidRPr="00FD6DAD">
        <w:rPr>
          <w:rFonts w:cs="Times New Roman"/>
          <w:szCs w:val="24"/>
        </w:rPr>
        <w:t xml:space="preserve"> </w:t>
      </w:r>
      <w:r w:rsidRPr="00FD6DAD">
        <w:rPr>
          <w:rFonts w:cs="Times New Roman"/>
          <w:szCs w:val="24"/>
        </w:rPr>
        <w:t>Studi</w:t>
      </w:r>
      <w:r w:rsidR="00F660D2" w:rsidRPr="00FD6DAD">
        <w:rPr>
          <w:rFonts w:cs="Times New Roman"/>
          <w:szCs w:val="24"/>
        </w:rPr>
        <w:t xml:space="preserve"> </w:t>
      </w:r>
      <w:r w:rsidRPr="00FD6DAD">
        <w:rPr>
          <w:rFonts w:cs="Times New Roman"/>
          <w:szCs w:val="24"/>
        </w:rPr>
        <w:t>Teknik</w:t>
      </w:r>
      <w:r w:rsidR="00F660D2" w:rsidRPr="00FD6DAD">
        <w:rPr>
          <w:rFonts w:cs="Times New Roman"/>
          <w:szCs w:val="24"/>
        </w:rPr>
        <w:t xml:space="preserve"> </w:t>
      </w:r>
      <w:proofErr w:type="spellStart"/>
      <w:r w:rsidRPr="00FD6DAD">
        <w:rPr>
          <w:rFonts w:cs="Times New Roman"/>
          <w:szCs w:val="24"/>
        </w:rPr>
        <w:t>Informatika</w:t>
      </w:r>
      <w:proofErr w:type="spellEnd"/>
    </w:p>
    <w:p w14:paraId="211FDD69" w14:textId="236BAD2A" w:rsidR="00B842C8" w:rsidRPr="00FD6DAD" w:rsidRDefault="00B842C8" w:rsidP="00D70A29">
      <w:pPr>
        <w:spacing w:after="0"/>
        <w:jc w:val="center"/>
        <w:rPr>
          <w:rFonts w:cs="Times New Roman"/>
          <w:szCs w:val="24"/>
        </w:rPr>
      </w:pPr>
      <w:proofErr w:type="gramStart"/>
      <w:r w:rsidRPr="00FD6DAD">
        <w:rPr>
          <w:rFonts w:cs="Times New Roman"/>
          <w:szCs w:val="24"/>
        </w:rPr>
        <w:t>Oleh</w:t>
      </w:r>
      <w:r w:rsidR="00F660D2" w:rsidRPr="00FD6DAD">
        <w:rPr>
          <w:rFonts w:cs="Times New Roman"/>
          <w:szCs w:val="24"/>
        </w:rPr>
        <w:t xml:space="preserve"> </w:t>
      </w:r>
      <w:r w:rsidRPr="00FD6DAD">
        <w:rPr>
          <w:rFonts w:cs="Times New Roman"/>
          <w:szCs w:val="24"/>
        </w:rPr>
        <w:t>:</w:t>
      </w:r>
      <w:proofErr w:type="gramEnd"/>
    </w:p>
    <w:p w14:paraId="5DA97E41" w14:textId="77777777" w:rsidR="00067579" w:rsidRPr="00FD6DAD" w:rsidRDefault="00067579" w:rsidP="00D70A29">
      <w:pPr>
        <w:spacing w:after="0"/>
        <w:jc w:val="center"/>
        <w:rPr>
          <w:rFonts w:cs="Times New Roman"/>
          <w:szCs w:val="24"/>
        </w:rPr>
      </w:pPr>
    </w:p>
    <w:p w14:paraId="34DCEB32" w14:textId="5A245559" w:rsidR="00FD7B2E" w:rsidRDefault="00B842C8" w:rsidP="004959CF">
      <w:pPr>
        <w:spacing w:after="0"/>
        <w:jc w:val="center"/>
        <w:rPr>
          <w:rFonts w:cs="Times New Roman"/>
          <w:szCs w:val="24"/>
        </w:rPr>
      </w:pPr>
      <w:proofErr w:type="spellStart"/>
      <w:r w:rsidRPr="00FD6DAD">
        <w:rPr>
          <w:rFonts w:cs="Times New Roman"/>
          <w:szCs w:val="24"/>
        </w:rPr>
        <w:t>Mardiatul</w:t>
      </w:r>
      <w:proofErr w:type="spellEnd"/>
      <w:r w:rsidR="00F660D2" w:rsidRPr="00FD6DAD">
        <w:rPr>
          <w:rFonts w:cs="Times New Roman"/>
          <w:szCs w:val="24"/>
        </w:rPr>
        <w:t xml:space="preserve"> </w:t>
      </w:r>
      <w:r w:rsidRPr="00FD6DAD">
        <w:rPr>
          <w:rFonts w:cs="Times New Roman"/>
          <w:szCs w:val="24"/>
        </w:rPr>
        <w:t>Hasanah</w:t>
      </w:r>
      <w:r w:rsidR="00F660D2" w:rsidRPr="00FD6DAD">
        <w:rPr>
          <w:rFonts w:cs="Times New Roman"/>
          <w:szCs w:val="24"/>
        </w:rPr>
        <w:t xml:space="preserve"> </w:t>
      </w:r>
      <w:r w:rsidR="00FE6E8F">
        <w:rPr>
          <w:rFonts w:cs="Times New Roman"/>
          <w:szCs w:val="24"/>
        </w:rPr>
        <w:t>(</w:t>
      </w:r>
      <w:r w:rsidRPr="00FD6DAD">
        <w:rPr>
          <w:rFonts w:cs="Times New Roman"/>
          <w:szCs w:val="24"/>
        </w:rPr>
        <w:t>2</w:t>
      </w:r>
      <w:r w:rsidR="00CD1CF7">
        <w:rPr>
          <w:rFonts w:cs="Times New Roman"/>
          <w:szCs w:val="24"/>
        </w:rPr>
        <w:t>2</w:t>
      </w:r>
      <w:r w:rsidRPr="00FD6DAD">
        <w:rPr>
          <w:rFonts w:cs="Times New Roman"/>
          <w:szCs w:val="24"/>
        </w:rPr>
        <w:t>8160009</w:t>
      </w:r>
      <w:r w:rsidR="00FE6E8F">
        <w:rPr>
          <w:rFonts w:cs="Times New Roman"/>
          <w:szCs w:val="24"/>
        </w:rPr>
        <w:t>)</w:t>
      </w:r>
    </w:p>
    <w:p w14:paraId="47AE0708" w14:textId="77777777" w:rsidR="004959CF" w:rsidRDefault="004959CF" w:rsidP="004959CF">
      <w:pPr>
        <w:spacing w:after="0"/>
        <w:jc w:val="center"/>
        <w:rPr>
          <w:rFonts w:cs="Times New Roman"/>
          <w:szCs w:val="24"/>
        </w:rPr>
      </w:pPr>
    </w:p>
    <w:p w14:paraId="1C3DEC96" w14:textId="77777777" w:rsidR="00067579" w:rsidRPr="00FD6DAD" w:rsidRDefault="00067579" w:rsidP="00D70A29">
      <w:pPr>
        <w:pStyle w:val="BodyText"/>
        <w:spacing w:after="0"/>
        <w:rPr>
          <w:rFonts w:cs="Times New Roman"/>
          <w:szCs w:val="24"/>
        </w:rPr>
      </w:pPr>
    </w:p>
    <w:tbl>
      <w:tblPr>
        <w:tblStyle w:val="TableGrid"/>
        <w:tblW w:w="7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2943"/>
      </w:tblGrid>
      <w:tr w:rsidR="004959CF" w:rsidRPr="00FD6DAD" w14:paraId="4676831B" w14:textId="77777777" w:rsidTr="00BF305F">
        <w:trPr>
          <w:jc w:val="center"/>
        </w:trPr>
        <w:tc>
          <w:tcPr>
            <w:tcW w:w="4694" w:type="dxa"/>
          </w:tcPr>
          <w:p w14:paraId="7C514BAB" w14:textId="77777777" w:rsidR="004959CF" w:rsidRPr="00FD6DAD" w:rsidRDefault="004959CF" w:rsidP="0085044E">
            <w:pPr>
              <w:pStyle w:val="BodyText"/>
              <w:tabs>
                <w:tab w:val="left" w:pos="6702"/>
              </w:tabs>
              <w:spacing w:after="0"/>
              <w:jc w:val="left"/>
              <w:rPr>
                <w:rFonts w:cs="Times New Roman"/>
                <w:szCs w:val="24"/>
              </w:rPr>
            </w:pPr>
          </w:p>
        </w:tc>
        <w:tc>
          <w:tcPr>
            <w:tcW w:w="2943" w:type="dxa"/>
          </w:tcPr>
          <w:p w14:paraId="55D0CDDD" w14:textId="411DEDF5" w:rsidR="004959CF" w:rsidRPr="00FD6DAD" w:rsidRDefault="004959CF" w:rsidP="0085044E">
            <w:pPr>
              <w:pStyle w:val="BodyText"/>
              <w:tabs>
                <w:tab w:val="left" w:pos="6702"/>
              </w:tabs>
              <w:spacing w:after="0"/>
              <w:jc w:val="left"/>
              <w:rPr>
                <w:rFonts w:cs="Times New Roman"/>
                <w:szCs w:val="24"/>
              </w:rPr>
            </w:pPr>
            <w:r w:rsidRPr="004959CF">
              <w:rPr>
                <w:rFonts w:cs="Times New Roman"/>
                <w:szCs w:val="24"/>
              </w:rPr>
              <w:t>Medan, 04 Agustus 2025</w:t>
            </w:r>
          </w:p>
        </w:tc>
      </w:tr>
      <w:tr w:rsidR="004959CF" w:rsidRPr="00FD6DAD" w14:paraId="601DC3B1" w14:textId="77777777" w:rsidTr="00BF305F">
        <w:trPr>
          <w:jc w:val="center"/>
        </w:trPr>
        <w:tc>
          <w:tcPr>
            <w:tcW w:w="4694" w:type="dxa"/>
          </w:tcPr>
          <w:p w14:paraId="22C03994" w14:textId="77777777" w:rsidR="004959CF" w:rsidRPr="00FD6DAD" w:rsidRDefault="004959CF" w:rsidP="0085044E">
            <w:pPr>
              <w:pStyle w:val="BodyText"/>
              <w:tabs>
                <w:tab w:val="left" w:pos="6702"/>
              </w:tabs>
              <w:spacing w:after="0"/>
              <w:jc w:val="left"/>
              <w:rPr>
                <w:rFonts w:cs="Times New Roman"/>
                <w:szCs w:val="24"/>
              </w:rPr>
            </w:pPr>
          </w:p>
        </w:tc>
        <w:tc>
          <w:tcPr>
            <w:tcW w:w="2943" w:type="dxa"/>
          </w:tcPr>
          <w:p w14:paraId="436DA347" w14:textId="67FD337B" w:rsidR="004959CF" w:rsidRPr="00FD6DAD" w:rsidRDefault="004959CF" w:rsidP="0085044E">
            <w:pPr>
              <w:pStyle w:val="BodyText"/>
              <w:tabs>
                <w:tab w:val="left" w:pos="6702"/>
              </w:tabs>
              <w:spacing w:after="0"/>
              <w:jc w:val="left"/>
              <w:rPr>
                <w:rFonts w:cs="Times New Roman"/>
                <w:szCs w:val="24"/>
              </w:rPr>
            </w:pPr>
            <w:proofErr w:type="spellStart"/>
            <w:r w:rsidRPr="004959CF">
              <w:rPr>
                <w:rFonts w:cs="Times New Roman"/>
                <w:szCs w:val="24"/>
              </w:rPr>
              <w:t>Menyetujui</w:t>
            </w:r>
            <w:proofErr w:type="spellEnd"/>
          </w:p>
        </w:tc>
      </w:tr>
      <w:tr w:rsidR="009A7BAA" w:rsidRPr="00FD6DAD" w14:paraId="0DF7B981" w14:textId="77777777" w:rsidTr="00BF305F">
        <w:trPr>
          <w:jc w:val="center"/>
        </w:trPr>
        <w:tc>
          <w:tcPr>
            <w:tcW w:w="4694" w:type="dxa"/>
          </w:tcPr>
          <w:p w14:paraId="7691BFC8" w14:textId="77777777" w:rsidR="009A7BAA" w:rsidRPr="00FD6DAD" w:rsidRDefault="009A7BAA" w:rsidP="0085044E">
            <w:pPr>
              <w:pStyle w:val="BodyText"/>
              <w:tabs>
                <w:tab w:val="left" w:pos="6702"/>
              </w:tabs>
              <w:spacing w:after="0"/>
              <w:jc w:val="left"/>
              <w:rPr>
                <w:rFonts w:cs="Times New Roman"/>
                <w:szCs w:val="24"/>
              </w:rPr>
            </w:pPr>
            <w:proofErr w:type="spellStart"/>
            <w:r w:rsidRPr="00FD6DAD">
              <w:rPr>
                <w:rFonts w:cs="Times New Roman"/>
                <w:szCs w:val="24"/>
              </w:rPr>
              <w:t>Mahasiswa</w:t>
            </w:r>
            <w:proofErr w:type="spellEnd"/>
          </w:p>
        </w:tc>
        <w:tc>
          <w:tcPr>
            <w:tcW w:w="2943" w:type="dxa"/>
          </w:tcPr>
          <w:p w14:paraId="50775B55" w14:textId="77777777" w:rsidR="009A7BAA" w:rsidRPr="00FD6DAD" w:rsidRDefault="009A7BAA" w:rsidP="0085044E">
            <w:pPr>
              <w:pStyle w:val="BodyText"/>
              <w:tabs>
                <w:tab w:val="left" w:pos="6702"/>
              </w:tabs>
              <w:spacing w:after="0"/>
              <w:jc w:val="left"/>
              <w:rPr>
                <w:rFonts w:cs="Times New Roman"/>
                <w:szCs w:val="24"/>
              </w:rPr>
            </w:pPr>
            <w:r w:rsidRPr="00FD6DAD">
              <w:rPr>
                <w:rFonts w:cs="Times New Roman"/>
                <w:szCs w:val="24"/>
              </w:rPr>
              <w:t xml:space="preserve">Dosen </w:t>
            </w:r>
            <w:proofErr w:type="spellStart"/>
            <w:r w:rsidRPr="00FD6DAD">
              <w:rPr>
                <w:rFonts w:cs="Times New Roman"/>
                <w:szCs w:val="24"/>
              </w:rPr>
              <w:t>Pembimbing</w:t>
            </w:r>
            <w:proofErr w:type="spellEnd"/>
          </w:p>
        </w:tc>
      </w:tr>
      <w:tr w:rsidR="009A7BAA" w:rsidRPr="00FD6DAD" w14:paraId="77C87AAC" w14:textId="77777777" w:rsidTr="00BF305F">
        <w:trPr>
          <w:jc w:val="center"/>
        </w:trPr>
        <w:tc>
          <w:tcPr>
            <w:tcW w:w="4694" w:type="dxa"/>
          </w:tcPr>
          <w:p w14:paraId="7394335F" w14:textId="77777777" w:rsidR="009A7BAA" w:rsidRPr="00FD6DAD" w:rsidRDefault="009A7BAA" w:rsidP="0085044E">
            <w:pPr>
              <w:pStyle w:val="BodyText"/>
              <w:tabs>
                <w:tab w:val="left" w:pos="6702"/>
              </w:tabs>
              <w:spacing w:after="0"/>
              <w:jc w:val="left"/>
              <w:rPr>
                <w:rFonts w:cs="Times New Roman"/>
                <w:szCs w:val="24"/>
              </w:rPr>
            </w:pPr>
          </w:p>
          <w:p w14:paraId="1783B57B" w14:textId="77777777" w:rsidR="009A7BAA" w:rsidRPr="00FD6DAD" w:rsidRDefault="009A7BAA" w:rsidP="0085044E">
            <w:pPr>
              <w:pStyle w:val="BodyText"/>
              <w:tabs>
                <w:tab w:val="left" w:pos="6702"/>
              </w:tabs>
              <w:spacing w:after="0"/>
              <w:jc w:val="left"/>
              <w:rPr>
                <w:rFonts w:cs="Times New Roman"/>
                <w:szCs w:val="24"/>
              </w:rPr>
            </w:pPr>
          </w:p>
          <w:p w14:paraId="32D5EDCD" w14:textId="77777777" w:rsidR="009A7BAA" w:rsidRPr="00FD6DAD" w:rsidRDefault="009A7BAA" w:rsidP="0085044E">
            <w:pPr>
              <w:pStyle w:val="BodyText"/>
              <w:tabs>
                <w:tab w:val="left" w:pos="6702"/>
              </w:tabs>
              <w:spacing w:after="0"/>
              <w:jc w:val="left"/>
              <w:rPr>
                <w:rFonts w:cs="Times New Roman"/>
                <w:szCs w:val="24"/>
              </w:rPr>
            </w:pPr>
          </w:p>
          <w:p w14:paraId="68F23031" w14:textId="77777777" w:rsidR="009A7BAA" w:rsidRPr="00FD6DAD" w:rsidRDefault="009A7BAA" w:rsidP="0085044E">
            <w:pPr>
              <w:pStyle w:val="BodyText"/>
              <w:tabs>
                <w:tab w:val="left" w:pos="6702"/>
              </w:tabs>
              <w:spacing w:after="0"/>
              <w:jc w:val="left"/>
              <w:rPr>
                <w:rFonts w:cs="Times New Roman"/>
                <w:szCs w:val="24"/>
              </w:rPr>
            </w:pPr>
          </w:p>
        </w:tc>
        <w:tc>
          <w:tcPr>
            <w:tcW w:w="2943" w:type="dxa"/>
          </w:tcPr>
          <w:p w14:paraId="2E2FB892" w14:textId="77777777" w:rsidR="009A7BAA" w:rsidRPr="00FD6DAD" w:rsidRDefault="009A7BAA" w:rsidP="0085044E">
            <w:pPr>
              <w:pStyle w:val="BodyText"/>
              <w:tabs>
                <w:tab w:val="left" w:pos="6702"/>
              </w:tabs>
              <w:spacing w:after="0"/>
              <w:jc w:val="center"/>
              <w:rPr>
                <w:rFonts w:cs="Times New Roman"/>
                <w:szCs w:val="24"/>
              </w:rPr>
            </w:pPr>
          </w:p>
        </w:tc>
      </w:tr>
      <w:tr w:rsidR="009A7BAA" w:rsidRPr="00FD6DAD" w14:paraId="2E1D10BB" w14:textId="77777777" w:rsidTr="00BF305F">
        <w:trPr>
          <w:trHeight w:val="157"/>
          <w:jc w:val="center"/>
        </w:trPr>
        <w:tc>
          <w:tcPr>
            <w:tcW w:w="4694" w:type="dxa"/>
          </w:tcPr>
          <w:p w14:paraId="61171D2E" w14:textId="77777777" w:rsidR="009A7BAA" w:rsidRPr="00BF305F" w:rsidRDefault="009A7BAA" w:rsidP="0085044E">
            <w:pPr>
              <w:pStyle w:val="BodyText"/>
              <w:spacing w:after="0"/>
              <w:jc w:val="left"/>
              <w:rPr>
                <w:rFonts w:cs="Times New Roman"/>
                <w:szCs w:val="24"/>
                <w:u w:val="single"/>
              </w:rPr>
            </w:pPr>
            <w:proofErr w:type="spellStart"/>
            <w:r w:rsidRPr="00BF305F">
              <w:rPr>
                <w:rFonts w:cs="Times New Roman"/>
                <w:szCs w:val="24"/>
                <w:u w:val="single"/>
              </w:rPr>
              <w:t>Mardiatul</w:t>
            </w:r>
            <w:proofErr w:type="spellEnd"/>
            <w:r w:rsidRPr="00BF305F">
              <w:rPr>
                <w:rFonts w:cs="Times New Roman"/>
                <w:szCs w:val="24"/>
                <w:u w:val="single"/>
              </w:rPr>
              <w:t xml:space="preserve"> Hasanah</w:t>
            </w:r>
          </w:p>
          <w:p w14:paraId="4EC761ED" w14:textId="77777777" w:rsidR="009A7BAA" w:rsidRPr="00FD6DAD" w:rsidRDefault="009A7BAA" w:rsidP="0085044E">
            <w:pPr>
              <w:pStyle w:val="BodyText"/>
              <w:tabs>
                <w:tab w:val="left" w:pos="6702"/>
              </w:tabs>
              <w:spacing w:after="0"/>
              <w:jc w:val="left"/>
              <w:rPr>
                <w:rFonts w:cs="Times New Roman"/>
                <w:szCs w:val="24"/>
              </w:rPr>
            </w:pPr>
            <w:r w:rsidRPr="00FD6DAD">
              <w:rPr>
                <w:rFonts w:cs="Times New Roman"/>
                <w:szCs w:val="24"/>
              </w:rPr>
              <w:t>NPM:228160009</w:t>
            </w:r>
          </w:p>
        </w:tc>
        <w:tc>
          <w:tcPr>
            <w:tcW w:w="2943" w:type="dxa"/>
          </w:tcPr>
          <w:p w14:paraId="5204905F" w14:textId="77777777" w:rsidR="009A7BAA" w:rsidRPr="00BF305F" w:rsidRDefault="009A7BAA" w:rsidP="0085044E">
            <w:pPr>
              <w:pStyle w:val="BodyText"/>
              <w:tabs>
                <w:tab w:val="left" w:pos="6702"/>
              </w:tabs>
              <w:spacing w:after="0"/>
              <w:jc w:val="left"/>
              <w:rPr>
                <w:rFonts w:cs="Times New Roman"/>
                <w:szCs w:val="24"/>
                <w:u w:val="single"/>
              </w:rPr>
            </w:pPr>
            <w:r w:rsidRPr="00BF305F">
              <w:rPr>
                <w:rFonts w:cs="Times New Roman"/>
                <w:szCs w:val="24"/>
                <w:u w:val="single"/>
              </w:rPr>
              <w:t xml:space="preserve">Dr. Hartono </w:t>
            </w:r>
            <w:proofErr w:type="spellStart"/>
            <w:proofErr w:type="gramStart"/>
            <w:r w:rsidRPr="00BF305F">
              <w:rPr>
                <w:rFonts w:cs="Times New Roman"/>
                <w:szCs w:val="24"/>
                <w:u w:val="single"/>
              </w:rPr>
              <w:t>S.Kom</w:t>
            </w:r>
            <w:proofErr w:type="spellEnd"/>
            <w:proofErr w:type="gramEnd"/>
            <w:r w:rsidRPr="00BF305F">
              <w:rPr>
                <w:rFonts w:cs="Times New Roman"/>
                <w:szCs w:val="24"/>
                <w:u w:val="single"/>
              </w:rPr>
              <w:t xml:space="preserve">, </w:t>
            </w:r>
            <w:proofErr w:type="spellStart"/>
            <w:r w:rsidRPr="00BF305F">
              <w:rPr>
                <w:rFonts w:cs="Times New Roman"/>
                <w:szCs w:val="24"/>
                <w:u w:val="single"/>
              </w:rPr>
              <w:t>M.kom</w:t>
            </w:r>
            <w:proofErr w:type="spellEnd"/>
          </w:p>
          <w:p w14:paraId="14236D19" w14:textId="77777777" w:rsidR="009A7BAA" w:rsidRPr="00FD6DAD" w:rsidRDefault="009A7BAA" w:rsidP="0085044E">
            <w:pPr>
              <w:pStyle w:val="BodyText"/>
              <w:tabs>
                <w:tab w:val="left" w:pos="6702"/>
              </w:tabs>
              <w:spacing w:after="0"/>
              <w:jc w:val="left"/>
              <w:rPr>
                <w:rFonts w:cs="Times New Roman"/>
                <w:szCs w:val="24"/>
              </w:rPr>
            </w:pPr>
            <w:r w:rsidRPr="00FD6DAD">
              <w:rPr>
                <w:rFonts w:cs="Times New Roman"/>
                <w:szCs w:val="24"/>
              </w:rPr>
              <w:t>NIDN.0107098601</w:t>
            </w:r>
          </w:p>
        </w:tc>
      </w:tr>
    </w:tbl>
    <w:p w14:paraId="35E04460" w14:textId="77777777" w:rsidR="009B741C" w:rsidRPr="00FD6DAD" w:rsidRDefault="009B741C" w:rsidP="00D70A29">
      <w:pPr>
        <w:pStyle w:val="BodyText"/>
        <w:tabs>
          <w:tab w:val="left" w:pos="6702"/>
        </w:tabs>
        <w:spacing w:after="0"/>
        <w:rPr>
          <w:rFonts w:cs="Times New Roman"/>
          <w:szCs w:val="24"/>
        </w:rPr>
      </w:pPr>
    </w:p>
    <w:p w14:paraId="1AD68D6E" w14:textId="77777777" w:rsidR="002C2DEC" w:rsidRPr="00FD6DAD" w:rsidRDefault="002C2DEC" w:rsidP="00D70A29">
      <w:pPr>
        <w:pStyle w:val="BodyText"/>
        <w:tabs>
          <w:tab w:val="left" w:pos="6702"/>
        </w:tabs>
        <w:spacing w:after="0"/>
        <w:jc w:val="center"/>
        <w:rPr>
          <w:rFonts w:cs="Times New Roman"/>
          <w:szCs w:val="24"/>
        </w:rPr>
      </w:pPr>
    </w:p>
    <w:tbl>
      <w:tblPr>
        <w:tblStyle w:val="TableGrid"/>
        <w:tblW w:w="43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tblGrid>
      <w:tr w:rsidR="009A7BAA" w:rsidRPr="00FD6DAD" w14:paraId="75914E7D" w14:textId="77777777" w:rsidTr="00BF305F">
        <w:trPr>
          <w:jc w:val="center"/>
        </w:trPr>
        <w:tc>
          <w:tcPr>
            <w:tcW w:w="4307" w:type="dxa"/>
          </w:tcPr>
          <w:p w14:paraId="24778DE3" w14:textId="4D6FECD0" w:rsidR="009A7BAA" w:rsidRDefault="00BF305F" w:rsidP="009A7BAA">
            <w:pPr>
              <w:pStyle w:val="BodyText"/>
              <w:tabs>
                <w:tab w:val="left" w:pos="6702"/>
              </w:tabs>
              <w:spacing w:after="0"/>
              <w:jc w:val="center"/>
              <w:rPr>
                <w:rFonts w:cs="Times New Roman"/>
                <w:szCs w:val="24"/>
              </w:rPr>
            </w:pPr>
            <w:proofErr w:type="spellStart"/>
            <w:r>
              <w:rPr>
                <w:rFonts w:cs="Times New Roman"/>
                <w:szCs w:val="24"/>
              </w:rPr>
              <w:t>Mengetahui</w:t>
            </w:r>
            <w:proofErr w:type="spellEnd"/>
            <w:r w:rsidR="009A7BAA" w:rsidRPr="00FD6DAD">
              <w:rPr>
                <w:rFonts w:cs="Times New Roman"/>
                <w:szCs w:val="24"/>
              </w:rPr>
              <w:t>,</w:t>
            </w:r>
          </w:p>
          <w:p w14:paraId="7E03DF0F" w14:textId="591DCAA9" w:rsidR="009A7BAA" w:rsidRPr="00FD6DAD" w:rsidRDefault="009A7BAA" w:rsidP="009A7BAA">
            <w:pPr>
              <w:pStyle w:val="BodyText"/>
              <w:tabs>
                <w:tab w:val="left" w:pos="6702"/>
              </w:tabs>
              <w:spacing w:after="0"/>
              <w:jc w:val="center"/>
              <w:rPr>
                <w:rFonts w:cs="Times New Roman"/>
                <w:szCs w:val="24"/>
              </w:rPr>
            </w:pPr>
          </w:p>
        </w:tc>
      </w:tr>
      <w:tr w:rsidR="009A7BAA" w:rsidRPr="00FD6DAD" w14:paraId="20F4D282" w14:textId="77777777" w:rsidTr="00BF305F">
        <w:trPr>
          <w:jc w:val="center"/>
        </w:trPr>
        <w:tc>
          <w:tcPr>
            <w:tcW w:w="4307" w:type="dxa"/>
          </w:tcPr>
          <w:p w14:paraId="7C13EB03" w14:textId="77777777" w:rsidR="009A7BAA" w:rsidRPr="00FD6DAD" w:rsidRDefault="009A7BAA" w:rsidP="009A7BAA">
            <w:pPr>
              <w:jc w:val="center"/>
              <w:rPr>
                <w:rFonts w:cs="Times New Roman"/>
                <w:szCs w:val="24"/>
              </w:rPr>
            </w:pPr>
            <w:r w:rsidRPr="00FD6DAD">
              <w:rPr>
                <w:rFonts w:cs="Times New Roman"/>
                <w:szCs w:val="24"/>
                <w:lang w:val="id-ID"/>
              </w:rPr>
              <w:t>Ketu</w:t>
            </w:r>
            <w:r w:rsidRPr="00FD6DAD">
              <w:rPr>
                <w:rFonts w:cs="Times New Roman"/>
                <w:szCs w:val="24"/>
              </w:rPr>
              <w:t xml:space="preserve">a Program Studi Teknik </w:t>
            </w:r>
            <w:proofErr w:type="spellStart"/>
            <w:r w:rsidRPr="00FD6DAD">
              <w:rPr>
                <w:rFonts w:cs="Times New Roman"/>
                <w:szCs w:val="24"/>
              </w:rPr>
              <w:t>Informatika</w:t>
            </w:r>
            <w:proofErr w:type="spellEnd"/>
          </w:p>
          <w:p w14:paraId="436611AB" w14:textId="27C2ED3C" w:rsidR="009A7BAA" w:rsidRPr="00FD6DAD" w:rsidRDefault="009A7BAA" w:rsidP="009A7BAA">
            <w:pPr>
              <w:pStyle w:val="BodyText"/>
              <w:tabs>
                <w:tab w:val="left" w:pos="6702"/>
              </w:tabs>
              <w:spacing w:after="0"/>
              <w:jc w:val="center"/>
              <w:rPr>
                <w:rFonts w:cs="Times New Roman"/>
                <w:szCs w:val="24"/>
              </w:rPr>
            </w:pPr>
          </w:p>
        </w:tc>
      </w:tr>
      <w:tr w:rsidR="009A7BAA" w:rsidRPr="00FD6DAD" w14:paraId="371C51FC" w14:textId="77777777" w:rsidTr="00BF305F">
        <w:trPr>
          <w:jc w:val="center"/>
        </w:trPr>
        <w:tc>
          <w:tcPr>
            <w:tcW w:w="4307" w:type="dxa"/>
          </w:tcPr>
          <w:p w14:paraId="2B3DF06F" w14:textId="77777777" w:rsidR="009A7BAA" w:rsidRPr="00FD6DAD" w:rsidRDefault="009A7BAA" w:rsidP="009A7BAA">
            <w:pPr>
              <w:pStyle w:val="BodyText"/>
              <w:tabs>
                <w:tab w:val="left" w:pos="6702"/>
              </w:tabs>
              <w:spacing w:after="0"/>
              <w:rPr>
                <w:rFonts w:cs="Times New Roman"/>
                <w:szCs w:val="24"/>
              </w:rPr>
            </w:pPr>
          </w:p>
          <w:p w14:paraId="0E31706A" w14:textId="77777777" w:rsidR="009A7BAA" w:rsidRPr="00FD6DAD" w:rsidRDefault="009A7BAA" w:rsidP="009A7BAA">
            <w:pPr>
              <w:pStyle w:val="BodyText"/>
              <w:tabs>
                <w:tab w:val="left" w:pos="6702"/>
              </w:tabs>
              <w:spacing w:after="0"/>
              <w:jc w:val="center"/>
              <w:rPr>
                <w:rFonts w:cs="Times New Roman"/>
                <w:szCs w:val="24"/>
              </w:rPr>
            </w:pPr>
          </w:p>
          <w:p w14:paraId="19B248C3" w14:textId="77777777" w:rsidR="009A7BAA" w:rsidRPr="00FD6DAD" w:rsidRDefault="009A7BAA" w:rsidP="009A7BAA">
            <w:pPr>
              <w:pStyle w:val="BodyText"/>
              <w:tabs>
                <w:tab w:val="left" w:pos="6702"/>
              </w:tabs>
              <w:spacing w:after="0"/>
              <w:jc w:val="center"/>
              <w:rPr>
                <w:rFonts w:cs="Times New Roman"/>
                <w:szCs w:val="24"/>
              </w:rPr>
            </w:pPr>
          </w:p>
        </w:tc>
      </w:tr>
      <w:tr w:rsidR="009A7BAA" w:rsidRPr="00FD6DAD" w14:paraId="464F1CA7" w14:textId="77777777" w:rsidTr="00BF305F">
        <w:trPr>
          <w:trHeight w:val="157"/>
          <w:jc w:val="center"/>
        </w:trPr>
        <w:tc>
          <w:tcPr>
            <w:tcW w:w="4307" w:type="dxa"/>
          </w:tcPr>
          <w:p w14:paraId="13039340" w14:textId="77777777" w:rsidR="009A7BAA" w:rsidRDefault="009A7BAA" w:rsidP="009A7BAA">
            <w:pPr>
              <w:pStyle w:val="BodyText"/>
              <w:tabs>
                <w:tab w:val="left" w:pos="6702"/>
              </w:tabs>
              <w:spacing w:after="0"/>
              <w:jc w:val="center"/>
              <w:rPr>
                <w:rFonts w:cs="Times New Roman"/>
                <w:szCs w:val="24"/>
                <w:u w:val="single"/>
              </w:rPr>
            </w:pPr>
            <w:proofErr w:type="spellStart"/>
            <w:r w:rsidRPr="00BF305F">
              <w:rPr>
                <w:rFonts w:cs="Times New Roman"/>
                <w:szCs w:val="24"/>
                <w:u w:val="single"/>
              </w:rPr>
              <w:t>Rizki</w:t>
            </w:r>
            <w:proofErr w:type="spellEnd"/>
            <w:r w:rsidRPr="00BF305F">
              <w:rPr>
                <w:rFonts w:cs="Times New Roman"/>
                <w:szCs w:val="24"/>
                <w:u w:val="single"/>
              </w:rPr>
              <w:t xml:space="preserve"> </w:t>
            </w:r>
            <w:proofErr w:type="spellStart"/>
            <w:r w:rsidRPr="00BF305F">
              <w:rPr>
                <w:rFonts w:cs="Times New Roman"/>
                <w:szCs w:val="24"/>
                <w:u w:val="single"/>
              </w:rPr>
              <w:t>Muliono</w:t>
            </w:r>
            <w:proofErr w:type="spellEnd"/>
            <w:r w:rsidRPr="00BF305F">
              <w:rPr>
                <w:rFonts w:cs="Times New Roman"/>
                <w:szCs w:val="24"/>
                <w:u w:val="single"/>
              </w:rPr>
              <w:t xml:space="preserve">, </w:t>
            </w:r>
            <w:proofErr w:type="spellStart"/>
            <w:proofErr w:type="gramStart"/>
            <w:r w:rsidRPr="00BF305F">
              <w:rPr>
                <w:rFonts w:cs="Times New Roman"/>
                <w:szCs w:val="24"/>
                <w:u w:val="single"/>
              </w:rPr>
              <w:t>S.Kom</w:t>
            </w:r>
            <w:proofErr w:type="spellEnd"/>
            <w:proofErr w:type="gramEnd"/>
            <w:r w:rsidRPr="00BF305F">
              <w:rPr>
                <w:rFonts w:cs="Times New Roman"/>
                <w:szCs w:val="24"/>
                <w:u w:val="single"/>
              </w:rPr>
              <w:t xml:space="preserve">, </w:t>
            </w:r>
            <w:proofErr w:type="spellStart"/>
            <w:proofErr w:type="gramStart"/>
            <w:r w:rsidRPr="00BF305F">
              <w:rPr>
                <w:rFonts w:cs="Times New Roman"/>
                <w:szCs w:val="24"/>
                <w:u w:val="single"/>
              </w:rPr>
              <w:t>M.Kom</w:t>
            </w:r>
            <w:proofErr w:type="spellEnd"/>
            <w:proofErr w:type="gramEnd"/>
          </w:p>
          <w:p w14:paraId="0B34B447" w14:textId="6029C5E8" w:rsidR="00BF305F" w:rsidRPr="0097332F" w:rsidRDefault="0097332F" w:rsidP="0097332F">
            <w:pPr>
              <w:pStyle w:val="Heading1"/>
              <w:jc w:val="both"/>
            </w:pPr>
            <w:r>
              <w:t xml:space="preserve">        </w:t>
            </w:r>
            <w:r w:rsidR="00BF305F" w:rsidRPr="0097332F">
              <w:t>NIDN 0109038902</w:t>
            </w:r>
          </w:p>
          <w:p w14:paraId="1C4B2456" w14:textId="1D74A9FE" w:rsidR="00BF305F" w:rsidRPr="00BF305F" w:rsidRDefault="00BF305F" w:rsidP="009A7BAA">
            <w:pPr>
              <w:pStyle w:val="BodyText"/>
              <w:tabs>
                <w:tab w:val="left" w:pos="6702"/>
              </w:tabs>
              <w:spacing w:after="0"/>
              <w:jc w:val="center"/>
              <w:rPr>
                <w:rFonts w:cs="Times New Roman"/>
                <w:szCs w:val="24"/>
                <w:u w:val="single"/>
              </w:rPr>
            </w:pPr>
          </w:p>
        </w:tc>
      </w:tr>
    </w:tbl>
    <w:p w14:paraId="0760BF98" w14:textId="77777777" w:rsidR="009A7BAA" w:rsidRDefault="009A7BAA">
      <w:pPr>
        <w:jc w:val="left"/>
        <w:rPr>
          <w:rFonts w:eastAsiaTheme="majorEastAsia" w:cs="Times New Roman"/>
          <w:b/>
          <w:bCs/>
          <w:color w:val="000000" w:themeColor="text1"/>
          <w:sz w:val="20"/>
          <w:szCs w:val="20"/>
        </w:rPr>
      </w:pPr>
      <w:bookmarkStart w:id="6" w:name="_Toc204310497"/>
      <w:r>
        <w:rPr>
          <w:rFonts w:cs="Times New Roman"/>
          <w:sz w:val="20"/>
          <w:szCs w:val="20"/>
        </w:rPr>
        <w:br w:type="page"/>
      </w:r>
    </w:p>
    <w:p w14:paraId="79261C7A" w14:textId="3BCECB79" w:rsidR="00091930" w:rsidRPr="00091930" w:rsidRDefault="00B842C8" w:rsidP="0097332F">
      <w:pPr>
        <w:pStyle w:val="Heading1"/>
      </w:pPr>
      <w:bookmarkStart w:id="7" w:name="_Toc205248704"/>
      <w:bookmarkStart w:id="8" w:name="_Toc205261352"/>
      <w:r w:rsidRPr="00FD6DAD">
        <w:lastRenderedPageBreak/>
        <w:t>ABSTRAK</w:t>
      </w:r>
      <w:bookmarkEnd w:id="6"/>
      <w:bookmarkEnd w:id="7"/>
      <w:bookmarkEnd w:id="8"/>
    </w:p>
    <w:p w14:paraId="003EA5C6" w14:textId="63AA65C6" w:rsidR="003361AB" w:rsidRDefault="00067579" w:rsidP="003361AB">
      <w:pPr>
        <w:tabs>
          <w:tab w:val="left" w:pos="142"/>
        </w:tabs>
        <w:spacing w:after="0" w:line="240" w:lineRule="auto"/>
        <w:rPr>
          <w:rFonts w:cs="Times New Roman"/>
          <w:sz w:val="20"/>
          <w:szCs w:val="20"/>
        </w:rPr>
      </w:pPr>
      <w:proofErr w:type="spellStart"/>
      <w:r w:rsidRPr="00FD6DAD">
        <w:rPr>
          <w:rFonts w:cs="Times New Roman"/>
          <w:sz w:val="20"/>
          <w:szCs w:val="20"/>
        </w:rPr>
        <w:t>T</w:t>
      </w:r>
      <w:r w:rsidR="003361AB" w:rsidRPr="003361AB">
        <w:rPr>
          <w:rFonts w:cs="Times New Roman"/>
          <w:sz w:val="20"/>
          <w:szCs w:val="20"/>
        </w:rPr>
        <w:t>ransformasi</w:t>
      </w:r>
      <w:proofErr w:type="spellEnd"/>
      <w:r w:rsidR="003361AB" w:rsidRPr="003361AB">
        <w:rPr>
          <w:rFonts w:cs="Times New Roman"/>
          <w:sz w:val="20"/>
          <w:szCs w:val="20"/>
        </w:rPr>
        <w:t xml:space="preserve"> digital di </w:t>
      </w:r>
      <w:proofErr w:type="spellStart"/>
      <w:r w:rsidR="003361AB" w:rsidRPr="003361AB">
        <w:rPr>
          <w:rFonts w:cs="Times New Roman"/>
          <w:sz w:val="20"/>
          <w:szCs w:val="20"/>
        </w:rPr>
        <w:t>sektor</w:t>
      </w:r>
      <w:proofErr w:type="spellEnd"/>
      <w:r w:rsidR="003361AB" w:rsidRPr="003361AB">
        <w:rPr>
          <w:rFonts w:cs="Times New Roman"/>
          <w:sz w:val="20"/>
          <w:szCs w:val="20"/>
        </w:rPr>
        <w:t xml:space="preserve"> </w:t>
      </w:r>
      <w:proofErr w:type="spellStart"/>
      <w:r w:rsidR="003361AB" w:rsidRPr="003361AB">
        <w:rPr>
          <w:rFonts w:cs="Times New Roman"/>
          <w:sz w:val="20"/>
          <w:szCs w:val="20"/>
        </w:rPr>
        <w:t>literasi</w:t>
      </w:r>
      <w:proofErr w:type="spellEnd"/>
      <w:r w:rsidR="003361AB" w:rsidRPr="003361AB">
        <w:rPr>
          <w:rFonts w:cs="Times New Roman"/>
          <w:sz w:val="20"/>
          <w:szCs w:val="20"/>
        </w:rPr>
        <w:t xml:space="preserve"> </w:t>
      </w:r>
      <w:proofErr w:type="spellStart"/>
      <w:r w:rsidR="003361AB" w:rsidRPr="003361AB">
        <w:rPr>
          <w:rFonts w:cs="Times New Roman"/>
          <w:sz w:val="20"/>
          <w:szCs w:val="20"/>
        </w:rPr>
        <w:t>telah</w:t>
      </w:r>
      <w:proofErr w:type="spellEnd"/>
      <w:r w:rsidR="003361AB" w:rsidRPr="003361AB">
        <w:rPr>
          <w:rFonts w:cs="Times New Roman"/>
          <w:sz w:val="20"/>
          <w:szCs w:val="20"/>
        </w:rPr>
        <w:t xml:space="preserve"> </w:t>
      </w:r>
      <w:proofErr w:type="spellStart"/>
      <w:r w:rsidR="003361AB" w:rsidRPr="003361AB">
        <w:rPr>
          <w:rFonts w:cs="Times New Roman"/>
          <w:sz w:val="20"/>
          <w:szCs w:val="20"/>
        </w:rPr>
        <w:t>mendorong</w:t>
      </w:r>
      <w:proofErr w:type="spellEnd"/>
      <w:r w:rsidR="003361AB" w:rsidRPr="003361AB">
        <w:rPr>
          <w:rFonts w:cs="Times New Roman"/>
          <w:sz w:val="20"/>
          <w:szCs w:val="20"/>
        </w:rPr>
        <w:t xml:space="preserve"> </w:t>
      </w:r>
      <w:proofErr w:type="spellStart"/>
      <w:r w:rsidR="003361AB" w:rsidRPr="003361AB">
        <w:rPr>
          <w:rFonts w:cs="Times New Roman"/>
          <w:sz w:val="20"/>
          <w:szCs w:val="20"/>
        </w:rPr>
        <w:t>lembaga</w:t>
      </w:r>
      <w:proofErr w:type="spellEnd"/>
      <w:r w:rsidR="003361AB" w:rsidRPr="003361AB">
        <w:rPr>
          <w:rFonts w:cs="Times New Roman"/>
          <w:sz w:val="20"/>
          <w:szCs w:val="20"/>
        </w:rPr>
        <w:t xml:space="preserve"> nonformal </w:t>
      </w:r>
      <w:proofErr w:type="spellStart"/>
      <w:r w:rsidR="003361AB" w:rsidRPr="003361AB">
        <w:rPr>
          <w:rFonts w:cs="Times New Roman"/>
          <w:sz w:val="20"/>
          <w:szCs w:val="20"/>
        </w:rPr>
        <w:t>seperti</w:t>
      </w:r>
      <w:proofErr w:type="spellEnd"/>
      <w:r w:rsidR="003361AB" w:rsidRPr="003361AB">
        <w:rPr>
          <w:rFonts w:cs="Times New Roman"/>
          <w:sz w:val="20"/>
          <w:szCs w:val="20"/>
        </w:rPr>
        <w:t xml:space="preserve"> Taman Baca Masyarakat (TBM) </w:t>
      </w:r>
      <w:proofErr w:type="spellStart"/>
      <w:r w:rsidR="003361AB" w:rsidRPr="003361AB">
        <w:rPr>
          <w:rFonts w:cs="Times New Roman"/>
          <w:sz w:val="20"/>
          <w:szCs w:val="20"/>
        </w:rPr>
        <w:t>untuk</w:t>
      </w:r>
      <w:proofErr w:type="spellEnd"/>
      <w:r w:rsidR="003361AB" w:rsidRPr="003361AB">
        <w:rPr>
          <w:rFonts w:cs="Times New Roman"/>
          <w:sz w:val="20"/>
          <w:szCs w:val="20"/>
        </w:rPr>
        <w:t xml:space="preserve"> </w:t>
      </w:r>
      <w:proofErr w:type="spellStart"/>
      <w:r w:rsidR="003361AB" w:rsidRPr="003361AB">
        <w:rPr>
          <w:rFonts w:cs="Times New Roman"/>
          <w:sz w:val="20"/>
          <w:szCs w:val="20"/>
        </w:rPr>
        <w:t>mengadopsi</w:t>
      </w:r>
      <w:proofErr w:type="spellEnd"/>
      <w:r w:rsidR="003361AB" w:rsidRPr="003361AB">
        <w:rPr>
          <w:rFonts w:cs="Times New Roman"/>
          <w:sz w:val="20"/>
          <w:szCs w:val="20"/>
        </w:rPr>
        <w:t xml:space="preserve"> </w:t>
      </w:r>
      <w:proofErr w:type="spellStart"/>
      <w:r w:rsidR="003361AB" w:rsidRPr="003361AB">
        <w:rPr>
          <w:rFonts w:cs="Times New Roman"/>
          <w:sz w:val="20"/>
          <w:szCs w:val="20"/>
        </w:rPr>
        <w:t>teknologi</w:t>
      </w:r>
      <w:proofErr w:type="spellEnd"/>
      <w:r w:rsidR="003361AB" w:rsidRPr="003361AB">
        <w:rPr>
          <w:rFonts w:cs="Times New Roman"/>
          <w:sz w:val="20"/>
          <w:szCs w:val="20"/>
        </w:rPr>
        <w:t xml:space="preserve"> </w:t>
      </w:r>
      <w:proofErr w:type="spellStart"/>
      <w:r w:rsidR="003361AB" w:rsidRPr="003361AB">
        <w:rPr>
          <w:rFonts w:cs="Times New Roman"/>
          <w:sz w:val="20"/>
          <w:szCs w:val="20"/>
        </w:rPr>
        <w:t>informasi</w:t>
      </w:r>
      <w:proofErr w:type="spellEnd"/>
      <w:r w:rsidR="003361AB" w:rsidRPr="003361AB">
        <w:rPr>
          <w:rFonts w:cs="Times New Roman"/>
          <w:sz w:val="20"/>
          <w:szCs w:val="20"/>
        </w:rPr>
        <w:t xml:space="preserve"> guna </w:t>
      </w:r>
      <w:proofErr w:type="spellStart"/>
      <w:r w:rsidR="003361AB" w:rsidRPr="003361AB">
        <w:rPr>
          <w:rFonts w:cs="Times New Roman"/>
          <w:sz w:val="20"/>
          <w:szCs w:val="20"/>
        </w:rPr>
        <w:t>meningkatkan</w:t>
      </w:r>
      <w:proofErr w:type="spellEnd"/>
      <w:r w:rsidR="003361AB" w:rsidRPr="003361AB">
        <w:rPr>
          <w:rFonts w:cs="Times New Roman"/>
          <w:sz w:val="20"/>
          <w:szCs w:val="20"/>
        </w:rPr>
        <w:t xml:space="preserve"> </w:t>
      </w:r>
      <w:proofErr w:type="spellStart"/>
      <w:r w:rsidR="003361AB" w:rsidRPr="003361AB">
        <w:rPr>
          <w:rFonts w:cs="Times New Roman"/>
          <w:sz w:val="20"/>
          <w:szCs w:val="20"/>
        </w:rPr>
        <w:t>mutu</w:t>
      </w:r>
      <w:proofErr w:type="spellEnd"/>
      <w:r w:rsidR="003361AB" w:rsidRPr="003361AB">
        <w:rPr>
          <w:rFonts w:cs="Times New Roman"/>
          <w:sz w:val="20"/>
          <w:szCs w:val="20"/>
        </w:rPr>
        <w:t xml:space="preserve"> </w:t>
      </w:r>
      <w:proofErr w:type="spellStart"/>
      <w:r w:rsidR="003361AB" w:rsidRPr="003361AB">
        <w:rPr>
          <w:rFonts w:cs="Times New Roman"/>
          <w:sz w:val="20"/>
          <w:szCs w:val="20"/>
        </w:rPr>
        <w:t>layanan</w:t>
      </w:r>
      <w:proofErr w:type="spellEnd"/>
      <w:r w:rsidR="003361AB" w:rsidRPr="003361AB">
        <w:rPr>
          <w:rFonts w:cs="Times New Roman"/>
          <w:sz w:val="20"/>
          <w:szCs w:val="20"/>
        </w:rPr>
        <w:t xml:space="preserve">. </w:t>
      </w:r>
      <w:proofErr w:type="spellStart"/>
      <w:r w:rsidR="003361AB" w:rsidRPr="003361AB">
        <w:rPr>
          <w:rFonts w:cs="Times New Roman"/>
          <w:sz w:val="20"/>
          <w:szCs w:val="20"/>
        </w:rPr>
        <w:t>Laporan</w:t>
      </w:r>
      <w:proofErr w:type="spellEnd"/>
      <w:r w:rsidR="003361AB" w:rsidRPr="003361AB">
        <w:rPr>
          <w:rFonts w:cs="Times New Roman"/>
          <w:sz w:val="20"/>
          <w:szCs w:val="20"/>
        </w:rPr>
        <w:t xml:space="preserve"> </w:t>
      </w:r>
      <w:proofErr w:type="spellStart"/>
      <w:r w:rsidR="003361AB" w:rsidRPr="003361AB">
        <w:rPr>
          <w:rFonts w:cs="Times New Roman"/>
          <w:sz w:val="20"/>
          <w:szCs w:val="20"/>
        </w:rPr>
        <w:t>ini</w:t>
      </w:r>
      <w:proofErr w:type="spellEnd"/>
      <w:r w:rsidR="003361AB" w:rsidRPr="003361AB">
        <w:rPr>
          <w:rFonts w:cs="Times New Roman"/>
          <w:sz w:val="20"/>
          <w:szCs w:val="20"/>
        </w:rPr>
        <w:t xml:space="preserve"> </w:t>
      </w:r>
      <w:proofErr w:type="spellStart"/>
      <w:r w:rsidR="003361AB" w:rsidRPr="003361AB">
        <w:rPr>
          <w:rFonts w:cs="Times New Roman"/>
          <w:sz w:val="20"/>
          <w:szCs w:val="20"/>
        </w:rPr>
        <w:t>membahas</w:t>
      </w:r>
      <w:proofErr w:type="spellEnd"/>
      <w:r w:rsidR="003361AB" w:rsidRPr="003361AB">
        <w:rPr>
          <w:rFonts w:cs="Times New Roman"/>
          <w:sz w:val="20"/>
          <w:szCs w:val="20"/>
        </w:rPr>
        <w:t xml:space="preserve"> </w:t>
      </w:r>
      <w:proofErr w:type="spellStart"/>
      <w:r w:rsidR="003361AB" w:rsidRPr="003361AB">
        <w:rPr>
          <w:rFonts w:cs="Times New Roman"/>
          <w:sz w:val="20"/>
          <w:szCs w:val="20"/>
        </w:rPr>
        <w:t>perancangan</w:t>
      </w:r>
      <w:proofErr w:type="spellEnd"/>
      <w:r w:rsidR="003361AB" w:rsidRPr="003361AB">
        <w:rPr>
          <w:rFonts w:cs="Times New Roman"/>
          <w:sz w:val="20"/>
          <w:szCs w:val="20"/>
        </w:rPr>
        <w:t xml:space="preserve"> dan </w:t>
      </w:r>
      <w:proofErr w:type="spellStart"/>
      <w:r w:rsidR="003361AB" w:rsidRPr="003361AB">
        <w:rPr>
          <w:rFonts w:cs="Times New Roman"/>
          <w:sz w:val="20"/>
          <w:szCs w:val="20"/>
        </w:rPr>
        <w:t>implementasi</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informasi</w:t>
      </w:r>
      <w:proofErr w:type="spellEnd"/>
      <w:r w:rsidR="003361AB" w:rsidRPr="003361AB">
        <w:rPr>
          <w:rFonts w:cs="Times New Roman"/>
          <w:sz w:val="20"/>
          <w:szCs w:val="20"/>
        </w:rPr>
        <w:t xml:space="preserve"> </w:t>
      </w:r>
      <w:proofErr w:type="spellStart"/>
      <w:r w:rsidR="003361AB" w:rsidRPr="003361AB">
        <w:rPr>
          <w:rFonts w:cs="Times New Roman"/>
          <w:sz w:val="20"/>
          <w:szCs w:val="20"/>
        </w:rPr>
        <w:t>katalog</w:t>
      </w:r>
      <w:proofErr w:type="spellEnd"/>
      <w:r w:rsidR="003361AB" w:rsidRPr="003361AB">
        <w:rPr>
          <w:rFonts w:cs="Times New Roman"/>
          <w:sz w:val="20"/>
          <w:szCs w:val="20"/>
        </w:rPr>
        <w:t xml:space="preserve"> </w:t>
      </w:r>
      <w:proofErr w:type="spellStart"/>
      <w:r w:rsidR="003361AB" w:rsidRPr="003361AB">
        <w:rPr>
          <w:rFonts w:cs="Times New Roman"/>
          <w:sz w:val="20"/>
          <w:szCs w:val="20"/>
        </w:rPr>
        <w:t>buku</w:t>
      </w:r>
      <w:proofErr w:type="spellEnd"/>
      <w:r w:rsidR="003361AB" w:rsidRPr="003361AB">
        <w:rPr>
          <w:rFonts w:cs="Times New Roman"/>
          <w:sz w:val="20"/>
          <w:szCs w:val="20"/>
        </w:rPr>
        <w:t xml:space="preserve"> </w:t>
      </w:r>
      <w:proofErr w:type="spellStart"/>
      <w:r w:rsidR="003361AB" w:rsidRPr="003361AB">
        <w:rPr>
          <w:rFonts w:cs="Times New Roman"/>
          <w:sz w:val="20"/>
          <w:szCs w:val="20"/>
        </w:rPr>
        <w:t>berbasis</w:t>
      </w:r>
      <w:proofErr w:type="spellEnd"/>
      <w:r w:rsidR="003361AB" w:rsidRPr="003361AB">
        <w:rPr>
          <w:rFonts w:cs="Times New Roman"/>
          <w:sz w:val="20"/>
          <w:szCs w:val="20"/>
        </w:rPr>
        <w:t xml:space="preserve"> web yang </w:t>
      </w:r>
      <w:proofErr w:type="spellStart"/>
      <w:r w:rsidR="003361AB" w:rsidRPr="003361AB">
        <w:rPr>
          <w:rFonts w:cs="Times New Roman"/>
          <w:sz w:val="20"/>
          <w:szCs w:val="20"/>
        </w:rPr>
        <w:t>diterapkan</w:t>
      </w:r>
      <w:proofErr w:type="spellEnd"/>
      <w:r w:rsidR="003361AB" w:rsidRPr="003361AB">
        <w:rPr>
          <w:rFonts w:cs="Times New Roman"/>
          <w:sz w:val="20"/>
          <w:szCs w:val="20"/>
        </w:rPr>
        <w:t xml:space="preserve"> di TBM Al-Azhari, Medan.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ini</w:t>
      </w:r>
      <w:proofErr w:type="spellEnd"/>
      <w:r w:rsidR="003361AB" w:rsidRPr="003361AB">
        <w:rPr>
          <w:rFonts w:cs="Times New Roman"/>
          <w:sz w:val="20"/>
          <w:szCs w:val="20"/>
        </w:rPr>
        <w:t xml:space="preserve"> </w:t>
      </w:r>
      <w:proofErr w:type="spellStart"/>
      <w:r w:rsidR="003361AB" w:rsidRPr="003361AB">
        <w:rPr>
          <w:rFonts w:cs="Times New Roman"/>
          <w:sz w:val="20"/>
          <w:szCs w:val="20"/>
        </w:rPr>
        <w:t>hadir</w:t>
      </w:r>
      <w:proofErr w:type="spellEnd"/>
      <w:r w:rsidR="003361AB" w:rsidRPr="003361AB">
        <w:rPr>
          <w:rFonts w:cs="Times New Roman"/>
          <w:sz w:val="20"/>
          <w:szCs w:val="20"/>
        </w:rPr>
        <w:t xml:space="preserve"> </w:t>
      </w:r>
      <w:proofErr w:type="spellStart"/>
      <w:r w:rsidR="003361AB" w:rsidRPr="003361AB">
        <w:rPr>
          <w:rFonts w:cs="Times New Roman"/>
          <w:sz w:val="20"/>
          <w:szCs w:val="20"/>
        </w:rPr>
        <w:t>sebagai</w:t>
      </w:r>
      <w:proofErr w:type="spellEnd"/>
      <w:r w:rsidR="003361AB" w:rsidRPr="003361AB">
        <w:rPr>
          <w:rFonts w:cs="Times New Roman"/>
          <w:sz w:val="20"/>
          <w:szCs w:val="20"/>
        </w:rPr>
        <w:t xml:space="preserve"> </w:t>
      </w:r>
      <w:proofErr w:type="spellStart"/>
      <w:r w:rsidR="003361AB" w:rsidRPr="003361AB">
        <w:rPr>
          <w:rFonts w:cs="Times New Roman"/>
          <w:sz w:val="20"/>
          <w:szCs w:val="20"/>
        </w:rPr>
        <w:t>solusi</w:t>
      </w:r>
      <w:proofErr w:type="spellEnd"/>
      <w:r w:rsidR="003361AB" w:rsidRPr="003361AB">
        <w:rPr>
          <w:rFonts w:cs="Times New Roman"/>
          <w:sz w:val="20"/>
          <w:szCs w:val="20"/>
        </w:rPr>
        <w:t xml:space="preserve"> </w:t>
      </w:r>
      <w:proofErr w:type="spellStart"/>
      <w:r w:rsidR="003361AB" w:rsidRPr="003361AB">
        <w:rPr>
          <w:rFonts w:cs="Times New Roman"/>
          <w:sz w:val="20"/>
          <w:szCs w:val="20"/>
        </w:rPr>
        <w:t>atas</w:t>
      </w:r>
      <w:proofErr w:type="spellEnd"/>
      <w:r w:rsidR="003361AB" w:rsidRPr="003361AB">
        <w:rPr>
          <w:rFonts w:cs="Times New Roman"/>
          <w:sz w:val="20"/>
          <w:szCs w:val="20"/>
        </w:rPr>
        <w:t xml:space="preserve"> </w:t>
      </w:r>
      <w:proofErr w:type="spellStart"/>
      <w:r w:rsidR="003361AB" w:rsidRPr="003361AB">
        <w:rPr>
          <w:rFonts w:cs="Times New Roman"/>
          <w:sz w:val="20"/>
          <w:szCs w:val="20"/>
        </w:rPr>
        <w:t>berbagai</w:t>
      </w:r>
      <w:proofErr w:type="spellEnd"/>
      <w:r w:rsidR="003361AB" w:rsidRPr="003361AB">
        <w:rPr>
          <w:rFonts w:cs="Times New Roman"/>
          <w:sz w:val="20"/>
          <w:szCs w:val="20"/>
        </w:rPr>
        <w:t xml:space="preserve"> </w:t>
      </w:r>
      <w:proofErr w:type="spellStart"/>
      <w:r w:rsidR="003361AB" w:rsidRPr="003361AB">
        <w:rPr>
          <w:rFonts w:cs="Times New Roman"/>
          <w:sz w:val="20"/>
          <w:szCs w:val="20"/>
        </w:rPr>
        <w:t>permasalahan</w:t>
      </w:r>
      <w:proofErr w:type="spellEnd"/>
      <w:r w:rsidR="003361AB" w:rsidRPr="003361AB">
        <w:rPr>
          <w:rFonts w:cs="Times New Roman"/>
          <w:sz w:val="20"/>
          <w:szCs w:val="20"/>
        </w:rPr>
        <w:t xml:space="preserve"> yang </w:t>
      </w:r>
      <w:proofErr w:type="spellStart"/>
      <w:r w:rsidR="003361AB" w:rsidRPr="003361AB">
        <w:rPr>
          <w:rFonts w:cs="Times New Roman"/>
          <w:sz w:val="20"/>
          <w:szCs w:val="20"/>
        </w:rPr>
        <w:t>timbul</w:t>
      </w:r>
      <w:proofErr w:type="spellEnd"/>
      <w:r w:rsidR="003361AB" w:rsidRPr="003361AB">
        <w:rPr>
          <w:rFonts w:cs="Times New Roman"/>
          <w:sz w:val="20"/>
          <w:szCs w:val="20"/>
        </w:rPr>
        <w:t xml:space="preserve"> </w:t>
      </w:r>
      <w:proofErr w:type="spellStart"/>
      <w:r w:rsidR="003361AB" w:rsidRPr="003361AB">
        <w:rPr>
          <w:rFonts w:cs="Times New Roman"/>
          <w:sz w:val="20"/>
          <w:szCs w:val="20"/>
        </w:rPr>
        <w:t>akibat</w:t>
      </w:r>
      <w:proofErr w:type="spellEnd"/>
      <w:r w:rsidR="003361AB" w:rsidRPr="003361AB">
        <w:rPr>
          <w:rFonts w:cs="Times New Roman"/>
          <w:sz w:val="20"/>
          <w:szCs w:val="20"/>
        </w:rPr>
        <w:t xml:space="preserve"> </w:t>
      </w:r>
      <w:proofErr w:type="spellStart"/>
      <w:r w:rsidR="003361AB" w:rsidRPr="003361AB">
        <w:rPr>
          <w:rFonts w:cs="Times New Roman"/>
          <w:sz w:val="20"/>
          <w:szCs w:val="20"/>
        </w:rPr>
        <w:t>pengelolaan</w:t>
      </w:r>
      <w:proofErr w:type="spellEnd"/>
      <w:r w:rsidR="003361AB" w:rsidRPr="003361AB">
        <w:rPr>
          <w:rFonts w:cs="Times New Roman"/>
          <w:sz w:val="20"/>
          <w:szCs w:val="20"/>
        </w:rPr>
        <w:t xml:space="preserve"> </w:t>
      </w:r>
      <w:proofErr w:type="spellStart"/>
      <w:r w:rsidR="003361AB" w:rsidRPr="003361AB">
        <w:rPr>
          <w:rFonts w:cs="Times New Roman"/>
          <w:sz w:val="20"/>
          <w:szCs w:val="20"/>
        </w:rPr>
        <w:t>koleksi</w:t>
      </w:r>
      <w:proofErr w:type="spellEnd"/>
      <w:r w:rsidR="003361AB" w:rsidRPr="003361AB">
        <w:rPr>
          <w:rFonts w:cs="Times New Roman"/>
          <w:sz w:val="20"/>
          <w:szCs w:val="20"/>
        </w:rPr>
        <w:t xml:space="preserve"> </w:t>
      </w:r>
      <w:proofErr w:type="spellStart"/>
      <w:r w:rsidR="003361AB" w:rsidRPr="003361AB">
        <w:rPr>
          <w:rFonts w:cs="Times New Roman"/>
          <w:sz w:val="20"/>
          <w:szCs w:val="20"/>
        </w:rPr>
        <w:t>buku</w:t>
      </w:r>
      <w:proofErr w:type="spellEnd"/>
      <w:r w:rsidR="003361AB" w:rsidRPr="003361AB">
        <w:rPr>
          <w:rFonts w:cs="Times New Roman"/>
          <w:sz w:val="20"/>
          <w:szCs w:val="20"/>
        </w:rPr>
        <w:t xml:space="preserve"> </w:t>
      </w:r>
      <w:proofErr w:type="spellStart"/>
      <w:r w:rsidR="003361AB" w:rsidRPr="003361AB">
        <w:rPr>
          <w:rFonts w:cs="Times New Roman"/>
          <w:sz w:val="20"/>
          <w:szCs w:val="20"/>
        </w:rPr>
        <w:t>secara</w:t>
      </w:r>
      <w:proofErr w:type="spellEnd"/>
      <w:r w:rsidR="003361AB" w:rsidRPr="003361AB">
        <w:rPr>
          <w:rFonts w:cs="Times New Roman"/>
          <w:sz w:val="20"/>
          <w:szCs w:val="20"/>
        </w:rPr>
        <w:t xml:space="preserve"> manual, </w:t>
      </w:r>
      <w:proofErr w:type="spellStart"/>
      <w:r w:rsidR="003361AB" w:rsidRPr="003361AB">
        <w:rPr>
          <w:rFonts w:cs="Times New Roman"/>
          <w:sz w:val="20"/>
          <w:szCs w:val="20"/>
        </w:rPr>
        <w:t>seperti</w:t>
      </w:r>
      <w:proofErr w:type="spellEnd"/>
      <w:r w:rsidR="003361AB" w:rsidRPr="003361AB">
        <w:rPr>
          <w:rFonts w:cs="Times New Roman"/>
          <w:sz w:val="20"/>
          <w:szCs w:val="20"/>
        </w:rPr>
        <w:t xml:space="preserve"> </w:t>
      </w:r>
      <w:proofErr w:type="spellStart"/>
      <w:r w:rsidR="003361AB" w:rsidRPr="003361AB">
        <w:rPr>
          <w:rFonts w:cs="Times New Roman"/>
          <w:sz w:val="20"/>
          <w:szCs w:val="20"/>
        </w:rPr>
        <w:t>ketidakteraturan</w:t>
      </w:r>
      <w:proofErr w:type="spellEnd"/>
      <w:r w:rsidR="003361AB" w:rsidRPr="003361AB">
        <w:rPr>
          <w:rFonts w:cs="Times New Roman"/>
          <w:sz w:val="20"/>
          <w:szCs w:val="20"/>
        </w:rPr>
        <w:t xml:space="preserve"> data, </w:t>
      </w:r>
      <w:proofErr w:type="spellStart"/>
      <w:r w:rsidR="003361AB" w:rsidRPr="003361AB">
        <w:rPr>
          <w:rFonts w:cs="Times New Roman"/>
          <w:sz w:val="20"/>
          <w:szCs w:val="20"/>
        </w:rPr>
        <w:t>risiko</w:t>
      </w:r>
      <w:proofErr w:type="spellEnd"/>
      <w:r w:rsidR="003361AB" w:rsidRPr="003361AB">
        <w:rPr>
          <w:rFonts w:cs="Times New Roman"/>
          <w:sz w:val="20"/>
          <w:szCs w:val="20"/>
        </w:rPr>
        <w:t xml:space="preserve"> </w:t>
      </w:r>
      <w:proofErr w:type="spellStart"/>
      <w:r w:rsidR="003361AB" w:rsidRPr="003361AB">
        <w:rPr>
          <w:rFonts w:cs="Times New Roman"/>
          <w:sz w:val="20"/>
          <w:szCs w:val="20"/>
        </w:rPr>
        <w:t>kehilangan</w:t>
      </w:r>
      <w:proofErr w:type="spellEnd"/>
      <w:r w:rsidR="003361AB" w:rsidRPr="003361AB">
        <w:rPr>
          <w:rFonts w:cs="Times New Roman"/>
          <w:sz w:val="20"/>
          <w:szCs w:val="20"/>
        </w:rPr>
        <w:t xml:space="preserve"> </w:t>
      </w:r>
      <w:proofErr w:type="spellStart"/>
      <w:r w:rsidR="003361AB" w:rsidRPr="003361AB">
        <w:rPr>
          <w:rFonts w:cs="Times New Roman"/>
          <w:sz w:val="20"/>
          <w:szCs w:val="20"/>
        </w:rPr>
        <w:t>informasi</w:t>
      </w:r>
      <w:proofErr w:type="spellEnd"/>
      <w:r w:rsidR="003361AB" w:rsidRPr="003361AB">
        <w:rPr>
          <w:rFonts w:cs="Times New Roman"/>
          <w:sz w:val="20"/>
          <w:szCs w:val="20"/>
        </w:rPr>
        <w:t xml:space="preserve">, </w:t>
      </w:r>
      <w:proofErr w:type="spellStart"/>
      <w:r w:rsidR="003361AB" w:rsidRPr="003361AB">
        <w:rPr>
          <w:rFonts w:cs="Times New Roman"/>
          <w:sz w:val="20"/>
          <w:szCs w:val="20"/>
        </w:rPr>
        <w:t>serta</w:t>
      </w:r>
      <w:proofErr w:type="spellEnd"/>
      <w:r w:rsidR="003361AB" w:rsidRPr="003361AB">
        <w:rPr>
          <w:rFonts w:cs="Times New Roman"/>
          <w:sz w:val="20"/>
          <w:szCs w:val="20"/>
        </w:rPr>
        <w:t xml:space="preserve"> </w:t>
      </w:r>
      <w:proofErr w:type="spellStart"/>
      <w:r w:rsidR="003361AB" w:rsidRPr="003361AB">
        <w:rPr>
          <w:rFonts w:cs="Times New Roman"/>
          <w:sz w:val="20"/>
          <w:szCs w:val="20"/>
        </w:rPr>
        <w:t>lambatnya</w:t>
      </w:r>
      <w:proofErr w:type="spellEnd"/>
      <w:r w:rsidR="003361AB" w:rsidRPr="003361AB">
        <w:rPr>
          <w:rFonts w:cs="Times New Roman"/>
          <w:sz w:val="20"/>
          <w:szCs w:val="20"/>
        </w:rPr>
        <w:t xml:space="preserve"> proses </w:t>
      </w:r>
      <w:proofErr w:type="spellStart"/>
      <w:r w:rsidR="003361AB" w:rsidRPr="003361AB">
        <w:rPr>
          <w:rFonts w:cs="Times New Roman"/>
          <w:sz w:val="20"/>
          <w:szCs w:val="20"/>
        </w:rPr>
        <w:t>pencarian</w:t>
      </w:r>
      <w:proofErr w:type="spellEnd"/>
      <w:r w:rsidR="003361AB" w:rsidRPr="003361AB">
        <w:rPr>
          <w:rFonts w:cs="Times New Roman"/>
          <w:sz w:val="20"/>
          <w:szCs w:val="20"/>
        </w:rPr>
        <w:t xml:space="preserve"> dan </w:t>
      </w:r>
      <w:proofErr w:type="spellStart"/>
      <w:r w:rsidR="003361AB" w:rsidRPr="003361AB">
        <w:rPr>
          <w:rFonts w:cs="Times New Roman"/>
          <w:sz w:val="20"/>
          <w:szCs w:val="20"/>
        </w:rPr>
        <w:t>pencatatan</w:t>
      </w:r>
      <w:proofErr w:type="spellEnd"/>
      <w:r w:rsidR="003361AB" w:rsidRPr="003361AB">
        <w:rPr>
          <w:rFonts w:cs="Times New Roman"/>
          <w:sz w:val="20"/>
          <w:szCs w:val="20"/>
        </w:rPr>
        <w:t xml:space="preserve"> </w:t>
      </w:r>
      <w:proofErr w:type="spellStart"/>
      <w:r w:rsidR="003361AB" w:rsidRPr="003361AB">
        <w:rPr>
          <w:rFonts w:cs="Times New Roman"/>
          <w:sz w:val="20"/>
          <w:szCs w:val="20"/>
        </w:rPr>
        <w:t>transaksi</w:t>
      </w:r>
      <w:proofErr w:type="spellEnd"/>
      <w:r w:rsidR="003361AB" w:rsidRPr="003361AB">
        <w:rPr>
          <w:rFonts w:cs="Times New Roman"/>
          <w:sz w:val="20"/>
          <w:szCs w:val="20"/>
        </w:rPr>
        <w:t xml:space="preserve">. Dalam </w:t>
      </w:r>
      <w:proofErr w:type="spellStart"/>
      <w:r w:rsidR="003361AB" w:rsidRPr="003361AB">
        <w:rPr>
          <w:rFonts w:cs="Times New Roman"/>
          <w:sz w:val="20"/>
          <w:szCs w:val="20"/>
        </w:rPr>
        <w:t>kerja</w:t>
      </w:r>
      <w:proofErr w:type="spellEnd"/>
      <w:r w:rsidR="003361AB" w:rsidRPr="003361AB">
        <w:rPr>
          <w:rFonts w:cs="Times New Roman"/>
          <w:sz w:val="20"/>
          <w:szCs w:val="20"/>
        </w:rPr>
        <w:t xml:space="preserve"> </w:t>
      </w:r>
      <w:proofErr w:type="spellStart"/>
      <w:r w:rsidR="003361AB" w:rsidRPr="003361AB">
        <w:rPr>
          <w:rFonts w:cs="Times New Roman"/>
          <w:sz w:val="20"/>
          <w:szCs w:val="20"/>
        </w:rPr>
        <w:t>praktik</w:t>
      </w:r>
      <w:proofErr w:type="spellEnd"/>
      <w:r w:rsidR="003361AB" w:rsidRPr="003361AB">
        <w:rPr>
          <w:rFonts w:cs="Times New Roman"/>
          <w:sz w:val="20"/>
          <w:szCs w:val="20"/>
        </w:rPr>
        <w:t xml:space="preserve"> </w:t>
      </w:r>
      <w:proofErr w:type="spellStart"/>
      <w:r w:rsidR="003361AB" w:rsidRPr="003361AB">
        <w:rPr>
          <w:rFonts w:cs="Times New Roman"/>
          <w:sz w:val="20"/>
          <w:szCs w:val="20"/>
        </w:rPr>
        <w:t>ini</w:t>
      </w:r>
      <w:proofErr w:type="spellEnd"/>
      <w:r w:rsidR="003361AB" w:rsidRPr="003361AB">
        <w:rPr>
          <w:rFonts w:cs="Times New Roman"/>
          <w:sz w:val="20"/>
          <w:szCs w:val="20"/>
        </w:rPr>
        <w:t xml:space="preserve">, </w:t>
      </w:r>
      <w:proofErr w:type="spellStart"/>
      <w:r w:rsidR="003361AB" w:rsidRPr="003361AB">
        <w:rPr>
          <w:rFonts w:cs="Times New Roman"/>
          <w:sz w:val="20"/>
          <w:szCs w:val="20"/>
        </w:rPr>
        <w:t>mahasiswa</w:t>
      </w:r>
      <w:proofErr w:type="spellEnd"/>
      <w:r w:rsidR="003361AB" w:rsidRPr="003361AB">
        <w:rPr>
          <w:rFonts w:cs="Times New Roman"/>
          <w:sz w:val="20"/>
          <w:szCs w:val="20"/>
        </w:rPr>
        <w:t xml:space="preserve"> </w:t>
      </w:r>
      <w:proofErr w:type="spellStart"/>
      <w:r w:rsidR="003361AB" w:rsidRPr="003361AB">
        <w:rPr>
          <w:rFonts w:cs="Times New Roman"/>
          <w:sz w:val="20"/>
          <w:szCs w:val="20"/>
        </w:rPr>
        <w:t>merancang</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mulai</w:t>
      </w:r>
      <w:proofErr w:type="spellEnd"/>
      <w:r w:rsidR="003361AB" w:rsidRPr="003361AB">
        <w:rPr>
          <w:rFonts w:cs="Times New Roman"/>
          <w:sz w:val="20"/>
          <w:szCs w:val="20"/>
        </w:rPr>
        <w:t xml:space="preserve"> </w:t>
      </w:r>
      <w:proofErr w:type="spellStart"/>
      <w:r w:rsidR="003361AB" w:rsidRPr="003361AB">
        <w:rPr>
          <w:rFonts w:cs="Times New Roman"/>
          <w:sz w:val="20"/>
          <w:szCs w:val="20"/>
        </w:rPr>
        <w:t>dari</w:t>
      </w:r>
      <w:proofErr w:type="spellEnd"/>
      <w:r w:rsidR="003361AB" w:rsidRPr="003361AB">
        <w:rPr>
          <w:rFonts w:cs="Times New Roman"/>
          <w:sz w:val="20"/>
          <w:szCs w:val="20"/>
        </w:rPr>
        <w:t xml:space="preserve"> </w:t>
      </w:r>
      <w:proofErr w:type="spellStart"/>
      <w:r w:rsidR="003361AB" w:rsidRPr="003361AB">
        <w:rPr>
          <w:rFonts w:cs="Times New Roman"/>
          <w:sz w:val="20"/>
          <w:szCs w:val="20"/>
        </w:rPr>
        <w:t>analisis</w:t>
      </w:r>
      <w:proofErr w:type="spellEnd"/>
      <w:r w:rsidR="003361AB" w:rsidRPr="003361AB">
        <w:rPr>
          <w:rFonts w:cs="Times New Roman"/>
          <w:sz w:val="20"/>
          <w:szCs w:val="20"/>
        </w:rPr>
        <w:t xml:space="preserve"> </w:t>
      </w:r>
      <w:proofErr w:type="spellStart"/>
      <w:r w:rsidR="003361AB" w:rsidRPr="003361AB">
        <w:rPr>
          <w:rFonts w:cs="Times New Roman"/>
          <w:sz w:val="20"/>
          <w:szCs w:val="20"/>
        </w:rPr>
        <w:t>kebutuhan</w:t>
      </w:r>
      <w:proofErr w:type="spellEnd"/>
      <w:r w:rsidR="003361AB" w:rsidRPr="003361AB">
        <w:rPr>
          <w:rFonts w:cs="Times New Roman"/>
          <w:sz w:val="20"/>
          <w:szCs w:val="20"/>
        </w:rPr>
        <w:t xml:space="preserve">, </w:t>
      </w:r>
      <w:proofErr w:type="spellStart"/>
      <w:r w:rsidR="003361AB" w:rsidRPr="003361AB">
        <w:rPr>
          <w:rFonts w:cs="Times New Roman"/>
          <w:sz w:val="20"/>
          <w:szCs w:val="20"/>
        </w:rPr>
        <w:t>perancangan</w:t>
      </w:r>
      <w:proofErr w:type="spellEnd"/>
      <w:r w:rsidR="003361AB" w:rsidRPr="003361AB">
        <w:rPr>
          <w:rFonts w:cs="Times New Roman"/>
          <w:sz w:val="20"/>
          <w:szCs w:val="20"/>
        </w:rPr>
        <w:t xml:space="preserve"> database dan </w:t>
      </w:r>
      <w:proofErr w:type="spellStart"/>
      <w:r w:rsidR="003361AB" w:rsidRPr="003361AB">
        <w:rPr>
          <w:rFonts w:cs="Times New Roman"/>
          <w:sz w:val="20"/>
          <w:szCs w:val="20"/>
        </w:rPr>
        <w:t>antarmuka</w:t>
      </w:r>
      <w:proofErr w:type="spellEnd"/>
      <w:r w:rsidR="003361AB" w:rsidRPr="003361AB">
        <w:rPr>
          <w:rFonts w:cs="Times New Roman"/>
          <w:sz w:val="20"/>
          <w:szCs w:val="20"/>
        </w:rPr>
        <w:t xml:space="preserve">, </w:t>
      </w:r>
      <w:proofErr w:type="spellStart"/>
      <w:r w:rsidR="003361AB" w:rsidRPr="003361AB">
        <w:rPr>
          <w:rFonts w:cs="Times New Roman"/>
          <w:sz w:val="20"/>
          <w:szCs w:val="20"/>
        </w:rPr>
        <w:t>hingga</w:t>
      </w:r>
      <w:proofErr w:type="spellEnd"/>
      <w:r w:rsidR="003361AB" w:rsidRPr="003361AB">
        <w:rPr>
          <w:rFonts w:cs="Times New Roman"/>
          <w:sz w:val="20"/>
          <w:szCs w:val="20"/>
        </w:rPr>
        <w:t xml:space="preserve"> </w:t>
      </w:r>
      <w:proofErr w:type="spellStart"/>
      <w:r w:rsidR="003361AB" w:rsidRPr="003361AB">
        <w:rPr>
          <w:rFonts w:cs="Times New Roman"/>
          <w:sz w:val="20"/>
          <w:szCs w:val="20"/>
        </w:rPr>
        <w:t>implementasi</w:t>
      </w:r>
      <w:proofErr w:type="spellEnd"/>
      <w:r w:rsidR="003361AB" w:rsidRPr="003361AB">
        <w:rPr>
          <w:rFonts w:cs="Times New Roman"/>
          <w:sz w:val="20"/>
          <w:szCs w:val="20"/>
        </w:rPr>
        <w:t xml:space="preserve"> dan </w:t>
      </w:r>
      <w:proofErr w:type="spellStart"/>
      <w:r w:rsidR="003361AB" w:rsidRPr="003361AB">
        <w:rPr>
          <w:rFonts w:cs="Times New Roman"/>
          <w:sz w:val="20"/>
          <w:szCs w:val="20"/>
        </w:rPr>
        <w:t>pengujian</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secara</w:t>
      </w:r>
      <w:proofErr w:type="spellEnd"/>
      <w:r w:rsidR="003361AB" w:rsidRPr="003361AB">
        <w:rPr>
          <w:rFonts w:cs="Times New Roman"/>
          <w:sz w:val="20"/>
          <w:szCs w:val="20"/>
        </w:rPr>
        <w:t xml:space="preserve"> </w:t>
      </w:r>
      <w:proofErr w:type="spellStart"/>
      <w:r w:rsidR="003361AB" w:rsidRPr="003361AB">
        <w:rPr>
          <w:rFonts w:cs="Times New Roman"/>
          <w:sz w:val="20"/>
          <w:szCs w:val="20"/>
        </w:rPr>
        <w:t>langsung</w:t>
      </w:r>
      <w:proofErr w:type="spellEnd"/>
      <w:r w:rsidR="003361AB" w:rsidRPr="003361AB">
        <w:rPr>
          <w:rFonts w:cs="Times New Roman"/>
          <w:sz w:val="20"/>
          <w:szCs w:val="20"/>
        </w:rPr>
        <w:t xml:space="preserve"> di TBM.</w:t>
      </w:r>
      <w:r w:rsid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yang </w:t>
      </w:r>
      <w:proofErr w:type="spellStart"/>
      <w:r w:rsidR="003361AB" w:rsidRPr="003361AB">
        <w:rPr>
          <w:rFonts w:cs="Times New Roman"/>
          <w:sz w:val="20"/>
          <w:szCs w:val="20"/>
        </w:rPr>
        <w:t>dikembangkan</w:t>
      </w:r>
      <w:proofErr w:type="spellEnd"/>
      <w:r w:rsidR="003361AB" w:rsidRPr="003361AB">
        <w:rPr>
          <w:rFonts w:cs="Times New Roman"/>
          <w:sz w:val="20"/>
          <w:szCs w:val="20"/>
        </w:rPr>
        <w:t xml:space="preserve"> </w:t>
      </w:r>
      <w:proofErr w:type="spellStart"/>
      <w:r w:rsidR="003361AB" w:rsidRPr="003361AB">
        <w:rPr>
          <w:rFonts w:cs="Times New Roman"/>
          <w:sz w:val="20"/>
          <w:szCs w:val="20"/>
        </w:rPr>
        <w:t>memiliki</w:t>
      </w:r>
      <w:proofErr w:type="spellEnd"/>
      <w:r w:rsidR="003361AB" w:rsidRPr="003361AB">
        <w:rPr>
          <w:rFonts w:cs="Times New Roman"/>
          <w:sz w:val="20"/>
          <w:szCs w:val="20"/>
        </w:rPr>
        <w:t xml:space="preserve"> </w:t>
      </w:r>
      <w:proofErr w:type="spellStart"/>
      <w:r w:rsidR="003361AB" w:rsidRPr="003361AB">
        <w:rPr>
          <w:rFonts w:cs="Times New Roman"/>
          <w:sz w:val="20"/>
          <w:szCs w:val="20"/>
        </w:rPr>
        <w:t>fitur</w:t>
      </w:r>
      <w:proofErr w:type="spellEnd"/>
      <w:r w:rsidR="003361AB" w:rsidRPr="003361AB">
        <w:rPr>
          <w:rFonts w:cs="Times New Roman"/>
          <w:sz w:val="20"/>
          <w:szCs w:val="20"/>
        </w:rPr>
        <w:t xml:space="preserve"> </w:t>
      </w:r>
      <w:proofErr w:type="spellStart"/>
      <w:r w:rsidR="003361AB" w:rsidRPr="003361AB">
        <w:rPr>
          <w:rFonts w:cs="Times New Roman"/>
          <w:sz w:val="20"/>
          <w:szCs w:val="20"/>
        </w:rPr>
        <w:t>pencarian</w:t>
      </w:r>
      <w:proofErr w:type="spellEnd"/>
      <w:r w:rsidR="003361AB" w:rsidRPr="003361AB">
        <w:rPr>
          <w:rFonts w:cs="Times New Roman"/>
          <w:sz w:val="20"/>
          <w:szCs w:val="20"/>
        </w:rPr>
        <w:t xml:space="preserve"> </w:t>
      </w:r>
      <w:proofErr w:type="spellStart"/>
      <w:r w:rsidR="003361AB" w:rsidRPr="003361AB">
        <w:rPr>
          <w:rFonts w:cs="Times New Roman"/>
          <w:sz w:val="20"/>
          <w:szCs w:val="20"/>
        </w:rPr>
        <w:t>buku</w:t>
      </w:r>
      <w:proofErr w:type="spellEnd"/>
      <w:r w:rsidR="003361AB" w:rsidRPr="003361AB">
        <w:rPr>
          <w:rFonts w:cs="Times New Roman"/>
          <w:sz w:val="20"/>
          <w:szCs w:val="20"/>
        </w:rPr>
        <w:t xml:space="preserve">, </w:t>
      </w:r>
      <w:proofErr w:type="spellStart"/>
      <w:r w:rsidR="003361AB" w:rsidRPr="003361AB">
        <w:rPr>
          <w:rFonts w:cs="Times New Roman"/>
          <w:sz w:val="20"/>
          <w:szCs w:val="20"/>
        </w:rPr>
        <w:t>pengelolaan</w:t>
      </w:r>
      <w:proofErr w:type="spellEnd"/>
      <w:r w:rsidR="003361AB" w:rsidRPr="003361AB">
        <w:rPr>
          <w:rFonts w:cs="Times New Roman"/>
          <w:sz w:val="20"/>
          <w:szCs w:val="20"/>
        </w:rPr>
        <w:t xml:space="preserve"> data </w:t>
      </w:r>
      <w:proofErr w:type="spellStart"/>
      <w:r w:rsidR="003361AB" w:rsidRPr="003361AB">
        <w:rPr>
          <w:rFonts w:cs="Times New Roman"/>
          <w:sz w:val="20"/>
          <w:szCs w:val="20"/>
        </w:rPr>
        <w:t>buku</w:t>
      </w:r>
      <w:proofErr w:type="spellEnd"/>
      <w:r w:rsidR="003361AB" w:rsidRPr="003361AB">
        <w:rPr>
          <w:rFonts w:cs="Times New Roman"/>
          <w:sz w:val="20"/>
          <w:szCs w:val="20"/>
        </w:rPr>
        <w:t xml:space="preserve"> oleh admin, </w:t>
      </w:r>
      <w:proofErr w:type="spellStart"/>
      <w:r w:rsidR="003361AB" w:rsidRPr="003361AB">
        <w:rPr>
          <w:rFonts w:cs="Times New Roman"/>
          <w:sz w:val="20"/>
          <w:szCs w:val="20"/>
        </w:rPr>
        <w:t>serta</w:t>
      </w:r>
      <w:proofErr w:type="spellEnd"/>
      <w:r w:rsidR="003361AB" w:rsidRPr="003361AB">
        <w:rPr>
          <w:rFonts w:cs="Times New Roman"/>
          <w:sz w:val="20"/>
          <w:szCs w:val="20"/>
        </w:rPr>
        <w:t xml:space="preserve"> </w:t>
      </w:r>
      <w:proofErr w:type="spellStart"/>
      <w:r w:rsidR="003361AB" w:rsidRPr="003361AB">
        <w:rPr>
          <w:rFonts w:cs="Times New Roman"/>
          <w:sz w:val="20"/>
          <w:szCs w:val="20"/>
        </w:rPr>
        <w:t>tampilan</w:t>
      </w:r>
      <w:proofErr w:type="spellEnd"/>
      <w:r w:rsidR="003361AB" w:rsidRPr="003361AB">
        <w:rPr>
          <w:rFonts w:cs="Times New Roman"/>
          <w:sz w:val="20"/>
          <w:szCs w:val="20"/>
        </w:rPr>
        <w:t xml:space="preserve"> </w:t>
      </w:r>
      <w:proofErr w:type="spellStart"/>
      <w:r w:rsidR="003361AB" w:rsidRPr="003361AB">
        <w:rPr>
          <w:rFonts w:cs="Times New Roman"/>
          <w:sz w:val="20"/>
          <w:szCs w:val="20"/>
        </w:rPr>
        <w:t>katalog</w:t>
      </w:r>
      <w:proofErr w:type="spellEnd"/>
      <w:r w:rsidR="003361AB" w:rsidRPr="003361AB">
        <w:rPr>
          <w:rFonts w:cs="Times New Roman"/>
          <w:sz w:val="20"/>
          <w:szCs w:val="20"/>
        </w:rPr>
        <w:t xml:space="preserve"> digital yang </w:t>
      </w:r>
      <w:proofErr w:type="spellStart"/>
      <w:r w:rsidR="003361AB" w:rsidRPr="003361AB">
        <w:rPr>
          <w:rFonts w:cs="Times New Roman"/>
          <w:sz w:val="20"/>
          <w:szCs w:val="20"/>
        </w:rPr>
        <w:t>dapat</w:t>
      </w:r>
      <w:proofErr w:type="spellEnd"/>
      <w:r w:rsidR="003361AB" w:rsidRPr="003361AB">
        <w:rPr>
          <w:rFonts w:cs="Times New Roman"/>
          <w:sz w:val="20"/>
          <w:szCs w:val="20"/>
        </w:rPr>
        <w:t xml:space="preserve"> </w:t>
      </w:r>
      <w:proofErr w:type="spellStart"/>
      <w:r w:rsidR="003361AB" w:rsidRPr="003361AB">
        <w:rPr>
          <w:rFonts w:cs="Times New Roman"/>
          <w:sz w:val="20"/>
          <w:szCs w:val="20"/>
        </w:rPr>
        <w:t>diakses</w:t>
      </w:r>
      <w:proofErr w:type="spellEnd"/>
      <w:r w:rsidR="003361AB" w:rsidRPr="003361AB">
        <w:rPr>
          <w:rFonts w:cs="Times New Roman"/>
          <w:sz w:val="20"/>
          <w:szCs w:val="20"/>
        </w:rPr>
        <w:t xml:space="preserve"> </w:t>
      </w:r>
      <w:proofErr w:type="spellStart"/>
      <w:r w:rsidR="003361AB" w:rsidRPr="003361AB">
        <w:rPr>
          <w:rFonts w:cs="Times New Roman"/>
          <w:sz w:val="20"/>
          <w:szCs w:val="20"/>
        </w:rPr>
        <w:t>masyarakat</w:t>
      </w:r>
      <w:proofErr w:type="spellEnd"/>
      <w:r w:rsidR="003361AB" w:rsidRPr="003361AB">
        <w:rPr>
          <w:rFonts w:cs="Times New Roman"/>
          <w:sz w:val="20"/>
          <w:szCs w:val="20"/>
        </w:rPr>
        <w:t xml:space="preserve"> </w:t>
      </w:r>
      <w:proofErr w:type="spellStart"/>
      <w:r w:rsidR="003361AB" w:rsidRPr="003361AB">
        <w:rPr>
          <w:rFonts w:cs="Times New Roman"/>
          <w:sz w:val="20"/>
          <w:szCs w:val="20"/>
        </w:rPr>
        <w:t>tanpa</w:t>
      </w:r>
      <w:proofErr w:type="spellEnd"/>
      <w:r w:rsidR="003361AB" w:rsidRPr="003361AB">
        <w:rPr>
          <w:rFonts w:cs="Times New Roman"/>
          <w:sz w:val="20"/>
          <w:szCs w:val="20"/>
        </w:rPr>
        <w:t xml:space="preserve"> login. </w:t>
      </w:r>
      <w:proofErr w:type="spellStart"/>
      <w:r w:rsidR="003361AB" w:rsidRPr="003361AB">
        <w:rPr>
          <w:rFonts w:cs="Times New Roman"/>
          <w:sz w:val="20"/>
          <w:szCs w:val="20"/>
        </w:rPr>
        <w:t>Teknologi</w:t>
      </w:r>
      <w:proofErr w:type="spellEnd"/>
      <w:r w:rsidR="003361AB" w:rsidRPr="003361AB">
        <w:rPr>
          <w:rFonts w:cs="Times New Roman"/>
          <w:sz w:val="20"/>
          <w:szCs w:val="20"/>
        </w:rPr>
        <w:t xml:space="preserve"> yang </w:t>
      </w:r>
      <w:proofErr w:type="spellStart"/>
      <w:r w:rsidR="003361AB" w:rsidRPr="003361AB">
        <w:rPr>
          <w:rFonts w:cs="Times New Roman"/>
          <w:sz w:val="20"/>
          <w:szCs w:val="20"/>
        </w:rPr>
        <w:t>digunakan</w:t>
      </w:r>
      <w:proofErr w:type="spellEnd"/>
      <w:r w:rsidR="003361AB" w:rsidRPr="003361AB">
        <w:rPr>
          <w:rFonts w:cs="Times New Roman"/>
          <w:sz w:val="20"/>
          <w:szCs w:val="20"/>
        </w:rPr>
        <w:t xml:space="preserve"> </w:t>
      </w:r>
      <w:proofErr w:type="spellStart"/>
      <w:r w:rsidR="003361AB" w:rsidRPr="003361AB">
        <w:rPr>
          <w:rFonts w:cs="Times New Roman"/>
          <w:sz w:val="20"/>
          <w:szCs w:val="20"/>
        </w:rPr>
        <w:t>memungkinkan</w:t>
      </w:r>
      <w:proofErr w:type="spellEnd"/>
      <w:r w:rsidR="003361AB" w:rsidRPr="003361AB">
        <w:rPr>
          <w:rFonts w:cs="Times New Roman"/>
          <w:sz w:val="20"/>
          <w:szCs w:val="20"/>
        </w:rPr>
        <w:t xml:space="preserve"> </w:t>
      </w:r>
      <w:proofErr w:type="spellStart"/>
      <w:r w:rsidR="003361AB" w:rsidRPr="003361AB">
        <w:rPr>
          <w:rFonts w:cs="Times New Roman"/>
          <w:sz w:val="20"/>
          <w:szCs w:val="20"/>
        </w:rPr>
        <w:t>integrasi</w:t>
      </w:r>
      <w:proofErr w:type="spellEnd"/>
      <w:r w:rsidR="003361AB" w:rsidRPr="003361AB">
        <w:rPr>
          <w:rFonts w:cs="Times New Roman"/>
          <w:sz w:val="20"/>
          <w:szCs w:val="20"/>
        </w:rPr>
        <w:t xml:space="preserve"> data </w:t>
      </w:r>
      <w:proofErr w:type="spellStart"/>
      <w:r w:rsidR="003361AB" w:rsidRPr="003361AB">
        <w:rPr>
          <w:rFonts w:cs="Times New Roman"/>
          <w:sz w:val="20"/>
          <w:szCs w:val="20"/>
        </w:rPr>
        <w:t>dalam</w:t>
      </w:r>
      <w:proofErr w:type="spellEnd"/>
      <w:r w:rsidR="003361AB" w:rsidRPr="003361AB">
        <w:rPr>
          <w:rFonts w:cs="Times New Roman"/>
          <w:sz w:val="20"/>
          <w:szCs w:val="20"/>
        </w:rPr>
        <w:t xml:space="preserve"> </w:t>
      </w:r>
      <w:proofErr w:type="spellStart"/>
      <w:r w:rsidR="003361AB" w:rsidRPr="003361AB">
        <w:rPr>
          <w:rFonts w:cs="Times New Roman"/>
          <w:sz w:val="20"/>
          <w:szCs w:val="20"/>
        </w:rPr>
        <w:t>satu</w:t>
      </w:r>
      <w:proofErr w:type="spellEnd"/>
      <w:r w:rsidR="003361AB" w:rsidRPr="003361AB">
        <w:rPr>
          <w:rFonts w:cs="Times New Roman"/>
          <w:sz w:val="20"/>
          <w:szCs w:val="20"/>
        </w:rPr>
        <w:t xml:space="preserve"> platform, </w:t>
      </w:r>
      <w:proofErr w:type="spellStart"/>
      <w:r w:rsidR="003361AB" w:rsidRPr="003361AB">
        <w:rPr>
          <w:rFonts w:cs="Times New Roman"/>
          <w:sz w:val="20"/>
          <w:szCs w:val="20"/>
        </w:rPr>
        <w:t>mempercepat</w:t>
      </w:r>
      <w:proofErr w:type="spellEnd"/>
      <w:r w:rsidR="003361AB" w:rsidRPr="003361AB">
        <w:rPr>
          <w:rFonts w:cs="Times New Roman"/>
          <w:sz w:val="20"/>
          <w:szCs w:val="20"/>
        </w:rPr>
        <w:t xml:space="preserve"> </w:t>
      </w:r>
      <w:proofErr w:type="spellStart"/>
      <w:r w:rsidR="003361AB" w:rsidRPr="003361AB">
        <w:rPr>
          <w:rFonts w:cs="Times New Roman"/>
          <w:sz w:val="20"/>
          <w:szCs w:val="20"/>
        </w:rPr>
        <w:t>akses</w:t>
      </w:r>
      <w:proofErr w:type="spellEnd"/>
      <w:r w:rsidR="003361AB" w:rsidRPr="003361AB">
        <w:rPr>
          <w:rFonts w:cs="Times New Roman"/>
          <w:sz w:val="20"/>
          <w:szCs w:val="20"/>
        </w:rPr>
        <w:t xml:space="preserve"> </w:t>
      </w:r>
      <w:proofErr w:type="spellStart"/>
      <w:r w:rsidR="003361AB" w:rsidRPr="003361AB">
        <w:rPr>
          <w:rFonts w:cs="Times New Roman"/>
          <w:sz w:val="20"/>
          <w:szCs w:val="20"/>
        </w:rPr>
        <w:t>informasi</w:t>
      </w:r>
      <w:proofErr w:type="spellEnd"/>
      <w:r w:rsidR="003361AB" w:rsidRPr="003361AB">
        <w:rPr>
          <w:rFonts w:cs="Times New Roman"/>
          <w:sz w:val="20"/>
          <w:szCs w:val="20"/>
        </w:rPr>
        <w:t xml:space="preserve">, </w:t>
      </w:r>
      <w:proofErr w:type="spellStart"/>
      <w:r w:rsidR="003361AB" w:rsidRPr="003361AB">
        <w:rPr>
          <w:rFonts w:cs="Times New Roman"/>
          <w:sz w:val="20"/>
          <w:szCs w:val="20"/>
        </w:rPr>
        <w:t>serta</w:t>
      </w:r>
      <w:proofErr w:type="spellEnd"/>
      <w:r w:rsidR="003361AB" w:rsidRPr="003361AB">
        <w:rPr>
          <w:rFonts w:cs="Times New Roman"/>
          <w:sz w:val="20"/>
          <w:szCs w:val="20"/>
        </w:rPr>
        <w:t xml:space="preserve"> </w:t>
      </w:r>
      <w:proofErr w:type="spellStart"/>
      <w:r w:rsidR="003361AB" w:rsidRPr="003361AB">
        <w:rPr>
          <w:rFonts w:cs="Times New Roman"/>
          <w:sz w:val="20"/>
          <w:szCs w:val="20"/>
        </w:rPr>
        <w:t>mendukung</w:t>
      </w:r>
      <w:proofErr w:type="spellEnd"/>
      <w:r w:rsidR="003361AB" w:rsidRPr="003361AB">
        <w:rPr>
          <w:rFonts w:cs="Times New Roman"/>
          <w:sz w:val="20"/>
          <w:szCs w:val="20"/>
        </w:rPr>
        <w:t xml:space="preserve"> </w:t>
      </w:r>
      <w:proofErr w:type="spellStart"/>
      <w:r w:rsidR="003361AB" w:rsidRPr="003361AB">
        <w:rPr>
          <w:rFonts w:cs="Times New Roman"/>
          <w:sz w:val="20"/>
          <w:szCs w:val="20"/>
        </w:rPr>
        <w:t>efisiensi</w:t>
      </w:r>
      <w:proofErr w:type="spellEnd"/>
      <w:r w:rsidR="003361AB" w:rsidRPr="003361AB">
        <w:rPr>
          <w:rFonts w:cs="Times New Roman"/>
          <w:sz w:val="20"/>
          <w:szCs w:val="20"/>
        </w:rPr>
        <w:t xml:space="preserve"> </w:t>
      </w:r>
      <w:proofErr w:type="spellStart"/>
      <w:r w:rsidR="003361AB" w:rsidRPr="003361AB">
        <w:rPr>
          <w:rFonts w:cs="Times New Roman"/>
          <w:sz w:val="20"/>
          <w:szCs w:val="20"/>
        </w:rPr>
        <w:t>operasional</w:t>
      </w:r>
      <w:proofErr w:type="spellEnd"/>
      <w:r w:rsidR="003361AB" w:rsidRPr="003361AB">
        <w:rPr>
          <w:rFonts w:cs="Times New Roman"/>
          <w:sz w:val="20"/>
          <w:szCs w:val="20"/>
        </w:rPr>
        <w:t xml:space="preserve"> </w:t>
      </w:r>
      <w:proofErr w:type="spellStart"/>
      <w:r w:rsidR="003361AB" w:rsidRPr="003361AB">
        <w:rPr>
          <w:rFonts w:cs="Times New Roman"/>
          <w:sz w:val="20"/>
          <w:szCs w:val="20"/>
        </w:rPr>
        <w:t>taman</w:t>
      </w:r>
      <w:proofErr w:type="spellEnd"/>
      <w:r w:rsidR="003361AB" w:rsidRPr="003361AB">
        <w:rPr>
          <w:rFonts w:cs="Times New Roman"/>
          <w:sz w:val="20"/>
          <w:szCs w:val="20"/>
        </w:rPr>
        <w:t xml:space="preserve"> </w:t>
      </w:r>
      <w:proofErr w:type="spellStart"/>
      <w:r w:rsidR="003361AB" w:rsidRPr="003361AB">
        <w:rPr>
          <w:rFonts w:cs="Times New Roman"/>
          <w:sz w:val="20"/>
          <w:szCs w:val="20"/>
        </w:rPr>
        <w:t>baca</w:t>
      </w:r>
      <w:proofErr w:type="spellEnd"/>
      <w:r w:rsidR="003361AB" w:rsidRPr="003361AB">
        <w:rPr>
          <w:rFonts w:cs="Times New Roman"/>
          <w:sz w:val="20"/>
          <w:szCs w:val="20"/>
        </w:rPr>
        <w:t xml:space="preserve">. Dari </w:t>
      </w:r>
      <w:proofErr w:type="spellStart"/>
      <w:r w:rsidR="003361AB" w:rsidRPr="003361AB">
        <w:rPr>
          <w:rFonts w:cs="Times New Roman"/>
          <w:sz w:val="20"/>
          <w:szCs w:val="20"/>
        </w:rPr>
        <w:t>hasil</w:t>
      </w:r>
      <w:proofErr w:type="spellEnd"/>
      <w:r w:rsidR="003361AB" w:rsidRPr="003361AB">
        <w:rPr>
          <w:rFonts w:cs="Times New Roman"/>
          <w:sz w:val="20"/>
          <w:szCs w:val="20"/>
        </w:rPr>
        <w:t xml:space="preserve"> uji </w:t>
      </w:r>
      <w:proofErr w:type="spellStart"/>
      <w:r w:rsidR="003361AB" w:rsidRPr="003361AB">
        <w:rPr>
          <w:rFonts w:cs="Times New Roman"/>
          <w:sz w:val="20"/>
          <w:szCs w:val="20"/>
        </w:rPr>
        <w:t>coba</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terbukti</w:t>
      </w:r>
      <w:proofErr w:type="spellEnd"/>
      <w:r w:rsidR="003361AB" w:rsidRPr="003361AB">
        <w:rPr>
          <w:rFonts w:cs="Times New Roman"/>
          <w:sz w:val="20"/>
          <w:szCs w:val="20"/>
        </w:rPr>
        <w:t xml:space="preserve"> </w:t>
      </w:r>
      <w:proofErr w:type="spellStart"/>
      <w:r w:rsidR="003361AB" w:rsidRPr="003361AB">
        <w:rPr>
          <w:rFonts w:cs="Times New Roman"/>
          <w:sz w:val="20"/>
          <w:szCs w:val="20"/>
        </w:rPr>
        <w:t>efektif</w:t>
      </w:r>
      <w:proofErr w:type="spellEnd"/>
      <w:r w:rsidR="003361AB" w:rsidRPr="003361AB">
        <w:rPr>
          <w:rFonts w:cs="Times New Roman"/>
          <w:sz w:val="20"/>
          <w:szCs w:val="20"/>
        </w:rPr>
        <w:t xml:space="preserve"> </w:t>
      </w:r>
      <w:proofErr w:type="spellStart"/>
      <w:r w:rsidR="003361AB" w:rsidRPr="003361AB">
        <w:rPr>
          <w:rFonts w:cs="Times New Roman"/>
          <w:sz w:val="20"/>
          <w:szCs w:val="20"/>
        </w:rPr>
        <w:t>dalam</w:t>
      </w:r>
      <w:proofErr w:type="spellEnd"/>
      <w:r w:rsidR="003361AB" w:rsidRPr="003361AB">
        <w:rPr>
          <w:rFonts w:cs="Times New Roman"/>
          <w:sz w:val="20"/>
          <w:szCs w:val="20"/>
        </w:rPr>
        <w:t xml:space="preserve"> </w:t>
      </w:r>
      <w:proofErr w:type="spellStart"/>
      <w:r w:rsidR="003361AB" w:rsidRPr="003361AB">
        <w:rPr>
          <w:rFonts w:cs="Times New Roman"/>
          <w:sz w:val="20"/>
          <w:szCs w:val="20"/>
        </w:rPr>
        <w:t>meningkatkan</w:t>
      </w:r>
      <w:proofErr w:type="spellEnd"/>
      <w:r w:rsidR="003361AB" w:rsidRPr="003361AB">
        <w:rPr>
          <w:rFonts w:cs="Times New Roman"/>
          <w:sz w:val="20"/>
          <w:szCs w:val="20"/>
        </w:rPr>
        <w:t xml:space="preserve"> </w:t>
      </w:r>
      <w:proofErr w:type="spellStart"/>
      <w:r w:rsidR="003361AB" w:rsidRPr="003361AB">
        <w:rPr>
          <w:rFonts w:cs="Times New Roman"/>
          <w:sz w:val="20"/>
          <w:szCs w:val="20"/>
        </w:rPr>
        <w:t>keakuratan</w:t>
      </w:r>
      <w:proofErr w:type="spellEnd"/>
      <w:r w:rsidR="003361AB" w:rsidRPr="003361AB">
        <w:rPr>
          <w:rFonts w:cs="Times New Roman"/>
          <w:sz w:val="20"/>
          <w:szCs w:val="20"/>
        </w:rPr>
        <w:t xml:space="preserve"> </w:t>
      </w:r>
      <w:proofErr w:type="spellStart"/>
      <w:r w:rsidR="003361AB" w:rsidRPr="003361AB">
        <w:rPr>
          <w:rFonts w:cs="Times New Roman"/>
          <w:sz w:val="20"/>
          <w:szCs w:val="20"/>
        </w:rPr>
        <w:t>pencatatan</w:t>
      </w:r>
      <w:proofErr w:type="spellEnd"/>
      <w:r w:rsidR="003361AB" w:rsidRPr="003361AB">
        <w:rPr>
          <w:rFonts w:cs="Times New Roman"/>
          <w:sz w:val="20"/>
          <w:szCs w:val="20"/>
        </w:rPr>
        <w:t xml:space="preserve"> dan </w:t>
      </w:r>
      <w:proofErr w:type="spellStart"/>
      <w:r w:rsidR="003361AB" w:rsidRPr="003361AB">
        <w:rPr>
          <w:rFonts w:cs="Times New Roman"/>
          <w:sz w:val="20"/>
          <w:szCs w:val="20"/>
        </w:rPr>
        <w:t>kemudahan</w:t>
      </w:r>
      <w:proofErr w:type="spellEnd"/>
      <w:r w:rsidR="003361AB" w:rsidRPr="003361AB">
        <w:rPr>
          <w:rFonts w:cs="Times New Roman"/>
          <w:sz w:val="20"/>
          <w:szCs w:val="20"/>
        </w:rPr>
        <w:t xml:space="preserve"> </w:t>
      </w:r>
      <w:proofErr w:type="spellStart"/>
      <w:r w:rsidR="003361AB" w:rsidRPr="003361AB">
        <w:rPr>
          <w:rFonts w:cs="Times New Roman"/>
          <w:sz w:val="20"/>
          <w:szCs w:val="20"/>
        </w:rPr>
        <w:t>akses</w:t>
      </w:r>
      <w:proofErr w:type="spellEnd"/>
      <w:r w:rsidR="003361AB" w:rsidRPr="003361AB">
        <w:rPr>
          <w:rFonts w:cs="Times New Roman"/>
          <w:sz w:val="20"/>
          <w:szCs w:val="20"/>
        </w:rPr>
        <w:t xml:space="preserve"> </w:t>
      </w:r>
      <w:proofErr w:type="spellStart"/>
      <w:r w:rsidR="003361AB" w:rsidRPr="003361AB">
        <w:rPr>
          <w:rFonts w:cs="Times New Roman"/>
          <w:sz w:val="20"/>
          <w:szCs w:val="20"/>
        </w:rPr>
        <w:t>informasi</w:t>
      </w:r>
      <w:proofErr w:type="spellEnd"/>
      <w:r w:rsidR="003361AB" w:rsidRPr="003361AB">
        <w:rPr>
          <w:rFonts w:cs="Times New Roman"/>
          <w:sz w:val="20"/>
          <w:szCs w:val="20"/>
        </w:rPr>
        <w:t xml:space="preserve"> </w:t>
      </w:r>
      <w:proofErr w:type="spellStart"/>
      <w:r w:rsidR="003361AB" w:rsidRPr="003361AB">
        <w:rPr>
          <w:rFonts w:cs="Times New Roman"/>
          <w:sz w:val="20"/>
          <w:szCs w:val="20"/>
        </w:rPr>
        <w:t>koleksi</w:t>
      </w:r>
      <w:proofErr w:type="spellEnd"/>
      <w:r w:rsidR="003361AB" w:rsidRPr="003361AB">
        <w:rPr>
          <w:rFonts w:cs="Times New Roman"/>
          <w:sz w:val="20"/>
          <w:szCs w:val="20"/>
        </w:rPr>
        <w:t xml:space="preserve"> </w:t>
      </w:r>
      <w:proofErr w:type="spellStart"/>
      <w:r w:rsidR="003361AB" w:rsidRPr="003361AB">
        <w:rPr>
          <w:rFonts w:cs="Times New Roman"/>
          <w:sz w:val="20"/>
          <w:szCs w:val="20"/>
        </w:rPr>
        <w:t>buku</w:t>
      </w:r>
      <w:proofErr w:type="spellEnd"/>
      <w:r w:rsidR="003361AB" w:rsidRPr="003361AB">
        <w:rPr>
          <w:rFonts w:cs="Times New Roman"/>
          <w:sz w:val="20"/>
          <w:szCs w:val="20"/>
        </w:rPr>
        <w:t xml:space="preserve">. Tidak </w:t>
      </w:r>
      <w:proofErr w:type="spellStart"/>
      <w:r w:rsidR="003361AB" w:rsidRPr="003361AB">
        <w:rPr>
          <w:rFonts w:cs="Times New Roman"/>
          <w:sz w:val="20"/>
          <w:szCs w:val="20"/>
        </w:rPr>
        <w:t>hanya</w:t>
      </w:r>
      <w:proofErr w:type="spellEnd"/>
      <w:r w:rsidR="003361AB" w:rsidRPr="003361AB">
        <w:rPr>
          <w:rFonts w:cs="Times New Roman"/>
          <w:sz w:val="20"/>
          <w:szCs w:val="20"/>
        </w:rPr>
        <w:t xml:space="preserve"> </w:t>
      </w:r>
      <w:proofErr w:type="spellStart"/>
      <w:r w:rsidR="003361AB" w:rsidRPr="003361AB">
        <w:rPr>
          <w:rFonts w:cs="Times New Roman"/>
          <w:sz w:val="20"/>
          <w:szCs w:val="20"/>
        </w:rPr>
        <w:t>itu</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ini</w:t>
      </w:r>
      <w:proofErr w:type="spellEnd"/>
      <w:r w:rsidR="003361AB" w:rsidRPr="003361AB">
        <w:rPr>
          <w:rFonts w:cs="Times New Roman"/>
          <w:sz w:val="20"/>
          <w:szCs w:val="20"/>
        </w:rPr>
        <w:t xml:space="preserve"> juga </w:t>
      </w:r>
      <w:proofErr w:type="spellStart"/>
      <w:r w:rsidR="003361AB" w:rsidRPr="003361AB">
        <w:rPr>
          <w:rFonts w:cs="Times New Roman"/>
          <w:sz w:val="20"/>
          <w:szCs w:val="20"/>
        </w:rPr>
        <w:t>mendukung</w:t>
      </w:r>
      <w:proofErr w:type="spellEnd"/>
      <w:r w:rsidR="003361AB" w:rsidRPr="003361AB">
        <w:rPr>
          <w:rFonts w:cs="Times New Roman"/>
          <w:sz w:val="20"/>
          <w:szCs w:val="20"/>
        </w:rPr>
        <w:t xml:space="preserve"> </w:t>
      </w:r>
      <w:proofErr w:type="spellStart"/>
      <w:r w:rsidR="003361AB" w:rsidRPr="003361AB">
        <w:rPr>
          <w:rFonts w:cs="Times New Roman"/>
          <w:sz w:val="20"/>
          <w:szCs w:val="20"/>
        </w:rPr>
        <w:t>pengembangan</w:t>
      </w:r>
      <w:proofErr w:type="spellEnd"/>
      <w:r w:rsidR="003361AB" w:rsidRPr="003361AB">
        <w:rPr>
          <w:rFonts w:cs="Times New Roman"/>
          <w:sz w:val="20"/>
          <w:szCs w:val="20"/>
        </w:rPr>
        <w:t xml:space="preserve"> </w:t>
      </w:r>
      <w:proofErr w:type="spellStart"/>
      <w:r w:rsidR="003361AB" w:rsidRPr="003361AB">
        <w:rPr>
          <w:rFonts w:cs="Times New Roman"/>
          <w:sz w:val="20"/>
          <w:szCs w:val="20"/>
        </w:rPr>
        <w:t>fitur</w:t>
      </w:r>
      <w:proofErr w:type="spellEnd"/>
      <w:r w:rsidR="003361AB" w:rsidRPr="003361AB">
        <w:rPr>
          <w:rFonts w:cs="Times New Roman"/>
          <w:sz w:val="20"/>
          <w:szCs w:val="20"/>
        </w:rPr>
        <w:t xml:space="preserve"> </w:t>
      </w:r>
      <w:proofErr w:type="spellStart"/>
      <w:r w:rsidR="003361AB" w:rsidRPr="003361AB">
        <w:rPr>
          <w:rFonts w:cs="Times New Roman"/>
          <w:sz w:val="20"/>
          <w:szCs w:val="20"/>
        </w:rPr>
        <w:t>lanjutan</w:t>
      </w:r>
      <w:proofErr w:type="spellEnd"/>
      <w:r w:rsidR="003361AB" w:rsidRPr="003361AB">
        <w:rPr>
          <w:rFonts w:cs="Times New Roman"/>
          <w:sz w:val="20"/>
          <w:szCs w:val="20"/>
        </w:rPr>
        <w:t xml:space="preserve"> </w:t>
      </w:r>
      <w:proofErr w:type="spellStart"/>
      <w:r w:rsidR="003361AB" w:rsidRPr="003361AB">
        <w:rPr>
          <w:rFonts w:cs="Times New Roman"/>
          <w:sz w:val="20"/>
          <w:szCs w:val="20"/>
        </w:rPr>
        <w:t>seperti</w:t>
      </w:r>
      <w:proofErr w:type="spellEnd"/>
      <w:r w:rsidR="003361AB" w:rsidRPr="003361AB">
        <w:rPr>
          <w:rFonts w:cs="Times New Roman"/>
          <w:sz w:val="20"/>
          <w:szCs w:val="20"/>
        </w:rPr>
        <w:t xml:space="preserve"> </w:t>
      </w:r>
      <w:proofErr w:type="spellStart"/>
      <w:r w:rsidR="003361AB" w:rsidRPr="003361AB">
        <w:rPr>
          <w:rFonts w:cs="Times New Roman"/>
          <w:sz w:val="20"/>
          <w:szCs w:val="20"/>
        </w:rPr>
        <w:t>pengelolaan</w:t>
      </w:r>
      <w:proofErr w:type="spellEnd"/>
      <w:r w:rsidR="003361AB" w:rsidRPr="003361AB">
        <w:rPr>
          <w:rFonts w:cs="Times New Roman"/>
          <w:sz w:val="20"/>
          <w:szCs w:val="20"/>
        </w:rPr>
        <w:t xml:space="preserve"> </w:t>
      </w:r>
      <w:proofErr w:type="spellStart"/>
      <w:r w:rsidR="003361AB" w:rsidRPr="003361AB">
        <w:rPr>
          <w:rFonts w:cs="Times New Roman"/>
          <w:sz w:val="20"/>
          <w:szCs w:val="20"/>
        </w:rPr>
        <w:t>anggota</w:t>
      </w:r>
      <w:proofErr w:type="spellEnd"/>
      <w:r w:rsidR="003361AB" w:rsidRPr="003361AB">
        <w:rPr>
          <w:rFonts w:cs="Times New Roman"/>
          <w:sz w:val="20"/>
          <w:szCs w:val="20"/>
        </w:rPr>
        <w:t xml:space="preserve">, </w:t>
      </w:r>
      <w:proofErr w:type="spellStart"/>
      <w:r w:rsidR="003361AB" w:rsidRPr="003361AB">
        <w:rPr>
          <w:rFonts w:cs="Times New Roman"/>
          <w:sz w:val="20"/>
          <w:szCs w:val="20"/>
        </w:rPr>
        <w:t>peminjaman</w:t>
      </w:r>
      <w:proofErr w:type="spellEnd"/>
      <w:r w:rsidR="003361AB" w:rsidRPr="003361AB">
        <w:rPr>
          <w:rFonts w:cs="Times New Roman"/>
          <w:sz w:val="20"/>
          <w:szCs w:val="20"/>
        </w:rPr>
        <w:t xml:space="preserve">, </w:t>
      </w:r>
      <w:proofErr w:type="spellStart"/>
      <w:r w:rsidR="003361AB" w:rsidRPr="003361AB">
        <w:rPr>
          <w:rFonts w:cs="Times New Roman"/>
          <w:sz w:val="20"/>
          <w:szCs w:val="20"/>
        </w:rPr>
        <w:t>kunjungan</w:t>
      </w:r>
      <w:proofErr w:type="spellEnd"/>
      <w:r w:rsidR="003361AB" w:rsidRPr="003361AB">
        <w:rPr>
          <w:rFonts w:cs="Times New Roman"/>
          <w:sz w:val="20"/>
          <w:szCs w:val="20"/>
        </w:rPr>
        <w:t xml:space="preserve">, </w:t>
      </w:r>
      <w:proofErr w:type="spellStart"/>
      <w:r w:rsidR="003361AB" w:rsidRPr="003361AB">
        <w:rPr>
          <w:rFonts w:cs="Times New Roman"/>
          <w:sz w:val="20"/>
          <w:szCs w:val="20"/>
        </w:rPr>
        <w:t>serta</w:t>
      </w:r>
      <w:proofErr w:type="spellEnd"/>
      <w:r w:rsidR="003361AB" w:rsidRPr="003361AB">
        <w:rPr>
          <w:rFonts w:cs="Times New Roman"/>
          <w:sz w:val="20"/>
          <w:szCs w:val="20"/>
        </w:rPr>
        <w:t xml:space="preserve"> </w:t>
      </w:r>
      <w:proofErr w:type="spellStart"/>
      <w:r w:rsidR="003361AB" w:rsidRPr="003361AB">
        <w:rPr>
          <w:rFonts w:cs="Times New Roman"/>
          <w:sz w:val="20"/>
          <w:szCs w:val="20"/>
        </w:rPr>
        <w:t>penyajian</w:t>
      </w:r>
      <w:proofErr w:type="spellEnd"/>
      <w:r w:rsidR="003361AB" w:rsidRPr="003361AB">
        <w:rPr>
          <w:rFonts w:cs="Times New Roman"/>
          <w:sz w:val="20"/>
          <w:szCs w:val="20"/>
        </w:rPr>
        <w:t xml:space="preserve"> </w:t>
      </w:r>
      <w:proofErr w:type="spellStart"/>
      <w:r w:rsidR="003361AB" w:rsidRPr="003361AB">
        <w:rPr>
          <w:rFonts w:cs="Times New Roman"/>
          <w:sz w:val="20"/>
          <w:szCs w:val="20"/>
        </w:rPr>
        <w:t>konten</w:t>
      </w:r>
      <w:proofErr w:type="spellEnd"/>
      <w:r w:rsidR="003361AB" w:rsidRPr="003361AB">
        <w:rPr>
          <w:rFonts w:cs="Times New Roman"/>
          <w:sz w:val="20"/>
          <w:szCs w:val="20"/>
        </w:rPr>
        <w:t xml:space="preserve"> </w:t>
      </w:r>
      <w:proofErr w:type="spellStart"/>
      <w:r w:rsidR="003361AB" w:rsidRPr="003361AB">
        <w:rPr>
          <w:rFonts w:cs="Times New Roman"/>
          <w:sz w:val="20"/>
          <w:szCs w:val="20"/>
        </w:rPr>
        <w:t>edukatif</w:t>
      </w:r>
      <w:proofErr w:type="spellEnd"/>
      <w:r w:rsidR="003361AB" w:rsidRPr="003361AB">
        <w:rPr>
          <w:rFonts w:cs="Times New Roman"/>
          <w:sz w:val="20"/>
          <w:szCs w:val="20"/>
        </w:rPr>
        <w:t xml:space="preserve"> </w:t>
      </w:r>
      <w:proofErr w:type="spellStart"/>
      <w:r w:rsidR="003361AB" w:rsidRPr="003361AB">
        <w:rPr>
          <w:rFonts w:cs="Times New Roman"/>
          <w:sz w:val="20"/>
          <w:szCs w:val="20"/>
        </w:rPr>
        <w:t>seperti</w:t>
      </w:r>
      <w:proofErr w:type="spellEnd"/>
      <w:r w:rsidR="003361AB" w:rsidRPr="003361AB">
        <w:rPr>
          <w:rFonts w:cs="Times New Roman"/>
          <w:sz w:val="20"/>
          <w:szCs w:val="20"/>
        </w:rPr>
        <w:t xml:space="preserve"> podcast dan </w:t>
      </w:r>
      <w:proofErr w:type="spellStart"/>
      <w:r w:rsidR="003361AB" w:rsidRPr="003361AB">
        <w:rPr>
          <w:rFonts w:cs="Times New Roman"/>
          <w:sz w:val="20"/>
          <w:szCs w:val="20"/>
        </w:rPr>
        <w:t>kelas</w:t>
      </w:r>
      <w:proofErr w:type="spellEnd"/>
      <w:r w:rsidR="003361AB" w:rsidRPr="003361AB">
        <w:rPr>
          <w:rFonts w:cs="Times New Roman"/>
          <w:sz w:val="20"/>
          <w:szCs w:val="20"/>
        </w:rPr>
        <w:t xml:space="preserve"> digital. </w:t>
      </w:r>
      <w:proofErr w:type="spellStart"/>
      <w:r w:rsidR="003361AB" w:rsidRPr="003361AB">
        <w:rPr>
          <w:rFonts w:cs="Times New Roman"/>
          <w:sz w:val="20"/>
          <w:szCs w:val="20"/>
        </w:rPr>
        <w:t>Penerapan</w:t>
      </w:r>
      <w:proofErr w:type="spellEnd"/>
      <w:r w:rsidR="003361AB" w:rsidRPr="003361AB">
        <w:rPr>
          <w:rFonts w:cs="Times New Roman"/>
          <w:sz w:val="20"/>
          <w:szCs w:val="20"/>
        </w:rPr>
        <w:t xml:space="preserve"> </w:t>
      </w:r>
      <w:proofErr w:type="spellStart"/>
      <w:r w:rsidR="003361AB" w:rsidRPr="003361AB">
        <w:rPr>
          <w:rFonts w:cs="Times New Roman"/>
          <w:sz w:val="20"/>
          <w:szCs w:val="20"/>
        </w:rPr>
        <w:t>sistem</w:t>
      </w:r>
      <w:proofErr w:type="spellEnd"/>
      <w:r w:rsidR="003361AB" w:rsidRPr="003361AB">
        <w:rPr>
          <w:rFonts w:cs="Times New Roman"/>
          <w:sz w:val="20"/>
          <w:szCs w:val="20"/>
        </w:rPr>
        <w:t xml:space="preserve"> </w:t>
      </w:r>
      <w:proofErr w:type="spellStart"/>
      <w:r w:rsidR="003361AB" w:rsidRPr="003361AB">
        <w:rPr>
          <w:rFonts w:cs="Times New Roman"/>
          <w:sz w:val="20"/>
          <w:szCs w:val="20"/>
        </w:rPr>
        <w:t>ini</w:t>
      </w:r>
      <w:proofErr w:type="spellEnd"/>
      <w:r w:rsidR="003361AB" w:rsidRPr="003361AB">
        <w:rPr>
          <w:rFonts w:cs="Times New Roman"/>
          <w:sz w:val="20"/>
          <w:szCs w:val="20"/>
        </w:rPr>
        <w:t xml:space="preserve"> </w:t>
      </w:r>
      <w:proofErr w:type="spellStart"/>
      <w:r w:rsidR="003361AB" w:rsidRPr="003361AB">
        <w:rPr>
          <w:rFonts w:cs="Times New Roman"/>
          <w:sz w:val="20"/>
          <w:szCs w:val="20"/>
        </w:rPr>
        <w:t>memperkuat</w:t>
      </w:r>
      <w:proofErr w:type="spellEnd"/>
      <w:r w:rsidR="003361AB" w:rsidRPr="003361AB">
        <w:rPr>
          <w:rFonts w:cs="Times New Roman"/>
          <w:sz w:val="20"/>
          <w:szCs w:val="20"/>
        </w:rPr>
        <w:t xml:space="preserve"> </w:t>
      </w:r>
      <w:proofErr w:type="spellStart"/>
      <w:r w:rsidR="003361AB" w:rsidRPr="003361AB">
        <w:rPr>
          <w:rFonts w:cs="Times New Roman"/>
          <w:sz w:val="20"/>
          <w:szCs w:val="20"/>
        </w:rPr>
        <w:t>peran</w:t>
      </w:r>
      <w:proofErr w:type="spellEnd"/>
      <w:r w:rsidR="003361AB" w:rsidRPr="003361AB">
        <w:rPr>
          <w:rFonts w:cs="Times New Roman"/>
          <w:sz w:val="20"/>
          <w:szCs w:val="20"/>
        </w:rPr>
        <w:t xml:space="preserve"> TBM </w:t>
      </w:r>
      <w:proofErr w:type="spellStart"/>
      <w:r w:rsidR="003361AB" w:rsidRPr="003361AB">
        <w:rPr>
          <w:rFonts w:cs="Times New Roman"/>
          <w:sz w:val="20"/>
          <w:szCs w:val="20"/>
        </w:rPr>
        <w:t>sebagai</w:t>
      </w:r>
      <w:proofErr w:type="spellEnd"/>
      <w:r w:rsidR="003361AB" w:rsidRPr="003361AB">
        <w:rPr>
          <w:rFonts w:cs="Times New Roman"/>
          <w:sz w:val="20"/>
          <w:szCs w:val="20"/>
        </w:rPr>
        <w:t xml:space="preserve"> </w:t>
      </w:r>
      <w:proofErr w:type="spellStart"/>
      <w:r w:rsidR="003361AB" w:rsidRPr="003361AB">
        <w:rPr>
          <w:rFonts w:cs="Times New Roman"/>
          <w:sz w:val="20"/>
          <w:szCs w:val="20"/>
        </w:rPr>
        <w:t>pusat</w:t>
      </w:r>
      <w:proofErr w:type="spellEnd"/>
      <w:r w:rsidR="003361AB" w:rsidRPr="003361AB">
        <w:rPr>
          <w:rFonts w:cs="Times New Roman"/>
          <w:sz w:val="20"/>
          <w:szCs w:val="20"/>
        </w:rPr>
        <w:t xml:space="preserve"> </w:t>
      </w:r>
      <w:proofErr w:type="spellStart"/>
      <w:r w:rsidR="003361AB" w:rsidRPr="003361AB">
        <w:rPr>
          <w:rFonts w:cs="Times New Roman"/>
          <w:sz w:val="20"/>
          <w:szCs w:val="20"/>
        </w:rPr>
        <w:t>literasi</w:t>
      </w:r>
      <w:proofErr w:type="spellEnd"/>
      <w:r w:rsidR="003361AB" w:rsidRPr="003361AB">
        <w:rPr>
          <w:rFonts w:cs="Times New Roman"/>
          <w:sz w:val="20"/>
          <w:szCs w:val="20"/>
        </w:rPr>
        <w:t xml:space="preserve"> digital </w:t>
      </w:r>
      <w:proofErr w:type="spellStart"/>
      <w:r w:rsidR="003361AB" w:rsidRPr="003361AB">
        <w:rPr>
          <w:rFonts w:cs="Times New Roman"/>
          <w:sz w:val="20"/>
          <w:szCs w:val="20"/>
        </w:rPr>
        <w:t>berbasis</w:t>
      </w:r>
      <w:proofErr w:type="spellEnd"/>
      <w:r w:rsidR="003361AB" w:rsidRPr="003361AB">
        <w:rPr>
          <w:rFonts w:cs="Times New Roman"/>
          <w:sz w:val="20"/>
          <w:szCs w:val="20"/>
        </w:rPr>
        <w:t xml:space="preserve"> </w:t>
      </w:r>
      <w:proofErr w:type="spellStart"/>
      <w:r w:rsidR="003361AB" w:rsidRPr="003361AB">
        <w:rPr>
          <w:rFonts w:cs="Times New Roman"/>
          <w:sz w:val="20"/>
          <w:szCs w:val="20"/>
        </w:rPr>
        <w:t>komunitas</w:t>
      </w:r>
      <w:proofErr w:type="spellEnd"/>
      <w:r w:rsidR="003361AB" w:rsidRPr="003361AB">
        <w:rPr>
          <w:rFonts w:cs="Times New Roman"/>
          <w:sz w:val="20"/>
          <w:szCs w:val="20"/>
        </w:rPr>
        <w:t xml:space="preserve"> dan </w:t>
      </w:r>
      <w:proofErr w:type="spellStart"/>
      <w:r w:rsidR="003361AB" w:rsidRPr="003361AB">
        <w:rPr>
          <w:rFonts w:cs="Times New Roman"/>
          <w:sz w:val="20"/>
          <w:szCs w:val="20"/>
        </w:rPr>
        <w:t>membuka</w:t>
      </w:r>
      <w:proofErr w:type="spellEnd"/>
      <w:r w:rsidR="003361AB" w:rsidRPr="003361AB">
        <w:rPr>
          <w:rFonts w:cs="Times New Roman"/>
          <w:sz w:val="20"/>
          <w:szCs w:val="20"/>
        </w:rPr>
        <w:t xml:space="preserve"> </w:t>
      </w:r>
      <w:proofErr w:type="spellStart"/>
      <w:r w:rsidR="003361AB" w:rsidRPr="003361AB">
        <w:rPr>
          <w:rFonts w:cs="Times New Roman"/>
          <w:sz w:val="20"/>
          <w:szCs w:val="20"/>
        </w:rPr>
        <w:t>peluang</w:t>
      </w:r>
      <w:proofErr w:type="spellEnd"/>
      <w:r w:rsidR="003361AB" w:rsidRPr="003361AB">
        <w:rPr>
          <w:rFonts w:cs="Times New Roman"/>
          <w:sz w:val="20"/>
          <w:szCs w:val="20"/>
        </w:rPr>
        <w:t xml:space="preserve"> </w:t>
      </w:r>
      <w:proofErr w:type="spellStart"/>
      <w:r w:rsidR="003361AB" w:rsidRPr="003361AB">
        <w:rPr>
          <w:rFonts w:cs="Times New Roman"/>
          <w:sz w:val="20"/>
          <w:szCs w:val="20"/>
        </w:rPr>
        <w:t>integrasi</w:t>
      </w:r>
      <w:proofErr w:type="spellEnd"/>
      <w:r w:rsidR="003361AB" w:rsidRPr="003361AB">
        <w:rPr>
          <w:rFonts w:cs="Times New Roman"/>
          <w:sz w:val="20"/>
          <w:szCs w:val="20"/>
        </w:rPr>
        <w:t xml:space="preserve"> </w:t>
      </w:r>
      <w:proofErr w:type="spellStart"/>
      <w:r w:rsidR="003361AB" w:rsidRPr="003361AB">
        <w:rPr>
          <w:rFonts w:cs="Times New Roman"/>
          <w:sz w:val="20"/>
          <w:szCs w:val="20"/>
        </w:rPr>
        <w:t>dengan</w:t>
      </w:r>
      <w:proofErr w:type="spellEnd"/>
      <w:r w:rsidR="003361AB" w:rsidRPr="003361AB">
        <w:rPr>
          <w:rFonts w:cs="Times New Roman"/>
          <w:sz w:val="20"/>
          <w:szCs w:val="20"/>
        </w:rPr>
        <w:t xml:space="preserve"> </w:t>
      </w:r>
      <w:proofErr w:type="spellStart"/>
      <w:r w:rsidR="003361AB" w:rsidRPr="003361AB">
        <w:rPr>
          <w:rFonts w:cs="Times New Roman"/>
          <w:sz w:val="20"/>
          <w:szCs w:val="20"/>
        </w:rPr>
        <w:t>teknologi</w:t>
      </w:r>
      <w:proofErr w:type="spellEnd"/>
      <w:r w:rsidR="003361AB" w:rsidRPr="003361AB">
        <w:rPr>
          <w:rFonts w:cs="Times New Roman"/>
          <w:sz w:val="20"/>
          <w:szCs w:val="20"/>
        </w:rPr>
        <w:t xml:space="preserve"> modern </w:t>
      </w:r>
      <w:proofErr w:type="spellStart"/>
      <w:r w:rsidR="003361AB" w:rsidRPr="003361AB">
        <w:rPr>
          <w:rFonts w:cs="Times New Roman"/>
          <w:sz w:val="20"/>
          <w:szCs w:val="20"/>
        </w:rPr>
        <w:t>lainnya</w:t>
      </w:r>
      <w:proofErr w:type="spellEnd"/>
      <w:r w:rsidR="003361AB" w:rsidRPr="003361AB">
        <w:rPr>
          <w:rFonts w:cs="Times New Roman"/>
          <w:sz w:val="20"/>
          <w:szCs w:val="20"/>
        </w:rPr>
        <w:t xml:space="preserve"> di masa </w:t>
      </w:r>
      <w:proofErr w:type="spellStart"/>
      <w:r w:rsidR="003361AB" w:rsidRPr="003361AB">
        <w:rPr>
          <w:rFonts w:cs="Times New Roman"/>
          <w:sz w:val="20"/>
          <w:szCs w:val="20"/>
        </w:rPr>
        <w:t>depan</w:t>
      </w:r>
      <w:proofErr w:type="spellEnd"/>
      <w:r w:rsidR="003361AB" w:rsidRPr="003361AB">
        <w:rPr>
          <w:rFonts w:cs="Times New Roman"/>
          <w:sz w:val="20"/>
          <w:szCs w:val="20"/>
        </w:rPr>
        <w:t>.</w:t>
      </w:r>
    </w:p>
    <w:p w14:paraId="4D5FCBA3" w14:textId="77777777" w:rsidR="009F1E47" w:rsidRDefault="009F1E47" w:rsidP="003361AB">
      <w:pPr>
        <w:spacing w:after="0" w:line="240" w:lineRule="auto"/>
        <w:rPr>
          <w:rFonts w:cs="Times New Roman"/>
          <w:sz w:val="20"/>
          <w:szCs w:val="20"/>
        </w:rPr>
      </w:pPr>
    </w:p>
    <w:p w14:paraId="2612A359" w14:textId="67CAE587" w:rsidR="00067579" w:rsidRPr="00FE6E8F" w:rsidRDefault="00067579" w:rsidP="003361AB">
      <w:pPr>
        <w:spacing w:after="0" w:line="240" w:lineRule="auto"/>
        <w:rPr>
          <w:rFonts w:cs="Times New Roman"/>
          <w:b/>
          <w:bCs/>
          <w:i/>
          <w:iCs/>
          <w:sz w:val="20"/>
          <w:szCs w:val="20"/>
        </w:rPr>
      </w:pPr>
      <w:r w:rsidRPr="003361AB">
        <w:rPr>
          <w:rFonts w:cs="Times New Roman"/>
          <w:b/>
          <w:bCs/>
          <w:i/>
          <w:iCs/>
          <w:sz w:val="20"/>
          <w:szCs w:val="20"/>
        </w:rPr>
        <w:t>Kata</w:t>
      </w:r>
      <w:r w:rsidR="00F660D2" w:rsidRPr="003361AB">
        <w:rPr>
          <w:rFonts w:cs="Times New Roman"/>
          <w:b/>
          <w:bCs/>
          <w:i/>
          <w:iCs/>
          <w:sz w:val="20"/>
          <w:szCs w:val="20"/>
        </w:rPr>
        <w:t xml:space="preserve"> </w:t>
      </w:r>
      <w:proofErr w:type="spellStart"/>
      <w:r w:rsidRPr="003361AB">
        <w:rPr>
          <w:rFonts w:cs="Times New Roman"/>
          <w:b/>
          <w:bCs/>
          <w:i/>
          <w:iCs/>
          <w:sz w:val="20"/>
          <w:szCs w:val="20"/>
        </w:rPr>
        <w:t>Kunci</w:t>
      </w:r>
      <w:proofErr w:type="spellEnd"/>
      <w:r w:rsidRPr="003361AB">
        <w:rPr>
          <w:rFonts w:cs="Times New Roman"/>
          <w:b/>
          <w:bCs/>
          <w:i/>
          <w:iCs/>
          <w:sz w:val="20"/>
          <w:szCs w:val="20"/>
        </w:rPr>
        <w:t>:</w:t>
      </w:r>
      <w:r w:rsidR="00F660D2" w:rsidRPr="003361AB">
        <w:rPr>
          <w:rFonts w:cs="Times New Roman"/>
          <w:b/>
          <w:bCs/>
          <w:i/>
          <w:iCs/>
          <w:sz w:val="20"/>
          <w:szCs w:val="20"/>
        </w:rPr>
        <w:t xml:space="preserve"> </w:t>
      </w:r>
      <w:proofErr w:type="spellStart"/>
      <w:r w:rsidRPr="00FE6E8F">
        <w:rPr>
          <w:rFonts w:cs="Times New Roman"/>
          <w:b/>
          <w:bCs/>
          <w:i/>
          <w:iCs/>
          <w:sz w:val="20"/>
          <w:szCs w:val="20"/>
        </w:rPr>
        <w:t>sistem</w:t>
      </w:r>
      <w:proofErr w:type="spellEnd"/>
      <w:r w:rsidR="00F660D2" w:rsidRPr="00FE6E8F">
        <w:rPr>
          <w:rFonts w:cs="Times New Roman"/>
          <w:b/>
          <w:bCs/>
          <w:i/>
          <w:iCs/>
          <w:sz w:val="20"/>
          <w:szCs w:val="20"/>
        </w:rPr>
        <w:t xml:space="preserve"> </w:t>
      </w:r>
      <w:proofErr w:type="spellStart"/>
      <w:r w:rsidRPr="00FE6E8F">
        <w:rPr>
          <w:rFonts w:cs="Times New Roman"/>
          <w:b/>
          <w:bCs/>
          <w:i/>
          <w:iCs/>
          <w:sz w:val="20"/>
          <w:szCs w:val="20"/>
        </w:rPr>
        <w:t>informasi</w:t>
      </w:r>
      <w:proofErr w:type="spellEnd"/>
      <w:r w:rsidRPr="00FE6E8F">
        <w:rPr>
          <w:rFonts w:cs="Times New Roman"/>
          <w:b/>
          <w:bCs/>
          <w:i/>
          <w:iCs/>
          <w:sz w:val="20"/>
          <w:szCs w:val="20"/>
        </w:rPr>
        <w:t>,</w:t>
      </w:r>
      <w:r w:rsidR="00F660D2" w:rsidRPr="00FE6E8F">
        <w:rPr>
          <w:rFonts w:cs="Times New Roman"/>
          <w:b/>
          <w:bCs/>
          <w:i/>
          <w:iCs/>
          <w:sz w:val="20"/>
          <w:szCs w:val="20"/>
        </w:rPr>
        <w:t xml:space="preserve"> </w:t>
      </w:r>
      <w:proofErr w:type="spellStart"/>
      <w:r w:rsidRPr="00FE6E8F">
        <w:rPr>
          <w:rFonts w:cs="Times New Roman"/>
          <w:b/>
          <w:bCs/>
          <w:i/>
          <w:iCs/>
          <w:sz w:val="20"/>
          <w:szCs w:val="20"/>
        </w:rPr>
        <w:t>katalog</w:t>
      </w:r>
      <w:proofErr w:type="spellEnd"/>
      <w:r w:rsidR="00F660D2" w:rsidRPr="00FE6E8F">
        <w:rPr>
          <w:rFonts w:cs="Times New Roman"/>
          <w:b/>
          <w:bCs/>
          <w:i/>
          <w:iCs/>
          <w:sz w:val="20"/>
          <w:szCs w:val="20"/>
        </w:rPr>
        <w:t xml:space="preserve"> </w:t>
      </w:r>
      <w:proofErr w:type="spellStart"/>
      <w:r w:rsidRPr="00FE6E8F">
        <w:rPr>
          <w:rFonts w:cs="Times New Roman"/>
          <w:b/>
          <w:bCs/>
          <w:i/>
          <w:iCs/>
          <w:sz w:val="20"/>
          <w:szCs w:val="20"/>
        </w:rPr>
        <w:t>buku</w:t>
      </w:r>
      <w:proofErr w:type="spellEnd"/>
      <w:r w:rsidR="00F660D2" w:rsidRPr="00FE6E8F">
        <w:rPr>
          <w:rFonts w:cs="Times New Roman"/>
          <w:b/>
          <w:bCs/>
          <w:i/>
          <w:iCs/>
          <w:sz w:val="20"/>
          <w:szCs w:val="20"/>
        </w:rPr>
        <w:t xml:space="preserve"> </w:t>
      </w:r>
      <w:r w:rsidRPr="00FE6E8F">
        <w:rPr>
          <w:rFonts w:cs="Times New Roman"/>
          <w:b/>
          <w:bCs/>
          <w:i/>
          <w:iCs/>
          <w:sz w:val="20"/>
          <w:szCs w:val="20"/>
        </w:rPr>
        <w:t>digital,</w:t>
      </w:r>
      <w:r w:rsidR="00F660D2" w:rsidRPr="00FE6E8F">
        <w:rPr>
          <w:rFonts w:cs="Times New Roman"/>
          <w:b/>
          <w:bCs/>
          <w:i/>
          <w:iCs/>
          <w:sz w:val="20"/>
          <w:szCs w:val="20"/>
        </w:rPr>
        <w:t xml:space="preserve"> </w:t>
      </w:r>
      <w:proofErr w:type="spellStart"/>
      <w:r w:rsidRPr="00FE6E8F">
        <w:rPr>
          <w:rFonts w:cs="Times New Roman"/>
          <w:b/>
          <w:bCs/>
          <w:i/>
          <w:iCs/>
          <w:sz w:val="20"/>
          <w:szCs w:val="20"/>
        </w:rPr>
        <w:t>taman</w:t>
      </w:r>
      <w:proofErr w:type="spellEnd"/>
      <w:r w:rsidR="00F660D2" w:rsidRPr="00FE6E8F">
        <w:rPr>
          <w:rFonts w:cs="Times New Roman"/>
          <w:b/>
          <w:bCs/>
          <w:i/>
          <w:iCs/>
          <w:sz w:val="20"/>
          <w:szCs w:val="20"/>
        </w:rPr>
        <w:t xml:space="preserve"> </w:t>
      </w:r>
      <w:proofErr w:type="spellStart"/>
      <w:r w:rsidRPr="00FE6E8F">
        <w:rPr>
          <w:rFonts w:cs="Times New Roman"/>
          <w:b/>
          <w:bCs/>
          <w:i/>
          <w:iCs/>
          <w:sz w:val="20"/>
          <w:szCs w:val="20"/>
        </w:rPr>
        <w:t>baca</w:t>
      </w:r>
      <w:proofErr w:type="spellEnd"/>
      <w:r w:rsidR="00F660D2" w:rsidRPr="00FE6E8F">
        <w:rPr>
          <w:rFonts w:cs="Times New Roman"/>
          <w:b/>
          <w:bCs/>
          <w:i/>
          <w:iCs/>
          <w:sz w:val="20"/>
          <w:szCs w:val="20"/>
        </w:rPr>
        <w:t xml:space="preserve"> </w:t>
      </w:r>
      <w:proofErr w:type="spellStart"/>
      <w:r w:rsidRPr="00FE6E8F">
        <w:rPr>
          <w:rFonts w:cs="Times New Roman"/>
          <w:b/>
          <w:bCs/>
          <w:i/>
          <w:iCs/>
          <w:sz w:val="20"/>
          <w:szCs w:val="20"/>
        </w:rPr>
        <w:t>masyarakat</w:t>
      </w:r>
      <w:proofErr w:type="spellEnd"/>
      <w:r w:rsidRPr="00FE6E8F">
        <w:rPr>
          <w:rFonts w:cs="Times New Roman"/>
          <w:b/>
          <w:bCs/>
          <w:i/>
          <w:iCs/>
          <w:sz w:val="20"/>
          <w:szCs w:val="20"/>
        </w:rPr>
        <w:t>,</w:t>
      </w:r>
      <w:r w:rsidR="00F660D2" w:rsidRPr="00FE6E8F">
        <w:rPr>
          <w:rFonts w:cs="Times New Roman"/>
          <w:b/>
          <w:bCs/>
          <w:i/>
          <w:iCs/>
          <w:sz w:val="20"/>
          <w:szCs w:val="20"/>
        </w:rPr>
        <w:t xml:space="preserve"> </w:t>
      </w:r>
      <w:r w:rsidRPr="00FE6E8F">
        <w:rPr>
          <w:rFonts w:cs="Times New Roman"/>
          <w:b/>
          <w:bCs/>
          <w:i/>
          <w:iCs/>
          <w:sz w:val="20"/>
          <w:szCs w:val="20"/>
        </w:rPr>
        <w:t>web-based</w:t>
      </w:r>
      <w:r w:rsidR="00F660D2" w:rsidRPr="00FE6E8F">
        <w:rPr>
          <w:rFonts w:cs="Times New Roman"/>
          <w:b/>
          <w:bCs/>
          <w:i/>
          <w:iCs/>
          <w:sz w:val="20"/>
          <w:szCs w:val="20"/>
        </w:rPr>
        <w:t xml:space="preserve"> </w:t>
      </w:r>
      <w:r w:rsidRPr="00FE6E8F">
        <w:rPr>
          <w:rFonts w:cs="Times New Roman"/>
          <w:b/>
          <w:bCs/>
          <w:i/>
          <w:iCs/>
          <w:sz w:val="20"/>
          <w:szCs w:val="20"/>
        </w:rPr>
        <w:t>system,</w:t>
      </w:r>
      <w:r w:rsidR="00F660D2" w:rsidRPr="00FE6E8F">
        <w:rPr>
          <w:rFonts w:cs="Times New Roman"/>
          <w:b/>
          <w:bCs/>
          <w:i/>
          <w:iCs/>
          <w:sz w:val="20"/>
          <w:szCs w:val="20"/>
        </w:rPr>
        <w:t xml:space="preserve"> </w:t>
      </w:r>
      <w:proofErr w:type="spellStart"/>
      <w:r w:rsidRPr="00FE6E8F">
        <w:rPr>
          <w:rFonts w:cs="Times New Roman"/>
          <w:b/>
          <w:bCs/>
          <w:i/>
          <w:iCs/>
          <w:sz w:val="20"/>
          <w:szCs w:val="20"/>
        </w:rPr>
        <w:t>literasi</w:t>
      </w:r>
      <w:proofErr w:type="spellEnd"/>
      <w:r w:rsidR="00F660D2" w:rsidRPr="00FE6E8F">
        <w:rPr>
          <w:rFonts w:cs="Times New Roman"/>
          <w:b/>
          <w:bCs/>
          <w:i/>
          <w:iCs/>
          <w:sz w:val="20"/>
          <w:szCs w:val="20"/>
        </w:rPr>
        <w:t xml:space="preserve"> </w:t>
      </w:r>
      <w:r w:rsidRPr="00FE6E8F">
        <w:rPr>
          <w:rFonts w:cs="Times New Roman"/>
          <w:b/>
          <w:bCs/>
          <w:i/>
          <w:iCs/>
          <w:sz w:val="20"/>
          <w:szCs w:val="20"/>
        </w:rPr>
        <w:t>digital.</w:t>
      </w:r>
    </w:p>
    <w:p w14:paraId="6F3F7479" w14:textId="77777777" w:rsidR="00067579" w:rsidRPr="00FD6DAD" w:rsidRDefault="00067579" w:rsidP="003361AB">
      <w:pPr>
        <w:spacing w:line="240" w:lineRule="auto"/>
        <w:jc w:val="center"/>
        <w:rPr>
          <w:rFonts w:cs="Times New Roman"/>
          <w:b/>
          <w:bCs/>
          <w:sz w:val="20"/>
          <w:szCs w:val="20"/>
        </w:rPr>
      </w:pPr>
    </w:p>
    <w:p w14:paraId="44D984DD" w14:textId="5CC8132A" w:rsidR="00091930" w:rsidRPr="005B163B" w:rsidRDefault="00B842C8" w:rsidP="005B163B">
      <w:pPr>
        <w:spacing w:line="240" w:lineRule="auto"/>
        <w:jc w:val="center"/>
        <w:rPr>
          <w:rFonts w:cs="Times New Roman"/>
          <w:b/>
          <w:bCs/>
          <w:sz w:val="20"/>
          <w:szCs w:val="20"/>
        </w:rPr>
      </w:pPr>
      <w:r w:rsidRPr="00FD6DAD">
        <w:rPr>
          <w:rFonts w:cs="Times New Roman"/>
          <w:b/>
          <w:bCs/>
          <w:sz w:val="20"/>
          <w:szCs w:val="20"/>
        </w:rPr>
        <w:t>ABSTRACT</w:t>
      </w:r>
    </w:p>
    <w:p w14:paraId="574AA00B" w14:textId="77777777" w:rsidR="005B163B" w:rsidRPr="005B163B" w:rsidRDefault="005B163B" w:rsidP="005B163B">
      <w:pPr>
        <w:spacing w:after="0" w:line="240" w:lineRule="auto"/>
        <w:rPr>
          <w:rFonts w:cs="Times New Roman"/>
          <w:i/>
          <w:iCs/>
          <w:sz w:val="20"/>
          <w:szCs w:val="20"/>
        </w:rPr>
      </w:pPr>
      <w:r w:rsidRPr="005B163B">
        <w:rPr>
          <w:rFonts w:cs="Times New Roman"/>
          <w:i/>
          <w:iCs/>
          <w:sz w:val="20"/>
          <w:szCs w:val="20"/>
        </w:rPr>
        <w:t xml:space="preserve">The digital transformation in the field of literacy has driven non-formal institutions such as community reading centers (Taman Baca Masyarakat/TBM) to adopt information technology </w:t>
      </w:r>
      <w:proofErr w:type="gramStart"/>
      <w:r w:rsidRPr="005B163B">
        <w:rPr>
          <w:rFonts w:cs="Times New Roman"/>
          <w:i/>
          <w:iCs/>
          <w:sz w:val="20"/>
          <w:szCs w:val="20"/>
        </w:rPr>
        <w:t>in order to</w:t>
      </w:r>
      <w:proofErr w:type="gramEnd"/>
      <w:r w:rsidRPr="005B163B">
        <w:rPr>
          <w:rFonts w:cs="Times New Roman"/>
          <w:i/>
          <w:iCs/>
          <w:sz w:val="20"/>
          <w:szCs w:val="20"/>
        </w:rPr>
        <w:t xml:space="preserve"> improve the quality of their services. This report discusses the design and implementation of a web-based book catalog information system applied at TBM Al-Azhari in Medan. The system was developed as a solution to various problems caused by manual book management, such as disorganized data, risk of information loss, and slow searching and recording processes. In this practical work project, the student was directly involved in every stage of development, including needs analysis, database and interface design, system implementation, and on-site testing.</w:t>
      </w:r>
    </w:p>
    <w:p w14:paraId="64EABAF5" w14:textId="77777777" w:rsidR="005B163B" w:rsidRPr="005B163B" w:rsidRDefault="005B163B" w:rsidP="005B163B">
      <w:pPr>
        <w:spacing w:after="0" w:line="240" w:lineRule="auto"/>
        <w:rPr>
          <w:rFonts w:cs="Times New Roman"/>
          <w:i/>
          <w:iCs/>
          <w:sz w:val="20"/>
          <w:szCs w:val="20"/>
        </w:rPr>
      </w:pPr>
      <w:r w:rsidRPr="005B163B">
        <w:rPr>
          <w:rFonts w:cs="Times New Roman"/>
          <w:i/>
          <w:iCs/>
          <w:sz w:val="20"/>
          <w:szCs w:val="20"/>
        </w:rPr>
        <w:t>The system provides features such as book search, admin-controlled book data management, and a public-facing digital catalog accessible without login. By integrating all data into a single web platform, the system improves information access speed and supports the operational efficiency of the reading center. The trial results show that the system enhances data accuracy and user access to the book collection. Furthermore, it is designed to support the future development of additional features, including member management, borrowing services, visit logging, and educational content like podcasts and digital classes. The implementation of this system reinforces TBM Al-Azhari’s strategic role as a community-based digital literacy hub and opens opportunities for integration with modern technologies going forward.</w:t>
      </w:r>
    </w:p>
    <w:p w14:paraId="13DCB328" w14:textId="77777777" w:rsidR="009F1E47" w:rsidRDefault="009F1E47" w:rsidP="003361AB">
      <w:pPr>
        <w:spacing w:after="0" w:line="240" w:lineRule="auto"/>
        <w:rPr>
          <w:rFonts w:cs="Times New Roman"/>
          <w:sz w:val="20"/>
          <w:szCs w:val="20"/>
        </w:rPr>
      </w:pPr>
    </w:p>
    <w:p w14:paraId="38DA9E52" w14:textId="553A9E58" w:rsidR="00B842C8" w:rsidRPr="003361AB" w:rsidRDefault="00A02765" w:rsidP="003361AB">
      <w:pPr>
        <w:spacing w:after="0" w:line="240" w:lineRule="auto"/>
        <w:rPr>
          <w:rFonts w:cs="Times New Roman"/>
          <w:b/>
          <w:bCs/>
          <w:i/>
          <w:iCs/>
          <w:sz w:val="20"/>
          <w:szCs w:val="20"/>
        </w:rPr>
      </w:pPr>
      <w:r w:rsidRPr="003361AB">
        <w:rPr>
          <w:rFonts w:cs="Times New Roman"/>
          <w:b/>
          <w:bCs/>
          <w:i/>
          <w:iCs/>
          <w:sz w:val="20"/>
          <w:szCs w:val="20"/>
        </w:rPr>
        <w:t>Keywords:</w:t>
      </w:r>
      <w:r w:rsidR="00F660D2" w:rsidRPr="003361AB">
        <w:rPr>
          <w:rFonts w:cs="Times New Roman"/>
          <w:b/>
          <w:bCs/>
          <w:i/>
          <w:iCs/>
          <w:sz w:val="20"/>
          <w:szCs w:val="20"/>
        </w:rPr>
        <w:t xml:space="preserve"> </w:t>
      </w:r>
      <w:r w:rsidRPr="003361AB">
        <w:rPr>
          <w:rFonts w:cs="Times New Roman"/>
          <w:b/>
          <w:bCs/>
          <w:i/>
          <w:iCs/>
          <w:sz w:val="20"/>
          <w:szCs w:val="20"/>
        </w:rPr>
        <w:t>information</w:t>
      </w:r>
      <w:r w:rsidR="00F660D2" w:rsidRPr="003361AB">
        <w:rPr>
          <w:rFonts w:cs="Times New Roman"/>
          <w:b/>
          <w:bCs/>
          <w:i/>
          <w:iCs/>
          <w:sz w:val="20"/>
          <w:szCs w:val="20"/>
        </w:rPr>
        <w:t xml:space="preserve"> </w:t>
      </w:r>
      <w:r w:rsidRPr="003361AB">
        <w:rPr>
          <w:rFonts w:cs="Times New Roman"/>
          <w:b/>
          <w:bCs/>
          <w:i/>
          <w:iCs/>
          <w:sz w:val="20"/>
          <w:szCs w:val="20"/>
        </w:rPr>
        <w:t>system,</w:t>
      </w:r>
      <w:r w:rsidR="00F660D2" w:rsidRPr="003361AB">
        <w:rPr>
          <w:rFonts w:cs="Times New Roman"/>
          <w:b/>
          <w:bCs/>
          <w:i/>
          <w:iCs/>
          <w:sz w:val="20"/>
          <w:szCs w:val="20"/>
        </w:rPr>
        <w:t xml:space="preserve"> </w:t>
      </w:r>
      <w:r w:rsidRPr="003361AB">
        <w:rPr>
          <w:rFonts w:cs="Times New Roman"/>
          <w:b/>
          <w:bCs/>
          <w:i/>
          <w:iCs/>
          <w:sz w:val="20"/>
          <w:szCs w:val="20"/>
        </w:rPr>
        <w:t>digital</w:t>
      </w:r>
      <w:r w:rsidR="00F660D2" w:rsidRPr="003361AB">
        <w:rPr>
          <w:rFonts w:cs="Times New Roman"/>
          <w:b/>
          <w:bCs/>
          <w:i/>
          <w:iCs/>
          <w:sz w:val="20"/>
          <w:szCs w:val="20"/>
        </w:rPr>
        <w:t xml:space="preserve"> </w:t>
      </w:r>
      <w:r w:rsidRPr="003361AB">
        <w:rPr>
          <w:rFonts w:cs="Times New Roman"/>
          <w:b/>
          <w:bCs/>
          <w:i/>
          <w:iCs/>
          <w:sz w:val="20"/>
          <w:szCs w:val="20"/>
        </w:rPr>
        <w:t>book</w:t>
      </w:r>
      <w:r w:rsidR="00F660D2" w:rsidRPr="003361AB">
        <w:rPr>
          <w:rFonts w:cs="Times New Roman"/>
          <w:b/>
          <w:bCs/>
          <w:i/>
          <w:iCs/>
          <w:sz w:val="20"/>
          <w:szCs w:val="20"/>
        </w:rPr>
        <w:t xml:space="preserve"> </w:t>
      </w:r>
      <w:r w:rsidRPr="003361AB">
        <w:rPr>
          <w:rFonts w:cs="Times New Roman"/>
          <w:b/>
          <w:bCs/>
          <w:i/>
          <w:iCs/>
          <w:sz w:val="20"/>
          <w:szCs w:val="20"/>
        </w:rPr>
        <w:t>catalog,</w:t>
      </w:r>
      <w:r w:rsidR="00F660D2" w:rsidRPr="003361AB">
        <w:rPr>
          <w:rFonts w:cs="Times New Roman"/>
          <w:b/>
          <w:bCs/>
          <w:i/>
          <w:iCs/>
          <w:sz w:val="20"/>
          <w:szCs w:val="20"/>
        </w:rPr>
        <w:t xml:space="preserve"> </w:t>
      </w:r>
      <w:r w:rsidRPr="003361AB">
        <w:rPr>
          <w:rFonts w:cs="Times New Roman"/>
          <w:b/>
          <w:bCs/>
          <w:i/>
          <w:iCs/>
          <w:sz w:val="20"/>
          <w:szCs w:val="20"/>
        </w:rPr>
        <w:t>community</w:t>
      </w:r>
      <w:r w:rsidR="00F660D2" w:rsidRPr="003361AB">
        <w:rPr>
          <w:rFonts w:cs="Times New Roman"/>
          <w:b/>
          <w:bCs/>
          <w:i/>
          <w:iCs/>
          <w:sz w:val="20"/>
          <w:szCs w:val="20"/>
        </w:rPr>
        <w:t xml:space="preserve"> </w:t>
      </w:r>
      <w:r w:rsidRPr="003361AB">
        <w:rPr>
          <w:rFonts w:cs="Times New Roman"/>
          <w:b/>
          <w:bCs/>
          <w:i/>
          <w:iCs/>
          <w:sz w:val="20"/>
          <w:szCs w:val="20"/>
        </w:rPr>
        <w:t>reading</w:t>
      </w:r>
      <w:r w:rsidR="00F660D2" w:rsidRPr="003361AB">
        <w:rPr>
          <w:rFonts w:cs="Times New Roman"/>
          <w:b/>
          <w:bCs/>
          <w:i/>
          <w:iCs/>
          <w:sz w:val="20"/>
          <w:szCs w:val="20"/>
        </w:rPr>
        <w:t xml:space="preserve"> </w:t>
      </w:r>
      <w:r w:rsidRPr="003361AB">
        <w:rPr>
          <w:rFonts w:cs="Times New Roman"/>
          <w:b/>
          <w:bCs/>
          <w:i/>
          <w:iCs/>
          <w:sz w:val="20"/>
          <w:szCs w:val="20"/>
        </w:rPr>
        <w:t>center,</w:t>
      </w:r>
      <w:r w:rsidR="00F660D2" w:rsidRPr="003361AB">
        <w:rPr>
          <w:rFonts w:cs="Times New Roman"/>
          <w:b/>
          <w:bCs/>
          <w:i/>
          <w:iCs/>
          <w:sz w:val="20"/>
          <w:szCs w:val="20"/>
        </w:rPr>
        <w:t xml:space="preserve"> </w:t>
      </w:r>
      <w:r w:rsidRPr="003361AB">
        <w:rPr>
          <w:rFonts w:cs="Times New Roman"/>
          <w:b/>
          <w:bCs/>
          <w:i/>
          <w:iCs/>
          <w:sz w:val="20"/>
          <w:szCs w:val="20"/>
        </w:rPr>
        <w:t>web-based</w:t>
      </w:r>
      <w:r w:rsidR="00F660D2" w:rsidRPr="003361AB">
        <w:rPr>
          <w:rFonts w:cs="Times New Roman"/>
          <w:b/>
          <w:bCs/>
          <w:i/>
          <w:iCs/>
          <w:sz w:val="20"/>
          <w:szCs w:val="20"/>
        </w:rPr>
        <w:t xml:space="preserve"> </w:t>
      </w:r>
      <w:r w:rsidRPr="003361AB">
        <w:rPr>
          <w:rFonts w:cs="Times New Roman"/>
          <w:b/>
          <w:bCs/>
          <w:i/>
          <w:iCs/>
          <w:sz w:val="20"/>
          <w:szCs w:val="20"/>
        </w:rPr>
        <w:t>system,</w:t>
      </w:r>
      <w:r w:rsidR="00F660D2" w:rsidRPr="003361AB">
        <w:rPr>
          <w:rFonts w:cs="Times New Roman"/>
          <w:b/>
          <w:bCs/>
          <w:i/>
          <w:iCs/>
          <w:sz w:val="20"/>
          <w:szCs w:val="20"/>
        </w:rPr>
        <w:t xml:space="preserve"> </w:t>
      </w:r>
      <w:r w:rsidRPr="003361AB">
        <w:rPr>
          <w:rFonts w:cs="Times New Roman"/>
          <w:b/>
          <w:bCs/>
          <w:i/>
          <w:iCs/>
          <w:sz w:val="20"/>
          <w:szCs w:val="20"/>
        </w:rPr>
        <w:t>digital</w:t>
      </w:r>
      <w:r w:rsidR="00F660D2" w:rsidRPr="003361AB">
        <w:rPr>
          <w:rFonts w:cs="Times New Roman"/>
          <w:b/>
          <w:bCs/>
          <w:i/>
          <w:iCs/>
          <w:sz w:val="20"/>
          <w:szCs w:val="20"/>
        </w:rPr>
        <w:t xml:space="preserve"> </w:t>
      </w:r>
      <w:r w:rsidRPr="003361AB">
        <w:rPr>
          <w:rFonts w:cs="Times New Roman"/>
          <w:b/>
          <w:bCs/>
          <w:i/>
          <w:iCs/>
          <w:sz w:val="20"/>
          <w:szCs w:val="20"/>
        </w:rPr>
        <w:t>literacy.</w:t>
      </w:r>
      <w:r w:rsidR="00B842C8" w:rsidRPr="003361AB">
        <w:rPr>
          <w:rFonts w:cs="Times New Roman"/>
          <w:b/>
          <w:bCs/>
          <w:i/>
          <w:iCs/>
          <w:sz w:val="20"/>
          <w:szCs w:val="20"/>
        </w:rPr>
        <w:br w:type="page"/>
      </w:r>
    </w:p>
    <w:p w14:paraId="35F88EE0" w14:textId="629AA3A4" w:rsidR="00B842C8" w:rsidRPr="00FD6DAD" w:rsidRDefault="00B842C8" w:rsidP="0097332F">
      <w:pPr>
        <w:pStyle w:val="Heading1"/>
      </w:pPr>
      <w:bookmarkStart w:id="9" w:name="_Toc204310498"/>
      <w:bookmarkStart w:id="10" w:name="_Toc205248705"/>
      <w:bookmarkStart w:id="11" w:name="_Toc205261353"/>
      <w:r w:rsidRPr="00FD6DAD">
        <w:lastRenderedPageBreak/>
        <w:t>KATA</w:t>
      </w:r>
      <w:r w:rsidR="00F660D2" w:rsidRPr="00FD6DAD">
        <w:t xml:space="preserve"> </w:t>
      </w:r>
      <w:r w:rsidRPr="00FD6DAD">
        <w:t>PENGANTAR</w:t>
      </w:r>
      <w:bookmarkEnd w:id="9"/>
      <w:bookmarkEnd w:id="10"/>
      <w:bookmarkEnd w:id="11"/>
    </w:p>
    <w:p w14:paraId="6FA68961" w14:textId="77777777" w:rsidR="005C4B60" w:rsidRPr="00FD6DAD" w:rsidRDefault="005C4B60" w:rsidP="00D70A29">
      <w:pPr>
        <w:spacing w:after="0"/>
        <w:rPr>
          <w:rFonts w:cs="Times New Roman"/>
        </w:rPr>
      </w:pPr>
    </w:p>
    <w:p w14:paraId="7C1031EB" w14:textId="334E1BEC" w:rsidR="005C4B60" w:rsidRPr="00FD6DAD" w:rsidRDefault="00B842C8" w:rsidP="00D70A29">
      <w:pPr>
        <w:spacing w:after="0" w:line="360" w:lineRule="auto"/>
        <w:rPr>
          <w:rFonts w:cs="Times New Roman"/>
        </w:rPr>
      </w:pPr>
      <w:proofErr w:type="spellStart"/>
      <w:r w:rsidRPr="00FD6DAD">
        <w:rPr>
          <w:rFonts w:cs="Times New Roman"/>
        </w:rPr>
        <w:t>Assalamu’alaikum</w:t>
      </w:r>
      <w:proofErr w:type="spellEnd"/>
      <w:r w:rsidR="00F660D2" w:rsidRPr="00FD6DAD">
        <w:rPr>
          <w:rFonts w:cs="Times New Roman"/>
        </w:rPr>
        <w:t xml:space="preserve"> </w:t>
      </w:r>
      <w:proofErr w:type="spellStart"/>
      <w:r w:rsidRPr="00FD6DAD">
        <w:rPr>
          <w:rFonts w:cs="Times New Roman"/>
        </w:rPr>
        <w:t>warahmatullahi</w:t>
      </w:r>
      <w:proofErr w:type="spellEnd"/>
      <w:r w:rsidR="00F660D2" w:rsidRPr="00FD6DAD">
        <w:rPr>
          <w:rFonts w:cs="Times New Roman"/>
        </w:rPr>
        <w:t xml:space="preserve"> </w:t>
      </w:r>
      <w:proofErr w:type="spellStart"/>
      <w:r w:rsidRPr="00FD6DAD">
        <w:rPr>
          <w:rFonts w:cs="Times New Roman"/>
        </w:rPr>
        <w:t>wabarakatuh</w:t>
      </w:r>
      <w:proofErr w:type="spellEnd"/>
      <w:r w:rsidRPr="00FD6DAD">
        <w:rPr>
          <w:rFonts w:cs="Times New Roman"/>
        </w:rPr>
        <w:t>.</w:t>
      </w:r>
      <w:r w:rsidR="00F660D2" w:rsidRPr="00FD6DAD">
        <w:rPr>
          <w:rFonts w:cs="Times New Roman"/>
        </w:rPr>
        <w:t xml:space="preserve"> </w:t>
      </w:r>
      <w:r w:rsidRPr="00FD6DAD">
        <w:rPr>
          <w:rFonts w:cs="Times New Roman"/>
        </w:rPr>
        <w:t>Puji</w:t>
      </w:r>
      <w:r w:rsidR="00F660D2" w:rsidRPr="00FD6DAD">
        <w:rPr>
          <w:rFonts w:cs="Times New Roman"/>
        </w:rPr>
        <w:t xml:space="preserve"> </w:t>
      </w:r>
      <w:proofErr w:type="spellStart"/>
      <w:r w:rsidRPr="00FD6DAD">
        <w:rPr>
          <w:rFonts w:cs="Times New Roman"/>
        </w:rPr>
        <w:t>syukur</w:t>
      </w:r>
      <w:proofErr w:type="spellEnd"/>
      <w:r w:rsidR="00F660D2" w:rsidRPr="00FD6DAD">
        <w:rPr>
          <w:rFonts w:cs="Times New Roman"/>
        </w:rPr>
        <w:t xml:space="preserve"> </w:t>
      </w:r>
      <w:proofErr w:type="spellStart"/>
      <w:r w:rsidRPr="00FD6DAD">
        <w:rPr>
          <w:rFonts w:cs="Times New Roman"/>
        </w:rPr>
        <w:t>penulis</w:t>
      </w:r>
      <w:proofErr w:type="spellEnd"/>
      <w:r w:rsidR="00F660D2" w:rsidRPr="00FD6DAD">
        <w:rPr>
          <w:rFonts w:cs="Times New Roman"/>
        </w:rPr>
        <w:t xml:space="preserve"> </w:t>
      </w:r>
      <w:proofErr w:type="spellStart"/>
      <w:r w:rsidRPr="00FD6DAD">
        <w:rPr>
          <w:rFonts w:cs="Times New Roman"/>
        </w:rPr>
        <w:t>panjatkan</w:t>
      </w:r>
      <w:proofErr w:type="spellEnd"/>
      <w:r w:rsidR="00F660D2" w:rsidRPr="00FD6DAD">
        <w:rPr>
          <w:rFonts w:cs="Times New Roman"/>
        </w:rPr>
        <w:t xml:space="preserve"> </w:t>
      </w:r>
      <w:proofErr w:type="spellStart"/>
      <w:r w:rsidRPr="00FD6DAD">
        <w:rPr>
          <w:rFonts w:cs="Times New Roman"/>
        </w:rPr>
        <w:t>kehadirat</w:t>
      </w:r>
      <w:proofErr w:type="spellEnd"/>
      <w:r w:rsidR="00F660D2" w:rsidRPr="00FD6DAD">
        <w:rPr>
          <w:rFonts w:cs="Times New Roman"/>
        </w:rPr>
        <w:t xml:space="preserve"> </w:t>
      </w:r>
      <w:r w:rsidRPr="00FD6DAD">
        <w:rPr>
          <w:rFonts w:cs="Times New Roman"/>
        </w:rPr>
        <w:t>Allah</w:t>
      </w:r>
      <w:r w:rsidR="00F660D2" w:rsidRPr="00FD6DAD">
        <w:rPr>
          <w:rFonts w:cs="Times New Roman"/>
        </w:rPr>
        <w:t xml:space="preserve"> </w:t>
      </w:r>
      <w:r w:rsidRPr="00FD6DAD">
        <w:rPr>
          <w:rFonts w:cs="Times New Roman"/>
        </w:rPr>
        <w:t>SWT</w:t>
      </w:r>
      <w:r w:rsidR="00F660D2" w:rsidRPr="00FD6DAD">
        <w:rPr>
          <w:rFonts w:cs="Times New Roman"/>
        </w:rPr>
        <w:t xml:space="preserve"> </w:t>
      </w:r>
      <w:proofErr w:type="spellStart"/>
      <w:r w:rsidRPr="00FD6DAD">
        <w:rPr>
          <w:rFonts w:cs="Times New Roman"/>
        </w:rPr>
        <w:t>atas</w:t>
      </w:r>
      <w:proofErr w:type="spellEnd"/>
      <w:r w:rsidR="00F660D2" w:rsidRPr="00FD6DAD">
        <w:rPr>
          <w:rFonts w:cs="Times New Roman"/>
        </w:rPr>
        <w:t xml:space="preserve"> </w:t>
      </w:r>
      <w:proofErr w:type="spellStart"/>
      <w:r w:rsidRPr="00FD6DAD">
        <w:rPr>
          <w:rFonts w:cs="Times New Roman"/>
        </w:rPr>
        <w:t>segala</w:t>
      </w:r>
      <w:proofErr w:type="spellEnd"/>
      <w:r w:rsidR="00F660D2" w:rsidRPr="00FD6DAD">
        <w:rPr>
          <w:rFonts w:cs="Times New Roman"/>
        </w:rPr>
        <w:t xml:space="preserve"> </w:t>
      </w:r>
      <w:proofErr w:type="spellStart"/>
      <w:r w:rsidRPr="00FD6DAD">
        <w:rPr>
          <w:rFonts w:cs="Times New Roman"/>
        </w:rPr>
        <w:t>rahmat</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karunia</w:t>
      </w:r>
      <w:proofErr w:type="spellEnd"/>
      <w:r w:rsidRPr="00FD6DAD">
        <w:rPr>
          <w:rFonts w:cs="Times New Roman"/>
        </w:rPr>
        <w:t>-Nya</w:t>
      </w:r>
      <w:r w:rsidR="00F660D2" w:rsidRPr="00FD6DAD">
        <w:rPr>
          <w:rFonts w:cs="Times New Roman"/>
        </w:rPr>
        <w:t xml:space="preserve"> </w:t>
      </w:r>
      <w:proofErr w:type="spellStart"/>
      <w:r w:rsidRPr="00FD6DAD">
        <w:rPr>
          <w:rFonts w:cs="Times New Roman"/>
        </w:rPr>
        <w:t>sehingga</w:t>
      </w:r>
      <w:proofErr w:type="spellEnd"/>
      <w:r w:rsidR="00F660D2" w:rsidRPr="00FD6DAD">
        <w:rPr>
          <w:rFonts w:cs="Times New Roman"/>
        </w:rPr>
        <w:t xml:space="preserve"> </w:t>
      </w:r>
      <w:proofErr w:type="spellStart"/>
      <w:r w:rsidRPr="00FD6DAD">
        <w:rPr>
          <w:rFonts w:cs="Times New Roman"/>
        </w:rPr>
        <w:t>laporan</w:t>
      </w:r>
      <w:proofErr w:type="spellEnd"/>
      <w:r w:rsidR="00F660D2" w:rsidRPr="00FD6DAD">
        <w:rPr>
          <w:rFonts w:cs="Times New Roman"/>
        </w:rPr>
        <w:t xml:space="preserve"> </w:t>
      </w:r>
      <w:proofErr w:type="spellStart"/>
      <w:r w:rsidRPr="00FD6DAD">
        <w:rPr>
          <w:rFonts w:cs="Times New Roman"/>
        </w:rPr>
        <w:t>kerja</w:t>
      </w:r>
      <w:proofErr w:type="spellEnd"/>
      <w:r w:rsidR="00F660D2" w:rsidRPr="00FD6DAD">
        <w:rPr>
          <w:rFonts w:cs="Times New Roman"/>
        </w:rPr>
        <w:t xml:space="preserve"> </w:t>
      </w:r>
      <w:proofErr w:type="spellStart"/>
      <w:r w:rsidRPr="00FD6DAD">
        <w:rPr>
          <w:rFonts w:cs="Times New Roman"/>
        </w:rPr>
        <w:t>praktik</w:t>
      </w:r>
      <w:proofErr w:type="spellEnd"/>
      <w:r w:rsidR="00F660D2" w:rsidRPr="00FD6DAD">
        <w:rPr>
          <w:rFonts w:cs="Times New Roman"/>
        </w:rPr>
        <w:t xml:space="preserve"> </w:t>
      </w:r>
      <w:proofErr w:type="spellStart"/>
      <w:r w:rsidRPr="00FD6DAD">
        <w:rPr>
          <w:rFonts w:cs="Times New Roman"/>
        </w:rPr>
        <w:t>ini</w:t>
      </w:r>
      <w:proofErr w:type="spellEnd"/>
      <w:r w:rsidR="00F660D2" w:rsidRPr="00FD6DAD">
        <w:rPr>
          <w:rFonts w:cs="Times New Roman"/>
        </w:rPr>
        <w:t xml:space="preserve"> </w:t>
      </w:r>
      <w:proofErr w:type="spellStart"/>
      <w:r w:rsidRPr="00FD6DAD">
        <w:rPr>
          <w:rFonts w:cs="Times New Roman"/>
        </w:rPr>
        <w:t>dapat</w:t>
      </w:r>
      <w:proofErr w:type="spellEnd"/>
      <w:r w:rsidR="00F660D2" w:rsidRPr="00FD6DAD">
        <w:rPr>
          <w:rFonts w:cs="Times New Roman"/>
        </w:rPr>
        <w:t xml:space="preserve"> </w:t>
      </w:r>
      <w:proofErr w:type="spellStart"/>
      <w:r w:rsidRPr="00FD6DAD">
        <w:rPr>
          <w:rFonts w:cs="Times New Roman"/>
        </w:rPr>
        <w:t>diselesaikan</w:t>
      </w:r>
      <w:proofErr w:type="spellEnd"/>
      <w:r w:rsidRPr="00FD6DAD">
        <w:rPr>
          <w:rFonts w:cs="Times New Roman"/>
        </w:rPr>
        <w:t>.</w:t>
      </w:r>
      <w:r w:rsidR="00F660D2" w:rsidRPr="00FD6DAD">
        <w:rPr>
          <w:rFonts w:cs="Times New Roman"/>
        </w:rPr>
        <w:t xml:space="preserve"> </w:t>
      </w:r>
      <w:proofErr w:type="spellStart"/>
      <w:r w:rsidRPr="00FD6DAD">
        <w:rPr>
          <w:rFonts w:cs="Times New Roman"/>
        </w:rPr>
        <w:t>Laporan</w:t>
      </w:r>
      <w:proofErr w:type="spellEnd"/>
      <w:r w:rsidR="00F660D2" w:rsidRPr="00FD6DAD">
        <w:rPr>
          <w:rFonts w:cs="Times New Roman"/>
        </w:rPr>
        <w:t xml:space="preserve"> </w:t>
      </w:r>
      <w:proofErr w:type="spellStart"/>
      <w:r w:rsidRPr="00FD6DAD">
        <w:rPr>
          <w:rFonts w:cs="Times New Roman"/>
        </w:rPr>
        <w:t>ini</w:t>
      </w:r>
      <w:proofErr w:type="spellEnd"/>
      <w:r w:rsidR="00F660D2" w:rsidRPr="00FD6DAD">
        <w:rPr>
          <w:rFonts w:cs="Times New Roman"/>
        </w:rPr>
        <w:t xml:space="preserve"> </w:t>
      </w:r>
      <w:proofErr w:type="spellStart"/>
      <w:r w:rsidRPr="00FD6DAD">
        <w:rPr>
          <w:rFonts w:cs="Times New Roman"/>
        </w:rPr>
        <w:t>disusun</w:t>
      </w:r>
      <w:proofErr w:type="spellEnd"/>
      <w:r w:rsidR="00F660D2" w:rsidRPr="00FD6DAD">
        <w:rPr>
          <w:rFonts w:cs="Times New Roman"/>
        </w:rPr>
        <w:t xml:space="preserve"> </w:t>
      </w:r>
      <w:proofErr w:type="spellStart"/>
      <w:r w:rsidRPr="00FD6DAD">
        <w:rPr>
          <w:rFonts w:cs="Times New Roman"/>
        </w:rPr>
        <w:t>sebagai</w:t>
      </w:r>
      <w:proofErr w:type="spellEnd"/>
      <w:r w:rsidR="00F660D2" w:rsidRPr="00FD6DAD">
        <w:rPr>
          <w:rFonts w:cs="Times New Roman"/>
        </w:rPr>
        <w:t xml:space="preserve"> </w:t>
      </w:r>
      <w:r w:rsidRPr="00FD6DAD">
        <w:rPr>
          <w:rFonts w:cs="Times New Roman"/>
        </w:rPr>
        <w:t>salah</w:t>
      </w:r>
      <w:r w:rsidR="00F660D2" w:rsidRPr="00FD6DAD">
        <w:rPr>
          <w:rFonts w:cs="Times New Roman"/>
        </w:rPr>
        <w:t xml:space="preserve"> </w:t>
      </w:r>
      <w:proofErr w:type="spellStart"/>
      <w:r w:rsidRPr="00FD6DAD">
        <w:rPr>
          <w:rFonts w:cs="Times New Roman"/>
        </w:rPr>
        <w:t>satu</w:t>
      </w:r>
      <w:proofErr w:type="spellEnd"/>
      <w:r w:rsidR="00F660D2" w:rsidRPr="00FD6DAD">
        <w:rPr>
          <w:rFonts w:cs="Times New Roman"/>
        </w:rPr>
        <w:t xml:space="preserve"> </w:t>
      </w:r>
      <w:proofErr w:type="spellStart"/>
      <w:r w:rsidRPr="00FD6DAD">
        <w:rPr>
          <w:rFonts w:cs="Times New Roman"/>
        </w:rPr>
        <w:t>syarat</w:t>
      </w:r>
      <w:proofErr w:type="spellEnd"/>
      <w:r w:rsidR="00F660D2" w:rsidRPr="00FD6DAD">
        <w:rPr>
          <w:rFonts w:cs="Times New Roman"/>
        </w:rPr>
        <w:t xml:space="preserve"> </w:t>
      </w:r>
      <w:proofErr w:type="spellStart"/>
      <w:r w:rsidRPr="00FD6DAD">
        <w:rPr>
          <w:rFonts w:cs="Times New Roman"/>
        </w:rPr>
        <w:t>untuk</w:t>
      </w:r>
      <w:proofErr w:type="spellEnd"/>
      <w:r w:rsidR="00F660D2" w:rsidRPr="00FD6DAD">
        <w:rPr>
          <w:rFonts w:cs="Times New Roman"/>
        </w:rPr>
        <w:t xml:space="preserve"> </w:t>
      </w:r>
      <w:proofErr w:type="spellStart"/>
      <w:r w:rsidRPr="00FD6DAD">
        <w:rPr>
          <w:rFonts w:cs="Times New Roman"/>
        </w:rPr>
        <w:t>menyelesaikan</w:t>
      </w:r>
      <w:proofErr w:type="spellEnd"/>
      <w:r w:rsidR="00F660D2" w:rsidRPr="00FD6DAD">
        <w:rPr>
          <w:rFonts w:cs="Times New Roman"/>
        </w:rPr>
        <w:t xml:space="preserve"> </w:t>
      </w:r>
      <w:r w:rsidRPr="00FD6DAD">
        <w:rPr>
          <w:rFonts w:cs="Times New Roman"/>
        </w:rPr>
        <w:t>Studi</w:t>
      </w:r>
      <w:r w:rsidR="00F660D2" w:rsidRPr="00FD6DAD">
        <w:rPr>
          <w:rFonts w:cs="Times New Roman"/>
        </w:rPr>
        <w:t xml:space="preserve"> </w:t>
      </w:r>
      <w:r w:rsidRPr="00FD6DAD">
        <w:rPr>
          <w:rFonts w:cs="Times New Roman"/>
        </w:rPr>
        <w:t>pada</w:t>
      </w:r>
      <w:r w:rsidR="00F660D2" w:rsidRPr="00FD6DAD">
        <w:rPr>
          <w:rFonts w:cs="Times New Roman"/>
        </w:rPr>
        <w:t xml:space="preserve"> </w:t>
      </w:r>
      <w:r w:rsidRPr="00FD6DAD">
        <w:rPr>
          <w:rFonts w:cs="Times New Roman"/>
        </w:rPr>
        <w:t>Program</w:t>
      </w:r>
      <w:r w:rsidR="00F660D2" w:rsidRPr="00FD6DAD">
        <w:rPr>
          <w:rFonts w:cs="Times New Roman"/>
        </w:rPr>
        <w:t xml:space="preserve"> </w:t>
      </w:r>
      <w:r w:rsidRPr="00FD6DAD">
        <w:rPr>
          <w:rFonts w:cs="Times New Roman"/>
        </w:rPr>
        <w:t>Studi</w:t>
      </w:r>
      <w:r w:rsidR="00F660D2" w:rsidRPr="00FD6DAD">
        <w:rPr>
          <w:rFonts w:cs="Times New Roman"/>
        </w:rPr>
        <w:t xml:space="preserve"> </w:t>
      </w:r>
      <w:r w:rsidRPr="00FD6DAD">
        <w:rPr>
          <w:rFonts w:cs="Times New Roman"/>
        </w:rPr>
        <w:t>Teknik</w:t>
      </w:r>
      <w:r w:rsidR="00F660D2" w:rsidRPr="00FD6DAD">
        <w:rPr>
          <w:rFonts w:cs="Times New Roman"/>
        </w:rPr>
        <w:t xml:space="preserve"> </w:t>
      </w:r>
      <w:proofErr w:type="spellStart"/>
      <w:r w:rsidRPr="00FD6DAD">
        <w:rPr>
          <w:rFonts w:cs="Times New Roman"/>
        </w:rPr>
        <w:t>Informatika</w:t>
      </w:r>
      <w:proofErr w:type="spellEnd"/>
      <w:r w:rsidRPr="00FD6DAD">
        <w:rPr>
          <w:rFonts w:cs="Times New Roman"/>
        </w:rPr>
        <w:t>,</w:t>
      </w:r>
      <w:r w:rsidR="00F660D2" w:rsidRPr="00FD6DAD">
        <w:rPr>
          <w:rFonts w:cs="Times New Roman"/>
        </w:rPr>
        <w:t xml:space="preserve"> </w:t>
      </w:r>
      <w:r w:rsidRPr="00FD6DAD">
        <w:rPr>
          <w:rFonts w:cs="Times New Roman"/>
        </w:rPr>
        <w:t>Universitas</w:t>
      </w:r>
      <w:r w:rsidR="00F660D2" w:rsidRPr="00FD6DAD">
        <w:rPr>
          <w:rFonts w:cs="Times New Roman"/>
        </w:rPr>
        <w:t xml:space="preserve"> </w:t>
      </w:r>
      <w:r w:rsidRPr="00FD6DAD">
        <w:rPr>
          <w:rFonts w:cs="Times New Roman"/>
        </w:rPr>
        <w:t>Medan</w:t>
      </w:r>
      <w:r w:rsidR="00F660D2" w:rsidRPr="00FD6DAD">
        <w:rPr>
          <w:rFonts w:cs="Times New Roman"/>
        </w:rPr>
        <w:t xml:space="preserve"> </w:t>
      </w:r>
      <w:r w:rsidRPr="00FD6DAD">
        <w:rPr>
          <w:rFonts w:cs="Times New Roman"/>
        </w:rPr>
        <w:t>Area.</w:t>
      </w:r>
      <w:r w:rsidR="00F660D2" w:rsidRPr="00FD6DAD">
        <w:rPr>
          <w:rFonts w:cs="Times New Roman"/>
        </w:rPr>
        <w:t xml:space="preserve"> </w:t>
      </w:r>
      <w:proofErr w:type="spellStart"/>
      <w:r w:rsidRPr="00FD6DAD">
        <w:rPr>
          <w:rFonts w:cs="Times New Roman"/>
        </w:rPr>
        <w:t>Penulis</w:t>
      </w:r>
      <w:proofErr w:type="spellEnd"/>
      <w:r w:rsidR="00F660D2" w:rsidRPr="00FD6DAD">
        <w:rPr>
          <w:rFonts w:cs="Times New Roman"/>
        </w:rPr>
        <w:t xml:space="preserve"> </w:t>
      </w:r>
      <w:proofErr w:type="spellStart"/>
      <w:r w:rsidRPr="00FD6DAD">
        <w:rPr>
          <w:rFonts w:cs="Times New Roman"/>
        </w:rPr>
        <w:t>menyampaikan</w:t>
      </w:r>
      <w:proofErr w:type="spellEnd"/>
      <w:r w:rsidR="00F660D2" w:rsidRPr="00FD6DAD">
        <w:rPr>
          <w:rFonts w:cs="Times New Roman"/>
        </w:rPr>
        <w:t xml:space="preserve"> </w:t>
      </w:r>
      <w:proofErr w:type="spellStart"/>
      <w:r w:rsidRPr="00FD6DAD">
        <w:rPr>
          <w:rFonts w:cs="Times New Roman"/>
        </w:rPr>
        <w:t>terima</w:t>
      </w:r>
      <w:proofErr w:type="spellEnd"/>
      <w:r w:rsidR="00F660D2" w:rsidRPr="00FD6DAD">
        <w:rPr>
          <w:rFonts w:cs="Times New Roman"/>
        </w:rPr>
        <w:t xml:space="preserve"> </w:t>
      </w:r>
      <w:proofErr w:type="spellStart"/>
      <w:r w:rsidRPr="00FD6DAD">
        <w:rPr>
          <w:rFonts w:cs="Times New Roman"/>
        </w:rPr>
        <w:t>kasih</w:t>
      </w:r>
      <w:proofErr w:type="spellEnd"/>
      <w:r w:rsidR="00F660D2" w:rsidRPr="00FD6DAD">
        <w:rPr>
          <w:rFonts w:cs="Times New Roman"/>
        </w:rPr>
        <w:t xml:space="preserve"> </w:t>
      </w:r>
      <w:proofErr w:type="spellStart"/>
      <w:r w:rsidRPr="00FD6DAD">
        <w:rPr>
          <w:rFonts w:cs="Times New Roman"/>
        </w:rPr>
        <w:t>kepada</w:t>
      </w:r>
      <w:proofErr w:type="spellEnd"/>
      <w:r w:rsidRPr="00FD6DAD">
        <w:rPr>
          <w:rFonts w:cs="Times New Roman"/>
        </w:rPr>
        <w:t>:</w:t>
      </w:r>
    </w:p>
    <w:p w14:paraId="76ED86E2" w14:textId="77777777" w:rsidR="00D70A29" w:rsidRDefault="005C4B60" w:rsidP="00D70A29">
      <w:pPr>
        <w:pStyle w:val="ListParagraph"/>
        <w:numPr>
          <w:ilvl w:val="0"/>
          <w:numId w:val="17"/>
        </w:numPr>
        <w:spacing w:after="0" w:line="360" w:lineRule="auto"/>
        <w:ind w:left="567" w:hanging="567"/>
        <w:rPr>
          <w:rFonts w:cs="Times New Roman"/>
        </w:rPr>
      </w:pPr>
      <w:r w:rsidRPr="00FD6DAD">
        <w:rPr>
          <w:rFonts w:cs="Times New Roman"/>
        </w:rPr>
        <w:t>Bapak</w:t>
      </w:r>
      <w:r w:rsidR="00F660D2" w:rsidRPr="00FD6DAD">
        <w:rPr>
          <w:rFonts w:cs="Times New Roman"/>
        </w:rPr>
        <w:t xml:space="preserve"> </w:t>
      </w:r>
      <w:r w:rsidR="00555F21" w:rsidRPr="00555F21">
        <w:rPr>
          <w:rFonts w:cs="Times New Roman"/>
        </w:rPr>
        <w:t xml:space="preserve">Dr. Eng. </w:t>
      </w:r>
      <w:proofErr w:type="spellStart"/>
      <w:r w:rsidR="00555F21" w:rsidRPr="00555F21">
        <w:rPr>
          <w:rFonts w:cs="Times New Roman"/>
        </w:rPr>
        <w:t>Supriatno</w:t>
      </w:r>
      <w:proofErr w:type="spellEnd"/>
      <w:r w:rsidR="00555F21" w:rsidRPr="00555F21">
        <w:rPr>
          <w:rFonts w:cs="Times New Roman"/>
        </w:rPr>
        <w:t>, S.T., M.T.</w:t>
      </w:r>
      <w:r w:rsidR="00555F21">
        <w:rPr>
          <w:rFonts w:cs="Times New Roman"/>
        </w:rPr>
        <w:t xml:space="preserve"> </w:t>
      </w:r>
      <w:proofErr w:type="spellStart"/>
      <w:r w:rsidRPr="00FD6DAD">
        <w:rPr>
          <w:rFonts w:cs="Times New Roman"/>
        </w:rPr>
        <w:t>selaku</w:t>
      </w:r>
      <w:proofErr w:type="spellEnd"/>
      <w:r w:rsidR="00F660D2" w:rsidRPr="00FD6DAD">
        <w:rPr>
          <w:rFonts w:cs="Times New Roman"/>
        </w:rPr>
        <w:t xml:space="preserve"> </w:t>
      </w:r>
      <w:r w:rsidRPr="00FD6DAD">
        <w:rPr>
          <w:rFonts w:cs="Times New Roman"/>
        </w:rPr>
        <w:t>Dekan</w:t>
      </w:r>
      <w:r w:rsidR="00F660D2" w:rsidRPr="00FD6DAD">
        <w:rPr>
          <w:rFonts w:cs="Times New Roman"/>
        </w:rPr>
        <w:t xml:space="preserve"> </w:t>
      </w:r>
      <w:proofErr w:type="spellStart"/>
      <w:r w:rsidRPr="00FD6DAD">
        <w:rPr>
          <w:rFonts w:cs="Times New Roman"/>
        </w:rPr>
        <w:t>Fakultas</w:t>
      </w:r>
      <w:proofErr w:type="spellEnd"/>
      <w:r w:rsidR="00F660D2" w:rsidRPr="00FD6DAD">
        <w:rPr>
          <w:rFonts w:cs="Times New Roman"/>
        </w:rPr>
        <w:t xml:space="preserve"> </w:t>
      </w:r>
      <w:r w:rsidRPr="00FD6DAD">
        <w:rPr>
          <w:rFonts w:cs="Times New Roman"/>
        </w:rPr>
        <w:t>Teknik</w:t>
      </w:r>
      <w:r w:rsidR="00F660D2" w:rsidRPr="00FD6DAD">
        <w:rPr>
          <w:rFonts w:cs="Times New Roman"/>
        </w:rPr>
        <w:t xml:space="preserve"> </w:t>
      </w:r>
      <w:r w:rsidRPr="00FD6DAD">
        <w:rPr>
          <w:rFonts w:cs="Times New Roman"/>
        </w:rPr>
        <w:t>Universitas</w:t>
      </w:r>
      <w:r w:rsidR="00F660D2" w:rsidRPr="00FD6DAD">
        <w:rPr>
          <w:rFonts w:cs="Times New Roman"/>
        </w:rPr>
        <w:t xml:space="preserve"> </w:t>
      </w:r>
      <w:r w:rsidRPr="00FD6DAD">
        <w:rPr>
          <w:rFonts w:cs="Times New Roman"/>
        </w:rPr>
        <w:t>Medan</w:t>
      </w:r>
      <w:r w:rsidR="00F660D2" w:rsidRPr="00FD6DAD">
        <w:rPr>
          <w:rFonts w:cs="Times New Roman"/>
        </w:rPr>
        <w:t xml:space="preserve"> </w:t>
      </w:r>
      <w:r w:rsidRPr="00FD6DAD">
        <w:rPr>
          <w:rFonts w:cs="Times New Roman"/>
        </w:rPr>
        <w:t>Area.</w:t>
      </w:r>
    </w:p>
    <w:p w14:paraId="4F72FFD3" w14:textId="77777777" w:rsidR="00D70A29" w:rsidRDefault="005C4B60" w:rsidP="00D70A29">
      <w:pPr>
        <w:pStyle w:val="ListParagraph"/>
        <w:numPr>
          <w:ilvl w:val="0"/>
          <w:numId w:val="17"/>
        </w:numPr>
        <w:spacing w:after="0" w:line="360" w:lineRule="auto"/>
        <w:ind w:left="567" w:hanging="567"/>
        <w:rPr>
          <w:rFonts w:cs="Times New Roman"/>
        </w:rPr>
      </w:pPr>
      <w:r w:rsidRPr="00D70A29">
        <w:rPr>
          <w:rFonts w:cs="Times New Roman"/>
        </w:rPr>
        <w:t>Bapak</w:t>
      </w:r>
      <w:r w:rsidR="00F660D2" w:rsidRPr="00D70A29">
        <w:rPr>
          <w:rFonts w:cs="Times New Roman"/>
        </w:rPr>
        <w:t xml:space="preserve"> </w:t>
      </w:r>
      <w:proofErr w:type="spellStart"/>
      <w:r w:rsidRPr="00D70A29">
        <w:rPr>
          <w:rFonts w:cs="Times New Roman"/>
        </w:rPr>
        <w:t>Rizki</w:t>
      </w:r>
      <w:proofErr w:type="spellEnd"/>
      <w:r w:rsidR="00F660D2" w:rsidRPr="00D70A29">
        <w:rPr>
          <w:rFonts w:cs="Times New Roman"/>
        </w:rPr>
        <w:t xml:space="preserve"> </w:t>
      </w:r>
      <w:proofErr w:type="spellStart"/>
      <w:r w:rsidRPr="00D70A29">
        <w:rPr>
          <w:rFonts w:cs="Times New Roman"/>
        </w:rPr>
        <w:t>Muliono</w:t>
      </w:r>
      <w:proofErr w:type="spellEnd"/>
      <w:r w:rsidRPr="00D70A29">
        <w:rPr>
          <w:rFonts w:cs="Times New Roman"/>
        </w:rPr>
        <w:t>,</w:t>
      </w:r>
      <w:r w:rsidR="00F660D2" w:rsidRPr="00D70A29">
        <w:rPr>
          <w:rFonts w:cs="Times New Roman"/>
        </w:rPr>
        <w:t xml:space="preserve"> </w:t>
      </w:r>
      <w:proofErr w:type="spellStart"/>
      <w:proofErr w:type="gramStart"/>
      <w:r w:rsidRPr="00D70A29">
        <w:rPr>
          <w:rFonts w:cs="Times New Roman"/>
        </w:rPr>
        <w:t>S.Kom</w:t>
      </w:r>
      <w:proofErr w:type="spellEnd"/>
      <w:proofErr w:type="gramEnd"/>
      <w:r w:rsidRPr="00D70A29">
        <w:rPr>
          <w:rFonts w:cs="Times New Roman"/>
        </w:rPr>
        <w:t>,</w:t>
      </w:r>
      <w:r w:rsidR="00F660D2" w:rsidRPr="00D70A29">
        <w:rPr>
          <w:rFonts w:cs="Times New Roman"/>
        </w:rPr>
        <w:t xml:space="preserve"> </w:t>
      </w:r>
      <w:proofErr w:type="spellStart"/>
      <w:proofErr w:type="gramStart"/>
      <w:r w:rsidRPr="00D70A29">
        <w:rPr>
          <w:rFonts w:cs="Times New Roman"/>
        </w:rPr>
        <w:t>M.Kom</w:t>
      </w:r>
      <w:proofErr w:type="spellEnd"/>
      <w:proofErr w:type="gramEnd"/>
      <w:r w:rsidR="00F660D2" w:rsidRPr="00D70A29">
        <w:rPr>
          <w:rFonts w:cs="Times New Roman"/>
        </w:rPr>
        <w:t xml:space="preserve"> </w:t>
      </w:r>
      <w:proofErr w:type="spellStart"/>
      <w:r w:rsidRPr="00D70A29">
        <w:rPr>
          <w:rFonts w:cs="Times New Roman"/>
        </w:rPr>
        <w:t>selaku</w:t>
      </w:r>
      <w:proofErr w:type="spellEnd"/>
      <w:r w:rsidR="00F660D2" w:rsidRPr="00D70A29">
        <w:rPr>
          <w:rFonts w:cs="Times New Roman"/>
        </w:rPr>
        <w:t xml:space="preserve"> </w:t>
      </w:r>
      <w:proofErr w:type="spellStart"/>
      <w:r w:rsidRPr="00D70A29">
        <w:rPr>
          <w:rFonts w:cs="Times New Roman"/>
        </w:rPr>
        <w:t>Ketua</w:t>
      </w:r>
      <w:proofErr w:type="spellEnd"/>
      <w:r w:rsidR="00F660D2" w:rsidRPr="00D70A29">
        <w:rPr>
          <w:rFonts w:cs="Times New Roman"/>
        </w:rPr>
        <w:t xml:space="preserve"> </w:t>
      </w:r>
      <w:r w:rsidRPr="00D70A29">
        <w:rPr>
          <w:rFonts w:cs="Times New Roman"/>
        </w:rPr>
        <w:t>Program</w:t>
      </w:r>
      <w:r w:rsidR="00F660D2" w:rsidRPr="00D70A29">
        <w:rPr>
          <w:rFonts w:cs="Times New Roman"/>
        </w:rPr>
        <w:t xml:space="preserve"> </w:t>
      </w:r>
      <w:r w:rsidRPr="00D70A29">
        <w:rPr>
          <w:rFonts w:cs="Times New Roman"/>
        </w:rPr>
        <w:t>Studi</w:t>
      </w:r>
      <w:r w:rsidR="00F660D2" w:rsidRPr="00D70A29">
        <w:rPr>
          <w:rFonts w:cs="Times New Roman"/>
        </w:rPr>
        <w:t xml:space="preserve"> </w:t>
      </w:r>
      <w:r w:rsidRPr="00D70A29">
        <w:rPr>
          <w:rFonts w:cs="Times New Roman"/>
        </w:rPr>
        <w:t>Teknik</w:t>
      </w:r>
      <w:r w:rsidR="00F660D2" w:rsidRPr="00D70A29">
        <w:rPr>
          <w:rFonts w:cs="Times New Roman"/>
        </w:rPr>
        <w:t xml:space="preserve"> </w:t>
      </w:r>
      <w:proofErr w:type="spellStart"/>
      <w:r w:rsidRPr="00D70A29">
        <w:rPr>
          <w:rFonts w:cs="Times New Roman"/>
        </w:rPr>
        <w:t>Informatika</w:t>
      </w:r>
      <w:proofErr w:type="spellEnd"/>
      <w:r w:rsidR="00F660D2" w:rsidRPr="00D70A29">
        <w:rPr>
          <w:rFonts w:cs="Times New Roman"/>
        </w:rPr>
        <w:t xml:space="preserve"> </w:t>
      </w:r>
      <w:proofErr w:type="spellStart"/>
      <w:r w:rsidRPr="00D70A29">
        <w:rPr>
          <w:rFonts w:cs="Times New Roman"/>
        </w:rPr>
        <w:t>Fakultas</w:t>
      </w:r>
      <w:proofErr w:type="spellEnd"/>
      <w:r w:rsidR="00F660D2" w:rsidRPr="00D70A29">
        <w:rPr>
          <w:rFonts w:cs="Times New Roman"/>
        </w:rPr>
        <w:t xml:space="preserve"> </w:t>
      </w:r>
      <w:r w:rsidRPr="00D70A29">
        <w:rPr>
          <w:rFonts w:cs="Times New Roman"/>
        </w:rPr>
        <w:t>Teknik</w:t>
      </w:r>
      <w:r w:rsidR="00F660D2" w:rsidRPr="00D70A29">
        <w:rPr>
          <w:rFonts w:cs="Times New Roman"/>
        </w:rPr>
        <w:t xml:space="preserve"> </w:t>
      </w:r>
      <w:r w:rsidRPr="00D70A29">
        <w:rPr>
          <w:rFonts w:cs="Times New Roman"/>
        </w:rPr>
        <w:t>Universitas</w:t>
      </w:r>
      <w:r w:rsidR="00F660D2" w:rsidRPr="00D70A29">
        <w:rPr>
          <w:rFonts w:cs="Times New Roman"/>
        </w:rPr>
        <w:t xml:space="preserve"> </w:t>
      </w:r>
      <w:r w:rsidRPr="00D70A29">
        <w:rPr>
          <w:rFonts w:cs="Times New Roman"/>
        </w:rPr>
        <w:t>Medan</w:t>
      </w:r>
      <w:r w:rsidR="00F660D2" w:rsidRPr="00D70A29">
        <w:rPr>
          <w:rFonts w:cs="Times New Roman"/>
        </w:rPr>
        <w:t xml:space="preserve"> </w:t>
      </w:r>
      <w:r w:rsidRPr="00D70A29">
        <w:rPr>
          <w:rFonts w:cs="Times New Roman"/>
        </w:rPr>
        <w:t>Area</w:t>
      </w:r>
    </w:p>
    <w:p w14:paraId="0529416A" w14:textId="77777777" w:rsidR="00D70A29" w:rsidRDefault="005C4B60" w:rsidP="00D70A29">
      <w:pPr>
        <w:pStyle w:val="ListParagraph"/>
        <w:numPr>
          <w:ilvl w:val="0"/>
          <w:numId w:val="17"/>
        </w:numPr>
        <w:spacing w:after="0" w:line="360" w:lineRule="auto"/>
        <w:ind w:left="567" w:hanging="567"/>
        <w:rPr>
          <w:rFonts w:cs="Times New Roman"/>
        </w:rPr>
      </w:pPr>
      <w:r w:rsidRPr="00D70A29">
        <w:rPr>
          <w:rFonts w:cs="Times New Roman"/>
        </w:rPr>
        <w:t>Bapak</w:t>
      </w:r>
      <w:r w:rsidR="00F660D2" w:rsidRPr="00D70A29">
        <w:rPr>
          <w:rFonts w:cs="Times New Roman"/>
        </w:rPr>
        <w:t xml:space="preserve"> </w:t>
      </w:r>
      <w:r w:rsidR="00925EB6" w:rsidRPr="00D70A29">
        <w:rPr>
          <w:rFonts w:cs="Times New Roman"/>
        </w:rPr>
        <w:t>Dr.</w:t>
      </w:r>
      <w:r w:rsidR="00F660D2" w:rsidRPr="00D70A29">
        <w:rPr>
          <w:rFonts w:cs="Times New Roman"/>
        </w:rPr>
        <w:t xml:space="preserve"> </w:t>
      </w:r>
      <w:r w:rsidR="00925EB6" w:rsidRPr="00D70A29">
        <w:rPr>
          <w:rFonts w:cs="Times New Roman"/>
        </w:rPr>
        <w:t>Hartono,</w:t>
      </w:r>
      <w:r w:rsidR="00F660D2" w:rsidRPr="00D70A29">
        <w:rPr>
          <w:rFonts w:cs="Times New Roman"/>
        </w:rPr>
        <w:t xml:space="preserve"> </w:t>
      </w:r>
      <w:proofErr w:type="spellStart"/>
      <w:proofErr w:type="gramStart"/>
      <w:r w:rsidR="00925EB6" w:rsidRPr="00D70A29">
        <w:rPr>
          <w:rFonts w:cs="Times New Roman"/>
        </w:rPr>
        <w:t>S.Kom</w:t>
      </w:r>
      <w:proofErr w:type="spellEnd"/>
      <w:proofErr w:type="gramEnd"/>
      <w:r w:rsidR="00925EB6" w:rsidRPr="00D70A29">
        <w:rPr>
          <w:rFonts w:cs="Times New Roman"/>
        </w:rPr>
        <w:t>,</w:t>
      </w:r>
      <w:r w:rsidR="00F660D2" w:rsidRPr="00D70A29">
        <w:rPr>
          <w:rFonts w:cs="Times New Roman"/>
        </w:rPr>
        <w:t xml:space="preserve"> </w:t>
      </w:r>
      <w:proofErr w:type="spellStart"/>
      <w:proofErr w:type="gramStart"/>
      <w:r w:rsidR="00925EB6" w:rsidRPr="00D70A29">
        <w:rPr>
          <w:rFonts w:cs="Times New Roman"/>
        </w:rPr>
        <w:t>M.Kom</w:t>
      </w:r>
      <w:proofErr w:type="spellEnd"/>
      <w:proofErr w:type="gramEnd"/>
      <w:r w:rsidR="00F660D2" w:rsidRPr="00D70A29">
        <w:rPr>
          <w:rFonts w:cs="Times New Roman"/>
        </w:rPr>
        <w:t xml:space="preserve"> </w:t>
      </w:r>
      <w:proofErr w:type="spellStart"/>
      <w:r w:rsidR="00B842C8" w:rsidRPr="00D70A29">
        <w:rPr>
          <w:rFonts w:cs="Times New Roman"/>
        </w:rPr>
        <w:t>sebagai</w:t>
      </w:r>
      <w:proofErr w:type="spellEnd"/>
      <w:r w:rsidR="00F660D2" w:rsidRPr="00D70A29">
        <w:rPr>
          <w:rFonts w:cs="Times New Roman"/>
        </w:rPr>
        <w:t xml:space="preserve"> </w:t>
      </w:r>
      <w:proofErr w:type="spellStart"/>
      <w:r w:rsidR="00B842C8" w:rsidRPr="00D70A29">
        <w:rPr>
          <w:rFonts w:cs="Times New Roman"/>
        </w:rPr>
        <w:t>dosen</w:t>
      </w:r>
      <w:proofErr w:type="spellEnd"/>
      <w:r w:rsidR="00F660D2" w:rsidRPr="00D70A29">
        <w:rPr>
          <w:rFonts w:cs="Times New Roman"/>
        </w:rPr>
        <w:t xml:space="preserve"> </w:t>
      </w:r>
      <w:proofErr w:type="spellStart"/>
      <w:r w:rsidR="00B842C8" w:rsidRPr="00D70A29">
        <w:rPr>
          <w:rFonts w:cs="Times New Roman"/>
        </w:rPr>
        <w:t>pembimbing</w:t>
      </w:r>
      <w:proofErr w:type="spellEnd"/>
      <w:r w:rsidR="00F660D2" w:rsidRPr="00D70A29">
        <w:rPr>
          <w:rFonts w:cs="Times New Roman"/>
        </w:rPr>
        <w:t xml:space="preserve"> </w:t>
      </w:r>
      <w:r w:rsidR="00925EB6" w:rsidRPr="00D70A29">
        <w:rPr>
          <w:rFonts w:cs="Times New Roman"/>
        </w:rPr>
        <w:t>KP</w:t>
      </w:r>
      <w:r w:rsidR="00F660D2" w:rsidRPr="00D70A29">
        <w:rPr>
          <w:rFonts w:cs="Times New Roman"/>
        </w:rPr>
        <w:t xml:space="preserve"> </w:t>
      </w:r>
      <w:r w:rsidR="00925EB6" w:rsidRPr="00D70A29">
        <w:rPr>
          <w:rFonts w:cs="Times New Roman"/>
        </w:rPr>
        <w:t>dan</w:t>
      </w:r>
      <w:r w:rsidR="00F660D2" w:rsidRPr="00D70A29">
        <w:rPr>
          <w:rFonts w:cs="Times New Roman"/>
        </w:rPr>
        <w:t xml:space="preserve"> </w:t>
      </w:r>
      <w:r w:rsidR="00925EB6" w:rsidRPr="00D70A29">
        <w:rPr>
          <w:rFonts w:cs="Times New Roman"/>
        </w:rPr>
        <w:t>Akademik</w:t>
      </w:r>
      <w:r w:rsidR="00B842C8" w:rsidRPr="00D70A29">
        <w:rPr>
          <w:rFonts w:cs="Times New Roman"/>
        </w:rPr>
        <w:t>.</w:t>
      </w:r>
    </w:p>
    <w:p w14:paraId="5E1E191D" w14:textId="5EEB5503" w:rsidR="005C4B60" w:rsidRPr="00D70A29" w:rsidRDefault="00B842C8" w:rsidP="00D70A29">
      <w:pPr>
        <w:pStyle w:val="ListParagraph"/>
        <w:numPr>
          <w:ilvl w:val="0"/>
          <w:numId w:val="17"/>
        </w:numPr>
        <w:spacing w:after="0" w:line="360" w:lineRule="auto"/>
        <w:ind w:left="567" w:hanging="567"/>
        <w:rPr>
          <w:rFonts w:cs="Times New Roman"/>
        </w:rPr>
      </w:pPr>
      <w:proofErr w:type="spellStart"/>
      <w:r w:rsidRPr="00D70A29">
        <w:rPr>
          <w:rFonts w:cs="Times New Roman"/>
        </w:rPr>
        <w:t>Pengurus</w:t>
      </w:r>
      <w:proofErr w:type="spellEnd"/>
      <w:r w:rsidR="00F660D2" w:rsidRPr="00D70A29">
        <w:rPr>
          <w:rFonts w:cs="Times New Roman"/>
        </w:rPr>
        <w:t xml:space="preserve"> </w:t>
      </w:r>
      <w:r w:rsidRPr="00D70A29">
        <w:rPr>
          <w:rFonts w:cs="Times New Roman"/>
        </w:rPr>
        <w:t>Taman</w:t>
      </w:r>
      <w:r w:rsidR="00F660D2" w:rsidRPr="00D70A29">
        <w:rPr>
          <w:rFonts w:cs="Times New Roman"/>
        </w:rPr>
        <w:t xml:space="preserve"> </w:t>
      </w:r>
      <w:r w:rsidRPr="00D70A29">
        <w:rPr>
          <w:rFonts w:cs="Times New Roman"/>
        </w:rPr>
        <w:t>Baca</w:t>
      </w:r>
      <w:r w:rsidR="00F660D2" w:rsidRPr="00D70A29">
        <w:rPr>
          <w:rFonts w:cs="Times New Roman"/>
        </w:rPr>
        <w:t xml:space="preserve"> </w:t>
      </w:r>
      <w:r w:rsidRPr="00D70A29">
        <w:rPr>
          <w:rFonts w:cs="Times New Roman"/>
        </w:rPr>
        <w:t>Masyarakat</w:t>
      </w:r>
      <w:r w:rsidR="00F660D2" w:rsidRPr="00D70A29">
        <w:rPr>
          <w:rFonts w:cs="Times New Roman"/>
        </w:rPr>
        <w:t xml:space="preserve"> </w:t>
      </w:r>
      <w:r w:rsidRPr="00D70A29">
        <w:rPr>
          <w:rFonts w:cs="Times New Roman"/>
        </w:rPr>
        <w:t>Al-Azhari.</w:t>
      </w:r>
    </w:p>
    <w:p w14:paraId="403AE36B" w14:textId="49937744" w:rsidR="00925EB6" w:rsidRPr="00D70A29" w:rsidRDefault="00B842C8" w:rsidP="00D70A29">
      <w:pPr>
        <w:pStyle w:val="ListParagraph"/>
        <w:numPr>
          <w:ilvl w:val="0"/>
          <w:numId w:val="17"/>
        </w:numPr>
        <w:spacing w:after="0" w:line="360" w:lineRule="auto"/>
        <w:ind w:left="567" w:hanging="567"/>
        <w:rPr>
          <w:rFonts w:cs="Times New Roman"/>
        </w:rPr>
      </w:pPr>
      <w:proofErr w:type="spellStart"/>
      <w:r w:rsidRPr="00D70A29">
        <w:rPr>
          <w:rFonts w:cs="Times New Roman"/>
        </w:rPr>
        <w:t>Seluruh</w:t>
      </w:r>
      <w:proofErr w:type="spellEnd"/>
      <w:r w:rsidR="00F660D2" w:rsidRPr="00D70A29">
        <w:rPr>
          <w:rFonts w:cs="Times New Roman"/>
        </w:rPr>
        <w:t xml:space="preserve"> </w:t>
      </w:r>
      <w:proofErr w:type="spellStart"/>
      <w:r w:rsidRPr="00D70A29">
        <w:rPr>
          <w:rFonts w:cs="Times New Roman"/>
        </w:rPr>
        <w:t>pihak</w:t>
      </w:r>
      <w:proofErr w:type="spellEnd"/>
      <w:r w:rsidR="00F660D2" w:rsidRPr="00D70A29">
        <w:rPr>
          <w:rFonts w:cs="Times New Roman"/>
        </w:rPr>
        <w:t xml:space="preserve"> </w:t>
      </w:r>
      <w:r w:rsidRPr="00D70A29">
        <w:rPr>
          <w:rFonts w:cs="Times New Roman"/>
        </w:rPr>
        <w:t>yang</w:t>
      </w:r>
      <w:r w:rsidR="00F660D2" w:rsidRPr="00D70A29">
        <w:rPr>
          <w:rFonts w:cs="Times New Roman"/>
        </w:rPr>
        <w:t xml:space="preserve"> </w:t>
      </w:r>
      <w:proofErr w:type="spellStart"/>
      <w:r w:rsidRPr="00D70A29">
        <w:rPr>
          <w:rFonts w:cs="Times New Roman"/>
        </w:rPr>
        <w:t>telah</w:t>
      </w:r>
      <w:proofErr w:type="spellEnd"/>
      <w:r w:rsidR="00F660D2" w:rsidRPr="00D70A29">
        <w:rPr>
          <w:rFonts w:cs="Times New Roman"/>
        </w:rPr>
        <w:t xml:space="preserve"> </w:t>
      </w:r>
      <w:proofErr w:type="spellStart"/>
      <w:r w:rsidRPr="00D70A29">
        <w:rPr>
          <w:rFonts w:cs="Times New Roman"/>
        </w:rPr>
        <w:t>membantu</w:t>
      </w:r>
      <w:proofErr w:type="spellEnd"/>
      <w:r w:rsidR="00F660D2" w:rsidRPr="00D70A29">
        <w:rPr>
          <w:rFonts w:cs="Times New Roman"/>
        </w:rPr>
        <w:t xml:space="preserve"> </w:t>
      </w:r>
      <w:proofErr w:type="spellStart"/>
      <w:r w:rsidRPr="00D70A29">
        <w:rPr>
          <w:rFonts w:cs="Times New Roman"/>
        </w:rPr>
        <w:t>pelaksanaan</w:t>
      </w:r>
      <w:proofErr w:type="spellEnd"/>
      <w:r w:rsidR="00F660D2" w:rsidRPr="00D70A29">
        <w:rPr>
          <w:rFonts w:cs="Times New Roman"/>
        </w:rPr>
        <w:t xml:space="preserve"> </w:t>
      </w:r>
      <w:proofErr w:type="spellStart"/>
      <w:r w:rsidRPr="00D70A29">
        <w:rPr>
          <w:rFonts w:cs="Times New Roman"/>
        </w:rPr>
        <w:t>kerja</w:t>
      </w:r>
      <w:proofErr w:type="spellEnd"/>
      <w:r w:rsidR="00F660D2" w:rsidRPr="00D70A29">
        <w:rPr>
          <w:rFonts w:cs="Times New Roman"/>
        </w:rPr>
        <w:t xml:space="preserve"> </w:t>
      </w:r>
      <w:proofErr w:type="spellStart"/>
      <w:r w:rsidRPr="00D70A29">
        <w:rPr>
          <w:rFonts w:cs="Times New Roman"/>
        </w:rPr>
        <w:t>praktik</w:t>
      </w:r>
      <w:proofErr w:type="spellEnd"/>
      <w:r w:rsidRPr="00D70A29">
        <w:rPr>
          <w:rFonts w:cs="Times New Roman"/>
        </w:rPr>
        <w:t>.</w:t>
      </w:r>
    </w:p>
    <w:p w14:paraId="3A6FD3A8" w14:textId="77777777" w:rsidR="00925EB6" w:rsidRPr="00FD6DAD" w:rsidRDefault="00925EB6" w:rsidP="00D70A29">
      <w:pPr>
        <w:pStyle w:val="ListParagraph"/>
        <w:spacing w:after="0" w:line="360" w:lineRule="auto"/>
        <w:ind w:left="0"/>
        <w:rPr>
          <w:rFonts w:cs="Times New Roman"/>
        </w:rPr>
      </w:pPr>
    </w:p>
    <w:p w14:paraId="195EB234" w14:textId="77777777" w:rsidR="005B163B" w:rsidRPr="00FD6DAD" w:rsidRDefault="00B842C8" w:rsidP="00D70A29">
      <w:pPr>
        <w:pStyle w:val="ListParagraph"/>
        <w:spacing w:after="0" w:line="360" w:lineRule="auto"/>
        <w:ind w:left="0"/>
        <w:rPr>
          <w:rFonts w:cs="Times New Roman"/>
        </w:rPr>
      </w:pPr>
      <w:proofErr w:type="spellStart"/>
      <w:r w:rsidRPr="00FD6DAD">
        <w:rPr>
          <w:rFonts w:cs="Times New Roman"/>
        </w:rPr>
        <w:t>Penulis</w:t>
      </w:r>
      <w:proofErr w:type="spellEnd"/>
      <w:r w:rsidR="00F660D2" w:rsidRPr="00FD6DAD">
        <w:rPr>
          <w:rFonts w:cs="Times New Roman"/>
        </w:rPr>
        <w:t xml:space="preserve"> </w:t>
      </w:r>
      <w:proofErr w:type="spellStart"/>
      <w:r w:rsidRPr="00FD6DAD">
        <w:rPr>
          <w:rFonts w:cs="Times New Roman"/>
        </w:rPr>
        <w:t>menyadari</w:t>
      </w:r>
      <w:proofErr w:type="spellEnd"/>
      <w:r w:rsidR="00F660D2" w:rsidRPr="00FD6DAD">
        <w:rPr>
          <w:rFonts w:cs="Times New Roman"/>
        </w:rPr>
        <w:t xml:space="preserve"> </w:t>
      </w:r>
      <w:proofErr w:type="spellStart"/>
      <w:r w:rsidRPr="00FD6DAD">
        <w:rPr>
          <w:rFonts w:cs="Times New Roman"/>
        </w:rPr>
        <w:t>masih</w:t>
      </w:r>
      <w:proofErr w:type="spellEnd"/>
      <w:r w:rsidR="00F660D2" w:rsidRPr="00FD6DAD">
        <w:rPr>
          <w:rFonts w:cs="Times New Roman"/>
        </w:rPr>
        <w:t xml:space="preserve"> </w:t>
      </w:r>
      <w:proofErr w:type="spellStart"/>
      <w:r w:rsidRPr="00FD6DAD">
        <w:rPr>
          <w:rFonts w:cs="Times New Roman"/>
        </w:rPr>
        <w:t>banyak</w:t>
      </w:r>
      <w:proofErr w:type="spellEnd"/>
      <w:r w:rsidR="00F660D2" w:rsidRPr="00FD6DAD">
        <w:rPr>
          <w:rFonts w:cs="Times New Roman"/>
        </w:rPr>
        <w:t xml:space="preserve"> </w:t>
      </w:r>
      <w:proofErr w:type="spellStart"/>
      <w:r w:rsidRPr="00FD6DAD">
        <w:rPr>
          <w:rFonts w:cs="Times New Roman"/>
        </w:rPr>
        <w:t>kekurangan</w:t>
      </w:r>
      <w:proofErr w:type="spellEnd"/>
      <w:r w:rsidR="00F660D2" w:rsidRPr="00FD6DAD">
        <w:rPr>
          <w:rFonts w:cs="Times New Roman"/>
        </w:rPr>
        <w:t xml:space="preserve"> </w:t>
      </w:r>
      <w:proofErr w:type="spellStart"/>
      <w:r w:rsidRPr="00FD6DAD">
        <w:rPr>
          <w:rFonts w:cs="Times New Roman"/>
        </w:rPr>
        <w:t>dalam</w:t>
      </w:r>
      <w:proofErr w:type="spellEnd"/>
      <w:r w:rsidR="00F660D2" w:rsidRPr="00FD6DAD">
        <w:rPr>
          <w:rFonts w:cs="Times New Roman"/>
        </w:rPr>
        <w:t xml:space="preserve"> </w:t>
      </w:r>
      <w:proofErr w:type="spellStart"/>
      <w:r w:rsidRPr="00FD6DAD">
        <w:rPr>
          <w:rFonts w:cs="Times New Roman"/>
        </w:rPr>
        <w:t>laporan</w:t>
      </w:r>
      <w:proofErr w:type="spellEnd"/>
      <w:r w:rsidR="00F660D2" w:rsidRPr="00FD6DAD">
        <w:rPr>
          <w:rFonts w:cs="Times New Roman"/>
        </w:rPr>
        <w:t xml:space="preserve"> </w:t>
      </w:r>
      <w:proofErr w:type="spellStart"/>
      <w:r w:rsidRPr="00FD6DAD">
        <w:rPr>
          <w:rFonts w:cs="Times New Roman"/>
        </w:rPr>
        <w:t>ini</w:t>
      </w:r>
      <w:proofErr w:type="spellEnd"/>
      <w:r w:rsidRPr="00FD6DAD">
        <w:rPr>
          <w:rFonts w:cs="Times New Roman"/>
        </w:rPr>
        <w:t>.</w:t>
      </w:r>
      <w:r w:rsidR="00F660D2" w:rsidRPr="00FD6DAD">
        <w:rPr>
          <w:rFonts w:cs="Times New Roman"/>
        </w:rPr>
        <w:t xml:space="preserve"> </w:t>
      </w:r>
      <w:r w:rsidRPr="00FD6DAD">
        <w:rPr>
          <w:rFonts w:cs="Times New Roman"/>
        </w:rPr>
        <w:t>Kritik</w:t>
      </w:r>
      <w:r w:rsidR="00F660D2" w:rsidRPr="00FD6DAD">
        <w:rPr>
          <w:rFonts w:cs="Times New Roman"/>
        </w:rPr>
        <w:t xml:space="preserve"> </w:t>
      </w:r>
      <w:r w:rsidRPr="00FD6DAD">
        <w:rPr>
          <w:rFonts w:cs="Times New Roman"/>
        </w:rPr>
        <w:t>dan</w:t>
      </w:r>
      <w:r w:rsidR="00F660D2" w:rsidRPr="00FD6DAD">
        <w:rPr>
          <w:rFonts w:cs="Times New Roman"/>
        </w:rPr>
        <w:t xml:space="preserve"> </w:t>
      </w:r>
      <w:r w:rsidRPr="00FD6DAD">
        <w:rPr>
          <w:rFonts w:cs="Times New Roman"/>
        </w:rPr>
        <w:t>saran</w:t>
      </w:r>
      <w:r w:rsidR="00F660D2" w:rsidRPr="00FD6DAD">
        <w:rPr>
          <w:rFonts w:cs="Times New Roman"/>
        </w:rPr>
        <w:t xml:space="preserve"> </w:t>
      </w:r>
      <w:r w:rsidRPr="00FD6DAD">
        <w:rPr>
          <w:rFonts w:cs="Times New Roman"/>
        </w:rPr>
        <w:t>sangat</w:t>
      </w:r>
      <w:r w:rsidR="00F660D2" w:rsidRPr="00FD6DAD">
        <w:rPr>
          <w:rFonts w:cs="Times New Roman"/>
        </w:rPr>
        <w:t xml:space="preserve"> </w:t>
      </w:r>
      <w:proofErr w:type="spellStart"/>
      <w:r w:rsidRPr="00FD6DAD">
        <w:rPr>
          <w:rFonts w:cs="Times New Roman"/>
        </w:rPr>
        <w:t>diharapkan</w:t>
      </w:r>
      <w:proofErr w:type="spellEnd"/>
      <w:r w:rsidR="00F660D2" w:rsidRPr="00FD6DAD">
        <w:rPr>
          <w:rFonts w:cs="Times New Roman"/>
        </w:rPr>
        <w:t xml:space="preserve"> </w:t>
      </w:r>
      <w:proofErr w:type="spellStart"/>
      <w:r w:rsidRPr="00FD6DAD">
        <w:rPr>
          <w:rFonts w:cs="Times New Roman"/>
        </w:rPr>
        <w:t>untuk</w:t>
      </w:r>
      <w:proofErr w:type="spellEnd"/>
      <w:r w:rsidR="00F660D2" w:rsidRPr="00FD6DAD">
        <w:rPr>
          <w:rFonts w:cs="Times New Roman"/>
        </w:rPr>
        <w:t xml:space="preserve"> </w:t>
      </w:r>
      <w:proofErr w:type="spellStart"/>
      <w:r w:rsidRPr="00FD6DAD">
        <w:rPr>
          <w:rFonts w:cs="Times New Roman"/>
        </w:rPr>
        <w:t>perbaikan</w:t>
      </w:r>
      <w:proofErr w:type="spellEnd"/>
      <w:r w:rsidR="00F660D2" w:rsidRPr="00FD6DAD">
        <w:rPr>
          <w:rFonts w:cs="Times New Roman"/>
        </w:rPr>
        <w:t xml:space="preserve"> </w:t>
      </w:r>
      <w:proofErr w:type="spellStart"/>
      <w:r w:rsidRPr="00FD6DAD">
        <w:rPr>
          <w:rFonts w:cs="Times New Roman"/>
        </w:rPr>
        <w:t>selanjutnya</w:t>
      </w:r>
      <w:proofErr w:type="spellEnd"/>
      <w:r w:rsidRPr="00FD6DAD">
        <w:rPr>
          <w:rFonts w:cs="Times New Roman"/>
        </w:rPr>
        <w:t>.</w:t>
      </w:r>
      <w:r w:rsidR="00F660D2" w:rsidRPr="00FD6DAD">
        <w:rPr>
          <w:rFonts w:cs="Times New Roman"/>
        </w:rPr>
        <w:t xml:space="preserve"> </w:t>
      </w:r>
      <w:r w:rsidR="005C4B60" w:rsidRPr="00FD6DAD">
        <w:rPr>
          <w:rFonts w:cs="Times New Roman"/>
        </w:rPr>
        <w:t>Akhir</w:t>
      </w:r>
      <w:r w:rsidR="00F660D2" w:rsidRPr="00FD6DAD">
        <w:rPr>
          <w:rFonts w:cs="Times New Roman"/>
        </w:rPr>
        <w:t xml:space="preserve"> </w:t>
      </w:r>
      <w:r w:rsidR="005C4B60" w:rsidRPr="00FD6DAD">
        <w:rPr>
          <w:rFonts w:cs="Times New Roman"/>
        </w:rPr>
        <w:t>kata</w:t>
      </w:r>
      <w:r w:rsidR="00F660D2" w:rsidRPr="00FD6DAD">
        <w:rPr>
          <w:rFonts w:cs="Times New Roman"/>
        </w:rPr>
        <w:t xml:space="preserve"> </w:t>
      </w:r>
      <w:proofErr w:type="spellStart"/>
      <w:r w:rsidR="005C4B60" w:rsidRPr="00FD6DAD">
        <w:rPr>
          <w:rFonts w:cs="Times New Roman"/>
        </w:rPr>
        <w:t>penulis</w:t>
      </w:r>
      <w:proofErr w:type="spellEnd"/>
      <w:r w:rsidR="00F660D2" w:rsidRPr="00FD6DAD">
        <w:rPr>
          <w:rFonts w:cs="Times New Roman"/>
        </w:rPr>
        <w:t xml:space="preserve"> </w:t>
      </w:r>
      <w:proofErr w:type="spellStart"/>
      <w:r w:rsidR="005C4B60" w:rsidRPr="00FD6DAD">
        <w:rPr>
          <w:rFonts w:cs="Times New Roman"/>
        </w:rPr>
        <w:t>mengucapkan</w:t>
      </w:r>
      <w:proofErr w:type="spellEnd"/>
      <w:r w:rsidR="00F660D2" w:rsidRPr="00FD6DAD">
        <w:rPr>
          <w:rFonts w:cs="Times New Roman"/>
        </w:rPr>
        <w:t xml:space="preserve"> </w:t>
      </w:r>
      <w:proofErr w:type="spellStart"/>
      <w:r w:rsidR="005C4B60" w:rsidRPr="00FD6DAD">
        <w:rPr>
          <w:rFonts w:cs="Times New Roman"/>
        </w:rPr>
        <w:t>terimakasih</w:t>
      </w:r>
      <w:proofErr w:type="spellEnd"/>
      <w:r w:rsidR="005C4B60" w:rsidRPr="00FD6DAD">
        <w:rPr>
          <w:rFonts w:cs="Times New Roman"/>
        </w:rPr>
        <w:t>.</w:t>
      </w:r>
      <w:r w:rsidR="00F660D2" w:rsidRPr="00FD6DAD">
        <w:rPr>
          <w:rFonts w:cs="Times New Roman"/>
        </w:rPr>
        <w:t xml:space="preserve"> </w:t>
      </w:r>
      <w:r w:rsidRPr="00FD6DAD">
        <w:rPr>
          <w:rFonts w:cs="Times New Roman"/>
        </w:rPr>
        <w:br/>
      </w:r>
      <w:r w:rsidRPr="00FD6DAD">
        <w:rPr>
          <w:rFonts w:cs="Times New Roman"/>
        </w:rPr>
        <w:br/>
      </w:r>
    </w:p>
    <w:tbl>
      <w:tblPr>
        <w:tblStyle w:val="TableGrid"/>
        <w:tblW w:w="2693"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tblGrid>
      <w:tr w:rsidR="005B163B" w:rsidRPr="00FD6DAD" w14:paraId="38C7D322" w14:textId="77777777" w:rsidTr="005B163B">
        <w:tc>
          <w:tcPr>
            <w:tcW w:w="2693" w:type="dxa"/>
          </w:tcPr>
          <w:p w14:paraId="2348BEAE" w14:textId="319764CE" w:rsidR="005B163B" w:rsidRPr="00FD6DAD" w:rsidRDefault="005B163B" w:rsidP="00FE6E8F">
            <w:pPr>
              <w:pStyle w:val="BodyText"/>
              <w:tabs>
                <w:tab w:val="left" w:pos="6702"/>
              </w:tabs>
              <w:spacing w:after="0"/>
              <w:rPr>
                <w:rFonts w:cs="Times New Roman"/>
                <w:szCs w:val="24"/>
              </w:rPr>
            </w:pPr>
            <w:r w:rsidRPr="00FD6DAD">
              <w:rPr>
                <w:rFonts w:cs="Times New Roman"/>
              </w:rPr>
              <w:t xml:space="preserve">Medan, </w:t>
            </w:r>
            <w:r>
              <w:rPr>
                <w:rFonts w:cs="Times New Roman"/>
              </w:rPr>
              <w:t>04 Agustus</w:t>
            </w:r>
            <w:r w:rsidRPr="00FD6DAD">
              <w:rPr>
                <w:rFonts w:cs="Times New Roman"/>
              </w:rPr>
              <w:t xml:space="preserve"> 2025</w:t>
            </w:r>
          </w:p>
        </w:tc>
      </w:tr>
      <w:tr w:rsidR="005B163B" w:rsidRPr="00FD6DAD" w14:paraId="1AB0AC7A" w14:textId="77777777" w:rsidTr="005B163B">
        <w:tc>
          <w:tcPr>
            <w:tcW w:w="2693" w:type="dxa"/>
          </w:tcPr>
          <w:p w14:paraId="1FC9C5A9" w14:textId="53FA9DEC" w:rsidR="005B163B" w:rsidRPr="00FD6DAD" w:rsidRDefault="005B163B" w:rsidP="00FE6E8F">
            <w:pPr>
              <w:rPr>
                <w:rFonts w:cs="Times New Roman"/>
                <w:szCs w:val="24"/>
              </w:rPr>
            </w:pPr>
            <w:proofErr w:type="spellStart"/>
            <w:r>
              <w:rPr>
                <w:rFonts w:cs="Times New Roman"/>
                <w:szCs w:val="24"/>
              </w:rPr>
              <w:t>Penulis</w:t>
            </w:r>
            <w:proofErr w:type="spellEnd"/>
          </w:p>
        </w:tc>
      </w:tr>
      <w:tr w:rsidR="005B163B" w:rsidRPr="00FD6DAD" w14:paraId="60CC31E0" w14:textId="77777777" w:rsidTr="005B163B">
        <w:tc>
          <w:tcPr>
            <w:tcW w:w="2693" w:type="dxa"/>
          </w:tcPr>
          <w:p w14:paraId="06D5941F" w14:textId="77777777" w:rsidR="005B163B" w:rsidRPr="00FD6DAD" w:rsidRDefault="005B163B" w:rsidP="0085044E">
            <w:pPr>
              <w:pStyle w:val="BodyText"/>
              <w:tabs>
                <w:tab w:val="left" w:pos="6702"/>
              </w:tabs>
              <w:spacing w:after="0"/>
              <w:rPr>
                <w:rFonts w:cs="Times New Roman"/>
                <w:szCs w:val="24"/>
              </w:rPr>
            </w:pPr>
          </w:p>
          <w:p w14:paraId="4AA02DE5" w14:textId="77777777" w:rsidR="005B163B" w:rsidRPr="00FD6DAD" w:rsidRDefault="005B163B" w:rsidP="0085044E">
            <w:pPr>
              <w:pStyle w:val="BodyText"/>
              <w:tabs>
                <w:tab w:val="left" w:pos="6702"/>
              </w:tabs>
              <w:spacing w:after="0"/>
              <w:jc w:val="center"/>
              <w:rPr>
                <w:rFonts w:cs="Times New Roman"/>
                <w:szCs w:val="24"/>
              </w:rPr>
            </w:pPr>
          </w:p>
          <w:p w14:paraId="7E0D92B7" w14:textId="77777777" w:rsidR="005B163B" w:rsidRPr="00FD6DAD" w:rsidRDefault="005B163B" w:rsidP="0085044E">
            <w:pPr>
              <w:pStyle w:val="BodyText"/>
              <w:tabs>
                <w:tab w:val="left" w:pos="6702"/>
              </w:tabs>
              <w:spacing w:after="0"/>
              <w:jc w:val="center"/>
              <w:rPr>
                <w:rFonts w:cs="Times New Roman"/>
                <w:szCs w:val="24"/>
              </w:rPr>
            </w:pPr>
          </w:p>
          <w:p w14:paraId="69C25F3A" w14:textId="77777777" w:rsidR="005B163B" w:rsidRPr="00FD6DAD" w:rsidRDefault="005B163B" w:rsidP="0085044E">
            <w:pPr>
              <w:pStyle w:val="BodyText"/>
              <w:tabs>
                <w:tab w:val="left" w:pos="6702"/>
              </w:tabs>
              <w:spacing w:after="0"/>
              <w:jc w:val="center"/>
              <w:rPr>
                <w:rFonts w:cs="Times New Roman"/>
                <w:szCs w:val="24"/>
              </w:rPr>
            </w:pPr>
          </w:p>
        </w:tc>
      </w:tr>
      <w:tr w:rsidR="005B163B" w:rsidRPr="00FD6DAD" w14:paraId="2E2E0956" w14:textId="77777777" w:rsidTr="005B163B">
        <w:trPr>
          <w:trHeight w:val="157"/>
        </w:trPr>
        <w:tc>
          <w:tcPr>
            <w:tcW w:w="2693" w:type="dxa"/>
          </w:tcPr>
          <w:p w14:paraId="781E1819" w14:textId="358F6DFF" w:rsidR="005B163B" w:rsidRDefault="005B163B" w:rsidP="00FE6E8F">
            <w:pPr>
              <w:pStyle w:val="BodyText"/>
              <w:tabs>
                <w:tab w:val="left" w:pos="6702"/>
              </w:tabs>
              <w:spacing w:after="0"/>
              <w:rPr>
                <w:rFonts w:cs="Times New Roman"/>
                <w:u w:val="single"/>
              </w:rPr>
            </w:pPr>
            <w:proofErr w:type="spellStart"/>
            <w:r w:rsidRPr="00FD6DAD">
              <w:rPr>
                <w:rFonts w:cs="Times New Roman"/>
                <w:u w:val="single"/>
              </w:rPr>
              <w:t>Mardiatul</w:t>
            </w:r>
            <w:proofErr w:type="spellEnd"/>
            <w:r w:rsidRPr="00FD6DAD">
              <w:rPr>
                <w:rFonts w:cs="Times New Roman"/>
                <w:u w:val="single"/>
              </w:rPr>
              <w:t xml:space="preserve"> Hasanah</w:t>
            </w:r>
          </w:p>
          <w:p w14:paraId="2BC97B6D" w14:textId="56AE4F1E" w:rsidR="005B163B" w:rsidRPr="005B163B" w:rsidRDefault="005B163B" w:rsidP="00FE6E8F">
            <w:pPr>
              <w:pStyle w:val="BodyText"/>
              <w:tabs>
                <w:tab w:val="left" w:pos="6702"/>
              </w:tabs>
              <w:spacing w:after="0"/>
              <w:rPr>
                <w:rFonts w:cs="Times New Roman"/>
                <w:u w:val="single"/>
              </w:rPr>
            </w:pPr>
            <w:r w:rsidRPr="00FD6DAD">
              <w:rPr>
                <w:rFonts w:cs="Times New Roman"/>
              </w:rPr>
              <w:t>NPM 208160009</w:t>
            </w:r>
          </w:p>
          <w:p w14:paraId="14A2373E" w14:textId="40562CD8" w:rsidR="005B163B" w:rsidRPr="00FD6DAD" w:rsidRDefault="005B163B" w:rsidP="0085044E">
            <w:pPr>
              <w:pStyle w:val="BodyText"/>
              <w:tabs>
                <w:tab w:val="left" w:pos="6702"/>
              </w:tabs>
              <w:spacing w:after="0"/>
              <w:jc w:val="center"/>
              <w:rPr>
                <w:rFonts w:cs="Times New Roman"/>
                <w:szCs w:val="24"/>
              </w:rPr>
            </w:pPr>
          </w:p>
        </w:tc>
      </w:tr>
    </w:tbl>
    <w:p w14:paraId="67F9F1CE" w14:textId="6DC0D2AA" w:rsidR="005C4B60" w:rsidRPr="00FD6DAD" w:rsidRDefault="005C4B60" w:rsidP="00D70A29">
      <w:pPr>
        <w:pStyle w:val="ListParagraph"/>
        <w:spacing w:after="0" w:line="360" w:lineRule="auto"/>
        <w:ind w:left="0"/>
        <w:rPr>
          <w:rFonts w:cs="Times New Roman"/>
        </w:rPr>
      </w:pPr>
    </w:p>
    <w:p w14:paraId="4DCDF00B" w14:textId="37B83A0A" w:rsidR="001A1C4B" w:rsidRPr="00FD6DAD" w:rsidRDefault="00B842C8" w:rsidP="00D70A29">
      <w:pPr>
        <w:pStyle w:val="ListParagraph"/>
        <w:spacing w:after="0"/>
        <w:ind w:left="0"/>
        <w:jc w:val="right"/>
        <w:rPr>
          <w:rFonts w:cs="Times New Roman"/>
        </w:rPr>
      </w:pPr>
      <w:r w:rsidRPr="00FD6DAD">
        <w:rPr>
          <w:rFonts w:cs="Times New Roman"/>
        </w:rPr>
        <w:br/>
      </w:r>
    </w:p>
    <w:p w14:paraId="4AA1CE95" w14:textId="77777777" w:rsidR="001A1C4B" w:rsidRPr="00FD6DAD" w:rsidRDefault="001A1C4B" w:rsidP="00D70A29">
      <w:pPr>
        <w:pStyle w:val="ListParagraph"/>
        <w:spacing w:after="0"/>
        <w:ind w:left="0"/>
        <w:jc w:val="right"/>
        <w:rPr>
          <w:rFonts w:cs="Times New Roman"/>
        </w:rPr>
      </w:pPr>
    </w:p>
    <w:p w14:paraId="6F3E18F8" w14:textId="77777777" w:rsidR="001A1C4B" w:rsidRPr="00FD6DAD" w:rsidRDefault="001A1C4B" w:rsidP="00D70A29">
      <w:pPr>
        <w:pStyle w:val="ListParagraph"/>
        <w:spacing w:after="0"/>
        <w:ind w:left="0"/>
        <w:jc w:val="right"/>
        <w:rPr>
          <w:rFonts w:cs="Times New Roman"/>
        </w:rPr>
      </w:pPr>
    </w:p>
    <w:p w14:paraId="1B8DEE1C" w14:textId="354BFAEB" w:rsidR="00B842C8" w:rsidRPr="00FD6DAD" w:rsidRDefault="00B842C8" w:rsidP="005B163B">
      <w:pPr>
        <w:pStyle w:val="ListParagraph"/>
        <w:spacing w:after="0" w:line="240" w:lineRule="auto"/>
        <w:ind w:left="0"/>
        <w:jc w:val="right"/>
        <w:rPr>
          <w:rFonts w:cs="Times New Roman"/>
          <w:u w:val="single"/>
        </w:rPr>
      </w:pPr>
      <w:r w:rsidRPr="00FD6DAD">
        <w:rPr>
          <w:rFonts w:cs="Times New Roman"/>
        </w:rPr>
        <w:br/>
      </w:r>
    </w:p>
    <w:p w14:paraId="272FD1B7" w14:textId="4B41F91F" w:rsidR="00176656" w:rsidRDefault="00B842C8" w:rsidP="0097332F">
      <w:pPr>
        <w:pStyle w:val="Heading1"/>
        <w:rPr>
          <w:spacing w:val="-5"/>
        </w:rPr>
      </w:pPr>
      <w:bookmarkStart w:id="12" w:name="_Toc204310499"/>
      <w:bookmarkStart w:id="13" w:name="_Toc205248706"/>
      <w:bookmarkStart w:id="14" w:name="_Toc205261354"/>
      <w:r w:rsidRPr="002E4A0B">
        <w:lastRenderedPageBreak/>
        <w:t>DAFTAR</w:t>
      </w:r>
      <w:r w:rsidR="00F660D2" w:rsidRPr="002E4A0B">
        <w:rPr>
          <w:spacing w:val="-9"/>
        </w:rPr>
        <w:t xml:space="preserve"> </w:t>
      </w:r>
      <w:r w:rsidRPr="002E4A0B">
        <w:rPr>
          <w:spacing w:val="-5"/>
        </w:rPr>
        <w:t>ISI</w:t>
      </w:r>
      <w:bookmarkStart w:id="15" w:name="_Toc204310500"/>
      <w:bookmarkEnd w:id="2"/>
      <w:bookmarkEnd w:id="12"/>
      <w:bookmarkEnd w:id="13"/>
      <w:bookmarkEnd w:id="14"/>
    </w:p>
    <w:p w14:paraId="7726949C" w14:textId="77777777" w:rsidR="002E4A0B" w:rsidRPr="002E4A0B" w:rsidRDefault="002E4A0B" w:rsidP="002E4A0B">
      <w:pPr>
        <w:rPr>
          <w:lang w:val="id"/>
        </w:rPr>
      </w:pPr>
    </w:p>
    <w:p w14:paraId="083D1BEF" w14:textId="62C09A2F" w:rsidR="004959CF" w:rsidRDefault="00D63E5C">
      <w:pPr>
        <w:pStyle w:val="TOC1"/>
        <w:tabs>
          <w:tab w:val="right" w:leader="dot" w:pos="7928"/>
        </w:tabs>
        <w:rPr>
          <w:rFonts w:asciiTheme="minorHAnsi" w:hAnsiTheme="minorHAnsi"/>
          <w:b w:val="0"/>
          <w:noProof/>
          <w:kern w:val="2"/>
          <w:szCs w:val="24"/>
          <w:lang w:eastAsia="zh-CN"/>
          <w14:ligatures w14:val="standardContextual"/>
        </w:rPr>
      </w:pPr>
      <w:r>
        <w:rPr>
          <w:rFonts w:cs="Times New Roman"/>
        </w:rPr>
        <w:fldChar w:fldCharType="begin"/>
      </w:r>
      <w:r>
        <w:rPr>
          <w:rFonts w:cs="Times New Roman"/>
        </w:rPr>
        <w:instrText xml:space="preserve"> TOC \o "1-3" \h \z \u </w:instrText>
      </w:r>
      <w:r>
        <w:rPr>
          <w:rFonts w:cs="Times New Roman"/>
        </w:rPr>
        <w:fldChar w:fldCharType="separate"/>
      </w:r>
      <w:hyperlink w:anchor="_Toc205261351" w:history="1">
        <w:r w:rsidR="004959CF" w:rsidRPr="000139D1">
          <w:rPr>
            <w:rStyle w:val="Hyperlink"/>
            <w:rFonts w:cs="Times New Roman"/>
            <w:noProof/>
          </w:rPr>
          <w:t>LEMBAR PENGESAHAN</w:t>
        </w:r>
        <w:r w:rsidR="004959CF">
          <w:rPr>
            <w:noProof/>
            <w:webHidden/>
          </w:rPr>
          <w:tab/>
        </w:r>
        <w:r w:rsidR="004959CF">
          <w:rPr>
            <w:noProof/>
            <w:webHidden/>
          </w:rPr>
          <w:fldChar w:fldCharType="begin"/>
        </w:r>
        <w:r w:rsidR="004959CF">
          <w:rPr>
            <w:noProof/>
            <w:webHidden/>
          </w:rPr>
          <w:instrText xml:space="preserve"> PAGEREF _Toc205261351 \h </w:instrText>
        </w:r>
        <w:r w:rsidR="004959CF">
          <w:rPr>
            <w:noProof/>
            <w:webHidden/>
          </w:rPr>
        </w:r>
        <w:r w:rsidR="004959CF">
          <w:rPr>
            <w:noProof/>
            <w:webHidden/>
          </w:rPr>
          <w:fldChar w:fldCharType="separate"/>
        </w:r>
        <w:r w:rsidR="0003347B">
          <w:rPr>
            <w:noProof/>
            <w:webHidden/>
          </w:rPr>
          <w:t>i</w:t>
        </w:r>
        <w:r w:rsidR="004959CF">
          <w:rPr>
            <w:noProof/>
            <w:webHidden/>
          </w:rPr>
          <w:fldChar w:fldCharType="end"/>
        </w:r>
      </w:hyperlink>
    </w:p>
    <w:p w14:paraId="2B65460A" w14:textId="158BCC9E"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52" w:history="1">
        <w:r w:rsidRPr="000139D1">
          <w:rPr>
            <w:rStyle w:val="Hyperlink"/>
            <w:rFonts w:cs="Times New Roman"/>
            <w:noProof/>
          </w:rPr>
          <w:t>ABSTRAK</w:t>
        </w:r>
        <w:r>
          <w:rPr>
            <w:noProof/>
            <w:webHidden/>
          </w:rPr>
          <w:tab/>
        </w:r>
        <w:r>
          <w:rPr>
            <w:noProof/>
            <w:webHidden/>
          </w:rPr>
          <w:fldChar w:fldCharType="begin"/>
        </w:r>
        <w:r>
          <w:rPr>
            <w:noProof/>
            <w:webHidden/>
          </w:rPr>
          <w:instrText xml:space="preserve"> PAGEREF _Toc205261352 \h </w:instrText>
        </w:r>
        <w:r>
          <w:rPr>
            <w:noProof/>
            <w:webHidden/>
          </w:rPr>
        </w:r>
        <w:r>
          <w:rPr>
            <w:noProof/>
            <w:webHidden/>
          </w:rPr>
          <w:fldChar w:fldCharType="separate"/>
        </w:r>
        <w:r w:rsidR="0003347B">
          <w:rPr>
            <w:noProof/>
            <w:webHidden/>
          </w:rPr>
          <w:t>ii</w:t>
        </w:r>
        <w:r>
          <w:rPr>
            <w:noProof/>
            <w:webHidden/>
          </w:rPr>
          <w:fldChar w:fldCharType="end"/>
        </w:r>
      </w:hyperlink>
    </w:p>
    <w:p w14:paraId="673CB988" w14:textId="3443552F"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53" w:history="1">
        <w:r w:rsidRPr="000139D1">
          <w:rPr>
            <w:rStyle w:val="Hyperlink"/>
            <w:rFonts w:cs="Times New Roman"/>
            <w:noProof/>
          </w:rPr>
          <w:t>KATA PENGANTAR</w:t>
        </w:r>
        <w:r>
          <w:rPr>
            <w:noProof/>
            <w:webHidden/>
          </w:rPr>
          <w:tab/>
        </w:r>
        <w:r>
          <w:rPr>
            <w:noProof/>
            <w:webHidden/>
          </w:rPr>
          <w:fldChar w:fldCharType="begin"/>
        </w:r>
        <w:r>
          <w:rPr>
            <w:noProof/>
            <w:webHidden/>
          </w:rPr>
          <w:instrText xml:space="preserve"> PAGEREF _Toc205261353 \h </w:instrText>
        </w:r>
        <w:r>
          <w:rPr>
            <w:noProof/>
            <w:webHidden/>
          </w:rPr>
        </w:r>
        <w:r>
          <w:rPr>
            <w:noProof/>
            <w:webHidden/>
          </w:rPr>
          <w:fldChar w:fldCharType="separate"/>
        </w:r>
        <w:r w:rsidR="0003347B">
          <w:rPr>
            <w:noProof/>
            <w:webHidden/>
          </w:rPr>
          <w:t>iii</w:t>
        </w:r>
        <w:r>
          <w:rPr>
            <w:noProof/>
            <w:webHidden/>
          </w:rPr>
          <w:fldChar w:fldCharType="end"/>
        </w:r>
      </w:hyperlink>
    </w:p>
    <w:p w14:paraId="1FA696B0" w14:textId="0C065488"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54" w:history="1">
        <w:r w:rsidRPr="000139D1">
          <w:rPr>
            <w:rStyle w:val="Hyperlink"/>
            <w:rFonts w:cs="Times New Roman"/>
            <w:noProof/>
            <w:lang w:val="id"/>
          </w:rPr>
          <w:t>DAFTAR</w:t>
        </w:r>
        <w:r w:rsidRPr="000139D1">
          <w:rPr>
            <w:rStyle w:val="Hyperlink"/>
            <w:rFonts w:cs="Times New Roman"/>
            <w:noProof/>
            <w:spacing w:val="-9"/>
            <w:lang w:val="id"/>
          </w:rPr>
          <w:t xml:space="preserve"> </w:t>
        </w:r>
        <w:r w:rsidRPr="000139D1">
          <w:rPr>
            <w:rStyle w:val="Hyperlink"/>
            <w:rFonts w:cs="Times New Roman"/>
            <w:noProof/>
            <w:spacing w:val="-5"/>
            <w:lang w:val="id"/>
          </w:rPr>
          <w:t>ISI</w:t>
        </w:r>
        <w:r>
          <w:rPr>
            <w:noProof/>
            <w:webHidden/>
          </w:rPr>
          <w:tab/>
        </w:r>
        <w:r>
          <w:rPr>
            <w:noProof/>
            <w:webHidden/>
          </w:rPr>
          <w:fldChar w:fldCharType="begin"/>
        </w:r>
        <w:r>
          <w:rPr>
            <w:noProof/>
            <w:webHidden/>
          </w:rPr>
          <w:instrText xml:space="preserve"> PAGEREF _Toc205261354 \h </w:instrText>
        </w:r>
        <w:r>
          <w:rPr>
            <w:noProof/>
            <w:webHidden/>
          </w:rPr>
        </w:r>
        <w:r>
          <w:rPr>
            <w:noProof/>
            <w:webHidden/>
          </w:rPr>
          <w:fldChar w:fldCharType="separate"/>
        </w:r>
        <w:r w:rsidR="0003347B">
          <w:rPr>
            <w:noProof/>
            <w:webHidden/>
          </w:rPr>
          <w:t>iv</w:t>
        </w:r>
        <w:r>
          <w:rPr>
            <w:noProof/>
            <w:webHidden/>
          </w:rPr>
          <w:fldChar w:fldCharType="end"/>
        </w:r>
      </w:hyperlink>
    </w:p>
    <w:p w14:paraId="54EF9037" w14:textId="29B955AB"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55" w:history="1">
        <w:r w:rsidRPr="000139D1">
          <w:rPr>
            <w:rStyle w:val="Hyperlink"/>
            <w:rFonts w:cs="Times New Roman"/>
            <w:noProof/>
            <w:lang w:val="id"/>
          </w:rPr>
          <w:t>DAFTAR GAMBAR</w:t>
        </w:r>
        <w:r>
          <w:rPr>
            <w:noProof/>
            <w:webHidden/>
          </w:rPr>
          <w:tab/>
        </w:r>
        <w:r>
          <w:rPr>
            <w:noProof/>
            <w:webHidden/>
          </w:rPr>
          <w:fldChar w:fldCharType="begin"/>
        </w:r>
        <w:r>
          <w:rPr>
            <w:noProof/>
            <w:webHidden/>
          </w:rPr>
          <w:instrText xml:space="preserve"> PAGEREF _Toc205261355 \h </w:instrText>
        </w:r>
        <w:r>
          <w:rPr>
            <w:noProof/>
            <w:webHidden/>
          </w:rPr>
        </w:r>
        <w:r>
          <w:rPr>
            <w:noProof/>
            <w:webHidden/>
          </w:rPr>
          <w:fldChar w:fldCharType="separate"/>
        </w:r>
        <w:r w:rsidR="0003347B">
          <w:rPr>
            <w:noProof/>
            <w:webHidden/>
          </w:rPr>
          <w:t>vi</w:t>
        </w:r>
        <w:r>
          <w:rPr>
            <w:noProof/>
            <w:webHidden/>
          </w:rPr>
          <w:fldChar w:fldCharType="end"/>
        </w:r>
      </w:hyperlink>
    </w:p>
    <w:p w14:paraId="057C6341" w14:textId="2F1BA467" w:rsidR="004959CF" w:rsidRDefault="004959CF">
      <w:pPr>
        <w:pStyle w:val="TOC1"/>
        <w:tabs>
          <w:tab w:val="right" w:leader="dot" w:pos="7928"/>
        </w:tabs>
      </w:pPr>
      <w:hyperlink w:anchor="_Toc205261356" w:history="1">
        <w:r w:rsidRPr="000139D1">
          <w:rPr>
            <w:rStyle w:val="Hyperlink"/>
            <w:rFonts w:cs="Times New Roman"/>
            <w:noProof/>
            <w:lang w:val="id"/>
          </w:rPr>
          <w:t>DAFTAR TABEL</w:t>
        </w:r>
        <w:r>
          <w:rPr>
            <w:noProof/>
            <w:webHidden/>
          </w:rPr>
          <w:tab/>
        </w:r>
        <w:r>
          <w:rPr>
            <w:noProof/>
            <w:webHidden/>
          </w:rPr>
          <w:fldChar w:fldCharType="begin"/>
        </w:r>
        <w:r>
          <w:rPr>
            <w:noProof/>
            <w:webHidden/>
          </w:rPr>
          <w:instrText xml:space="preserve"> PAGEREF _Toc205261356 \h </w:instrText>
        </w:r>
        <w:r>
          <w:rPr>
            <w:noProof/>
            <w:webHidden/>
          </w:rPr>
        </w:r>
        <w:r>
          <w:rPr>
            <w:noProof/>
            <w:webHidden/>
          </w:rPr>
          <w:fldChar w:fldCharType="separate"/>
        </w:r>
        <w:r w:rsidR="0003347B">
          <w:rPr>
            <w:noProof/>
            <w:webHidden/>
          </w:rPr>
          <w:t>vii</w:t>
        </w:r>
        <w:r>
          <w:rPr>
            <w:noProof/>
            <w:webHidden/>
          </w:rPr>
          <w:fldChar w:fldCharType="end"/>
        </w:r>
      </w:hyperlink>
    </w:p>
    <w:p w14:paraId="52E28051" w14:textId="77777777" w:rsidR="00FE6E8F" w:rsidRPr="00FE6E8F" w:rsidRDefault="00FE6E8F" w:rsidP="00FE6E8F"/>
    <w:p w14:paraId="0FF85CDA" w14:textId="66B90D22"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57" w:history="1">
        <w:r w:rsidRPr="000139D1">
          <w:rPr>
            <w:rStyle w:val="Hyperlink"/>
            <w:rFonts w:cs="Times New Roman"/>
            <w:noProof/>
            <w:lang w:val="id"/>
          </w:rPr>
          <w:t>BAB 1  PENDAHULUAN</w:t>
        </w:r>
        <w:r>
          <w:rPr>
            <w:noProof/>
            <w:webHidden/>
          </w:rPr>
          <w:tab/>
        </w:r>
        <w:r>
          <w:rPr>
            <w:noProof/>
            <w:webHidden/>
          </w:rPr>
          <w:fldChar w:fldCharType="begin"/>
        </w:r>
        <w:r>
          <w:rPr>
            <w:noProof/>
            <w:webHidden/>
          </w:rPr>
          <w:instrText xml:space="preserve"> PAGEREF _Toc205261357 \h </w:instrText>
        </w:r>
        <w:r>
          <w:rPr>
            <w:noProof/>
            <w:webHidden/>
          </w:rPr>
        </w:r>
        <w:r>
          <w:rPr>
            <w:noProof/>
            <w:webHidden/>
          </w:rPr>
          <w:fldChar w:fldCharType="separate"/>
        </w:r>
        <w:r w:rsidR="0003347B">
          <w:rPr>
            <w:noProof/>
            <w:webHidden/>
          </w:rPr>
          <w:t>1</w:t>
        </w:r>
        <w:r>
          <w:rPr>
            <w:noProof/>
            <w:webHidden/>
          </w:rPr>
          <w:fldChar w:fldCharType="end"/>
        </w:r>
      </w:hyperlink>
    </w:p>
    <w:p w14:paraId="460EDF6D" w14:textId="1386072F"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58" w:history="1">
        <w:r w:rsidRPr="000139D1">
          <w:rPr>
            <w:rStyle w:val="Hyperlink"/>
            <w:rFonts w:eastAsiaTheme="majorEastAsia"/>
          </w:rPr>
          <w:t>1.1</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Latar</w:t>
        </w:r>
        <w:r w:rsidRPr="000139D1">
          <w:rPr>
            <w:rStyle w:val="Hyperlink"/>
            <w:rFonts w:eastAsiaTheme="majorEastAsia"/>
            <w:spacing w:val="-6"/>
          </w:rPr>
          <w:t xml:space="preserve"> </w:t>
        </w:r>
        <w:r w:rsidRPr="000139D1">
          <w:rPr>
            <w:rStyle w:val="Hyperlink"/>
            <w:rFonts w:eastAsiaTheme="majorEastAsia"/>
          </w:rPr>
          <w:t>Belakang</w:t>
        </w:r>
        <w:r w:rsidRPr="000139D1">
          <w:rPr>
            <w:rStyle w:val="Hyperlink"/>
            <w:rFonts w:eastAsiaTheme="majorEastAsia"/>
            <w:spacing w:val="-1"/>
          </w:rPr>
          <w:t xml:space="preserve"> </w:t>
        </w:r>
        <w:r w:rsidRPr="000139D1">
          <w:rPr>
            <w:rStyle w:val="Hyperlink"/>
            <w:rFonts w:eastAsiaTheme="majorEastAsia"/>
            <w:spacing w:val="-2"/>
          </w:rPr>
          <w:t>Masalah</w:t>
        </w:r>
        <w:r>
          <w:rPr>
            <w:webHidden/>
          </w:rPr>
          <w:tab/>
        </w:r>
        <w:r>
          <w:rPr>
            <w:webHidden/>
          </w:rPr>
          <w:fldChar w:fldCharType="begin"/>
        </w:r>
        <w:r>
          <w:rPr>
            <w:webHidden/>
          </w:rPr>
          <w:instrText xml:space="preserve"> PAGEREF _Toc205261358 \h </w:instrText>
        </w:r>
        <w:r>
          <w:rPr>
            <w:webHidden/>
          </w:rPr>
        </w:r>
        <w:r>
          <w:rPr>
            <w:webHidden/>
          </w:rPr>
          <w:fldChar w:fldCharType="separate"/>
        </w:r>
        <w:r w:rsidR="0003347B">
          <w:rPr>
            <w:webHidden/>
          </w:rPr>
          <w:t>1</w:t>
        </w:r>
        <w:r>
          <w:rPr>
            <w:webHidden/>
          </w:rPr>
          <w:fldChar w:fldCharType="end"/>
        </w:r>
      </w:hyperlink>
    </w:p>
    <w:p w14:paraId="439E3655" w14:textId="5F69FD95"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59" w:history="1">
        <w:r w:rsidRPr="000139D1">
          <w:rPr>
            <w:rStyle w:val="Hyperlink"/>
            <w:rFonts w:eastAsiaTheme="majorEastAsia"/>
          </w:rPr>
          <w:t>1.2</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Perumusan</w:t>
        </w:r>
        <w:r w:rsidRPr="000139D1">
          <w:rPr>
            <w:rStyle w:val="Hyperlink"/>
            <w:rFonts w:eastAsiaTheme="majorEastAsia"/>
            <w:spacing w:val="-6"/>
          </w:rPr>
          <w:t xml:space="preserve"> </w:t>
        </w:r>
        <w:r w:rsidRPr="000139D1">
          <w:rPr>
            <w:rStyle w:val="Hyperlink"/>
            <w:rFonts w:eastAsiaTheme="majorEastAsia"/>
            <w:spacing w:val="-2"/>
          </w:rPr>
          <w:t>Masalah</w:t>
        </w:r>
        <w:r>
          <w:rPr>
            <w:webHidden/>
          </w:rPr>
          <w:tab/>
        </w:r>
        <w:r>
          <w:rPr>
            <w:webHidden/>
          </w:rPr>
          <w:fldChar w:fldCharType="begin"/>
        </w:r>
        <w:r>
          <w:rPr>
            <w:webHidden/>
          </w:rPr>
          <w:instrText xml:space="preserve"> PAGEREF _Toc205261359 \h </w:instrText>
        </w:r>
        <w:r>
          <w:rPr>
            <w:webHidden/>
          </w:rPr>
        </w:r>
        <w:r>
          <w:rPr>
            <w:webHidden/>
          </w:rPr>
          <w:fldChar w:fldCharType="separate"/>
        </w:r>
        <w:r w:rsidR="0003347B">
          <w:rPr>
            <w:webHidden/>
          </w:rPr>
          <w:t>2</w:t>
        </w:r>
        <w:r>
          <w:rPr>
            <w:webHidden/>
          </w:rPr>
          <w:fldChar w:fldCharType="end"/>
        </w:r>
      </w:hyperlink>
    </w:p>
    <w:p w14:paraId="27973DA3" w14:textId="20C40A6F"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0" w:history="1">
        <w:r w:rsidRPr="000139D1">
          <w:rPr>
            <w:rStyle w:val="Hyperlink"/>
            <w:rFonts w:eastAsiaTheme="majorEastAsia"/>
          </w:rPr>
          <w:t>1.3</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spacing w:val="-2"/>
          </w:rPr>
          <w:t>Ruang Lingkup Permasalahan</w:t>
        </w:r>
        <w:r>
          <w:rPr>
            <w:webHidden/>
          </w:rPr>
          <w:tab/>
        </w:r>
        <w:r>
          <w:rPr>
            <w:webHidden/>
          </w:rPr>
          <w:fldChar w:fldCharType="begin"/>
        </w:r>
        <w:r>
          <w:rPr>
            <w:webHidden/>
          </w:rPr>
          <w:instrText xml:space="preserve"> PAGEREF _Toc205261360 \h </w:instrText>
        </w:r>
        <w:r>
          <w:rPr>
            <w:webHidden/>
          </w:rPr>
        </w:r>
        <w:r>
          <w:rPr>
            <w:webHidden/>
          </w:rPr>
          <w:fldChar w:fldCharType="separate"/>
        </w:r>
        <w:r w:rsidR="0003347B">
          <w:rPr>
            <w:webHidden/>
          </w:rPr>
          <w:t>3</w:t>
        </w:r>
        <w:r>
          <w:rPr>
            <w:webHidden/>
          </w:rPr>
          <w:fldChar w:fldCharType="end"/>
        </w:r>
      </w:hyperlink>
    </w:p>
    <w:p w14:paraId="70245920" w14:textId="3E9C270B"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1" w:history="1">
        <w:r w:rsidRPr="000139D1">
          <w:rPr>
            <w:rStyle w:val="Hyperlink"/>
            <w:rFonts w:eastAsiaTheme="majorEastAsia"/>
          </w:rPr>
          <w:t>1.4</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Tujuan</w:t>
        </w:r>
        <w:r>
          <w:rPr>
            <w:webHidden/>
          </w:rPr>
          <w:tab/>
        </w:r>
        <w:r>
          <w:rPr>
            <w:webHidden/>
          </w:rPr>
          <w:fldChar w:fldCharType="begin"/>
        </w:r>
        <w:r>
          <w:rPr>
            <w:webHidden/>
          </w:rPr>
          <w:instrText xml:space="preserve"> PAGEREF _Toc205261361 \h </w:instrText>
        </w:r>
        <w:r>
          <w:rPr>
            <w:webHidden/>
          </w:rPr>
        </w:r>
        <w:r>
          <w:rPr>
            <w:webHidden/>
          </w:rPr>
          <w:fldChar w:fldCharType="separate"/>
        </w:r>
        <w:r w:rsidR="0003347B">
          <w:rPr>
            <w:webHidden/>
          </w:rPr>
          <w:t>3</w:t>
        </w:r>
        <w:r>
          <w:rPr>
            <w:webHidden/>
          </w:rPr>
          <w:fldChar w:fldCharType="end"/>
        </w:r>
      </w:hyperlink>
    </w:p>
    <w:p w14:paraId="3D7C0255" w14:textId="202C6B5E"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2" w:history="1">
        <w:r w:rsidRPr="000139D1">
          <w:rPr>
            <w:rStyle w:val="Hyperlink"/>
            <w:rFonts w:eastAsiaTheme="majorEastAsia"/>
          </w:rPr>
          <w:t>1.5</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Manfaat</w:t>
        </w:r>
        <w:r>
          <w:rPr>
            <w:webHidden/>
          </w:rPr>
          <w:tab/>
        </w:r>
        <w:r>
          <w:rPr>
            <w:webHidden/>
          </w:rPr>
          <w:fldChar w:fldCharType="begin"/>
        </w:r>
        <w:r>
          <w:rPr>
            <w:webHidden/>
          </w:rPr>
          <w:instrText xml:space="preserve"> PAGEREF _Toc205261362 \h </w:instrText>
        </w:r>
        <w:r>
          <w:rPr>
            <w:webHidden/>
          </w:rPr>
        </w:r>
        <w:r>
          <w:rPr>
            <w:webHidden/>
          </w:rPr>
          <w:fldChar w:fldCharType="separate"/>
        </w:r>
        <w:r w:rsidR="0003347B">
          <w:rPr>
            <w:webHidden/>
          </w:rPr>
          <w:t>3</w:t>
        </w:r>
        <w:r>
          <w:rPr>
            <w:webHidden/>
          </w:rPr>
          <w:fldChar w:fldCharType="end"/>
        </w:r>
      </w:hyperlink>
    </w:p>
    <w:p w14:paraId="59724B52" w14:textId="502D5874"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3" w:history="1">
        <w:r w:rsidRPr="000139D1">
          <w:rPr>
            <w:rStyle w:val="Hyperlink"/>
            <w:rFonts w:eastAsiaTheme="majorEastAsia"/>
          </w:rPr>
          <w:t>1.6</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Lokasi dan Jadwal Pelaksanaan Kerja Praktik</w:t>
        </w:r>
        <w:r>
          <w:rPr>
            <w:webHidden/>
          </w:rPr>
          <w:tab/>
        </w:r>
        <w:r>
          <w:rPr>
            <w:webHidden/>
          </w:rPr>
          <w:fldChar w:fldCharType="begin"/>
        </w:r>
        <w:r>
          <w:rPr>
            <w:webHidden/>
          </w:rPr>
          <w:instrText xml:space="preserve"> PAGEREF _Toc205261363 \h </w:instrText>
        </w:r>
        <w:r>
          <w:rPr>
            <w:webHidden/>
          </w:rPr>
        </w:r>
        <w:r>
          <w:rPr>
            <w:webHidden/>
          </w:rPr>
          <w:fldChar w:fldCharType="separate"/>
        </w:r>
        <w:r w:rsidR="0003347B">
          <w:rPr>
            <w:webHidden/>
          </w:rPr>
          <w:t>4</w:t>
        </w:r>
        <w:r>
          <w:rPr>
            <w:webHidden/>
          </w:rPr>
          <w:fldChar w:fldCharType="end"/>
        </w:r>
      </w:hyperlink>
    </w:p>
    <w:p w14:paraId="10C07DD5" w14:textId="06AD3F6E" w:rsidR="004959CF" w:rsidRDefault="004959CF">
      <w:pPr>
        <w:pStyle w:val="TOC2"/>
      </w:pPr>
      <w:hyperlink w:anchor="_Toc205261364" w:history="1">
        <w:r w:rsidRPr="000139D1">
          <w:rPr>
            <w:rStyle w:val="Hyperlink"/>
            <w:rFonts w:eastAsiaTheme="majorEastAsia"/>
          </w:rPr>
          <w:t>1.7</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Peserta Kerja Praktek</w:t>
        </w:r>
        <w:r>
          <w:rPr>
            <w:webHidden/>
          </w:rPr>
          <w:tab/>
        </w:r>
        <w:r>
          <w:rPr>
            <w:webHidden/>
          </w:rPr>
          <w:fldChar w:fldCharType="begin"/>
        </w:r>
        <w:r>
          <w:rPr>
            <w:webHidden/>
          </w:rPr>
          <w:instrText xml:space="preserve"> PAGEREF _Toc205261364 \h </w:instrText>
        </w:r>
        <w:r>
          <w:rPr>
            <w:webHidden/>
          </w:rPr>
        </w:r>
        <w:r>
          <w:rPr>
            <w:webHidden/>
          </w:rPr>
          <w:fldChar w:fldCharType="separate"/>
        </w:r>
        <w:r w:rsidR="0003347B">
          <w:rPr>
            <w:webHidden/>
          </w:rPr>
          <w:t>4</w:t>
        </w:r>
        <w:r>
          <w:rPr>
            <w:webHidden/>
          </w:rPr>
          <w:fldChar w:fldCharType="end"/>
        </w:r>
      </w:hyperlink>
    </w:p>
    <w:p w14:paraId="7728F330" w14:textId="77777777" w:rsidR="00FE6E8F" w:rsidRPr="00FE6E8F" w:rsidRDefault="00FE6E8F" w:rsidP="00FE6E8F">
      <w:pPr>
        <w:rPr>
          <w:lang w:val="id"/>
        </w:rPr>
      </w:pPr>
    </w:p>
    <w:p w14:paraId="43A7FD37" w14:textId="6FDF287F"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65" w:history="1">
        <w:r w:rsidRPr="000139D1">
          <w:rPr>
            <w:rStyle w:val="Hyperlink"/>
            <w:rFonts w:cs="Times New Roman"/>
            <w:noProof/>
            <w:lang w:val="id"/>
          </w:rPr>
          <w:t>BAB 2  LANDASAN</w:t>
        </w:r>
        <w:r w:rsidRPr="000139D1">
          <w:rPr>
            <w:rStyle w:val="Hyperlink"/>
            <w:rFonts w:cs="Times New Roman"/>
            <w:noProof/>
            <w:spacing w:val="-18"/>
            <w:lang w:val="id"/>
          </w:rPr>
          <w:t xml:space="preserve"> </w:t>
        </w:r>
        <w:r w:rsidRPr="000139D1">
          <w:rPr>
            <w:rStyle w:val="Hyperlink"/>
            <w:rFonts w:cs="Times New Roman"/>
            <w:noProof/>
            <w:lang w:val="id"/>
          </w:rPr>
          <w:t>TEORI</w:t>
        </w:r>
        <w:r>
          <w:rPr>
            <w:noProof/>
            <w:webHidden/>
          </w:rPr>
          <w:tab/>
        </w:r>
        <w:r>
          <w:rPr>
            <w:noProof/>
            <w:webHidden/>
          </w:rPr>
          <w:fldChar w:fldCharType="begin"/>
        </w:r>
        <w:r>
          <w:rPr>
            <w:noProof/>
            <w:webHidden/>
          </w:rPr>
          <w:instrText xml:space="preserve"> PAGEREF _Toc205261365 \h </w:instrText>
        </w:r>
        <w:r>
          <w:rPr>
            <w:noProof/>
            <w:webHidden/>
          </w:rPr>
        </w:r>
        <w:r>
          <w:rPr>
            <w:noProof/>
            <w:webHidden/>
          </w:rPr>
          <w:fldChar w:fldCharType="separate"/>
        </w:r>
        <w:r w:rsidR="0003347B">
          <w:rPr>
            <w:noProof/>
            <w:webHidden/>
          </w:rPr>
          <w:t>6</w:t>
        </w:r>
        <w:r>
          <w:rPr>
            <w:noProof/>
            <w:webHidden/>
          </w:rPr>
          <w:fldChar w:fldCharType="end"/>
        </w:r>
      </w:hyperlink>
    </w:p>
    <w:p w14:paraId="1EAA0099" w14:textId="225E1160"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6" w:history="1">
        <w:r w:rsidRPr="000139D1">
          <w:rPr>
            <w:rStyle w:val="Hyperlink"/>
            <w:rFonts w:eastAsiaTheme="majorEastAsia"/>
          </w:rPr>
          <w:t>2.1</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Sejarah Taman Baan Al-Azhari</w:t>
        </w:r>
        <w:r>
          <w:rPr>
            <w:webHidden/>
          </w:rPr>
          <w:tab/>
        </w:r>
        <w:r>
          <w:rPr>
            <w:webHidden/>
          </w:rPr>
          <w:fldChar w:fldCharType="begin"/>
        </w:r>
        <w:r>
          <w:rPr>
            <w:webHidden/>
          </w:rPr>
          <w:instrText xml:space="preserve"> PAGEREF _Toc205261366 \h </w:instrText>
        </w:r>
        <w:r>
          <w:rPr>
            <w:webHidden/>
          </w:rPr>
        </w:r>
        <w:r>
          <w:rPr>
            <w:webHidden/>
          </w:rPr>
          <w:fldChar w:fldCharType="separate"/>
        </w:r>
        <w:r w:rsidR="0003347B">
          <w:rPr>
            <w:webHidden/>
          </w:rPr>
          <w:t>6</w:t>
        </w:r>
        <w:r>
          <w:rPr>
            <w:webHidden/>
          </w:rPr>
          <w:fldChar w:fldCharType="end"/>
        </w:r>
      </w:hyperlink>
    </w:p>
    <w:p w14:paraId="7AE5AA58" w14:textId="1AF05394"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7" w:history="1">
        <w:r w:rsidRPr="000139D1">
          <w:rPr>
            <w:rStyle w:val="Hyperlink"/>
            <w:rFonts w:eastAsiaTheme="majorEastAsia"/>
          </w:rPr>
          <w:t>2.2</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Program Kerja TBM Al-Azhari</w:t>
        </w:r>
        <w:r>
          <w:rPr>
            <w:webHidden/>
          </w:rPr>
          <w:tab/>
        </w:r>
        <w:r>
          <w:rPr>
            <w:webHidden/>
          </w:rPr>
          <w:fldChar w:fldCharType="begin"/>
        </w:r>
        <w:r>
          <w:rPr>
            <w:webHidden/>
          </w:rPr>
          <w:instrText xml:space="preserve"> PAGEREF _Toc205261367 \h </w:instrText>
        </w:r>
        <w:r>
          <w:rPr>
            <w:webHidden/>
          </w:rPr>
        </w:r>
        <w:r>
          <w:rPr>
            <w:webHidden/>
          </w:rPr>
          <w:fldChar w:fldCharType="separate"/>
        </w:r>
        <w:r w:rsidR="0003347B">
          <w:rPr>
            <w:webHidden/>
          </w:rPr>
          <w:t>7</w:t>
        </w:r>
        <w:r>
          <w:rPr>
            <w:webHidden/>
          </w:rPr>
          <w:fldChar w:fldCharType="end"/>
        </w:r>
      </w:hyperlink>
    </w:p>
    <w:p w14:paraId="57C4FE15" w14:textId="28C07A6D"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8" w:history="1">
        <w:r w:rsidRPr="000139D1">
          <w:rPr>
            <w:rStyle w:val="Hyperlink"/>
            <w:rFonts w:eastAsiaTheme="majorEastAsia"/>
          </w:rPr>
          <w:t>2.3</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Struktur Organisasi TBM Al-Azhari</w:t>
        </w:r>
        <w:r>
          <w:rPr>
            <w:webHidden/>
          </w:rPr>
          <w:tab/>
        </w:r>
        <w:r>
          <w:rPr>
            <w:webHidden/>
          </w:rPr>
          <w:fldChar w:fldCharType="begin"/>
        </w:r>
        <w:r>
          <w:rPr>
            <w:webHidden/>
          </w:rPr>
          <w:instrText xml:space="preserve"> PAGEREF _Toc205261368 \h </w:instrText>
        </w:r>
        <w:r>
          <w:rPr>
            <w:webHidden/>
          </w:rPr>
        </w:r>
        <w:r>
          <w:rPr>
            <w:webHidden/>
          </w:rPr>
          <w:fldChar w:fldCharType="separate"/>
        </w:r>
        <w:r w:rsidR="0003347B">
          <w:rPr>
            <w:webHidden/>
          </w:rPr>
          <w:t>8</w:t>
        </w:r>
        <w:r>
          <w:rPr>
            <w:webHidden/>
          </w:rPr>
          <w:fldChar w:fldCharType="end"/>
        </w:r>
      </w:hyperlink>
    </w:p>
    <w:p w14:paraId="3B545F3E" w14:textId="64D0064D"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69" w:history="1">
        <w:r w:rsidRPr="000139D1">
          <w:rPr>
            <w:rStyle w:val="Hyperlink"/>
            <w:rFonts w:eastAsiaTheme="majorEastAsia"/>
          </w:rPr>
          <w:t>2.4</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Sistem Informasi</w:t>
        </w:r>
        <w:r>
          <w:rPr>
            <w:webHidden/>
          </w:rPr>
          <w:tab/>
        </w:r>
        <w:r>
          <w:rPr>
            <w:webHidden/>
          </w:rPr>
          <w:fldChar w:fldCharType="begin"/>
        </w:r>
        <w:r>
          <w:rPr>
            <w:webHidden/>
          </w:rPr>
          <w:instrText xml:space="preserve"> PAGEREF _Toc205261369 \h </w:instrText>
        </w:r>
        <w:r>
          <w:rPr>
            <w:webHidden/>
          </w:rPr>
        </w:r>
        <w:r>
          <w:rPr>
            <w:webHidden/>
          </w:rPr>
          <w:fldChar w:fldCharType="separate"/>
        </w:r>
        <w:r w:rsidR="0003347B">
          <w:rPr>
            <w:webHidden/>
          </w:rPr>
          <w:t>10</w:t>
        </w:r>
        <w:r>
          <w:rPr>
            <w:webHidden/>
          </w:rPr>
          <w:fldChar w:fldCharType="end"/>
        </w:r>
      </w:hyperlink>
    </w:p>
    <w:p w14:paraId="2ED6B1C7" w14:textId="4D25690E"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0" w:history="1">
        <w:r w:rsidRPr="000139D1">
          <w:rPr>
            <w:rStyle w:val="Hyperlink"/>
            <w:rFonts w:eastAsiaTheme="majorEastAsia"/>
          </w:rPr>
          <w:t>2.5</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Sistem Informasi Berbasis Web</w:t>
        </w:r>
        <w:r>
          <w:rPr>
            <w:webHidden/>
          </w:rPr>
          <w:tab/>
        </w:r>
        <w:r>
          <w:rPr>
            <w:webHidden/>
          </w:rPr>
          <w:fldChar w:fldCharType="begin"/>
        </w:r>
        <w:r>
          <w:rPr>
            <w:webHidden/>
          </w:rPr>
          <w:instrText xml:space="preserve"> PAGEREF _Toc205261370 \h </w:instrText>
        </w:r>
        <w:r>
          <w:rPr>
            <w:webHidden/>
          </w:rPr>
        </w:r>
        <w:r>
          <w:rPr>
            <w:webHidden/>
          </w:rPr>
          <w:fldChar w:fldCharType="separate"/>
        </w:r>
        <w:r w:rsidR="0003347B">
          <w:rPr>
            <w:webHidden/>
          </w:rPr>
          <w:t>11</w:t>
        </w:r>
        <w:r>
          <w:rPr>
            <w:webHidden/>
          </w:rPr>
          <w:fldChar w:fldCharType="end"/>
        </w:r>
      </w:hyperlink>
    </w:p>
    <w:p w14:paraId="7D6EFA7A" w14:textId="2E8E7ADC"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1" w:history="1">
        <w:r w:rsidRPr="000139D1">
          <w:rPr>
            <w:rStyle w:val="Hyperlink"/>
            <w:rFonts w:eastAsiaTheme="majorEastAsia"/>
          </w:rPr>
          <w:t>2.6</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Katalog Buku Digital</w:t>
        </w:r>
        <w:r>
          <w:rPr>
            <w:webHidden/>
          </w:rPr>
          <w:tab/>
        </w:r>
        <w:r>
          <w:rPr>
            <w:webHidden/>
          </w:rPr>
          <w:fldChar w:fldCharType="begin"/>
        </w:r>
        <w:r>
          <w:rPr>
            <w:webHidden/>
          </w:rPr>
          <w:instrText xml:space="preserve"> PAGEREF _Toc205261371 \h </w:instrText>
        </w:r>
        <w:r>
          <w:rPr>
            <w:webHidden/>
          </w:rPr>
        </w:r>
        <w:r>
          <w:rPr>
            <w:webHidden/>
          </w:rPr>
          <w:fldChar w:fldCharType="separate"/>
        </w:r>
        <w:r w:rsidR="0003347B">
          <w:rPr>
            <w:webHidden/>
          </w:rPr>
          <w:t>12</w:t>
        </w:r>
        <w:r>
          <w:rPr>
            <w:webHidden/>
          </w:rPr>
          <w:fldChar w:fldCharType="end"/>
        </w:r>
      </w:hyperlink>
    </w:p>
    <w:p w14:paraId="258C1CB3" w14:textId="08216B6B"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2" w:history="1">
        <w:r w:rsidRPr="000139D1">
          <w:rPr>
            <w:rStyle w:val="Hyperlink"/>
          </w:rPr>
          <w:t>2.7</w:t>
        </w:r>
        <w:r>
          <w:rPr>
            <w:rFonts w:asciiTheme="minorHAnsi" w:eastAsiaTheme="minorEastAsia" w:hAnsiTheme="minorHAnsi" w:cstheme="minorBidi"/>
            <w:bCs w:val="0"/>
            <w:kern w:val="2"/>
            <w:szCs w:val="24"/>
            <w:lang w:val="en-US" w:eastAsia="zh-CN"/>
            <w14:ligatures w14:val="standardContextual"/>
          </w:rPr>
          <w:tab/>
        </w:r>
        <w:r w:rsidRPr="00FE6E8F">
          <w:rPr>
            <w:rStyle w:val="Hyperlink"/>
            <w:rFonts w:eastAsiaTheme="majorEastAsia"/>
            <w:bCs w:val="0"/>
          </w:rPr>
          <w:t>Taman Baca dan Literasi Digital</w:t>
        </w:r>
        <w:r>
          <w:rPr>
            <w:webHidden/>
          </w:rPr>
          <w:tab/>
        </w:r>
        <w:r>
          <w:rPr>
            <w:webHidden/>
          </w:rPr>
          <w:fldChar w:fldCharType="begin"/>
        </w:r>
        <w:r>
          <w:rPr>
            <w:webHidden/>
          </w:rPr>
          <w:instrText xml:space="preserve"> PAGEREF _Toc205261372 \h </w:instrText>
        </w:r>
        <w:r>
          <w:rPr>
            <w:webHidden/>
          </w:rPr>
        </w:r>
        <w:r>
          <w:rPr>
            <w:webHidden/>
          </w:rPr>
          <w:fldChar w:fldCharType="separate"/>
        </w:r>
        <w:r w:rsidR="0003347B">
          <w:rPr>
            <w:webHidden/>
          </w:rPr>
          <w:t>13</w:t>
        </w:r>
        <w:r>
          <w:rPr>
            <w:webHidden/>
          </w:rPr>
          <w:fldChar w:fldCharType="end"/>
        </w:r>
      </w:hyperlink>
    </w:p>
    <w:p w14:paraId="0B35B49B" w14:textId="1A7DC4B7"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3" w:history="1">
        <w:r w:rsidRPr="000139D1">
          <w:rPr>
            <w:rStyle w:val="Hyperlink"/>
            <w:rFonts w:eastAsiaTheme="majorEastAsia"/>
          </w:rPr>
          <w:t>2.8</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Perpustakaan</w:t>
        </w:r>
        <w:r>
          <w:rPr>
            <w:webHidden/>
          </w:rPr>
          <w:tab/>
        </w:r>
        <w:r>
          <w:rPr>
            <w:webHidden/>
          </w:rPr>
          <w:fldChar w:fldCharType="begin"/>
        </w:r>
        <w:r>
          <w:rPr>
            <w:webHidden/>
          </w:rPr>
          <w:instrText xml:space="preserve"> PAGEREF _Toc205261373 \h </w:instrText>
        </w:r>
        <w:r>
          <w:rPr>
            <w:webHidden/>
          </w:rPr>
        </w:r>
        <w:r>
          <w:rPr>
            <w:webHidden/>
          </w:rPr>
          <w:fldChar w:fldCharType="separate"/>
        </w:r>
        <w:r w:rsidR="0003347B">
          <w:rPr>
            <w:webHidden/>
          </w:rPr>
          <w:t>14</w:t>
        </w:r>
        <w:r>
          <w:rPr>
            <w:webHidden/>
          </w:rPr>
          <w:fldChar w:fldCharType="end"/>
        </w:r>
      </w:hyperlink>
    </w:p>
    <w:p w14:paraId="265E4CEA" w14:textId="51F996D8"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4" w:history="1">
        <w:r w:rsidRPr="000139D1">
          <w:rPr>
            <w:rStyle w:val="Hyperlink"/>
            <w:rFonts w:eastAsiaTheme="majorEastAsia"/>
          </w:rPr>
          <w:t>2.9</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i/>
            <w:iCs/>
          </w:rPr>
          <w:t>Flowchart</w:t>
        </w:r>
        <w:r>
          <w:rPr>
            <w:webHidden/>
          </w:rPr>
          <w:tab/>
        </w:r>
        <w:r>
          <w:rPr>
            <w:webHidden/>
          </w:rPr>
          <w:fldChar w:fldCharType="begin"/>
        </w:r>
        <w:r>
          <w:rPr>
            <w:webHidden/>
          </w:rPr>
          <w:instrText xml:space="preserve"> PAGEREF _Toc205261374 \h </w:instrText>
        </w:r>
        <w:r>
          <w:rPr>
            <w:webHidden/>
          </w:rPr>
        </w:r>
        <w:r>
          <w:rPr>
            <w:webHidden/>
          </w:rPr>
          <w:fldChar w:fldCharType="separate"/>
        </w:r>
        <w:r w:rsidR="0003347B">
          <w:rPr>
            <w:webHidden/>
          </w:rPr>
          <w:t>14</w:t>
        </w:r>
        <w:r>
          <w:rPr>
            <w:webHidden/>
          </w:rPr>
          <w:fldChar w:fldCharType="end"/>
        </w:r>
      </w:hyperlink>
    </w:p>
    <w:p w14:paraId="0AB9861A" w14:textId="3DA16E51"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5" w:history="1">
        <w:r w:rsidRPr="000139D1">
          <w:rPr>
            <w:rStyle w:val="Hyperlink"/>
            <w:rFonts w:eastAsiaTheme="majorEastAsia"/>
          </w:rPr>
          <w:t>2.10</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i/>
            <w:iCs/>
          </w:rPr>
          <w:t>Use Case</w:t>
        </w:r>
        <w:r>
          <w:rPr>
            <w:webHidden/>
          </w:rPr>
          <w:tab/>
        </w:r>
        <w:r>
          <w:rPr>
            <w:webHidden/>
          </w:rPr>
          <w:fldChar w:fldCharType="begin"/>
        </w:r>
        <w:r>
          <w:rPr>
            <w:webHidden/>
          </w:rPr>
          <w:instrText xml:space="preserve"> PAGEREF _Toc205261375 \h </w:instrText>
        </w:r>
        <w:r>
          <w:rPr>
            <w:webHidden/>
          </w:rPr>
        </w:r>
        <w:r>
          <w:rPr>
            <w:webHidden/>
          </w:rPr>
          <w:fldChar w:fldCharType="separate"/>
        </w:r>
        <w:r w:rsidR="0003347B">
          <w:rPr>
            <w:webHidden/>
          </w:rPr>
          <w:t>16</w:t>
        </w:r>
        <w:r>
          <w:rPr>
            <w:webHidden/>
          </w:rPr>
          <w:fldChar w:fldCharType="end"/>
        </w:r>
      </w:hyperlink>
    </w:p>
    <w:p w14:paraId="0A5A45CD" w14:textId="4CB9C8DB"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6" w:history="1">
        <w:r w:rsidRPr="000139D1">
          <w:rPr>
            <w:rStyle w:val="Hyperlink"/>
            <w:rFonts w:eastAsiaTheme="majorEastAsia"/>
          </w:rPr>
          <w:t>2.11</w:t>
        </w:r>
        <w:r>
          <w:rPr>
            <w:rFonts w:asciiTheme="minorHAnsi" w:eastAsiaTheme="minorEastAsia" w:hAnsiTheme="minorHAnsi" w:cstheme="minorBidi"/>
            <w:bCs w:val="0"/>
            <w:kern w:val="2"/>
            <w:szCs w:val="24"/>
            <w:lang w:val="en-US" w:eastAsia="zh-CN"/>
            <w14:ligatures w14:val="standardContextual"/>
          </w:rPr>
          <w:tab/>
        </w:r>
        <w:r w:rsidRPr="00FE6E8F">
          <w:rPr>
            <w:rStyle w:val="Hyperlink"/>
            <w:rFonts w:eastAsiaTheme="majorEastAsia"/>
            <w:i/>
            <w:iCs/>
          </w:rPr>
          <w:t>Database</w:t>
        </w:r>
        <w:r>
          <w:rPr>
            <w:webHidden/>
          </w:rPr>
          <w:tab/>
        </w:r>
        <w:r>
          <w:rPr>
            <w:webHidden/>
          </w:rPr>
          <w:fldChar w:fldCharType="begin"/>
        </w:r>
        <w:r>
          <w:rPr>
            <w:webHidden/>
          </w:rPr>
          <w:instrText xml:space="preserve"> PAGEREF _Toc205261376 \h </w:instrText>
        </w:r>
        <w:r>
          <w:rPr>
            <w:webHidden/>
          </w:rPr>
        </w:r>
        <w:r>
          <w:rPr>
            <w:webHidden/>
          </w:rPr>
          <w:fldChar w:fldCharType="separate"/>
        </w:r>
        <w:r w:rsidR="0003347B">
          <w:rPr>
            <w:webHidden/>
          </w:rPr>
          <w:t>16</w:t>
        </w:r>
        <w:r>
          <w:rPr>
            <w:webHidden/>
          </w:rPr>
          <w:fldChar w:fldCharType="end"/>
        </w:r>
      </w:hyperlink>
    </w:p>
    <w:p w14:paraId="44347F59" w14:textId="63D71C7B"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77" w:history="1">
        <w:r w:rsidRPr="000139D1">
          <w:rPr>
            <w:rStyle w:val="Hyperlink"/>
            <w:rFonts w:eastAsiaTheme="majorEastAsia"/>
          </w:rPr>
          <w:t>2.12</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ERD (</w:t>
        </w:r>
        <w:r w:rsidRPr="000139D1">
          <w:rPr>
            <w:rStyle w:val="Hyperlink"/>
            <w:rFonts w:eastAsiaTheme="majorEastAsia"/>
            <w:i/>
            <w:iCs/>
          </w:rPr>
          <w:t>Entity Relationship Diagram</w:t>
        </w:r>
        <w:r w:rsidRPr="000139D1">
          <w:rPr>
            <w:rStyle w:val="Hyperlink"/>
            <w:rFonts w:eastAsiaTheme="majorEastAsia"/>
          </w:rPr>
          <w:t>)</w:t>
        </w:r>
        <w:r>
          <w:rPr>
            <w:webHidden/>
          </w:rPr>
          <w:tab/>
        </w:r>
        <w:r>
          <w:rPr>
            <w:webHidden/>
          </w:rPr>
          <w:fldChar w:fldCharType="begin"/>
        </w:r>
        <w:r>
          <w:rPr>
            <w:webHidden/>
          </w:rPr>
          <w:instrText xml:space="preserve"> PAGEREF _Toc205261377 \h </w:instrText>
        </w:r>
        <w:r>
          <w:rPr>
            <w:webHidden/>
          </w:rPr>
        </w:r>
        <w:r>
          <w:rPr>
            <w:webHidden/>
          </w:rPr>
          <w:fldChar w:fldCharType="separate"/>
        </w:r>
        <w:r w:rsidR="0003347B">
          <w:rPr>
            <w:webHidden/>
          </w:rPr>
          <w:t>17</w:t>
        </w:r>
        <w:r>
          <w:rPr>
            <w:webHidden/>
          </w:rPr>
          <w:fldChar w:fldCharType="end"/>
        </w:r>
      </w:hyperlink>
    </w:p>
    <w:p w14:paraId="2D0643D0" w14:textId="3209C6FD" w:rsidR="004959CF" w:rsidRDefault="004959CF">
      <w:pPr>
        <w:pStyle w:val="TOC2"/>
      </w:pPr>
      <w:hyperlink w:anchor="_Toc205261378" w:history="1">
        <w:r w:rsidRPr="000139D1">
          <w:rPr>
            <w:rStyle w:val="Hyperlink"/>
            <w:rFonts w:eastAsiaTheme="majorEastAsia"/>
          </w:rPr>
          <w:t>2.13</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i/>
            <w:iCs/>
          </w:rPr>
          <w:t>Sequence Diagram</w:t>
        </w:r>
        <w:r>
          <w:rPr>
            <w:webHidden/>
          </w:rPr>
          <w:tab/>
        </w:r>
        <w:r>
          <w:rPr>
            <w:webHidden/>
          </w:rPr>
          <w:fldChar w:fldCharType="begin"/>
        </w:r>
        <w:r>
          <w:rPr>
            <w:webHidden/>
          </w:rPr>
          <w:instrText xml:space="preserve"> PAGEREF _Toc205261378 \h </w:instrText>
        </w:r>
        <w:r>
          <w:rPr>
            <w:webHidden/>
          </w:rPr>
        </w:r>
        <w:r>
          <w:rPr>
            <w:webHidden/>
          </w:rPr>
          <w:fldChar w:fldCharType="separate"/>
        </w:r>
        <w:r w:rsidR="0003347B">
          <w:rPr>
            <w:webHidden/>
          </w:rPr>
          <w:t>18</w:t>
        </w:r>
        <w:r>
          <w:rPr>
            <w:webHidden/>
          </w:rPr>
          <w:fldChar w:fldCharType="end"/>
        </w:r>
      </w:hyperlink>
    </w:p>
    <w:p w14:paraId="07BC63D9" w14:textId="77777777" w:rsidR="00FE6E8F" w:rsidRPr="00FE6E8F" w:rsidRDefault="00FE6E8F" w:rsidP="00FE6E8F">
      <w:pPr>
        <w:rPr>
          <w:lang w:val="id"/>
        </w:rPr>
      </w:pPr>
    </w:p>
    <w:p w14:paraId="64644B2B" w14:textId="4186577D"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79" w:history="1">
        <w:r w:rsidRPr="000139D1">
          <w:rPr>
            <w:rStyle w:val="Hyperlink"/>
            <w:rFonts w:cs="Times New Roman"/>
            <w:noProof/>
            <w:lang w:val="id"/>
          </w:rPr>
          <w:t>BAB 3  PEMBAHASAN</w:t>
        </w:r>
        <w:r>
          <w:rPr>
            <w:noProof/>
            <w:webHidden/>
          </w:rPr>
          <w:tab/>
        </w:r>
        <w:r>
          <w:rPr>
            <w:noProof/>
            <w:webHidden/>
          </w:rPr>
          <w:fldChar w:fldCharType="begin"/>
        </w:r>
        <w:r>
          <w:rPr>
            <w:noProof/>
            <w:webHidden/>
          </w:rPr>
          <w:instrText xml:space="preserve"> PAGEREF _Toc205261379 \h </w:instrText>
        </w:r>
        <w:r>
          <w:rPr>
            <w:noProof/>
            <w:webHidden/>
          </w:rPr>
        </w:r>
        <w:r>
          <w:rPr>
            <w:noProof/>
            <w:webHidden/>
          </w:rPr>
          <w:fldChar w:fldCharType="separate"/>
        </w:r>
        <w:r w:rsidR="0003347B">
          <w:rPr>
            <w:noProof/>
            <w:webHidden/>
          </w:rPr>
          <w:t>19</w:t>
        </w:r>
        <w:r>
          <w:rPr>
            <w:noProof/>
            <w:webHidden/>
          </w:rPr>
          <w:fldChar w:fldCharType="end"/>
        </w:r>
      </w:hyperlink>
    </w:p>
    <w:p w14:paraId="76A48AD5" w14:textId="30CD08A1"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0" w:history="1">
        <w:r w:rsidRPr="000139D1">
          <w:rPr>
            <w:rStyle w:val="Hyperlink"/>
            <w:rFonts w:eastAsiaTheme="majorEastAsia"/>
          </w:rPr>
          <w:t>3.1</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Lingkup Kegiatan</w:t>
        </w:r>
        <w:r>
          <w:rPr>
            <w:webHidden/>
          </w:rPr>
          <w:tab/>
        </w:r>
        <w:r>
          <w:rPr>
            <w:webHidden/>
          </w:rPr>
          <w:fldChar w:fldCharType="begin"/>
        </w:r>
        <w:r>
          <w:rPr>
            <w:webHidden/>
          </w:rPr>
          <w:instrText xml:space="preserve"> PAGEREF _Toc205261380 \h </w:instrText>
        </w:r>
        <w:r>
          <w:rPr>
            <w:webHidden/>
          </w:rPr>
        </w:r>
        <w:r>
          <w:rPr>
            <w:webHidden/>
          </w:rPr>
          <w:fldChar w:fldCharType="separate"/>
        </w:r>
        <w:r w:rsidR="0003347B">
          <w:rPr>
            <w:webHidden/>
          </w:rPr>
          <w:t>19</w:t>
        </w:r>
        <w:r>
          <w:rPr>
            <w:webHidden/>
          </w:rPr>
          <w:fldChar w:fldCharType="end"/>
        </w:r>
      </w:hyperlink>
    </w:p>
    <w:p w14:paraId="216F01E5" w14:textId="1962A667"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1" w:history="1">
        <w:r w:rsidRPr="000139D1">
          <w:rPr>
            <w:rStyle w:val="Hyperlink"/>
            <w:rFonts w:eastAsiaTheme="majorEastAsia"/>
          </w:rPr>
          <w:t>3.2</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Bentuk Kegiatan</w:t>
        </w:r>
        <w:r>
          <w:rPr>
            <w:webHidden/>
          </w:rPr>
          <w:tab/>
        </w:r>
        <w:r>
          <w:rPr>
            <w:webHidden/>
          </w:rPr>
          <w:fldChar w:fldCharType="begin"/>
        </w:r>
        <w:r>
          <w:rPr>
            <w:webHidden/>
          </w:rPr>
          <w:instrText xml:space="preserve"> PAGEREF _Toc205261381 \h </w:instrText>
        </w:r>
        <w:r>
          <w:rPr>
            <w:webHidden/>
          </w:rPr>
        </w:r>
        <w:r>
          <w:rPr>
            <w:webHidden/>
          </w:rPr>
          <w:fldChar w:fldCharType="separate"/>
        </w:r>
        <w:r w:rsidR="0003347B">
          <w:rPr>
            <w:webHidden/>
          </w:rPr>
          <w:t>21</w:t>
        </w:r>
        <w:r>
          <w:rPr>
            <w:webHidden/>
          </w:rPr>
          <w:fldChar w:fldCharType="end"/>
        </w:r>
      </w:hyperlink>
    </w:p>
    <w:p w14:paraId="3AA8730D" w14:textId="3ED78E77"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2" w:history="1">
        <w:r w:rsidRPr="000139D1">
          <w:rPr>
            <w:rStyle w:val="Hyperlink"/>
            <w:rFonts w:eastAsiaTheme="majorEastAsia"/>
          </w:rPr>
          <w:t>3.3</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Hasil Kerja Praktek</w:t>
        </w:r>
        <w:r>
          <w:rPr>
            <w:webHidden/>
          </w:rPr>
          <w:tab/>
        </w:r>
        <w:r>
          <w:rPr>
            <w:webHidden/>
          </w:rPr>
          <w:fldChar w:fldCharType="begin"/>
        </w:r>
        <w:r>
          <w:rPr>
            <w:webHidden/>
          </w:rPr>
          <w:instrText xml:space="preserve"> PAGEREF _Toc205261382 \h </w:instrText>
        </w:r>
        <w:r>
          <w:rPr>
            <w:webHidden/>
          </w:rPr>
        </w:r>
        <w:r>
          <w:rPr>
            <w:webHidden/>
          </w:rPr>
          <w:fldChar w:fldCharType="separate"/>
        </w:r>
        <w:r w:rsidR="0003347B">
          <w:rPr>
            <w:webHidden/>
          </w:rPr>
          <w:t>21</w:t>
        </w:r>
        <w:r>
          <w:rPr>
            <w:webHidden/>
          </w:rPr>
          <w:fldChar w:fldCharType="end"/>
        </w:r>
      </w:hyperlink>
    </w:p>
    <w:p w14:paraId="6B5290C9" w14:textId="7231FEF7"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3" w:history="1">
        <w:r w:rsidRPr="000139D1">
          <w:rPr>
            <w:rStyle w:val="Hyperlink"/>
            <w:rFonts w:eastAsiaTheme="majorEastAsia"/>
          </w:rPr>
          <w:t>3.4</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 xml:space="preserve">Perancangan </w:t>
        </w:r>
        <w:r w:rsidRPr="000139D1">
          <w:rPr>
            <w:rStyle w:val="Hyperlink"/>
            <w:rFonts w:eastAsiaTheme="majorEastAsia"/>
            <w:i/>
            <w:iCs/>
          </w:rPr>
          <w:t>Flowchart</w:t>
        </w:r>
        <w:r>
          <w:rPr>
            <w:webHidden/>
          </w:rPr>
          <w:tab/>
        </w:r>
        <w:r>
          <w:rPr>
            <w:webHidden/>
          </w:rPr>
          <w:fldChar w:fldCharType="begin"/>
        </w:r>
        <w:r>
          <w:rPr>
            <w:webHidden/>
          </w:rPr>
          <w:instrText xml:space="preserve"> PAGEREF _Toc205261383 \h </w:instrText>
        </w:r>
        <w:r>
          <w:rPr>
            <w:webHidden/>
          </w:rPr>
        </w:r>
        <w:r>
          <w:rPr>
            <w:webHidden/>
          </w:rPr>
          <w:fldChar w:fldCharType="separate"/>
        </w:r>
        <w:r w:rsidR="0003347B">
          <w:rPr>
            <w:webHidden/>
          </w:rPr>
          <w:t>22</w:t>
        </w:r>
        <w:r>
          <w:rPr>
            <w:webHidden/>
          </w:rPr>
          <w:fldChar w:fldCharType="end"/>
        </w:r>
      </w:hyperlink>
    </w:p>
    <w:p w14:paraId="598971C5" w14:textId="79CB47A4"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4" w:history="1">
        <w:r w:rsidRPr="000139D1">
          <w:rPr>
            <w:rStyle w:val="Hyperlink"/>
            <w:rFonts w:eastAsiaTheme="majorEastAsia"/>
          </w:rPr>
          <w:t>3.5</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 xml:space="preserve">Perancangan </w:t>
        </w:r>
        <w:r w:rsidRPr="000139D1">
          <w:rPr>
            <w:rStyle w:val="Hyperlink"/>
            <w:rFonts w:eastAsiaTheme="majorEastAsia"/>
            <w:i/>
            <w:iCs/>
          </w:rPr>
          <w:t>Use Case</w:t>
        </w:r>
        <w:r>
          <w:rPr>
            <w:webHidden/>
          </w:rPr>
          <w:tab/>
        </w:r>
        <w:r>
          <w:rPr>
            <w:webHidden/>
          </w:rPr>
          <w:fldChar w:fldCharType="begin"/>
        </w:r>
        <w:r>
          <w:rPr>
            <w:webHidden/>
          </w:rPr>
          <w:instrText xml:space="preserve"> PAGEREF _Toc205261384 \h </w:instrText>
        </w:r>
        <w:r>
          <w:rPr>
            <w:webHidden/>
          </w:rPr>
        </w:r>
        <w:r>
          <w:rPr>
            <w:webHidden/>
          </w:rPr>
          <w:fldChar w:fldCharType="separate"/>
        </w:r>
        <w:r w:rsidR="0003347B">
          <w:rPr>
            <w:webHidden/>
          </w:rPr>
          <w:t>23</w:t>
        </w:r>
        <w:r>
          <w:rPr>
            <w:webHidden/>
          </w:rPr>
          <w:fldChar w:fldCharType="end"/>
        </w:r>
      </w:hyperlink>
    </w:p>
    <w:p w14:paraId="08DE6B0F" w14:textId="379233F4"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5" w:history="1">
        <w:r w:rsidRPr="000139D1">
          <w:rPr>
            <w:rStyle w:val="Hyperlink"/>
            <w:rFonts w:eastAsiaTheme="majorEastAsia"/>
          </w:rPr>
          <w:t>3.6</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Perancangan Database</w:t>
        </w:r>
        <w:r>
          <w:rPr>
            <w:webHidden/>
          </w:rPr>
          <w:tab/>
        </w:r>
        <w:r>
          <w:rPr>
            <w:webHidden/>
          </w:rPr>
          <w:fldChar w:fldCharType="begin"/>
        </w:r>
        <w:r>
          <w:rPr>
            <w:webHidden/>
          </w:rPr>
          <w:instrText xml:space="preserve"> PAGEREF _Toc205261385 \h </w:instrText>
        </w:r>
        <w:r>
          <w:rPr>
            <w:webHidden/>
          </w:rPr>
        </w:r>
        <w:r>
          <w:rPr>
            <w:webHidden/>
          </w:rPr>
          <w:fldChar w:fldCharType="separate"/>
        </w:r>
        <w:r w:rsidR="0003347B">
          <w:rPr>
            <w:webHidden/>
          </w:rPr>
          <w:t>24</w:t>
        </w:r>
        <w:r>
          <w:rPr>
            <w:webHidden/>
          </w:rPr>
          <w:fldChar w:fldCharType="end"/>
        </w:r>
      </w:hyperlink>
    </w:p>
    <w:p w14:paraId="57BDE5C8" w14:textId="6C885829"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6" w:history="1">
        <w:r w:rsidRPr="000139D1">
          <w:rPr>
            <w:rStyle w:val="Hyperlink"/>
            <w:rFonts w:eastAsiaTheme="majorEastAsia"/>
          </w:rPr>
          <w:t>3.7</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 xml:space="preserve">Perancangan </w:t>
        </w:r>
        <w:r w:rsidRPr="000139D1">
          <w:rPr>
            <w:rStyle w:val="Hyperlink"/>
            <w:rFonts w:eastAsiaTheme="majorEastAsia"/>
            <w:i/>
            <w:iCs/>
          </w:rPr>
          <w:t>Entity Relationship Diagram</w:t>
        </w:r>
        <w:r>
          <w:rPr>
            <w:webHidden/>
          </w:rPr>
          <w:tab/>
        </w:r>
        <w:r>
          <w:rPr>
            <w:webHidden/>
          </w:rPr>
          <w:fldChar w:fldCharType="begin"/>
        </w:r>
        <w:r>
          <w:rPr>
            <w:webHidden/>
          </w:rPr>
          <w:instrText xml:space="preserve"> PAGEREF _Toc205261386 \h </w:instrText>
        </w:r>
        <w:r>
          <w:rPr>
            <w:webHidden/>
          </w:rPr>
        </w:r>
        <w:r>
          <w:rPr>
            <w:webHidden/>
          </w:rPr>
          <w:fldChar w:fldCharType="separate"/>
        </w:r>
        <w:r w:rsidR="0003347B">
          <w:rPr>
            <w:webHidden/>
          </w:rPr>
          <w:t>26</w:t>
        </w:r>
        <w:r>
          <w:rPr>
            <w:webHidden/>
          </w:rPr>
          <w:fldChar w:fldCharType="end"/>
        </w:r>
      </w:hyperlink>
    </w:p>
    <w:p w14:paraId="2B250080" w14:textId="4DED37D5"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7" w:history="1">
        <w:r w:rsidRPr="000139D1">
          <w:rPr>
            <w:rStyle w:val="Hyperlink"/>
            <w:rFonts w:eastAsiaTheme="majorEastAsia"/>
          </w:rPr>
          <w:t>3.8</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 xml:space="preserve">Perancangan </w:t>
        </w:r>
        <w:r w:rsidRPr="000139D1">
          <w:rPr>
            <w:rStyle w:val="Hyperlink"/>
            <w:rFonts w:eastAsiaTheme="majorEastAsia"/>
            <w:i/>
            <w:iCs/>
          </w:rPr>
          <w:t>Sequence Diagram</w:t>
        </w:r>
        <w:r>
          <w:rPr>
            <w:webHidden/>
          </w:rPr>
          <w:tab/>
        </w:r>
        <w:r>
          <w:rPr>
            <w:webHidden/>
          </w:rPr>
          <w:fldChar w:fldCharType="begin"/>
        </w:r>
        <w:r>
          <w:rPr>
            <w:webHidden/>
          </w:rPr>
          <w:instrText xml:space="preserve"> PAGEREF _Toc205261387 \h </w:instrText>
        </w:r>
        <w:r>
          <w:rPr>
            <w:webHidden/>
          </w:rPr>
        </w:r>
        <w:r>
          <w:rPr>
            <w:webHidden/>
          </w:rPr>
          <w:fldChar w:fldCharType="separate"/>
        </w:r>
        <w:r w:rsidR="0003347B">
          <w:rPr>
            <w:webHidden/>
          </w:rPr>
          <w:t>27</w:t>
        </w:r>
        <w:r>
          <w:rPr>
            <w:webHidden/>
          </w:rPr>
          <w:fldChar w:fldCharType="end"/>
        </w:r>
      </w:hyperlink>
    </w:p>
    <w:p w14:paraId="4590F5FB" w14:textId="79F90FEF"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88" w:history="1">
        <w:r w:rsidRPr="000139D1">
          <w:rPr>
            <w:rStyle w:val="Hyperlink"/>
            <w:rFonts w:eastAsiaTheme="majorEastAsia"/>
          </w:rPr>
          <w:t>3.9</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Perancangan Antar Muka Admin</w:t>
        </w:r>
        <w:r>
          <w:rPr>
            <w:webHidden/>
          </w:rPr>
          <w:tab/>
        </w:r>
        <w:r>
          <w:rPr>
            <w:webHidden/>
          </w:rPr>
          <w:fldChar w:fldCharType="begin"/>
        </w:r>
        <w:r>
          <w:rPr>
            <w:webHidden/>
          </w:rPr>
          <w:instrText xml:space="preserve"> PAGEREF _Toc205261388 \h </w:instrText>
        </w:r>
        <w:r>
          <w:rPr>
            <w:webHidden/>
          </w:rPr>
        </w:r>
        <w:r>
          <w:rPr>
            <w:webHidden/>
          </w:rPr>
          <w:fldChar w:fldCharType="separate"/>
        </w:r>
        <w:r w:rsidR="0003347B">
          <w:rPr>
            <w:webHidden/>
          </w:rPr>
          <w:t>28</w:t>
        </w:r>
        <w:r>
          <w:rPr>
            <w:webHidden/>
          </w:rPr>
          <w:fldChar w:fldCharType="end"/>
        </w:r>
      </w:hyperlink>
    </w:p>
    <w:p w14:paraId="653982F6" w14:textId="1016763A" w:rsidR="004959CF" w:rsidRDefault="004959CF">
      <w:pPr>
        <w:pStyle w:val="TOC2"/>
      </w:pPr>
      <w:hyperlink w:anchor="_Toc205261389" w:history="1">
        <w:r w:rsidRPr="000139D1">
          <w:rPr>
            <w:rStyle w:val="Hyperlink"/>
            <w:rFonts w:eastAsiaTheme="majorEastAsia"/>
          </w:rPr>
          <w:t>3.10</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Perancangan Antar Muka Masyarakat/tanpa login</w:t>
        </w:r>
        <w:r>
          <w:rPr>
            <w:webHidden/>
          </w:rPr>
          <w:tab/>
        </w:r>
        <w:r>
          <w:rPr>
            <w:webHidden/>
          </w:rPr>
          <w:fldChar w:fldCharType="begin"/>
        </w:r>
        <w:r>
          <w:rPr>
            <w:webHidden/>
          </w:rPr>
          <w:instrText xml:space="preserve"> PAGEREF _Toc205261389 \h </w:instrText>
        </w:r>
        <w:r>
          <w:rPr>
            <w:webHidden/>
          </w:rPr>
        </w:r>
        <w:r>
          <w:rPr>
            <w:webHidden/>
          </w:rPr>
          <w:fldChar w:fldCharType="separate"/>
        </w:r>
        <w:r w:rsidR="0003347B">
          <w:rPr>
            <w:webHidden/>
          </w:rPr>
          <w:t>32</w:t>
        </w:r>
        <w:r>
          <w:rPr>
            <w:webHidden/>
          </w:rPr>
          <w:fldChar w:fldCharType="end"/>
        </w:r>
      </w:hyperlink>
    </w:p>
    <w:p w14:paraId="1D7D385E" w14:textId="77777777" w:rsidR="00FE6E8F" w:rsidRPr="00FE6E8F" w:rsidRDefault="00FE6E8F" w:rsidP="00FE6E8F">
      <w:pPr>
        <w:rPr>
          <w:lang w:val="id"/>
        </w:rPr>
      </w:pPr>
    </w:p>
    <w:p w14:paraId="6A61FCF8" w14:textId="61545173"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90" w:history="1">
        <w:r w:rsidRPr="000139D1">
          <w:rPr>
            <w:rStyle w:val="Hyperlink"/>
            <w:rFonts w:cs="Times New Roman"/>
            <w:noProof/>
          </w:rPr>
          <w:t>BAB 4 PENUTUP</w:t>
        </w:r>
        <w:r>
          <w:rPr>
            <w:noProof/>
            <w:webHidden/>
          </w:rPr>
          <w:tab/>
        </w:r>
        <w:r>
          <w:rPr>
            <w:noProof/>
            <w:webHidden/>
          </w:rPr>
          <w:fldChar w:fldCharType="begin"/>
        </w:r>
        <w:r>
          <w:rPr>
            <w:noProof/>
            <w:webHidden/>
          </w:rPr>
          <w:instrText xml:space="preserve"> PAGEREF _Toc205261390 \h </w:instrText>
        </w:r>
        <w:r>
          <w:rPr>
            <w:noProof/>
            <w:webHidden/>
          </w:rPr>
        </w:r>
        <w:r>
          <w:rPr>
            <w:noProof/>
            <w:webHidden/>
          </w:rPr>
          <w:fldChar w:fldCharType="separate"/>
        </w:r>
        <w:r w:rsidR="0003347B">
          <w:rPr>
            <w:noProof/>
            <w:webHidden/>
          </w:rPr>
          <w:t>37</w:t>
        </w:r>
        <w:r>
          <w:rPr>
            <w:noProof/>
            <w:webHidden/>
          </w:rPr>
          <w:fldChar w:fldCharType="end"/>
        </w:r>
      </w:hyperlink>
    </w:p>
    <w:p w14:paraId="4C329B9F" w14:textId="08F0F964" w:rsidR="004959CF" w:rsidRDefault="004959CF">
      <w:pPr>
        <w:pStyle w:val="TOC2"/>
        <w:rPr>
          <w:rFonts w:asciiTheme="minorHAnsi" w:eastAsiaTheme="minorEastAsia" w:hAnsiTheme="minorHAnsi" w:cstheme="minorBidi"/>
          <w:bCs w:val="0"/>
          <w:kern w:val="2"/>
          <w:szCs w:val="24"/>
          <w:lang w:val="en-US" w:eastAsia="zh-CN"/>
          <w14:ligatures w14:val="standardContextual"/>
        </w:rPr>
      </w:pPr>
      <w:hyperlink w:anchor="_Toc205261391" w:history="1">
        <w:r w:rsidRPr="000139D1">
          <w:rPr>
            <w:rStyle w:val="Hyperlink"/>
            <w:rFonts w:eastAsiaTheme="majorEastAsia"/>
          </w:rPr>
          <w:t>4.1</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Kesimpulan</w:t>
        </w:r>
        <w:r>
          <w:rPr>
            <w:webHidden/>
          </w:rPr>
          <w:tab/>
        </w:r>
        <w:r>
          <w:rPr>
            <w:webHidden/>
          </w:rPr>
          <w:fldChar w:fldCharType="begin"/>
        </w:r>
        <w:r>
          <w:rPr>
            <w:webHidden/>
          </w:rPr>
          <w:instrText xml:space="preserve"> PAGEREF _Toc205261391 \h </w:instrText>
        </w:r>
        <w:r>
          <w:rPr>
            <w:webHidden/>
          </w:rPr>
        </w:r>
        <w:r>
          <w:rPr>
            <w:webHidden/>
          </w:rPr>
          <w:fldChar w:fldCharType="separate"/>
        </w:r>
        <w:r w:rsidR="0003347B">
          <w:rPr>
            <w:webHidden/>
          </w:rPr>
          <w:t>37</w:t>
        </w:r>
        <w:r>
          <w:rPr>
            <w:webHidden/>
          </w:rPr>
          <w:fldChar w:fldCharType="end"/>
        </w:r>
      </w:hyperlink>
    </w:p>
    <w:p w14:paraId="4C890152" w14:textId="4259DA3C" w:rsidR="004959CF" w:rsidRDefault="004959CF">
      <w:pPr>
        <w:pStyle w:val="TOC2"/>
      </w:pPr>
      <w:hyperlink w:anchor="_Toc205261392" w:history="1">
        <w:r w:rsidRPr="000139D1">
          <w:rPr>
            <w:rStyle w:val="Hyperlink"/>
            <w:rFonts w:eastAsiaTheme="majorEastAsia"/>
          </w:rPr>
          <w:t>4.2</w:t>
        </w:r>
        <w:r>
          <w:rPr>
            <w:rFonts w:asciiTheme="minorHAnsi" w:eastAsiaTheme="minorEastAsia" w:hAnsiTheme="minorHAnsi" w:cstheme="minorBidi"/>
            <w:bCs w:val="0"/>
            <w:kern w:val="2"/>
            <w:szCs w:val="24"/>
            <w:lang w:val="en-US" w:eastAsia="zh-CN"/>
            <w14:ligatures w14:val="standardContextual"/>
          </w:rPr>
          <w:tab/>
        </w:r>
        <w:r w:rsidRPr="000139D1">
          <w:rPr>
            <w:rStyle w:val="Hyperlink"/>
            <w:rFonts w:eastAsiaTheme="majorEastAsia"/>
          </w:rPr>
          <w:t>Saran</w:t>
        </w:r>
        <w:r>
          <w:rPr>
            <w:webHidden/>
          </w:rPr>
          <w:tab/>
        </w:r>
        <w:r>
          <w:rPr>
            <w:webHidden/>
          </w:rPr>
          <w:fldChar w:fldCharType="begin"/>
        </w:r>
        <w:r>
          <w:rPr>
            <w:webHidden/>
          </w:rPr>
          <w:instrText xml:space="preserve"> PAGEREF _Toc205261392 \h </w:instrText>
        </w:r>
        <w:r>
          <w:rPr>
            <w:webHidden/>
          </w:rPr>
        </w:r>
        <w:r>
          <w:rPr>
            <w:webHidden/>
          </w:rPr>
          <w:fldChar w:fldCharType="separate"/>
        </w:r>
        <w:r w:rsidR="0003347B">
          <w:rPr>
            <w:webHidden/>
          </w:rPr>
          <w:t>37</w:t>
        </w:r>
        <w:r>
          <w:rPr>
            <w:webHidden/>
          </w:rPr>
          <w:fldChar w:fldCharType="end"/>
        </w:r>
      </w:hyperlink>
    </w:p>
    <w:p w14:paraId="538C66C0" w14:textId="77777777" w:rsidR="0003347B" w:rsidRPr="0003347B" w:rsidRDefault="0003347B" w:rsidP="0003347B">
      <w:pPr>
        <w:rPr>
          <w:lang w:val="id"/>
        </w:rPr>
      </w:pPr>
    </w:p>
    <w:p w14:paraId="3F048978" w14:textId="44B0418F"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93" w:history="1">
        <w:r w:rsidRPr="000139D1">
          <w:rPr>
            <w:rStyle w:val="Hyperlink"/>
            <w:rFonts w:cs="Times New Roman"/>
            <w:noProof/>
          </w:rPr>
          <w:t>DAFTAR PUSTAKA</w:t>
        </w:r>
        <w:r>
          <w:rPr>
            <w:noProof/>
            <w:webHidden/>
          </w:rPr>
          <w:tab/>
        </w:r>
        <w:r>
          <w:rPr>
            <w:noProof/>
            <w:webHidden/>
          </w:rPr>
          <w:fldChar w:fldCharType="begin"/>
        </w:r>
        <w:r>
          <w:rPr>
            <w:noProof/>
            <w:webHidden/>
          </w:rPr>
          <w:instrText xml:space="preserve"> PAGEREF _Toc205261393 \h </w:instrText>
        </w:r>
        <w:r>
          <w:rPr>
            <w:noProof/>
            <w:webHidden/>
          </w:rPr>
        </w:r>
        <w:r>
          <w:rPr>
            <w:noProof/>
            <w:webHidden/>
          </w:rPr>
          <w:fldChar w:fldCharType="separate"/>
        </w:r>
        <w:r w:rsidR="0003347B">
          <w:rPr>
            <w:noProof/>
            <w:webHidden/>
          </w:rPr>
          <w:t>38</w:t>
        </w:r>
        <w:r>
          <w:rPr>
            <w:noProof/>
            <w:webHidden/>
          </w:rPr>
          <w:fldChar w:fldCharType="end"/>
        </w:r>
      </w:hyperlink>
    </w:p>
    <w:p w14:paraId="2C1AA2E7" w14:textId="1AD96770" w:rsidR="004959CF" w:rsidRDefault="004959CF">
      <w:pPr>
        <w:pStyle w:val="TOC1"/>
        <w:tabs>
          <w:tab w:val="right" w:leader="dot" w:pos="7928"/>
        </w:tabs>
        <w:rPr>
          <w:rFonts w:asciiTheme="minorHAnsi" w:hAnsiTheme="minorHAnsi"/>
          <w:b w:val="0"/>
          <w:noProof/>
          <w:kern w:val="2"/>
          <w:szCs w:val="24"/>
          <w:lang w:eastAsia="zh-CN"/>
          <w14:ligatures w14:val="standardContextual"/>
        </w:rPr>
      </w:pPr>
      <w:hyperlink w:anchor="_Toc205261394" w:history="1">
        <w:r w:rsidRPr="000139D1">
          <w:rPr>
            <w:rStyle w:val="Hyperlink"/>
            <w:rFonts w:cs="Times New Roman"/>
            <w:noProof/>
          </w:rPr>
          <w:t>LAMPIRAN-LAMPIRAN</w:t>
        </w:r>
        <w:r>
          <w:rPr>
            <w:noProof/>
            <w:webHidden/>
          </w:rPr>
          <w:tab/>
        </w:r>
        <w:r>
          <w:rPr>
            <w:noProof/>
            <w:webHidden/>
          </w:rPr>
          <w:fldChar w:fldCharType="begin"/>
        </w:r>
        <w:r>
          <w:rPr>
            <w:noProof/>
            <w:webHidden/>
          </w:rPr>
          <w:instrText xml:space="preserve"> PAGEREF _Toc205261394 \h </w:instrText>
        </w:r>
        <w:r>
          <w:rPr>
            <w:noProof/>
            <w:webHidden/>
          </w:rPr>
        </w:r>
        <w:r>
          <w:rPr>
            <w:noProof/>
            <w:webHidden/>
          </w:rPr>
          <w:fldChar w:fldCharType="separate"/>
        </w:r>
        <w:r w:rsidR="0003347B">
          <w:rPr>
            <w:noProof/>
            <w:webHidden/>
          </w:rPr>
          <w:t>40</w:t>
        </w:r>
        <w:r>
          <w:rPr>
            <w:noProof/>
            <w:webHidden/>
          </w:rPr>
          <w:fldChar w:fldCharType="end"/>
        </w:r>
      </w:hyperlink>
    </w:p>
    <w:p w14:paraId="2280E35B" w14:textId="14E83763" w:rsidR="00176656" w:rsidRPr="00FD6DAD" w:rsidRDefault="00D63E5C" w:rsidP="0097332F">
      <w:pPr>
        <w:pStyle w:val="TOCHeading"/>
      </w:pPr>
      <w:r>
        <w:fldChar w:fldCharType="end"/>
      </w:r>
    </w:p>
    <w:p w14:paraId="48AEE272" w14:textId="77777777" w:rsidR="00176656" w:rsidRPr="00FD6DAD" w:rsidRDefault="00176656" w:rsidP="00D70A29">
      <w:pPr>
        <w:spacing w:after="0"/>
        <w:rPr>
          <w:rFonts w:eastAsiaTheme="majorEastAsia" w:cs="Times New Roman"/>
          <w:b/>
          <w:bCs/>
          <w:color w:val="000000" w:themeColor="text1"/>
          <w:szCs w:val="28"/>
          <w:lang w:val="id"/>
        </w:rPr>
      </w:pPr>
      <w:r w:rsidRPr="00FD6DAD">
        <w:rPr>
          <w:rFonts w:cs="Times New Roman"/>
          <w:lang w:val="id"/>
        </w:rPr>
        <w:br w:type="page"/>
      </w:r>
    </w:p>
    <w:p w14:paraId="474544BD" w14:textId="6373D825" w:rsidR="00DA020E" w:rsidRPr="00FB2541" w:rsidRDefault="005C4B60" w:rsidP="0097332F">
      <w:pPr>
        <w:pStyle w:val="Heading1"/>
      </w:pPr>
      <w:bookmarkStart w:id="16" w:name="_Toc205248707"/>
      <w:bookmarkStart w:id="17" w:name="_Toc205261355"/>
      <w:r w:rsidRPr="00FB2541">
        <w:lastRenderedPageBreak/>
        <w:t>DAFTAR</w:t>
      </w:r>
      <w:r w:rsidR="00F660D2" w:rsidRPr="00FB2541">
        <w:t xml:space="preserve"> </w:t>
      </w:r>
      <w:r w:rsidRPr="00FB2541">
        <w:t>GAMBAR</w:t>
      </w:r>
      <w:bookmarkEnd w:id="15"/>
      <w:bookmarkEnd w:id="16"/>
      <w:bookmarkEnd w:id="17"/>
    </w:p>
    <w:p w14:paraId="67959E4D" w14:textId="77777777" w:rsidR="00DA020E" w:rsidRPr="00BB5D2B" w:rsidRDefault="00DA020E" w:rsidP="00D70A29">
      <w:pPr>
        <w:pStyle w:val="TableofFigures"/>
        <w:tabs>
          <w:tab w:val="right" w:leader="dot" w:pos="9017"/>
        </w:tabs>
        <w:rPr>
          <w:rFonts w:cs="Times New Roman"/>
          <w:b/>
          <w:bCs/>
        </w:rPr>
      </w:pPr>
    </w:p>
    <w:p w14:paraId="63639716" w14:textId="2DB1589F" w:rsidR="00D63E5C" w:rsidRDefault="00D63E5C">
      <w:pPr>
        <w:pStyle w:val="TableofFigures"/>
        <w:tabs>
          <w:tab w:val="right" w:leader="dot" w:pos="7928"/>
        </w:tabs>
        <w:rPr>
          <w:rFonts w:asciiTheme="minorHAnsi" w:hAnsiTheme="minorHAnsi"/>
          <w:noProof/>
          <w:kern w:val="2"/>
          <w:szCs w:val="24"/>
          <w:lang w:eastAsia="zh-CN"/>
          <w14:ligatures w14:val="standardContextual"/>
        </w:rPr>
      </w:pPr>
      <w:r>
        <w:rPr>
          <w:rFonts w:cs="Times New Roman"/>
        </w:rPr>
        <w:fldChar w:fldCharType="begin"/>
      </w:r>
      <w:r>
        <w:rPr>
          <w:rFonts w:cs="Times New Roman"/>
        </w:rPr>
        <w:instrText xml:space="preserve"> TOC \h \z \c "Gambar 2." </w:instrText>
      </w:r>
      <w:r>
        <w:rPr>
          <w:rFonts w:cs="Times New Roman"/>
        </w:rPr>
        <w:fldChar w:fldCharType="separate"/>
      </w:r>
      <w:hyperlink w:anchor="_Toc205258537" w:history="1">
        <w:r w:rsidRPr="005E2436">
          <w:rPr>
            <w:rStyle w:val="Hyperlink"/>
            <w:noProof/>
          </w:rPr>
          <w:t>Gambar 2. 1 Struktur Organisasi</w:t>
        </w:r>
        <w:r>
          <w:rPr>
            <w:noProof/>
            <w:webHidden/>
          </w:rPr>
          <w:tab/>
        </w:r>
        <w:r>
          <w:rPr>
            <w:noProof/>
            <w:webHidden/>
          </w:rPr>
          <w:fldChar w:fldCharType="begin"/>
        </w:r>
        <w:r>
          <w:rPr>
            <w:noProof/>
            <w:webHidden/>
          </w:rPr>
          <w:instrText xml:space="preserve"> PAGEREF _Toc205258537 \h </w:instrText>
        </w:r>
        <w:r>
          <w:rPr>
            <w:noProof/>
            <w:webHidden/>
          </w:rPr>
        </w:r>
        <w:r>
          <w:rPr>
            <w:noProof/>
            <w:webHidden/>
          </w:rPr>
          <w:fldChar w:fldCharType="separate"/>
        </w:r>
        <w:r w:rsidR="0003347B">
          <w:rPr>
            <w:noProof/>
            <w:webHidden/>
          </w:rPr>
          <w:t>9</w:t>
        </w:r>
        <w:r>
          <w:rPr>
            <w:noProof/>
            <w:webHidden/>
          </w:rPr>
          <w:fldChar w:fldCharType="end"/>
        </w:r>
      </w:hyperlink>
    </w:p>
    <w:p w14:paraId="58DCF165" w14:textId="5DE5276E"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r>
        <w:rPr>
          <w:rFonts w:cs="Times New Roman"/>
        </w:rPr>
        <w:fldChar w:fldCharType="end"/>
      </w:r>
      <w:r>
        <w:rPr>
          <w:rFonts w:cs="Times New Roman"/>
        </w:rPr>
        <w:fldChar w:fldCharType="begin"/>
      </w:r>
      <w:r>
        <w:rPr>
          <w:rFonts w:cs="Times New Roman"/>
        </w:rPr>
        <w:instrText xml:space="preserve"> TOC \h \z \c "Gambar 3." </w:instrText>
      </w:r>
      <w:r>
        <w:rPr>
          <w:rFonts w:cs="Times New Roman"/>
        </w:rPr>
        <w:fldChar w:fldCharType="separate"/>
      </w:r>
      <w:hyperlink w:anchor="_Toc205257738" w:history="1">
        <w:r w:rsidRPr="00683E32">
          <w:rPr>
            <w:rStyle w:val="Hyperlink"/>
            <w:noProof/>
          </w:rPr>
          <w:t>Gambar 3. 1 Lokasi</w:t>
        </w:r>
        <w:r>
          <w:rPr>
            <w:noProof/>
            <w:webHidden/>
          </w:rPr>
          <w:tab/>
        </w:r>
        <w:r>
          <w:rPr>
            <w:noProof/>
            <w:webHidden/>
          </w:rPr>
          <w:fldChar w:fldCharType="begin"/>
        </w:r>
        <w:r>
          <w:rPr>
            <w:noProof/>
            <w:webHidden/>
          </w:rPr>
          <w:instrText xml:space="preserve"> PAGEREF _Toc205257738 \h </w:instrText>
        </w:r>
        <w:r>
          <w:rPr>
            <w:noProof/>
            <w:webHidden/>
          </w:rPr>
        </w:r>
        <w:r>
          <w:rPr>
            <w:noProof/>
            <w:webHidden/>
          </w:rPr>
          <w:fldChar w:fldCharType="separate"/>
        </w:r>
        <w:r w:rsidR="0003347B">
          <w:rPr>
            <w:noProof/>
            <w:webHidden/>
          </w:rPr>
          <w:t>19</w:t>
        </w:r>
        <w:r>
          <w:rPr>
            <w:noProof/>
            <w:webHidden/>
          </w:rPr>
          <w:fldChar w:fldCharType="end"/>
        </w:r>
      </w:hyperlink>
    </w:p>
    <w:p w14:paraId="2F259D50" w14:textId="4EE30D3F"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39" w:history="1">
        <w:r w:rsidRPr="00683E32">
          <w:rPr>
            <w:rStyle w:val="Hyperlink"/>
            <w:noProof/>
          </w:rPr>
          <w:t>Gambar 3. 2 Denah Lokasi</w:t>
        </w:r>
        <w:r>
          <w:rPr>
            <w:noProof/>
            <w:webHidden/>
          </w:rPr>
          <w:tab/>
        </w:r>
        <w:r>
          <w:rPr>
            <w:noProof/>
            <w:webHidden/>
          </w:rPr>
          <w:fldChar w:fldCharType="begin"/>
        </w:r>
        <w:r>
          <w:rPr>
            <w:noProof/>
            <w:webHidden/>
          </w:rPr>
          <w:instrText xml:space="preserve"> PAGEREF _Toc205257739 \h </w:instrText>
        </w:r>
        <w:r>
          <w:rPr>
            <w:noProof/>
            <w:webHidden/>
          </w:rPr>
        </w:r>
        <w:r>
          <w:rPr>
            <w:noProof/>
            <w:webHidden/>
          </w:rPr>
          <w:fldChar w:fldCharType="separate"/>
        </w:r>
        <w:r w:rsidR="0003347B">
          <w:rPr>
            <w:noProof/>
            <w:webHidden/>
          </w:rPr>
          <w:t>19</w:t>
        </w:r>
        <w:r>
          <w:rPr>
            <w:noProof/>
            <w:webHidden/>
          </w:rPr>
          <w:fldChar w:fldCharType="end"/>
        </w:r>
      </w:hyperlink>
    </w:p>
    <w:p w14:paraId="5110D5EF" w14:textId="085D62BE"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0" w:history="1">
        <w:r w:rsidRPr="00683E32">
          <w:rPr>
            <w:rStyle w:val="Hyperlink"/>
            <w:noProof/>
          </w:rPr>
          <w:t xml:space="preserve">Gambar 3. 3 </w:t>
        </w:r>
        <w:r w:rsidRPr="00683E32">
          <w:rPr>
            <w:rStyle w:val="Hyperlink"/>
            <w:i/>
            <w:iCs/>
            <w:noProof/>
          </w:rPr>
          <w:t>Flowchart</w:t>
        </w:r>
        <w:r>
          <w:rPr>
            <w:noProof/>
            <w:webHidden/>
          </w:rPr>
          <w:tab/>
        </w:r>
        <w:r>
          <w:rPr>
            <w:noProof/>
            <w:webHidden/>
          </w:rPr>
          <w:fldChar w:fldCharType="begin"/>
        </w:r>
        <w:r>
          <w:rPr>
            <w:noProof/>
            <w:webHidden/>
          </w:rPr>
          <w:instrText xml:space="preserve"> PAGEREF _Toc205257740 \h </w:instrText>
        </w:r>
        <w:r>
          <w:rPr>
            <w:noProof/>
            <w:webHidden/>
          </w:rPr>
        </w:r>
        <w:r>
          <w:rPr>
            <w:noProof/>
            <w:webHidden/>
          </w:rPr>
          <w:fldChar w:fldCharType="separate"/>
        </w:r>
        <w:r w:rsidR="0003347B">
          <w:rPr>
            <w:noProof/>
            <w:webHidden/>
          </w:rPr>
          <w:t>22</w:t>
        </w:r>
        <w:r>
          <w:rPr>
            <w:noProof/>
            <w:webHidden/>
          </w:rPr>
          <w:fldChar w:fldCharType="end"/>
        </w:r>
      </w:hyperlink>
    </w:p>
    <w:p w14:paraId="0DEC23CB" w14:textId="35577909"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1" w:history="1">
        <w:r w:rsidRPr="00683E32">
          <w:rPr>
            <w:rStyle w:val="Hyperlink"/>
            <w:noProof/>
          </w:rPr>
          <w:t>Gambar 3. 4 Usecase</w:t>
        </w:r>
        <w:r>
          <w:rPr>
            <w:noProof/>
            <w:webHidden/>
          </w:rPr>
          <w:tab/>
        </w:r>
        <w:r>
          <w:rPr>
            <w:noProof/>
            <w:webHidden/>
          </w:rPr>
          <w:fldChar w:fldCharType="begin"/>
        </w:r>
        <w:r>
          <w:rPr>
            <w:noProof/>
            <w:webHidden/>
          </w:rPr>
          <w:instrText xml:space="preserve"> PAGEREF _Toc205257741 \h </w:instrText>
        </w:r>
        <w:r>
          <w:rPr>
            <w:noProof/>
            <w:webHidden/>
          </w:rPr>
        </w:r>
        <w:r>
          <w:rPr>
            <w:noProof/>
            <w:webHidden/>
          </w:rPr>
          <w:fldChar w:fldCharType="separate"/>
        </w:r>
        <w:r w:rsidR="0003347B">
          <w:rPr>
            <w:noProof/>
            <w:webHidden/>
          </w:rPr>
          <w:t>23</w:t>
        </w:r>
        <w:r>
          <w:rPr>
            <w:noProof/>
            <w:webHidden/>
          </w:rPr>
          <w:fldChar w:fldCharType="end"/>
        </w:r>
      </w:hyperlink>
    </w:p>
    <w:p w14:paraId="3725E0CA" w14:textId="47DFD692"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2" w:history="1">
        <w:r w:rsidRPr="00683E32">
          <w:rPr>
            <w:rStyle w:val="Hyperlink"/>
            <w:noProof/>
          </w:rPr>
          <w:t>Gambar 3. 5 Database</w:t>
        </w:r>
        <w:r>
          <w:rPr>
            <w:noProof/>
            <w:webHidden/>
          </w:rPr>
          <w:tab/>
        </w:r>
        <w:r>
          <w:rPr>
            <w:noProof/>
            <w:webHidden/>
          </w:rPr>
          <w:fldChar w:fldCharType="begin"/>
        </w:r>
        <w:r>
          <w:rPr>
            <w:noProof/>
            <w:webHidden/>
          </w:rPr>
          <w:instrText xml:space="preserve"> PAGEREF _Toc205257742 \h </w:instrText>
        </w:r>
        <w:r>
          <w:rPr>
            <w:noProof/>
            <w:webHidden/>
          </w:rPr>
        </w:r>
        <w:r>
          <w:rPr>
            <w:noProof/>
            <w:webHidden/>
          </w:rPr>
          <w:fldChar w:fldCharType="separate"/>
        </w:r>
        <w:r w:rsidR="0003347B">
          <w:rPr>
            <w:noProof/>
            <w:webHidden/>
          </w:rPr>
          <w:t>24</w:t>
        </w:r>
        <w:r>
          <w:rPr>
            <w:noProof/>
            <w:webHidden/>
          </w:rPr>
          <w:fldChar w:fldCharType="end"/>
        </w:r>
      </w:hyperlink>
    </w:p>
    <w:p w14:paraId="432D6825" w14:textId="7692B383"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3" w:history="1">
        <w:r w:rsidRPr="00683E32">
          <w:rPr>
            <w:rStyle w:val="Hyperlink"/>
            <w:noProof/>
          </w:rPr>
          <w:t>Gambar 3. 6 tb_buku</w:t>
        </w:r>
        <w:r>
          <w:rPr>
            <w:noProof/>
            <w:webHidden/>
          </w:rPr>
          <w:tab/>
        </w:r>
        <w:r>
          <w:rPr>
            <w:noProof/>
            <w:webHidden/>
          </w:rPr>
          <w:fldChar w:fldCharType="begin"/>
        </w:r>
        <w:r>
          <w:rPr>
            <w:noProof/>
            <w:webHidden/>
          </w:rPr>
          <w:instrText xml:space="preserve"> PAGEREF _Toc205257743 \h </w:instrText>
        </w:r>
        <w:r>
          <w:rPr>
            <w:noProof/>
            <w:webHidden/>
          </w:rPr>
        </w:r>
        <w:r>
          <w:rPr>
            <w:noProof/>
            <w:webHidden/>
          </w:rPr>
          <w:fldChar w:fldCharType="separate"/>
        </w:r>
        <w:r w:rsidR="0003347B">
          <w:rPr>
            <w:noProof/>
            <w:webHidden/>
          </w:rPr>
          <w:t>24</w:t>
        </w:r>
        <w:r>
          <w:rPr>
            <w:noProof/>
            <w:webHidden/>
          </w:rPr>
          <w:fldChar w:fldCharType="end"/>
        </w:r>
      </w:hyperlink>
    </w:p>
    <w:p w14:paraId="40012736" w14:textId="426F436D"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4" w:history="1">
        <w:r w:rsidRPr="00683E32">
          <w:rPr>
            <w:rStyle w:val="Hyperlink"/>
            <w:noProof/>
          </w:rPr>
          <w:t>Gambar 3. 7 Data pada tb_buku</w:t>
        </w:r>
        <w:r>
          <w:rPr>
            <w:noProof/>
            <w:webHidden/>
          </w:rPr>
          <w:tab/>
        </w:r>
        <w:r>
          <w:rPr>
            <w:noProof/>
            <w:webHidden/>
          </w:rPr>
          <w:fldChar w:fldCharType="begin"/>
        </w:r>
        <w:r>
          <w:rPr>
            <w:noProof/>
            <w:webHidden/>
          </w:rPr>
          <w:instrText xml:space="preserve"> PAGEREF _Toc205257744 \h </w:instrText>
        </w:r>
        <w:r>
          <w:rPr>
            <w:noProof/>
            <w:webHidden/>
          </w:rPr>
        </w:r>
        <w:r>
          <w:rPr>
            <w:noProof/>
            <w:webHidden/>
          </w:rPr>
          <w:fldChar w:fldCharType="separate"/>
        </w:r>
        <w:r w:rsidR="0003347B">
          <w:rPr>
            <w:noProof/>
            <w:webHidden/>
          </w:rPr>
          <w:t>25</w:t>
        </w:r>
        <w:r>
          <w:rPr>
            <w:noProof/>
            <w:webHidden/>
          </w:rPr>
          <w:fldChar w:fldCharType="end"/>
        </w:r>
      </w:hyperlink>
    </w:p>
    <w:p w14:paraId="074A1F4F" w14:textId="115F6C93"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5" w:history="1">
        <w:r w:rsidRPr="00683E32">
          <w:rPr>
            <w:rStyle w:val="Hyperlink"/>
            <w:noProof/>
          </w:rPr>
          <w:t>Gambar 3. 8 ERD</w:t>
        </w:r>
        <w:r>
          <w:rPr>
            <w:noProof/>
            <w:webHidden/>
          </w:rPr>
          <w:tab/>
        </w:r>
        <w:r>
          <w:rPr>
            <w:noProof/>
            <w:webHidden/>
          </w:rPr>
          <w:fldChar w:fldCharType="begin"/>
        </w:r>
        <w:r>
          <w:rPr>
            <w:noProof/>
            <w:webHidden/>
          </w:rPr>
          <w:instrText xml:space="preserve"> PAGEREF _Toc205257745 \h </w:instrText>
        </w:r>
        <w:r>
          <w:rPr>
            <w:noProof/>
            <w:webHidden/>
          </w:rPr>
        </w:r>
        <w:r>
          <w:rPr>
            <w:noProof/>
            <w:webHidden/>
          </w:rPr>
          <w:fldChar w:fldCharType="separate"/>
        </w:r>
        <w:r w:rsidR="0003347B">
          <w:rPr>
            <w:noProof/>
            <w:webHidden/>
          </w:rPr>
          <w:t>26</w:t>
        </w:r>
        <w:r>
          <w:rPr>
            <w:noProof/>
            <w:webHidden/>
          </w:rPr>
          <w:fldChar w:fldCharType="end"/>
        </w:r>
      </w:hyperlink>
    </w:p>
    <w:p w14:paraId="419FC143" w14:textId="4971A303"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6" w:history="1">
        <w:r w:rsidRPr="00683E32">
          <w:rPr>
            <w:rStyle w:val="Hyperlink"/>
            <w:noProof/>
          </w:rPr>
          <w:t xml:space="preserve">Gambar 3. 9 </w:t>
        </w:r>
        <w:r w:rsidR="004F419D" w:rsidRPr="004F419D">
          <w:rPr>
            <w:rStyle w:val="Hyperlink"/>
            <w:i/>
            <w:iCs/>
            <w:noProof/>
          </w:rPr>
          <w:t>Sequence Diagram</w:t>
        </w:r>
        <w:r>
          <w:rPr>
            <w:noProof/>
            <w:webHidden/>
          </w:rPr>
          <w:tab/>
        </w:r>
        <w:r>
          <w:rPr>
            <w:noProof/>
            <w:webHidden/>
          </w:rPr>
          <w:fldChar w:fldCharType="begin"/>
        </w:r>
        <w:r>
          <w:rPr>
            <w:noProof/>
            <w:webHidden/>
          </w:rPr>
          <w:instrText xml:space="preserve"> PAGEREF _Toc205257746 \h </w:instrText>
        </w:r>
        <w:r>
          <w:rPr>
            <w:noProof/>
            <w:webHidden/>
          </w:rPr>
        </w:r>
        <w:r>
          <w:rPr>
            <w:noProof/>
            <w:webHidden/>
          </w:rPr>
          <w:fldChar w:fldCharType="separate"/>
        </w:r>
        <w:r w:rsidR="0003347B">
          <w:rPr>
            <w:noProof/>
            <w:webHidden/>
          </w:rPr>
          <w:t>27</w:t>
        </w:r>
        <w:r>
          <w:rPr>
            <w:noProof/>
            <w:webHidden/>
          </w:rPr>
          <w:fldChar w:fldCharType="end"/>
        </w:r>
      </w:hyperlink>
    </w:p>
    <w:p w14:paraId="28C5FD96" w14:textId="16CB7CE4"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7" w:history="1">
        <w:r w:rsidRPr="00683E32">
          <w:rPr>
            <w:rStyle w:val="Hyperlink"/>
            <w:noProof/>
          </w:rPr>
          <w:t>Gambar 3. 10 Halaman Dashboard</w:t>
        </w:r>
        <w:r>
          <w:rPr>
            <w:noProof/>
            <w:webHidden/>
          </w:rPr>
          <w:tab/>
        </w:r>
        <w:r>
          <w:rPr>
            <w:noProof/>
            <w:webHidden/>
          </w:rPr>
          <w:fldChar w:fldCharType="begin"/>
        </w:r>
        <w:r>
          <w:rPr>
            <w:noProof/>
            <w:webHidden/>
          </w:rPr>
          <w:instrText xml:space="preserve"> PAGEREF _Toc205257747 \h </w:instrText>
        </w:r>
        <w:r>
          <w:rPr>
            <w:noProof/>
            <w:webHidden/>
          </w:rPr>
        </w:r>
        <w:r>
          <w:rPr>
            <w:noProof/>
            <w:webHidden/>
          </w:rPr>
          <w:fldChar w:fldCharType="separate"/>
        </w:r>
        <w:r w:rsidR="0003347B">
          <w:rPr>
            <w:noProof/>
            <w:webHidden/>
          </w:rPr>
          <w:t>28</w:t>
        </w:r>
        <w:r>
          <w:rPr>
            <w:noProof/>
            <w:webHidden/>
          </w:rPr>
          <w:fldChar w:fldCharType="end"/>
        </w:r>
      </w:hyperlink>
    </w:p>
    <w:p w14:paraId="4E9E1997" w14:textId="1754A221"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8" w:history="1">
        <w:r w:rsidRPr="00683E32">
          <w:rPr>
            <w:rStyle w:val="Hyperlink"/>
            <w:noProof/>
          </w:rPr>
          <w:t>Gambar 3. 11 Halaman Data Buku</w:t>
        </w:r>
        <w:r>
          <w:rPr>
            <w:noProof/>
            <w:webHidden/>
          </w:rPr>
          <w:tab/>
        </w:r>
        <w:r>
          <w:rPr>
            <w:noProof/>
            <w:webHidden/>
          </w:rPr>
          <w:fldChar w:fldCharType="begin"/>
        </w:r>
        <w:r>
          <w:rPr>
            <w:noProof/>
            <w:webHidden/>
          </w:rPr>
          <w:instrText xml:space="preserve"> PAGEREF _Toc205257748 \h </w:instrText>
        </w:r>
        <w:r>
          <w:rPr>
            <w:noProof/>
            <w:webHidden/>
          </w:rPr>
        </w:r>
        <w:r>
          <w:rPr>
            <w:noProof/>
            <w:webHidden/>
          </w:rPr>
          <w:fldChar w:fldCharType="separate"/>
        </w:r>
        <w:r w:rsidR="0003347B">
          <w:rPr>
            <w:noProof/>
            <w:webHidden/>
          </w:rPr>
          <w:t>29</w:t>
        </w:r>
        <w:r>
          <w:rPr>
            <w:noProof/>
            <w:webHidden/>
          </w:rPr>
          <w:fldChar w:fldCharType="end"/>
        </w:r>
      </w:hyperlink>
    </w:p>
    <w:p w14:paraId="2248953E" w14:textId="392CD440"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49" w:history="1">
        <w:r w:rsidRPr="00683E32">
          <w:rPr>
            <w:rStyle w:val="Hyperlink"/>
            <w:noProof/>
          </w:rPr>
          <w:t>Gambar 3. 12 Halaman previous Data Buku</w:t>
        </w:r>
        <w:r>
          <w:rPr>
            <w:noProof/>
            <w:webHidden/>
          </w:rPr>
          <w:tab/>
        </w:r>
        <w:r>
          <w:rPr>
            <w:noProof/>
            <w:webHidden/>
          </w:rPr>
          <w:fldChar w:fldCharType="begin"/>
        </w:r>
        <w:r>
          <w:rPr>
            <w:noProof/>
            <w:webHidden/>
          </w:rPr>
          <w:instrText xml:space="preserve"> PAGEREF _Toc205257749 \h </w:instrText>
        </w:r>
        <w:r>
          <w:rPr>
            <w:noProof/>
            <w:webHidden/>
          </w:rPr>
        </w:r>
        <w:r>
          <w:rPr>
            <w:noProof/>
            <w:webHidden/>
          </w:rPr>
          <w:fldChar w:fldCharType="separate"/>
        </w:r>
        <w:r w:rsidR="0003347B">
          <w:rPr>
            <w:noProof/>
            <w:webHidden/>
          </w:rPr>
          <w:t>30</w:t>
        </w:r>
        <w:r>
          <w:rPr>
            <w:noProof/>
            <w:webHidden/>
          </w:rPr>
          <w:fldChar w:fldCharType="end"/>
        </w:r>
      </w:hyperlink>
    </w:p>
    <w:p w14:paraId="559227C4" w14:textId="6D4CA0B3"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0" w:history="1">
        <w:r w:rsidRPr="00683E32">
          <w:rPr>
            <w:rStyle w:val="Hyperlink"/>
            <w:noProof/>
          </w:rPr>
          <w:t>Gambar 3. 13 Halaman Pencarian</w:t>
        </w:r>
        <w:r>
          <w:rPr>
            <w:noProof/>
            <w:webHidden/>
          </w:rPr>
          <w:tab/>
        </w:r>
        <w:r>
          <w:rPr>
            <w:noProof/>
            <w:webHidden/>
          </w:rPr>
          <w:fldChar w:fldCharType="begin"/>
        </w:r>
        <w:r>
          <w:rPr>
            <w:noProof/>
            <w:webHidden/>
          </w:rPr>
          <w:instrText xml:space="preserve"> PAGEREF _Toc205257750 \h </w:instrText>
        </w:r>
        <w:r>
          <w:rPr>
            <w:noProof/>
            <w:webHidden/>
          </w:rPr>
        </w:r>
        <w:r>
          <w:rPr>
            <w:noProof/>
            <w:webHidden/>
          </w:rPr>
          <w:fldChar w:fldCharType="separate"/>
        </w:r>
        <w:r w:rsidR="0003347B">
          <w:rPr>
            <w:noProof/>
            <w:webHidden/>
          </w:rPr>
          <w:t>30</w:t>
        </w:r>
        <w:r>
          <w:rPr>
            <w:noProof/>
            <w:webHidden/>
          </w:rPr>
          <w:fldChar w:fldCharType="end"/>
        </w:r>
      </w:hyperlink>
    </w:p>
    <w:p w14:paraId="630C658A" w14:textId="250671BC"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1" w:history="1">
        <w:r w:rsidRPr="00683E32">
          <w:rPr>
            <w:rStyle w:val="Hyperlink"/>
            <w:noProof/>
          </w:rPr>
          <w:t>Gambar 3. 14 Pop up hapus data</w:t>
        </w:r>
        <w:r>
          <w:rPr>
            <w:noProof/>
            <w:webHidden/>
          </w:rPr>
          <w:tab/>
        </w:r>
        <w:r>
          <w:rPr>
            <w:noProof/>
            <w:webHidden/>
          </w:rPr>
          <w:fldChar w:fldCharType="begin"/>
        </w:r>
        <w:r>
          <w:rPr>
            <w:noProof/>
            <w:webHidden/>
          </w:rPr>
          <w:instrText xml:space="preserve"> PAGEREF _Toc205257751 \h </w:instrText>
        </w:r>
        <w:r>
          <w:rPr>
            <w:noProof/>
            <w:webHidden/>
          </w:rPr>
        </w:r>
        <w:r>
          <w:rPr>
            <w:noProof/>
            <w:webHidden/>
          </w:rPr>
          <w:fldChar w:fldCharType="separate"/>
        </w:r>
        <w:r w:rsidR="0003347B">
          <w:rPr>
            <w:noProof/>
            <w:webHidden/>
          </w:rPr>
          <w:t>31</w:t>
        </w:r>
        <w:r>
          <w:rPr>
            <w:noProof/>
            <w:webHidden/>
          </w:rPr>
          <w:fldChar w:fldCharType="end"/>
        </w:r>
      </w:hyperlink>
    </w:p>
    <w:p w14:paraId="6DA04914" w14:textId="2F3CBB36"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2" w:history="1">
        <w:r w:rsidRPr="00683E32">
          <w:rPr>
            <w:rStyle w:val="Hyperlink"/>
            <w:noProof/>
          </w:rPr>
          <w:t>Gambar 3. 15 Halaman Tambah Data Buku</w:t>
        </w:r>
        <w:r>
          <w:rPr>
            <w:noProof/>
            <w:webHidden/>
          </w:rPr>
          <w:tab/>
        </w:r>
        <w:r>
          <w:rPr>
            <w:noProof/>
            <w:webHidden/>
          </w:rPr>
          <w:fldChar w:fldCharType="begin"/>
        </w:r>
        <w:r>
          <w:rPr>
            <w:noProof/>
            <w:webHidden/>
          </w:rPr>
          <w:instrText xml:space="preserve"> PAGEREF _Toc205257752 \h </w:instrText>
        </w:r>
        <w:r>
          <w:rPr>
            <w:noProof/>
            <w:webHidden/>
          </w:rPr>
        </w:r>
        <w:r>
          <w:rPr>
            <w:noProof/>
            <w:webHidden/>
          </w:rPr>
          <w:fldChar w:fldCharType="separate"/>
        </w:r>
        <w:r w:rsidR="0003347B">
          <w:rPr>
            <w:noProof/>
            <w:webHidden/>
          </w:rPr>
          <w:t>31</w:t>
        </w:r>
        <w:r>
          <w:rPr>
            <w:noProof/>
            <w:webHidden/>
          </w:rPr>
          <w:fldChar w:fldCharType="end"/>
        </w:r>
      </w:hyperlink>
    </w:p>
    <w:p w14:paraId="39207E53" w14:textId="7DC5421E"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3" w:history="1">
        <w:r w:rsidRPr="00683E32">
          <w:rPr>
            <w:rStyle w:val="Hyperlink"/>
            <w:noProof/>
          </w:rPr>
          <w:t>Gambar 3. 16 Halaman Edit</w:t>
        </w:r>
        <w:r>
          <w:rPr>
            <w:noProof/>
            <w:webHidden/>
          </w:rPr>
          <w:tab/>
        </w:r>
        <w:r>
          <w:rPr>
            <w:noProof/>
            <w:webHidden/>
          </w:rPr>
          <w:fldChar w:fldCharType="begin"/>
        </w:r>
        <w:r>
          <w:rPr>
            <w:noProof/>
            <w:webHidden/>
          </w:rPr>
          <w:instrText xml:space="preserve"> PAGEREF _Toc205257753 \h </w:instrText>
        </w:r>
        <w:r>
          <w:rPr>
            <w:noProof/>
            <w:webHidden/>
          </w:rPr>
        </w:r>
        <w:r>
          <w:rPr>
            <w:noProof/>
            <w:webHidden/>
          </w:rPr>
          <w:fldChar w:fldCharType="separate"/>
        </w:r>
        <w:r w:rsidR="0003347B">
          <w:rPr>
            <w:noProof/>
            <w:webHidden/>
          </w:rPr>
          <w:t>32</w:t>
        </w:r>
        <w:r>
          <w:rPr>
            <w:noProof/>
            <w:webHidden/>
          </w:rPr>
          <w:fldChar w:fldCharType="end"/>
        </w:r>
      </w:hyperlink>
    </w:p>
    <w:p w14:paraId="2E9B0BF2" w14:textId="27DDF7D5"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4" w:history="1">
        <w:r w:rsidRPr="00683E32">
          <w:rPr>
            <w:rStyle w:val="Hyperlink"/>
            <w:noProof/>
          </w:rPr>
          <w:t>Gambar 3. 17 Halaman Beranda</w:t>
        </w:r>
        <w:r>
          <w:rPr>
            <w:noProof/>
            <w:webHidden/>
          </w:rPr>
          <w:tab/>
        </w:r>
        <w:r>
          <w:rPr>
            <w:noProof/>
            <w:webHidden/>
          </w:rPr>
          <w:fldChar w:fldCharType="begin"/>
        </w:r>
        <w:r>
          <w:rPr>
            <w:noProof/>
            <w:webHidden/>
          </w:rPr>
          <w:instrText xml:space="preserve"> PAGEREF _Toc205257754 \h </w:instrText>
        </w:r>
        <w:r>
          <w:rPr>
            <w:noProof/>
            <w:webHidden/>
          </w:rPr>
        </w:r>
        <w:r>
          <w:rPr>
            <w:noProof/>
            <w:webHidden/>
          </w:rPr>
          <w:fldChar w:fldCharType="separate"/>
        </w:r>
        <w:r w:rsidR="0003347B">
          <w:rPr>
            <w:noProof/>
            <w:webHidden/>
          </w:rPr>
          <w:t>33</w:t>
        </w:r>
        <w:r>
          <w:rPr>
            <w:noProof/>
            <w:webHidden/>
          </w:rPr>
          <w:fldChar w:fldCharType="end"/>
        </w:r>
      </w:hyperlink>
    </w:p>
    <w:p w14:paraId="0D261BEF" w14:textId="144A20C1"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5" w:history="1">
        <w:r w:rsidRPr="00683E32">
          <w:rPr>
            <w:rStyle w:val="Hyperlink"/>
            <w:noProof/>
          </w:rPr>
          <w:t>Gambar 3. 18 Halaman Koleksi Buku</w:t>
        </w:r>
        <w:r>
          <w:rPr>
            <w:noProof/>
            <w:webHidden/>
          </w:rPr>
          <w:tab/>
        </w:r>
        <w:r>
          <w:rPr>
            <w:noProof/>
            <w:webHidden/>
          </w:rPr>
          <w:fldChar w:fldCharType="begin"/>
        </w:r>
        <w:r>
          <w:rPr>
            <w:noProof/>
            <w:webHidden/>
          </w:rPr>
          <w:instrText xml:space="preserve"> PAGEREF _Toc205257755 \h </w:instrText>
        </w:r>
        <w:r>
          <w:rPr>
            <w:noProof/>
            <w:webHidden/>
          </w:rPr>
        </w:r>
        <w:r>
          <w:rPr>
            <w:noProof/>
            <w:webHidden/>
          </w:rPr>
          <w:fldChar w:fldCharType="separate"/>
        </w:r>
        <w:r w:rsidR="0003347B">
          <w:rPr>
            <w:noProof/>
            <w:webHidden/>
          </w:rPr>
          <w:t>34</w:t>
        </w:r>
        <w:r>
          <w:rPr>
            <w:noProof/>
            <w:webHidden/>
          </w:rPr>
          <w:fldChar w:fldCharType="end"/>
        </w:r>
      </w:hyperlink>
    </w:p>
    <w:p w14:paraId="0A0A4B36" w14:textId="2E227BDE"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6" w:history="1">
        <w:r w:rsidRPr="00683E32">
          <w:rPr>
            <w:rStyle w:val="Hyperlink"/>
            <w:noProof/>
          </w:rPr>
          <w:t>Gambar 3. 19 Koleksi buku terbaru</w:t>
        </w:r>
        <w:r>
          <w:rPr>
            <w:noProof/>
            <w:webHidden/>
          </w:rPr>
          <w:tab/>
        </w:r>
        <w:r>
          <w:rPr>
            <w:noProof/>
            <w:webHidden/>
          </w:rPr>
          <w:fldChar w:fldCharType="begin"/>
        </w:r>
        <w:r>
          <w:rPr>
            <w:noProof/>
            <w:webHidden/>
          </w:rPr>
          <w:instrText xml:space="preserve"> PAGEREF _Toc205257756 \h </w:instrText>
        </w:r>
        <w:r>
          <w:rPr>
            <w:noProof/>
            <w:webHidden/>
          </w:rPr>
        </w:r>
        <w:r>
          <w:rPr>
            <w:noProof/>
            <w:webHidden/>
          </w:rPr>
          <w:fldChar w:fldCharType="separate"/>
        </w:r>
        <w:r w:rsidR="0003347B">
          <w:rPr>
            <w:noProof/>
            <w:webHidden/>
          </w:rPr>
          <w:t>34</w:t>
        </w:r>
        <w:r>
          <w:rPr>
            <w:noProof/>
            <w:webHidden/>
          </w:rPr>
          <w:fldChar w:fldCharType="end"/>
        </w:r>
      </w:hyperlink>
    </w:p>
    <w:p w14:paraId="47F4109D" w14:textId="41EBF77C" w:rsidR="00D63E5C" w:rsidRDefault="00D63E5C" w:rsidP="00D63E5C">
      <w:pPr>
        <w:pStyle w:val="TableofFigures"/>
        <w:tabs>
          <w:tab w:val="right" w:leader="dot" w:pos="7928"/>
        </w:tabs>
        <w:rPr>
          <w:rFonts w:asciiTheme="minorHAnsi" w:hAnsiTheme="minorHAnsi"/>
          <w:noProof/>
          <w:kern w:val="2"/>
          <w:szCs w:val="24"/>
          <w:lang w:eastAsia="zh-CN"/>
          <w14:ligatures w14:val="standardContextual"/>
        </w:rPr>
      </w:pPr>
      <w:hyperlink w:anchor="_Toc205257757" w:history="1">
        <w:r w:rsidRPr="00683E32">
          <w:rPr>
            <w:rStyle w:val="Hyperlink"/>
            <w:noProof/>
          </w:rPr>
          <w:t>Gambar 3. 20 Halaman detail_buku</w:t>
        </w:r>
        <w:r>
          <w:rPr>
            <w:noProof/>
            <w:webHidden/>
          </w:rPr>
          <w:tab/>
        </w:r>
        <w:r>
          <w:rPr>
            <w:noProof/>
            <w:webHidden/>
          </w:rPr>
          <w:fldChar w:fldCharType="begin"/>
        </w:r>
        <w:r>
          <w:rPr>
            <w:noProof/>
            <w:webHidden/>
          </w:rPr>
          <w:instrText xml:space="preserve"> PAGEREF _Toc205257757 \h </w:instrText>
        </w:r>
        <w:r>
          <w:rPr>
            <w:noProof/>
            <w:webHidden/>
          </w:rPr>
        </w:r>
        <w:r>
          <w:rPr>
            <w:noProof/>
            <w:webHidden/>
          </w:rPr>
          <w:fldChar w:fldCharType="separate"/>
        </w:r>
        <w:r w:rsidR="0003347B">
          <w:rPr>
            <w:noProof/>
            <w:webHidden/>
          </w:rPr>
          <w:t>35</w:t>
        </w:r>
        <w:r>
          <w:rPr>
            <w:noProof/>
            <w:webHidden/>
          </w:rPr>
          <w:fldChar w:fldCharType="end"/>
        </w:r>
      </w:hyperlink>
    </w:p>
    <w:p w14:paraId="2DF3FE1C" w14:textId="792E2123" w:rsidR="00F936C1" w:rsidRPr="00FD6DAD" w:rsidRDefault="00D63E5C" w:rsidP="00D63E5C">
      <w:pPr>
        <w:rPr>
          <w:rFonts w:cs="Times New Roman"/>
        </w:rPr>
      </w:pPr>
      <w:r>
        <w:rPr>
          <w:rFonts w:cs="Times New Roman"/>
        </w:rPr>
        <w:fldChar w:fldCharType="end"/>
      </w:r>
    </w:p>
    <w:p w14:paraId="17F0A454" w14:textId="3CC4964D" w:rsidR="002F72F9" w:rsidRPr="00FD6DAD" w:rsidRDefault="00F660D2" w:rsidP="00D70A29">
      <w:pPr>
        <w:pStyle w:val="TableofFigures"/>
        <w:tabs>
          <w:tab w:val="right" w:leader="dot" w:pos="9017"/>
        </w:tabs>
        <w:rPr>
          <w:rFonts w:eastAsiaTheme="majorEastAsia" w:cs="Times New Roman"/>
          <w:b/>
          <w:bCs/>
          <w:color w:val="000000" w:themeColor="text1"/>
          <w:szCs w:val="28"/>
          <w:lang w:val="id"/>
        </w:rPr>
      </w:pPr>
      <w:r w:rsidRPr="00FD6DAD">
        <w:rPr>
          <w:rFonts w:eastAsiaTheme="majorEastAsia" w:cs="Times New Roman"/>
          <w:b/>
          <w:bCs/>
          <w:color w:val="000000" w:themeColor="text1"/>
          <w:szCs w:val="28"/>
          <w:lang w:val="id"/>
        </w:rPr>
        <w:t xml:space="preserve"> </w:t>
      </w:r>
    </w:p>
    <w:p w14:paraId="46903807" w14:textId="77777777" w:rsidR="00F936C1" w:rsidRPr="00FD6DAD" w:rsidRDefault="00F936C1" w:rsidP="00D70A29">
      <w:pPr>
        <w:jc w:val="left"/>
        <w:rPr>
          <w:rFonts w:eastAsiaTheme="majorEastAsia" w:cs="Times New Roman"/>
          <w:b/>
          <w:bCs/>
          <w:color w:val="000000" w:themeColor="text1"/>
          <w:szCs w:val="28"/>
          <w:lang w:val="id"/>
        </w:rPr>
      </w:pPr>
      <w:r w:rsidRPr="00FD6DAD">
        <w:rPr>
          <w:rFonts w:cs="Times New Roman"/>
          <w:lang w:val="id"/>
        </w:rPr>
        <w:br w:type="page"/>
      </w:r>
    </w:p>
    <w:p w14:paraId="70AA5881" w14:textId="6E37E3DF" w:rsidR="006F22EA" w:rsidRPr="00FD6DAD" w:rsidRDefault="002F72F9" w:rsidP="0097332F">
      <w:pPr>
        <w:pStyle w:val="Heading1"/>
      </w:pPr>
      <w:bookmarkStart w:id="18" w:name="_Toc205248708"/>
      <w:bookmarkStart w:id="19" w:name="_Toc205261356"/>
      <w:r w:rsidRPr="00FD6DAD">
        <w:lastRenderedPageBreak/>
        <w:t>DAFTAR</w:t>
      </w:r>
      <w:r w:rsidR="00F660D2" w:rsidRPr="00FD6DAD">
        <w:t xml:space="preserve"> </w:t>
      </w:r>
      <w:r w:rsidRPr="00FD6DAD">
        <w:t>TABEL</w:t>
      </w:r>
      <w:bookmarkEnd w:id="18"/>
      <w:bookmarkEnd w:id="19"/>
    </w:p>
    <w:p w14:paraId="0903A966" w14:textId="1BCCF440" w:rsidR="002F72F9" w:rsidRPr="00FD6DAD" w:rsidRDefault="002F72F9" w:rsidP="00D70A29">
      <w:pPr>
        <w:pStyle w:val="TableofFigures"/>
        <w:tabs>
          <w:tab w:val="right" w:leader="dot" w:pos="9017"/>
        </w:tabs>
        <w:rPr>
          <w:rFonts w:cs="Times New Roman"/>
          <w:lang w:val="id"/>
        </w:rPr>
      </w:pPr>
    </w:p>
    <w:bookmarkStart w:id="20" w:name="_Toc204310504"/>
    <w:p w14:paraId="0CE8DB69" w14:textId="60B03995" w:rsidR="0010775C" w:rsidRDefault="0010775C">
      <w:pPr>
        <w:pStyle w:val="TableofFigures"/>
        <w:tabs>
          <w:tab w:val="right" w:leader="dot" w:pos="7928"/>
        </w:tabs>
        <w:rPr>
          <w:rFonts w:asciiTheme="minorHAnsi" w:hAnsiTheme="minorHAnsi"/>
          <w:noProof/>
          <w:kern w:val="2"/>
          <w:szCs w:val="24"/>
          <w:lang w:eastAsia="zh-CN"/>
          <w14:ligatures w14:val="standardContextual"/>
        </w:rPr>
      </w:pPr>
      <w:r>
        <w:rPr>
          <w:rFonts w:eastAsiaTheme="majorEastAsia" w:cs="Times New Roman"/>
          <w:b/>
          <w:bCs/>
          <w:color w:val="000000" w:themeColor="text1"/>
          <w:szCs w:val="28"/>
          <w:lang w:val="id"/>
        </w:rPr>
        <w:fldChar w:fldCharType="begin"/>
      </w:r>
      <w:r>
        <w:rPr>
          <w:rFonts w:eastAsiaTheme="majorEastAsia" w:cs="Times New Roman"/>
          <w:b/>
          <w:bCs/>
          <w:color w:val="000000" w:themeColor="text1"/>
          <w:szCs w:val="28"/>
          <w:lang w:val="id"/>
        </w:rPr>
        <w:instrText xml:space="preserve"> TOC \h \z \c "Table 2." </w:instrText>
      </w:r>
      <w:r>
        <w:rPr>
          <w:rFonts w:eastAsiaTheme="majorEastAsia" w:cs="Times New Roman"/>
          <w:b/>
          <w:bCs/>
          <w:color w:val="000000" w:themeColor="text1"/>
          <w:szCs w:val="28"/>
          <w:lang w:val="id"/>
        </w:rPr>
        <w:fldChar w:fldCharType="separate"/>
      </w:r>
      <w:hyperlink w:anchor="_Toc205199199" w:history="1">
        <w:r w:rsidRPr="0012016A">
          <w:rPr>
            <w:rStyle w:val="Hyperlink"/>
            <w:noProof/>
          </w:rPr>
          <w:t xml:space="preserve">Table 2. 1 Simbol Diagram </w:t>
        </w:r>
        <w:r w:rsidR="00CA1B38" w:rsidRPr="00CA1B38">
          <w:rPr>
            <w:rStyle w:val="Hyperlink"/>
            <w:i/>
            <w:iCs/>
            <w:noProof/>
          </w:rPr>
          <w:t>Flowchart</w:t>
        </w:r>
        <w:r>
          <w:rPr>
            <w:noProof/>
            <w:webHidden/>
          </w:rPr>
          <w:tab/>
        </w:r>
        <w:r>
          <w:rPr>
            <w:noProof/>
            <w:webHidden/>
          </w:rPr>
          <w:fldChar w:fldCharType="begin"/>
        </w:r>
        <w:r>
          <w:rPr>
            <w:noProof/>
            <w:webHidden/>
          </w:rPr>
          <w:instrText xml:space="preserve"> PAGEREF _Toc205199199 \h </w:instrText>
        </w:r>
        <w:r>
          <w:rPr>
            <w:noProof/>
            <w:webHidden/>
          </w:rPr>
        </w:r>
        <w:r>
          <w:rPr>
            <w:noProof/>
            <w:webHidden/>
          </w:rPr>
          <w:fldChar w:fldCharType="separate"/>
        </w:r>
        <w:r w:rsidR="0003347B">
          <w:rPr>
            <w:noProof/>
            <w:webHidden/>
          </w:rPr>
          <w:t>15</w:t>
        </w:r>
        <w:r>
          <w:rPr>
            <w:noProof/>
            <w:webHidden/>
          </w:rPr>
          <w:fldChar w:fldCharType="end"/>
        </w:r>
      </w:hyperlink>
    </w:p>
    <w:p w14:paraId="5C35F733" w14:textId="3F1E2778" w:rsidR="0010775C" w:rsidRDefault="0010775C">
      <w:pPr>
        <w:pStyle w:val="TableofFigures"/>
        <w:tabs>
          <w:tab w:val="right" w:leader="dot" w:pos="7928"/>
        </w:tabs>
        <w:rPr>
          <w:rFonts w:asciiTheme="minorHAnsi" w:hAnsiTheme="minorHAnsi"/>
          <w:noProof/>
          <w:kern w:val="2"/>
          <w:szCs w:val="24"/>
          <w:lang w:eastAsia="zh-CN"/>
          <w14:ligatures w14:val="standardContextual"/>
        </w:rPr>
      </w:pPr>
      <w:hyperlink w:anchor="_Toc205199200" w:history="1">
        <w:r w:rsidRPr="0012016A">
          <w:rPr>
            <w:rStyle w:val="Hyperlink"/>
            <w:noProof/>
          </w:rPr>
          <w:t xml:space="preserve">Table 2. 2 Simbol </w:t>
        </w:r>
        <w:r w:rsidR="00CA1B38" w:rsidRPr="00CA1B38">
          <w:rPr>
            <w:rStyle w:val="Hyperlink"/>
            <w:i/>
            <w:iCs/>
            <w:noProof/>
          </w:rPr>
          <w:t>Usecase Diagram</w:t>
        </w:r>
        <w:r>
          <w:rPr>
            <w:noProof/>
            <w:webHidden/>
          </w:rPr>
          <w:tab/>
        </w:r>
        <w:r>
          <w:rPr>
            <w:noProof/>
            <w:webHidden/>
          </w:rPr>
          <w:fldChar w:fldCharType="begin"/>
        </w:r>
        <w:r>
          <w:rPr>
            <w:noProof/>
            <w:webHidden/>
          </w:rPr>
          <w:instrText xml:space="preserve"> PAGEREF _Toc205199200 \h </w:instrText>
        </w:r>
        <w:r>
          <w:rPr>
            <w:noProof/>
            <w:webHidden/>
          </w:rPr>
        </w:r>
        <w:r>
          <w:rPr>
            <w:noProof/>
            <w:webHidden/>
          </w:rPr>
          <w:fldChar w:fldCharType="separate"/>
        </w:r>
        <w:r w:rsidR="0003347B">
          <w:rPr>
            <w:noProof/>
            <w:webHidden/>
          </w:rPr>
          <w:t>16</w:t>
        </w:r>
        <w:r>
          <w:rPr>
            <w:noProof/>
            <w:webHidden/>
          </w:rPr>
          <w:fldChar w:fldCharType="end"/>
        </w:r>
      </w:hyperlink>
    </w:p>
    <w:p w14:paraId="1D59583D" w14:textId="70B49308" w:rsidR="0010775C" w:rsidRDefault="0010775C">
      <w:pPr>
        <w:pStyle w:val="TableofFigures"/>
        <w:tabs>
          <w:tab w:val="right" w:leader="dot" w:pos="7928"/>
        </w:tabs>
        <w:rPr>
          <w:rFonts w:asciiTheme="minorHAnsi" w:hAnsiTheme="minorHAnsi"/>
          <w:noProof/>
          <w:kern w:val="2"/>
          <w:szCs w:val="24"/>
          <w:lang w:eastAsia="zh-CN"/>
          <w14:ligatures w14:val="standardContextual"/>
        </w:rPr>
      </w:pPr>
      <w:hyperlink w:anchor="_Toc205199201" w:history="1">
        <w:r w:rsidRPr="0012016A">
          <w:rPr>
            <w:rStyle w:val="Hyperlink"/>
            <w:noProof/>
          </w:rPr>
          <w:t xml:space="preserve">Table 2. 3 Simbol dalam </w:t>
        </w:r>
        <w:r w:rsidR="004F419D" w:rsidRPr="004F419D">
          <w:rPr>
            <w:rStyle w:val="Hyperlink"/>
            <w:i/>
            <w:iCs/>
            <w:noProof/>
          </w:rPr>
          <w:t>Entity Relationship Diagram</w:t>
        </w:r>
        <w:r>
          <w:rPr>
            <w:noProof/>
            <w:webHidden/>
          </w:rPr>
          <w:tab/>
        </w:r>
        <w:r>
          <w:rPr>
            <w:noProof/>
            <w:webHidden/>
          </w:rPr>
          <w:fldChar w:fldCharType="begin"/>
        </w:r>
        <w:r>
          <w:rPr>
            <w:noProof/>
            <w:webHidden/>
          </w:rPr>
          <w:instrText xml:space="preserve"> PAGEREF _Toc205199201 \h </w:instrText>
        </w:r>
        <w:r>
          <w:rPr>
            <w:noProof/>
            <w:webHidden/>
          </w:rPr>
        </w:r>
        <w:r>
          <w:rPr>
            <w:noProof/>
            <w:webHidden/>
          </w:rPr>
          <w:fldChar w:fldCharType="separate"/>
        </w:r>
        <w:r w:rsidR="0003347B">
          <w:rPr>
            <w:noProof/>
            <w:webHidden/>
          </w:rPr>
          <w:t>17</w:t>
        </w:r>
        <w:r>
          <w:rPr>
            <w:noProof/>
            <w:webHidden/>
          </w:rPr>
          <w:fldChar w:fldCharType="end"/>
        </w:r>
      </w:hyperlink>
    </w:p>
    <w:p w14:paraId="662FE569" w14:textId="04C6DC1C" w:rsidR="00534C4B" w:rsidRDefault="0010775C" w:rsidP="0010775C">
      <w:pPr>
        <w:pStyle w:val="TableofFigures"/>
        <w:tabs>
          <w:tab w:val="right" w:leader="dot" w:pos="7928"/>
        </w:tabs>
        <w:rPr>
          <w:noProof/>
        </w:rPr>
      </w:pPr>
      <w:hyperlink w:anchor="_Toc205199202" w:history="1">
        <w:r w:rsidRPr="0012016A">
          <w:rPr>
            <w:rStyle w:val="Hyperlink"/>
            <w:noProof/>
          </w:rPr>
          <w:t xml:space="preserve">Table 2. 4 Simbol </w:t>
        </w:r>
        <w:r w:rsidR="004F419D" w:rsidRPr="004F419D">
          <w:rPr>
            <w:rStyle w:val="Hyperlink"/>
            <w:i/>
            <w:iCs/>
            <w:noProof/>
          </w:rPr>
          <w:t>Sequence Diagram</w:t>
        </w:r>
        <w:r>
          <w:rPr>
            <w:noProof/>
            <w:webHidden/>
          </w:rPr>
          <w:tab/>
        </w:r>
        <w:r>
          <w:rPr>
            <w:noProof/>
            <w:webHidden/>
          </w:rPr>
          <w:fldChar w:fldCharType="begin"/>
        </w:r>
        <w:r>
          <w:rPr>
            <w:noProof/>
            <w:webHidden/>
          </w:rPr>
          <w:instrText xml:space="preserve"> PAGEREF _Toc205199202 \h </w:instrText>
        </w:r>
        <w:r>
          <w:rPr>
            <w:noProof/>
            <w:webHidden/>
          </w:rPr>
        </w:r>
        <w:r>
          <w:rPr>
            <w:noProof/>
            <w:webHidden/>
          </w:rPr>
          <w:fldChar w:fldCharType="separate"/>
        </w:r>
        <w:r w:rsidR="0003347B">
          <w:rPr>
            <w:noProof/>
            <w:webHidden/>
          </w:rPr>
          <w:t>18</w:t>
        </w:r>
        <w:r>
          <w:rPr>
            <w:noProof/>
            <w:webHidden/>
          </w:rPr>
          <w:fldChar w:fldCharType="end"/>
        </w:r>
      </w:hyperlink>
      <w:r>
        <w:rPr>
          <w:rFonts w:eastAsiaTheme="majorEastAsia" w:cs="Times New Roman"/>
          <w:b/>
          <w:bCs/>
          <w:color w:val="000000" w:themeColor="text1"/>
          <w:szCs w:val="28"/>
          <w:lang w:val="id"/>
        </w:rPr>
        <w:fldChar w:fldCharType="end"/>
      </w:r>
      <w:r>
        <w:rPr>
          <w:rFonts w:eastAsiaTheme="majorEastAsia" w:cs="Times New Roman"/>
          <w:b/>
          <w:bCs/>
          <w:color w:val="000000" w:themeColor="text1"/>
          <w:szCs w:val="28"/>
          <w:lang w:val="id"/>
        </w:rPr>
        <w:fldChar w:fldCharType="begin"/>
      </w:r>
      <w:r>
        <w:rPr>
          <w:rFonts w:eastAsiaTheme="majorEastAsia" w:cs="Times New Roman"/>
          <w:b/>
          <w:bCs/>
          <w:color w:val="000000" w:themeColor="text1"/>
          <w:szCs w:val="28"/>
          <w:lang w:val="id"/>
        </w:rPr>
        <w:instrText xml:space="preserve"> TOC \h \z \c "Tabel 3." </w:instrText>
      </w:r>
      <w:r>
        <w:rPr>
          <w:rFonts w:eastAsiaTheme="majorEastAsia" w:cs="Times New Roman"/>
          <w:b/>
          <w:bCs/>
          <w:color w:val="000000" w:themeColor="text1"/>
          <w:szCs w:val="28"/>
          <w:lang w:val="id"/>
        </w:rPr>
        <w:fldChar w:fldCharType="separate"/>
      </w:r>
    </w:p>
    <w:p w14:paraId="5680D957" w14:textId="294B22A8" w:rsidR="00534C4B" w:rsidRDefault="00534C4B">
      <w:pPr>
        <w:pStyle w:val="TableofFigures"/>
        <w:tabs>
          <w:tab w:val="right" w:leader="dot" w:pos="7928"/>
        </w:tabs>
        <w:rPr>
          <w:rFonts w:asciiTheme="minorHAnsi" w:hAnsiTheme="minorHAnsi"/>
          <w:noProof/>
          <w:kern w:val="2"/>
          <w:szCs w:val="24"/>
          <w:lang w:eastAsia="zh-CN"/>
          <w14:ligatures w14:val="standardContextual"/>
        </w:rPr>
      </w:pPr>
      <w:hyperlink w:anchor="_Toc205257758" w:history="1">
        <w:r w:rsidRPr="00144CBA">
          <w:rPr>
            <w:rStyle w:val="Hyperlink"/>
            <w:noProof/>
          </w:rPr>
          <w:t>Tabel 3. 1 Bentuk Kegiatan</w:t>
        </w:r>
        <w:r>
          <w:rPr>
            <w:noProof/>
            <w:webHidden/>
          </w:rPr>
          <w:tab/>
        </w:r>
        <w:r>
          <w:rPr>
            <w:noProof/>
            <w:webHidden/>
          </w:rPr>
          <w:fldChar w:fldCharType="begin"/>
        </w:r>
        <w:r>
          <w:rPr>
            <w:noProof/>
            <w:webHidden/>
          </w:rPr>
          <w:instrText xml:space="preserve"> PAGEREF _Toc205257758 \h </w:instrText>
        </w:r>
        <w:r>
          <w:rPr>
            <w:noProof/>
            <w:webHidden/>
          </w:rPr>
        </w:r>
        <w:r>
          <w:rPr>
            <w:noProof/>
            <w:webHidden/>
          </w:rPr>
          <w:fldChar w:fldCharType="separate"/>
        </w:r>
        <w:r w:rsidR="0003347B">
          <w:rPr>
            <w:noProof/>
            <w:webHidden/>
          </w:rPr>
          <w:t>21</w:t>
        </w:r>
        <w:r>
          <w:rPr>
            <w:noProof/>
            <w:webHidden/>
          </w:rPr>
          <w:fldChar w:fldCharType="end"/>
        </w:r>
      </w:hyperlink>
    </w:p>
    <w:p w14:paraId="33D4AE8B" w14:textId="2690EEDC" w:rsidR="00BB5D2B" w:rsidRPr="00FD6DAD" w:rsidRDefault="0010775C" w:rsidP="00D70A29">
      <w:pPr>
        <w:pStyle w:val="TableofFigures"/>
        <w:tabs>
          <w:tab w:val="right" w:leader="dot" w:pos="9017"/>
        </w:tabs>
        <w:jc w:val="left"/>
        <w:rPr>
          <w:rFonts w:eastAsiaTheme="majorEastAsia" w:cs="Times New Roman"/>
          <w:b/>
          <w:bCs/>
          <w:color w:val="000000" w:themeColor="text1"/>
          <w:szCs w:val="28"/>
          <w:lang w:val="id"/>
        </w:rPr>
      </w:pPr>
      <w:r>
        <w:rPr>
          <w:rFonts w:eastAsiaTheme="majorEastAsia" w:cs="Times New Roman"/>
          <w:b/>
          <w:bCs/>
          <w:color w:val="000000" w:themeColor="text1"/>
          <w:szCs w:val="28"/>
          <w:lang w:val="id"/>
        </w:rPr>
        <w:fldChar w:fldCharType="end"/>
      </w:r>
    </w:p>
    <w:p w14:paraId="2F2B72AB" w14:textId="0C6DC3C4" w:rsidR="00647FED" w:rsidRPr="00FD6DAD" w:rsidRDefault="00647FED" w:rsidP="00D70A29">
      <w:pPr>
        <w:rPr>
          <w:rFonts w:eastAsiaTheme="majorEastAsia" w:cs="Times New Roman"/>
          <w:b/>
          <w:bCs/>
          <w:color w:val="000000" w:themeColor="text1"/>
          <w:szCs w:val="28"/>
          <w:lang w:val="id"/>
        </w:rPr>
      </w:pPr>
    </w:p>
    <w:p w14:paraId="37D13E2F" w14:textId="77777777" w:rsidR="00BB5D2B" w:rsidRDefault="00BB5D2B" w:rsidP="00D70A29">
      <w:pPr>
        <w:jc w:val="left"/>
        <w:rPr>
          <w:rFonts w:eastAsiaTheme="majorEastAsia" w:cs="Times New Roman"/>
          <w:b/>
          <w:bCs/>
          <w:color w:val="000000" w:themeColor="text1"/>
          <w:szCs w:val="24"/>
          <w:lang w:val="id"/>
        </w:rPr>
      </w:pPr>
      <w:r>
        <w:rPr>
          <w:rFonts w:cs="Times New Roman"/>
          <w:szCs w:val="24"/>
          <w:lang w:val="id"/>
        </w:rPr>
        <w:br w:type="page"/>
      </w:r>
    </w:p>
    <w:p w14:paraId="106DDAAB" w14:textId="77777777" w:rsidR="00010864" w:rsidRDefault="00010864" w:rsidP="0097332F">
      <w:pPr>
        <w:pStyle w:val="Heading1"/>
        <w:sectPr w:rsidR="00010864" w:rsidSect="003361AB">
          <w:headerReference w:type="first" r:id="rId10"/>
          <w:pgSz w:w="11907" w:h="16840" w:code="9"/>
          <w:pgMar w:top="1701" w:right="1701" w:bottom="1701" w:left="2268" w:header="0" w:footer="1021" w:gutter="0"/>
          <w:pgNumType w:fmt="lowerRoman" w:start="1"/>
          <w:cols w:space="720"/>
          <w:docGrid w:linePitch="326"/>
        </w:sectPr>
      </w:pPr>
    </w:p>
    <w:p w14:paraId="54F3B1F5" w14:textId="4B43A79C" w:rsidR="00B842C8" w:rsidRPr="0003347B" w:rsidRDefault="00B842C8" w:rsidP="0097332F">
      <w:pPr>
        <w:pStyle w:val="Heading1"/>
      </w:pPr>
      <w:bookmarkStart w:id="21" w:name="_Toc205248709"/>
      <w:bookmarkStart w:id="22" w:name="_Toc205261357"/>
      <w:r w:rsidRPr="0003347B">
        <w:lastRenderedPageBreak/>
        <w:t>BAB</w:t>
      </w:r>
      <w:r w:rsidR="00F660D2" w:rsidRPr="0003347B">
        <w:t xml:space="preserve"> </w:t>
      </w:r>
      <w:bookmarkStart w:id="23" w:name="_Toc204310505"/>
      <w:bookmarkStart w:id="24" w:name="_Toc205248710"/>
      <w:bookmarkEnd w:id="20"/>
      <w:bookmarkEnd w:id="21"/>
      <w:r w:rsidR="0003347B">
        <w:t>I</w:t>
      </w:r>
      <w:r w:rsidR="00AF1370" w:rsidRPr="0003347B">
        <w:t xml:space="preserve"> </w:t>
      </w:r>
      <w:r w:rsidR="00AF1370" w:rsidRPr="0003347B">
        <w:br/>
      </w:r>
      <w:r w:rsidRPr="0003347B">
        <w:t>PENDAHULUAN</w:t>
      </w:r>
      <w:bookmarkEnd w:id="22"/>
      <w:bookmarkEnd w:id="23"/>
      <w:bookmarkEnd w:id="24"/>
    </w:p>
    <w:p w14:paraId="6C2C1487" w14:textId="77777777" w:rsidR="00BF305F" w:rsidRPr="00BF305F" w:rsidRDefault="00BF305F" w:rsidP="00BF305F">
      <w:pPr>
        <w:rPr>
          <w:lang w:val="id"/>
        </w:rPr>
      </w:pPr>
    </w:p>
    <w:p w14:paraId="23FEDE4B" w14:textId="45B77947" w:rsidR="00B842C8" w:rsidRPr="00387AD0" w:rsidRDefault="00E62B4E" w:rsidP="00B91E2C">
      <w:pPr>
        <w:pStyle w:val="Heading2"/>
        <w:numPr>
          <w:ilvl w:val="0"/>
          <w:numId w:val="22"/>
        </w:numPr>
        <w:spacing w:after="240" w:line="360" w:lineRule="auto"/>
        <w:ind w:left="426" w:hanging="426"/>
        <w:rPr>
          <w:rFonts w:cs="Times New Roman"/>
          <w:szCs w:val="24"/>
        </w:rPr>
      </w:pPr>
      <w:bookmarkStart w:id="25" w:name="_Toc204310506"/>
      <w:bookmarkStart w:id="26" w:name="_Toc205248711"/>
      <w:bookmarkStart w:id="27" w:name="_Toc205261358"/>
      <w:r w:rsidRPr="00387AD0">
        <w:rPr>
          <w:rFonts w:cs="Times New Roman"/>
          <w:szCs w:val="24"/>
          <w:lang w:val="id"/>
        </w:rPr>
        <w:t>Latar</w:t>
      </w:r>
      <w:r w:rsidR="00F660D2" w:rsidRPr="00387AD0">
        <w:rPr>
          <w:rFonts w:cs="Times New Roman"/>
          <w:spacing w:val="-6"/>
          <w:szCs w:val="24"/>
          <w:lang w:val="id"/>
        </w:rPr>
        <w:t xml:space="preserve"> </w:t>
      </w:r>
      <w:r w:rsidRPr="00387AD0">
        <w:rPr>
          <w:rFonts w:cs="Times New Roman"/>
          <w:szCs w:val="24"/>
          <w:lang w:val="id"/>
        </w:rPr>
        <w:t>Belakang</w:t>
      </w:r>
      <w:r w:rsidR="00F660D2" w:rsidRPr="00387AD0">
        <w:rPr>
          <w:rFonts w:cs="Times New Roman"/>
          <w:spacing w:val="-1"/>
          <w:szCs w:val="24"/>
          <w:lang w:val="id"/>
        </w:rPr>
        <w:t xml:space="preserve"> </w:t>
      </w:r>
      <w:r w:rsidRPr="00387AD0">
        <w:rPr>
          <w:rFonts w:cs="Times New Roman"/>
          <w:spacing w:val="-2"/>
          <w:szCs w:val="24"/>
          <w:lang w:val="id"/>
        </w:rPr>
        <w:t>Masalah</w:t>
      </w:r>
      <w:bookmarkEnd w:id="25"/>
      <w:bookmarkEnd w:id="26"/>
      <w:bookmarkEnd w:id="27"/>
    </w:p>
    <w:p w14:paraId="03A2B85E" w14:textId="5F6FF156" w:rsidR="00B842C8" w:rsidRPr="00387AD0" w:rsidRDefault="0046376E" w:rsidP="00B91E2C">
      <w:pPr>
        <w:widowControl w:val="0"/>
        <w:autoSpaceDE w:val="0"/>
        <w:autoSpaceDN w:val="0"/>
        <w:spacing w:line="360" w:lineRule="auto"/>
        <w:ind w:firstLine="720"/>
        <w:rPr>
          <w:rFonts w:eastAsia="Times New Roman" w:cs="Times New Roman"/>
          <w:szCs w:val="24"/>
          <w:lang w:val="id"/>
        </w:rPr>
      </w:pPr>
      <w:r w:rsidRPr="00387AD0">
        <w:rPr>
          <w:rFonts w:eastAsia="Times New Roman" w:cs="Times New Roman"/>
          <w:szCs w:val="24"/>
          <w:lang w:val="id"/>
        </w:rPr>
        <w:t>Seiring</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kemajuan</w:t>
      </w:r>
      <w:r w:rsidR="00F660D2" w:rsidRPr="00387AD0">
        <w:rPr>
          <w:rFonts w:eastAsia="Times New Roman" w:cs="Times New Roman"/>
          <w:szCs w:val="24"/>
          <w:lang w:val="id"/>
        </w:rPr>
        <w:t xml:space="preserve"> </w:t>
      </w:r>
      <w:r w:rsidRPr="00387AD0">
        <w:rPr>
          <w:rFonts w:eastAsia="Times New Roman" w:cs="Times New Roman"/>
          <w:szCs w:val="24"/>
          <w:lang w:val="id"/>
        </w:rPr>
        <w:t>teknologi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pesat,</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manual</w:t>
      </w:r>
      <w:r w:rsidR="00F660D2" w:rsidRPr="00387AD0">
        <w:rPr>
          <w:rFonts w:eastAsia="Times New Roman" w:cs="Times New Roman"/>
          <w:szCs w:val="24"/>
          <w:lang w:val="id"/>
        </w:rPr>
        <w:t xml:space="preserve"> </w:t>
      </w:r>
      <w:r w:rsidRPr="00387AD0">
        <w:rPr>
          <w:rFonts w:eastAsia="Times New Roman" w:cs="Times New Roman"/>
          <w:szCs w:val="24"/>
          <w:lang w:val="id"/>
        </w:rPr>
        <w:t>mulai</w:t>
      </w:r>
      <w:r w:rsidR="00F660D2" w:rsidRPr="00387AD0">
        <w:rPr>
          <w:rFonts w:eastAsia="Times New Roman" w:cs="Times New Roman"/>
          <w:szCs w:val="24"/>
          <w:lang w:val="id"/>
        </w:rPr>
        <w:t xml:space="preserve"> </w:t>
      </w:r>
      <w:r w:rsidRPr="00387AD0">
        <w:rPr>
          <w:rFonts w:eastAsia="Times New Roman" w:cs="Times New Roman"/>
          <w:szCs w:val="24"/>
          <w:lang w:val="id"/>
        </w:rPr>
        <w:t>tergantikan</w:t>
      </w:r>
      <w:r w:rsidR="00F660D2" w:rsidRPr="00387AD0">
        <w:rPr>
          <w:rFonts w:eastAsia="Times New Roman" w:cs="Times New Roman"/>
          <w:szCs w:val="24"/>
          <w:lang w:val="id"/>
        </w:rPr>
        <w:t xml:space="preserve"> </w:t>
      </w:r>
      <w:r w:rsidRPr="00387AD0">
        <w:rPr>
          <w:rFonts w:eastAsia="Times New Roman" w:cs="Times New Roman"/>
          <w:szCs w:val="24"/>
          <w:lang w:val="id"/>
        </w:rPr>
        <w:t>oleh</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Saat</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teknologi</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sudah</w:t>
      </w:r>
      <w:r w:rsidR="00F660D2" w:rsidRPr="00387AD0">
        <w:rPr>
          <w:rFonts w:eastAsia="Times New Roman" w:cs="Times New Roman"/>
          <w:szCs w:val="24"/>
          <w:lang w:val="id"/>
        </w:rPr>
        <w:t xml:space="preserve"> </w:t>
      </w:r>
      <w:r w:rsidRPr="00387AD0">
        <w:rPr>
          <w:rFonts w:eastAsia="Times New Roman" w:cs="Times New Roman"/>
          <w:szCs w:val="24"/>
          <w:lang w:val="id"/>
        </w:rPr>
        <w:t>banyak</w:t>
      </w:r>
      <w:r w:rsidR="00F660D2" w:rsidRPr="00387AD0">
        <w:rPr>
          <w:rFonts w:eastAsia="Times New Roman" w:cs="Times New Roman"/>
          <w:szCs w:val="24"/>
          <w:lang w:val="id"/>
        </w:rPr>
        <w:t xml:space="preserve"> </w:t>
      </w:r>
      <w:r w:rsidRPr="00387AD0">
        <w:rPr>
          <w:rFonts w:eastAsia="Times New Roman" w:cs="Times New Roman"/>
          <w:szCs w:val="24"/>
          <w:lang w:val="id"/>
        </w:rPr>
        <w:t>diterapkan</w:t>
      </w:r>
      <w:r w:rsidR="00F660D2" w:rsidRPr="00387AD0">
        <w:rPr>
          <w:rFonts w:eastAsia="Times New Roman" w:cs="Times New Roman"/>
          <w:szCs w:val="24"/>
          <w:lang w:val="id"/>
        </w:rPr>
        <w:t xml:space="preserve"> </w:t>
      </w:r>
      <w:r w:rsidRPr="00387AD0">
        <w:rPr>
          <w:rFonts w:eastAsia="Times New Roman" w:cs="Times New Roman"/>
          <w:szCs w:val="24"/>
          <w:lang w:val="id"/>
        </w:rPr>
        <w:t>hampir</w:t>
      </w:r>
      <w:r w:rsidR="00F660D2" w:rsidRPr="00387AD0">
        <w:rPr>
          <w:rFonts w:eastAsia="Times New Roman" w:cs="Times New Roman"/>
          <w:szCs w:val="24"/>
          <w:lang w:val="id"/>
        </w:rPr>
        <w:t xml:space="preserve"> </w:t>
      </w:r>
      <w:r w:rsidRPr="00387AD0">
        <w:rPr>
          <w:rFonts w:eastAsia="Times New Roman" w:cs="Times New Roman"/>
          <w:szCs w:val="24"/>
          <w:lang w:val="id"/>
        </w:rPr>
        <w:t>ke</w:t>
      </w:r>
      <w:r w:rsidR="00F660D2" w:rsidRPr="00387AD0">
        <w:rPr>
          <w:rFonts w:eastAsia="Times New Roman" w:cs="Times New Roman"/>
          <w:szCs w:val="24"/>
          <w:lang w:val="id"/>
        </w:rPr>
        <w:t xml:space="preserve"> </w:t>
      </w:r>
      <w:r w:rsidRPr="00387AD0">
        <w:rPr>
          <w:rFonts w:eastAsia="Times New Roman" w:cs="Times New Roman"/>
          <w:szCs w:val="24"/>
          <w:lang w:val="id"/>
        </w:rPr>
        <w:t>seluruh</w:t>
      </w:r>
      <w:r w:rsidR="00F660D2" w:rsidRPr="00387AD0">
        <w:rPr>
          <w:rFonts w:eastAsia="Times New Roman" w:cs="Times New Roman"/>
          <w:szCs w:val="24"/>
          <w:lang w:val="id"/>
        </w:rPr>
        <w:t xml:space="preserve"> </w:t>
      </w:r>
      <w:r w:rsidRPr="00387AD0">
        <w:rPr>
          <w:rFonts w:eastAsia="Times New Roman" w:cs="Times New Roman"/>
          <w:szCs w:val="24"/>
          <w:lang w:val="id"/>
        </w:rPr>
        <w:t>aspek</w:t>
      </w:r>
      <w:r w:rsidR="00F660D2" w:rsidRPr="00387AD0">
        <w:rPr>
          <w:rFonts w:eastAsia="Times New Roman" w:cs="Times New Roman"/>
          <w:szCs w:val="24"/>
          <w:lang w:val="id"/>
        </w:rPr>
        <w:t xml:space="preserve"> </w:t>
      </w:r>
      <w:r w:rsidRPr="00387AD0">
        <w:rPr>
          <w:rFonts w:eastAsia="Times New Roman" w:cs="Times New Roman"/>
          <w:szCs w:val="24"/>
          <w:lang w:val="id"/>
        </w:rPr>
        <w:t>kehidupan</w:t>
      </w:r>
      <w:r w:rsidR="00F660D2" w:rsidRPr="00387AD0">
        <w:rPr>
          <w:rFonts w:eastAsia="Times New Roman" w:cs="Times New Roman"/>
          <w:szCs w:val="24"/>
          <w:lang w:val="id"/>
        </w:rPr>
        <w:t xml:space="preserve"> </w:t>
      </w:r>
      <w:r w:rsidRPr="00387AD0">
        <w:rPr>
          <w:rFonts w:eastAsia="Times New Roman" w:cs="Times New Roman"/>
          <w:szCs w:val="24"/>
          <w:lang w:val="id"/>
        </w:rPr>
        <w:t>manusia,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termasuk</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sektor</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pengelolaan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pengetahuan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tengah</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Transformasi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menghadirkan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tantangan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sekaligus</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peluang</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bagi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institusi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seperti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Taman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Baca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Al-Azhari.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Sebagai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salah</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satu</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pilar</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penting</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dalam</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memfasilitasi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akses</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baca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menumbuhkan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budaya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kalangan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anak-anak,</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remaja,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hingga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dewasa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sekitarnya</w:t>
      </w:r>
      <w:r w:rsidR="00925EB6" w:rsidRPr="00387AD0">
        <w:rPr>
          <w:rFonts w:eastAsia="Times New Roman" w:cs="Times New Roman"/>
          <w:szCs w:val="24"/>
          <w:lang w:val="id"/>
        </w:rPr>
        <w:t>.</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Taman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Baca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Al-Azhari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memiliki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peran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strategis.</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Namun,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operasional</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internal</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yang</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masih</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mengandalkan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metode</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manual,</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seperti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pencatatan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katalogisasi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buku,</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serta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proses</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koleksi,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kerap</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menghadapi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berbagai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kendala.</w:t>
      </w:r>
    </w:p>
    <w:p w14:paraId="1487AED1" w14:textId="6E0A52D8" w:rsidR="00B842C8" w:rsidRDefault="00B842C8" w:rsidP="00B91E2C">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Permasalahan</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timbul</w:t>
      </w:r>
      <w:r w:rsidR="00F660D2" w:rsidRPr="00387AD0">
        <w:rPr>
          <w:rFonts w:eastAsia="Times New Roman" w:cs="Times New Roman"/>
          <w:szCs w:val="24"/>
          <w:lang w:val="id"/>
        </w:rPr>
        <w:t xml:space="preserve"> </w:t>
      </w:r>
      <w:r w:rsidRPr="00387AD0">
        <w:rPr>
          <w:rFonts w:eastAsia="Times New Roman" w:cs="Times New Roman"/>
          <w:szCs w:val="24"/>
          <w:lang w:val="id"/>
        </w:rPr>
        <w:t>akibat</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manual</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meliputi</w:t>
      </w:r>
      <w:r w:rsidR="00F660D2" w:rsidRPr="00387AD0">
        <w:rPr>
          <w:rFonts w:eastAsia="Times New Roman" w:cs="Times New Roman"/>
          <w:szCs w:val="24"/>
          <w:lang w:val="id"/>
        </w:rPr>
        <w:t xml:space="preserve"> </w:t>
      </w:r>
      <w:r w:rsidRPr="00387AD0">
        <w:rPr>
          <w:rFonts w:eastAsia="Times New Roman" w:cs="Times New Roman"/>
          <w:szCs w:val="24"/>
          <w:lang w:val="id"/>
        </w:rPr>
        <w:t>ketidakteraturan</w:t>
      </w:r>
      <w:r w:rsidR="00F660D2" w:rsidRPr="00387AD0">
        <w:rPr>
          <w:rFonts w:eastAsia="Times New Roman" w:cs="Times New Roman"/>
          <w:szCs w:val="24"/>
          <w:lang w:val="id"/>
        </w:rPr>
        <w:t xml:space="preserve"> </w:t>
      </w:r>
      <w:r w:rsidRPr="00387AD0">
        <w:rPr>
          <w:rFonts w:eastAsia="Times New Roman" w:cs="Times New Roman"/>
          <w:szCs w:val="24"/>
          <w:lang w:val="id"/>
        </w:rPr>
        <w:t>data</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925EB6" w:rsidRPr="00387AD0">
        <w:rPr>
          <w:rFonts w:eastAsia="Times New Roman" w:cs="Times New Roman"/>
          <w:szCs w:val="24"/>
          <w:lang w:val="id"/>
        </w:rPr>
        <w:t>,</w:t>
      </w:r>
      <w:r w:rsidR="00F660D2" w:rsidRPr="00387AD0">
        <w:rPr>
          <w:rFonts w:eastAsia="Times New Roman" w:cs="Times New Roman"/>
          <w:szCs w:val="24"/>
          <w:lang w:val="id"/>
        </w:rPr>
        <w:t xml:space="preserve"> </w:t>
      </w:r>
      <w:r w:rsidR="00487BE5"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membutuhkan</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waktu</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yang</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lama</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dalam</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proses</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00925EB6" w:rsidRPr="00387AD0">
        <w:rPr>
          <w:rFonts w:eastAsia="Times New Roman" w:cs="Times New Roman"/>
          <w:szCs w:val="24"/>
          <w:lang w:val="id"/>
        </w:rPr>
        <w:t>buku</w:t>
      </w:r>
      <w:r w:rsidRPr="00387AD0">
        <w:rPr>
          <w:rFonts w:eastAsia="Times New Roman" w:cs="Times New Roman"/>
          <w:szCs w:val="24"/>
          <w:lang w:val="id"/>
        </w:rPr>
        <w:t>,</w:t>
      </w:r>
      <w:r w:rsidR="00F660D2" w:rsidRPr="00387AD0">
        <w:rPr>
          <w:rFonts w:eastAsia="Times New Roman" w:cs="Times New Roman"/>
          <w:szCs w:val="24"/>
          <w:lang w:val="id"/>
        </w:rPr>
        <w:t xml:space="preserve"> </w:t>
      </w:r>
      <w:r w:rsidRPr="00387AD0">
        <w:rPr>
          <w:rFonts w:eastAsia="Times New Roman" w:cs="Times New Roman"/>
          <w:szCs w:val="24"/>
          <w:lang w:val="id"/>
        </w:rPr>
        <w:t>hingga</w:t>
      </w:r>
      <w:r w:rsidR="00F660D2" w:rsidRPr="00387AD0">
        <w:rPr>
          <w:rFonts w:eastAsia="Times New Roman" w:cs="Times New Roman"/>
          <w:szCs w:val="24"/>
          <w:lang w:val="id"/>
        </w:rPr>
        <w:t xml:space="preserve"> </w:t>
      </w:r>
      <w:r w:rsidRPr="00387AD0">
        <w:rPr>
          <w:rFonts w:eastAsia="Times New Roman" w:cs="Times New Roman"/>
          <w:szCs w:val="24"/>
          <w:lang w:val="id"/>
        </w:rPr>
        <w:t>inefisiensi</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pencatatan</w:t>
      </w:r>
      <w:r w:rsidR="00F660D2" w:rsidRPr="00387AD0">
        <w:rPr>
          <w:rFonts w:eastAsia="Times New Roman" w:cs="Times New Roman"/>
          <w:szCs w:val="24"/>
          <w:lang w:val="id"/>
        </w:rPr>
        <w:t xml:space="preserve"> </w:t>
      </w:r>
      <w:r w:rsidRPr="00387AD0">
        <w:rPr>
          <w:rFonts w:eastAsia="Times New Roman" w:cs="Times New Roman"/>
          <w:szCs w:val="24"/>
          <w:lang w:val="id"/>
        </w:rPr>
        <w:t>transaksi</w:t>
      </w:r>
      <w:r w:rsidR="00F660D2" w:rsidRPr="00387AD0">
        <w:rPr>
          <w:rFonts w:eastAsia="Times New Roman" w:cs="Times New Roman"/>
          <w:szCs w:val="24"/>
          <w:lang w:val="id"/>
        </w:rPr>
        <w:t xml:space="preserve"> </w:t>
      </w:r>
      <w:r w:rsidRPr="00387AD0">
        <w:rPr>
          <w:rFonts w:eastAsia="Times New Roman" w:cs="Times New Roman"/>
          <w:szCs w:val="24"/>
          <w:lang w:val="id"/>
        </w:rPr>
        <w:t>peminjaman.</w:t>
      </w:r>
      <w:r w:rsidR="00F660D2" w:rsidRPr="00387AD0">
        <w:rPr>
          <w:rFonts w:eastAsia="Times New Roman" w:cs="Times New Roman"/>
          <w:szCs w:val="24"/>
          <w:lang w:val="id"/>
        </w:rPr>
        <w:t xml:space="preserve"> </w:t>
      </w:r>
      <w:r w:rsidRPr="00387AD0">
        <w:rPr>
          <w:rFonts w:eastAsia="Times New Roman" w:cs="Times New Roman"/>
          <w:szCs w:val="24"/>
          <w:lang w:val="id"/>
        </w:rPr>
        <w:t>Kondisi</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tidak</w:t>
      </w:r>
      <w:r w:rsidR="00F660D2" w:rsidRPr="00387AD0">
        <w:rPr>
          <w:rFonts w:eastAsia="Times New Roman" w:cs="Times New Roman"/>
          <w:szCs w:val="24"/>
          <w:lang w:val="id"/>
        </w:rPr>
        <w:t xml:space="preserve"> </w:t>
      </w:r>
      <w:r w:rsidRPr="00387AD0">
        <w:rPr>
          <w:rFonts w:eastAsia="Times New Roman" w:cs="Times New Roman"/>
          <w:szCs w:val="24"/>
          <w:lang w:val="id"/>
        </w:rPr>
        <w:t>hanya</w:t>
      </w:r>
      <w:r w:rsidR="00F660D2" w:rsidRPr="00387AD0">
        <w:rPr>
          <w:rFonts w:eastAsia="Times New Roman" w:cs="Times New Roman"/>
          <w:szCs w:val="24"/>
          <w:lang w:val="id"/>
        </w:rPr>
        <w:t xml:space="preserve"> </w:t>
      </w:r>
      <w:r w:rsidRPr="00387AD0">
        <w:rPr>
          <w:rFonts w:eastAsia="Times New Roman" w:cs="Times New Roman"/>
          <w:szCs w:val="24"/>
          <w:lang w:val="id"/>
        </w:rPr>
        <w:t>memberatkan</w:t>
      </w:r>
      <w:r w:rsidR="00F660D2" w:rsidRPr="00387AD0">
        <w:rPr>
          <w:rFonts w:eastAsia="Times New Roman" w:cs="Times New Roman"/>
          <w:szCs w:val="24"/>
          <w:lang w:val="id"/>
        </w:rPr>
        <w:t xml:space="preserve"> </w:t>
      </w:r>
      <w:r w:rsidRPr="00387AD0">
        <w:rPr>
          <w:rFonts w:eastAsia="Times New Roman" w:cs="Times New Roman"/>
          <w:szCs w:val="24"/>
          <w:lang w:val="id"/>
        </w:rPr>
        <w:t>beban</w:t>
      </w:r>
      <w:r w:rsidR="00F660D2" w:rsidRPr="00387AD0">
        <w:rPr>
          <w:rFonts w:eastAsia="Times New Roman" w:cs="Times New Roman"/>
          <w:szCs w:val="24"/>
          <w:lang w:val="id"/>
        </w:rPr>
        <w:t xml:space="preserve"> </w:t>
      </w:r>
      <w:r w:rsidRPr="00387AD0">
        <w:rPr>
          <w:rFonts w:eastAsia="Times New Roman" w:cs="Times New Roman"/>
          <w:szCs w:val="24"/>
          <w:lang w:val="id"/>
        </w:rPr>
        <w:t>kerja</w:t>
      </w:r>
      <w:r w:rsidR="00F660D2" w:rsidRPr="00387AD0">
        <w:rPr>
          <w:rFonts w:eastAsia="Times New Roman" w:cs="Times New Roman"/>
          <w:szCs w:val="24"/>
          <w:lang w:val="id"/>
        </w:rPr>
        <w:t xml:space="preserve"> </w:t>
      </w:r>
      <w:r w:rsidRPr="00387AD0">
        <w:rPr>
          <w:rFonts w:eastAsia="Times New Roman" w:cs="Times New Roman"/>
          <w:szCs w:val="24"/>
          <w:lang w:val="id"/>
        </w:rPr>
        <w:t>pengelola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harus</w:t>
      </w:r>
      <w:r w:rsidR="00F660D2" w:rsidRPr="00387AD0">
        <w:rPr>
          <w:rFonts w:eastAsia="Times New Roman" w:cs="Times New Roman"/>
          <w:szCs w:val="24"/>
          <w:lang w:val="id"/>
        </w:rPr>
        <w:t xml:space="preserve"> </w:t>
      </w:r>
      <w:r w:rsidRPr="00387AD0">
        <w:rPr>
          <w:rFonts w:eastAsia="Times New Roman" w:cs="Times New Roman"/>
          <w:szCs w:val="24"/>
          <w:lang w:val="id"/>
        </w:rPr>
        <w:t>berhadapan</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tumpukan</w:t>
      </w:r>
      <w:r w:rsidR="00F660D2" w:rsidRPr="00387AD0">
        <w:rPr>
          <w:rFonts w:eastAsia="Times New Roman" w:cs="Times New Roman"/>
          <w:szCs w:val="24"/>
          <w:lang w:val="id"/>
        </w:rPr>
        <w:t xml:space="preserve"> </w:t>
      </w:r>
      <w:r w:rsidRPr="00387AD0">
        <w:rPr>
          <w:rFonts w:eastAsia="Times New Roman" w:cs="Times New Roman"/>
          <w:szCs w:val="24"/>
          <w:lang w:val="id"/>
        </w:rPr>
        <w:t>data</w:t>
      </w:r>
      <w:r w:rsidR="00F660D2" w:rsidRPr="00387AD0">
        <w:rPr>
          <w:rFonts w:eastAsia="Times New Roman" w:cs="Times New Roman"/>
          <w:szCs w:val="24"/>
          <w:lang w:val="id"/>
        </w:rPr>
        <w:t xml:space="preserve"> </w:t>
      </w:r>
      <w:r w:rsidRPr="00387AD0">
        <w:rPr>
          <w:rFonts w:eastAsia="Times New Roman" w:cs="Times New Roman"/>
          <w:szCs w:val="24"/>
          <w:lang w:val="id"/>
        </w:rPr>
        <w:t>fisik,</w:t>
      </w:r>
      <w:r w:rsidR="00F660D2" w:rsidRPr="00387AD0">
        <w:rPr>
          <w:rFonts w:eastAsia="Times New Roman" w:cs="Times New Roman"/>
          <w:szCs w:val="24"/>
          <w:lang w:val="id"/>
        </w:rPr>
        <w:t xml:space="preserve"> </w:t>
      </w:r>
      <w:r w:rsidRPr="00387AD0">
        <w:rPr>
          <w:rFonts w:eastAsia="Times New Roman" w:cs="Times New Roman"/>
          <w:szCs w:val="24"/>
          <w:lang w:val="id"/>
        </w:rPr>
        <w:t>tetapi</w:t>
      </w:r>
      <w:r w:rsidR="00F660D2" w:rsidRPr="00387AD0">
        <w:rPr>
          <w:rFonts w:eastAsia="Times New Roman" w:cs="Times New Roman"/>
          <w:szCs w:val="24"/>
          <w:lang w:val="id"/>
        </w:rPr>
        <w:t xml:space="preserve"> </w:t>
      </w:r>
      <w:r w:rsidRPr="00387AD0">
        <w:rPr>
          <w:rFonts w:eastAsia="Times New Roman" w:cs="Times New Roman"/>
          <w:szCs w:val="24"/>
          <w:lang w:val="id"/>
        </w:rPr>
        <w:t>juga</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signifikan</w:t>
      </w:r>
      <w:r w:rsidR="00F660D2" w:rsidRPr="00387AD0">
        <w:rPr>
          <w:rFonts w:eastAsia="Times New Roman" w:cs="Times New Roman"/>
          <w:szCs w:val="24"/>
          <w:lang w:val="id"/>
        </w:rPr>
        <w:t xml:space="preserve"> </w:t>
      </w:r>
      <w:r w:rsidRPr="00387AD0">
        <w:rPr>
          <w:rFonts w:eastAsia="Times New Roman" w:cs="Times New Roman"/>
          <w:szCs w:val="24"/>
          <w:lang w:val="id"/>
        </w:rPr>
        <w:t>mengurangi</w:t>
      </w:r>
      <w:r w:rsidR="00F660D2" w:rsidRPr="00387AD0">
        <w:rPr>
          <w:rFonts w:eastAsia="Times New Roman" w:cs="Times New Roman"/>
          <w:szCs w:val="24"/>
          <w:lang w:val="id"/>
        </w:rPr>
        <w:t xml:space="preserve"> </w:t>
      </w:r>
      <w:r w:rsidRPr="00387AD0">
        <w:rPr>
          <w:rFonts w:eastAsia="Times New Roman" w:cs="Times New Roman"/>
          <w:szCs w:val="24"/>
          <w:lang w:val="id"/>
        </w:rPr>
        <w:t>kenyamanan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kemudahan</w:t>
      </w:r>
      <w:r w:rsidR="00F660D2" w:rsidRPr="00387AD0">
        <w:rPr>
          <w:rFonts w:eastAsia="Times New Roman" w:cs="Times New Roman"/>
          <w:szCs w:val="24"/>
          <w:lang w:val="id"/>
        </w:rPr>
        <w:t xml:space="preserve"> </w:t>
      </w:r>
      <w:r w:rsidR="00487BE5"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memanfaatkan</w:t>
      </w:r>
      <w:r w:rsidR="00F660D2" w:rsidRPr="00387AD0">
        <w:rPr>
          <w:rFonts w:eastAsia="Times New Roman" w:cs="Times New Roman"/>
          <w:szCs w:val="24"/>
          <w:lang w:val="id"/>
        </w:rPr>
        <w:t xml:space="preserve"> </w:t>
      </w:r>
      <w:r w:rsidRPr="00387AD0">
        <w:rPr>
          <w:rFonts w:eastAsia="Times New Roman" w:cs="Times New Roman"/>
          <w:szCs w:val="24"/>
          <w:lang w:val="id"/>
        </w:rPr>
        <w:t>sumber</w:t>
      </w:r>
      <w:r w:rsidR="00F660D2" w:rsidRPr="00387AD0">
        <w:rPr>
          <w:rFonts w:eastAsia="Times New Roman" w:cs="Times New Roman"/>
          <w:szCs w:val="24"/>
          <w:lang w:val="id"/>
        </w:rPr>
        <w:t xml:space="preserve"> </w:t>
      </w:r>
      <w:r w:rsidRPr="00387AD0">
        <w:rPr>
          <w:rFonts w:eastAsia="Times New Roman" w:cs="Times New Roman"/>
          <w:szCs w:val="24"/>
          <w:lang w:val="id"/>
        </w:rPr>
        <w:t>daya</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tersedia.</w:t>
      </w:r>
      <w:r w:rsidR="00F660D2" w:rsidRPr="00387AD0">
        <w:rPr>
          <w:rFonts w:eastAsia="Times New Roman" w:cs="Times New Roman"/>
          <w:szCs w:val="24"/>
          <w:lang w:val="id"/>
        </w:rPr>
        <w:t xml:space="preserve"> </w:t>
      </w:r>
      <w:r w:rsidRPr="00387AD0">
        <w:rPr>
          <w:rFonts w:eastAsia="Times New Roman" w:cs="Times New Roman"/>
          <w:szCs w:val="24"/>
          <w:lang w:val="id"/>
        </w:rPr>
        <w:t>Akibatnya,</w:t>
      </w:r>
      <w:r w:rsidR="00F660D2" w:rsidRPr="00387AD0">
        <w:rPr>
          <w:rFonts w:eastAsia="Times New Roman" w:cs="Times New Roman"/>
          <w:szCs w:val="24"/>
          <w:lang w:val="id"/>
        </w:rPr>
        <w:t xml:space="preserve"> </w:t>
      </w:r>
      <w:r w:rsidRPr="00387AD0">
        <w:rPr>
          <w:rFonts w:eastAsia="Times New Roman" w:cs="Times New Roman"/>
          <w:szCs w:val="24"/>
          <w:lang w:val="id"/>
        </w:rPr>
        <w:t>potensi</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Al-Azhari</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pusat</w:t>
      </w:r>
      <w:r w:rsidR="00F660D2" w:rsidRPr="00387AD0">
        <w:rPr>
          <w:rFonts w:eastAsia="Times New Roman" w:cs="Times New Roman"/>
          <w:szCs w:val="24"/>
          <w:lang w:val="id"/>
        </w:rPr>
        <w:t xml:space="preserve"> </w:t>
      </w:r>
      <w:r w:rsidRPr="00387AD0">
        <w:rPr>
          <w:rFonts w:eastAsia="Times New Roman" w:cs="Times New Roman"/>
          <w:szCs w:val="24"/>
          <w:lang w:val="id"/>
        </w:rPr>
        <w:t>kegiatan</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modern</w:t>
      </w:r>
      <w:r w:rsidR="00F660D2" w:rsidRPr="00387AD0">
        <w:rPr>
          <w:rFonts w:eastAsia="Times New Roman" w:cs="Times New Roman"/>
          <w:szCs w:val="24"/>
          <w:lang w:val="id"/>
        </w:rPr>
        <w:t xml:space="preserve"> </w:t>
      </w:r>
      <w:r w:rsidRPr="00387AD0">
        <w:rPr>
          <w:rFonts w:eastAsia="Times New Roman" w:cs="Times New Roman"/>
          <w:szCs w:val="24"/>
          <w:lang w:val="id"/>
        </w:rPr>
        <w:t>belum</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teroptimalisasi</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penuh</w:t>
      </w:r>
      <w:r w:rsidR="00F660D2" w:rsidRPr="00387AD0">
        <w:rPr>
          <w:rFonts w:eastAsia="Times New Roman" w:cs="Times New Roman"/>
          <w:szCs w:val="24"/>
          <w:lang w:val="id"/>
        </w:rPr>
        <w:t xml:space="preserve"> </w:t>
      </w:r>
      <w:r w:rsidRPr="00387AD0">
        <w:rPr>
          <w:rFonts w:eastAsia="Times New Roman" w:cs="Times New Roman"/>
          <w:szCs w:val="24"/>
          <w:lang w:val="id"/>
        </w:rPr>
        <w:t>(Putra</w:t>
      </w:r>
      <w:r w:rsidR="00F660D2" w:rsidRPr="00387AD0">
        <w:rPr>
          <w:rFonts w:eastAsia="Times New Roman" w:cs="Times New Roman"/>
          <w:szCs w:val="24"/>
          <w:lang w:val="id"/>
        </w:rPr>
        <w:t xml:space="preserve"> </w:t>
      </w:r>
      <w:r w:rsidRPr="00387AD0">
        <w:rPr>
          <w:rFonts w:eastAsia="Times New Roman" w:cs="Times New Roman"/>
          <w:szCs w:val="24"/>
          <w:lang w:val="id"/>
        </w:rPr>
        <w:t>&amp;</w:t>
      </w:r>
      <w:r w:rsidR="00F660D2" w:rsidRPr="00387AD0">
        <w:rPr>
          <w:rFonts w:eastAsia="Times New Roman" w:cs="Times New Roman"/>
          <w:szCs w:val="24"/>
          <w:lang w:val="id"/>
        </w:rPr>
        <w:t xml:space="preserve"> </w:t>
      </w:r>
      <w:r w:rsidRPr="00387AD0">
        <w:rPr>
          <w:rFonts w:eastAsia="Times New Roman" w:cs="Times New Roman"/>
          <w:szCs w:val="24"/>
          <w:lang w:val="id"/>
        </w:rPr>
        <w:t>Hidayat,</w:t>
      </w:r>
      <w:r w:rsidR="00F660D2" w:rsidRPr="00387AD0">
        <w:rPr>
          <w:rFonts w:eastAsia="Times New Roman" w:cs="Times New Roman"/>
          <w:szCs w:val="24"/>
          <w:lang w:val="id"/>
        </w:rPr>
        <w:t xml:space="preserve"> </w:t>
      </w:r>
      <w:r w:rsidRPr="00387AD0">
        <w:rPr>
          <w:rFonts w:eastAsia="Times New Roman" w:cs="Times New Roman"/>
          <w:szCs w:val="24"/>
          <w:lang w:val="id"/>
        </w:rPr>
        <w:t>2023).</w:t>
      </w:r>
    </w:p>
    <w:p w14:paraId="452AFDE1" w14:textId="77777777" w:rsidR="00B91E2C" w:rsidRPr="00387AD0" w:rsidRDefault="00B91E2C" w:rsidP="00B91E2C">
      <w:pPr>
        <w:widowControl w:val="0"/>
        <w:autoSpaceDE w:val="0"/>
        <w:autoSpaceDN w:val="0"/>
        <w:spacing w:after="0" w:line="360" w:lineRule="auto"/>
        <w:ind w:firstLine="567"/>
        <w:rPr>
          <w:rFonts w:eastAsia="Times New Roman" w:cs="Times New Roman"/>
          <w:szCs w:val="24"/>
          <w:lang w:val="id"/>
        </w:rPr>
      </w:pPr>
    </w:p>
    <w:p w14:paraId="344A3209" w14:textId="69BB7A56" w:rsidR="00B842C8" w:rsidRDefault="00B842C8" w:rsidP="00B91E2C">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Menyikapi</w:t>
      </w:r>
      <w:r w:rsidR="00F660D2" w:rsidRPr="00387AD0">
        <w:rPr>
          <w:rFonts w:eastAsia="Times New Roman" w:cs="Times New Roman"/>
          <w:szCs w:val="24"/>
          <w:lang w:val="id"/>
        </w:rPr>
        <w:t xml:space="preserve"> </w:t>
      </w:r>
      <w:r w:rsidRPr="00387AD0">
        <w:rPr>
          <w:rFonts w:eastAsia="Times New Roman" w:cs="Times New Roman"/>
          <w:szCs w:val="24"/>
          <w:lang w:val="id"/>
        </w:rPr>
        <w:t>urgensi</w:t>
      </w:r>
      <w:r w:rsidR="00F660D2" w:rsidRPr="00387AD0">
        <w:rPr>
          <w:rFonts w:eastAsia="Times New Roman" w:cs="Times New Roman"/>
          <w:szCs w:val="24"/>
          <w:lang w:val="id"/>
        </w:rPr>
        <w:t xml:space="preserve"> </w:t>
      </w:r>
      <w:r w:rsidRPr="00387AD0">
        <w:rPr>
          <w:rFonts w:eastAsia="Times New Roman" w:cs="Times New Roman"/>
          <w:szCs w:val="24"/>
          <w:lang w:val="id"/>
        </w:rPr>
        <w:t>tersebut,</w:t>
      </w:r>
      <w:r w:rsidR="00F660D2" w:rsidRPr="00387AD0">
        <w:rPr>
          <w:rFonts w:eastAsia="Times New Roman" w:cs="Times New Roman"/>
          <w:szCs w:val="24"/>
          <w:lang w:val="id"/>
        </w:rPr>
        <w:t xml:space="preserve"> </w:t>
      </w:r>
      <w:r w:rsidRPr="00387AD0">
        <w:rPr>
          <w:rFonts w:eastAsia="Times New Roman" w:cs="Times New Roman"/>
          <w:szCs w:val="24"/>
          <w:lang w:val="id"/>
        </w:rPr>
        <w:t>pengembangan</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web</w:t>
      </w:r>
      <w:r w:rsidR="00F660D2" w:rsidRPr="00387AD0">
        <w:rPr>
          <w:rFonts w:eastAsia="Times New Roman" w:cs="Times New Roman"/>
          <w:szCs w:val="24"/>
          <w:lang w:val="id"/>
        </w:rPr>
        <w:t xml:space="preserve"> </w:t>
      </w:r>
      <w:r w:rsidRPr="00387AD0">
        <w:rPr>
          <w:rFonts w:eastAsia="Times New Roman" w:cs="Times New Roman"/>
          <w:szCs w:val="24"/>
          <w:lang w:val="id"/>
        </w:rPr>
        <w:t>menjadi</w:t>
      </w:r>
      <w:r w:rsidR="00F660D2" w:rsidRPr="00387AD0">
        <w:rPr>
          <w:rFonts w:eastAsia="Times New Roman" w:cs="Times New Roman"/>
          <w:szCs w:val="24"/>
          <w:lang w:val="id"/>
        </w:rPr>
        <w:t xml:space="preserve"> </w:t>
      </w:r>
      <w:r w:rsidRPr="00387AD0">
        <w:rPr>
          <w:rFonts w:eastAsia="Times New Roman" w:cs="Times New Roman"/>
          <w:szCs w:val="24"/>
          <w:lang w:val="id"/>
        </w:rPr>
        <w:t>solusi</w:t>
      </w:r>
      <w:r w:rsidR="00F660D2" w:rsidRPr="00387AD0">
        <w:rPr>
          <w:rFonts w:eastAsia="Times New Roman" w:cs="Times New Roman"/>
          <w:szCs w:val="24"/>
          <w:lang w:val="id"/>
        </w:rPr>
        <w:t xml:space="preserve"> </w:t>
      </w:r>
      <w:r w:rsidRPr="00387AD0">
        <w:rPr>
          <w:rFonts w:eastAsia="Times New Roman" w:cs="Times New Roman"/>
          <w:szCs w:val="24"/>
          <w:lang w:val="id"/>
        </w:rPr>
        <w:t>fundamental</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mengatasi</w:t>
      </w:r>
      <w:r w:rsidR="00F660D2" w:rsidRPr="00387AD0">
        <w:rPr>
          <w:rFonts w:eastAsia="Times New Roman" w:cs="Times New Roman"/>
          <w:szCs w:val="24"/>
          <w:lang w:val="id"/>
        </w:rPr>
        <w:t xml:space="preserve"> </w:t>
      </w:r>
      <w:r w:rsidRPr="00387AD0">
        <w:rPr>
          <w:rFonts w:eastAsia="Times New Roman" w:cs="Times New Roman"/>
          <w:szCs w:val="24"/>
          <w:lang w:val="id"/>
        </w:rPr>
        <w:t>permasalahan</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dirancang</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mendigitalisasi</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mengintegrasikan</w:t>
      </w:r>
      <w:r w:rsidR="00F660D2" w:rsidRPr="00387AD0">
        <w:rPr>
          <w:rFonts w:eastAsia="Times New Roman" w:cs="Times New Roman"/>
          <w:szCs w:val="24"/>
          <w:lang w:val="id"/>
        </w:rPr>
        <w:t xml:space="preserve"> </w:t>
      </w:r>
      <w:r w:rsidRPr="00387AD0">
        <w:rPr>
          <w:rFonts w:eastAsia="Times New Roman" w:cs="Times New Roman"/>
          <w:szCs w:val="24"/>
          <w:lang w:val="id"/>
        </w:rPr>
        <w:t>seluruh</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pengelolaan</w:t>
      </w:r>
      <w:r w:rsidR="00F660D2" w:rsidRPr="00387AD0">
        <w:rPr>
          <w:rFonts w:eastAsia="Times New Roman" w:cs="Times New Roman"/>
          <w:szCs w:val="24"/>
          <w:lang w:val="id"/>
        </w:rPr>
        <w:t xml:space="preserve"> </w:t>
      </w:r>
      <w:r w:rsidRPr="00387AD0">
        <w:rPr>
          <w:rFonts w:eastAsia="Times New Roman" w:cs="Times New Roman"/>
          <w:szCs w:val="24"/>
          <w:lang w:val="id"/>
        </w:rPr>
        <w:t>data</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memungkinkan</w:t>
      </w:r>
      <w:r w:rsidR="00F660D2" w:rsidRPr="00387AD0">
        <w:rPr>
          <w:rFonts w:eastAsia="Times New Roman" w:cs="Times New Roman"/>
          <w:szCs w:val="24"/>
          <w:lang w:val="id"/>
        </w:rPr>
        <w:t xml:space="preserve"> </w:t>
      </w:r>
      <w:r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cepat</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akurat,</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memfasilitasi</w:t>
      </w:r>
      <w:r w:rsidR="00F660D2" w:rsidRPr="00387AD0">
        <w:rPr>
          <w:rFonts w:eastAsia="Times New Roman" w:cs="Times New Roman"/>
          <w:szCs w:val="24"/>
          <w:lang w:val="id"/>
        </w:rPr>
        <w:t xml:space="preserve"> </w:t>
      </w:r>
      <w:r w:rsidRPr="00387AD0">
        <w:rPr>
          <w:rFonts w:eastAsia="Times New Roman" w:cs="Times New Roman"/>
          <w:szCs w:val="24"/>
          <w:lang w:val="id"/>
        </w:rPr>
        <w:t>administrasi</w:t>
      </w:r>
      <w:r w:rsidR="00F660D2" w:rsidRPr="00387AD0">
        <w:rPr>
          <w:rFonts w:eastAsia="Times New Roman" w:cs="Times New Roman"/>
          <w:szCs w:val="24"/>
          <w:lang w:val="id"/>
        </w:rPr>
        <w:t xml:space="preserve"> </w:t>
      </w:r>
      <w:r w:rsidRPr="00387AD0">
        <w:rPr>
          <w:rFonts w:eastAsia="Times New Roman" w:cs="Times New Roman"/>
          <w:szCs w:val="24"/>
          <w:lang w:val="id"/>
        </w:rPr>
        <w:t>peminjaman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pengembalian</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efisien.</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demikian,</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diharapkan</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meningkatkan</w:t>
      </w:r>
      <w:r w:rsidR="00F660D2" w:rsidRPr="00387AD0">
        <w:rPr>
          <w:rFonts w:eastAsia="Times New Roman" w:cs="Times New Roman"/>
          <w:szCs w:val="24"/>
          <w:lang w:val="id"/>
        </w:rPr>
        <w:t xml:space="preserve"> </w:t>
      </w:r>
      <w:r w:rsidRPr="00387AD0">
        <w:rPr>
          <w:rFonts w:eastAsia="Times New Roman" w:cs="Times New Roman"/>
          <w:szCs w:val="24"/>
          <w:lang w:val="id"/>
        </w:rPr>
        <w:lastRenderedPageBreak/>
        <w:t>produktivitas</w:t>
      </w:r>
      <w:r w:rsidR="00F660D2" w:rsidRPr="00387AD0">
        <w:rPr>
          <w:rFonts w:eastAsia="Times New Roman" w:cs="Times New Roman"/>
          <w:szCs w:val="24"/>
          <w:lang w:val="id"/>
        </w:rPr>
        <w:t xml:space="preserve"> </w:t>
      </w:r>
      <w:r w:rsidRPr="00387AD0">
        <w:rPr>
          <w:rFonts w:eastAsia="Times New Roman" w:cs="Times New Roman"/>
          <w:szCs w:val="24"/>
          <w:lang w:val="id"/>
        </w:rPr>
        <w:t>kerja</w:t>
      </w:r>
      <w:r w:rsidR="00F660D2" w:rsidRPr="00387AD0">
        <w:rPr>
          <w:rFonts w:eastAsia="Times New Roman" w:cs="Times New Roman"/>
          <w:szCs w:val="24"/>
          <w:lang w:val="id"/>
        </w:rPr>
        <w:t xml:space="preserve"> </w:t>
      </w:r>
      <w:r w:rsidRPr="00387AD0">
        <w:rPr>
          <w:rFonts w:eastAsia="Times New Roman" w:cs="Times New Roman"/>
          <w:szCs w:val="24"/>
          <w:lang w:val="id"/>
        </w:rPr>
        <w:t>pengelola</w:t>
      </w:r>
      <w:r w:rsidR="00F660D2" w:rsidRPr="00387AD0">
        <w:rPr>
          <w:rFonts w:eastAsia="Times New Roman" w:cs="Times New Roman"/>
          <w:szCs w:val="24"/>
          <w:lang w:val="id"/>
        </w:rPr>
        <w:t xml:space="preserve"> </w:t>
      </w:r>
      <w:r w:rsidRPr="00387AD0">
        <w:rPr>
          <w:rFonts w:eastAsia="Times New Roman" w:cs="Times New Roman"/>
          <w:szCs w:val="24"/>
          <w:lang w:val="id"/>
        </w:rPr>
        <w:t>sekaligus</w:t>
      </w:r>
      <w:r w:rsidR="00F660D2" w:rsidRPr="00387AD0">
        <w:rPr>
          <w:rFonts w:eastAsia="Times New Roman" w:cs="Times New Roman"/>
          <w:szCs w:val="24"/>
          <w:lang w:val="id"/>
        </w:rPr>
        <w:t xml:space="preserve"> </w:t>
      </w:r>
      <w:r w:rsidRPr="00387AD0">
        <w:rPr>
          <w:rFonts w:eastAsia="Times New Roman" w:cs="Times New Roman"/>
          <w:szCs w:val="24"/>
          <w:lang w:val="id"/>
        </w:rPr>
        <w:t>menyediakan</w:t>
      </w:r>
      <w:r w:rsidR="00F660D2" w:rsidRPr="00387AD0">
        <w:rPr>
          <w:rFonts w:eastAsia="Times New Roman" w:cs="Times New Roman"/>
          <w:szCs w:val="24"/>
          <w:lang w:val="id"/>
        </w:rPr>
        <w:t xml:space="preserve"> </w:t>
      </w:r>
      <w:r w:rsidRPr="00387AD0">
        <w:rPr>
          <w:rFonts w:eastAsia="Times New Roman" w:cs="Times New Roman"/>
          <w:szCs w:val="24"/>
          <w:lang w:val="id"/>
        </w:rPr>
        <w:t>akses</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mudah,</w:t>
      </w:r>
      <w:r w:rsidR="00F660D2" w:rsidRPr="00387AD0">
        <w:rPr>
          <w:rFonts w:eastAsia="Times New Roman" w:cs="Times New Roman"/>
          <w:szCs w:val="24"/>
          <w:lang w:val="id"/>
        </w:rPr>
        <w:t xml:space="preserve"> </w:t>
      </w:r>
      <w:r w:rsidRPr="00387AD0">
        <w:rPr>
          <w:rFonts w:eastAsia="Times New Roman" w:cs="Times New Roman"/>
          <w:szCs w:val="24"/>
          <w:lang w:val="id"/>
        </w:rPr>
        <w:t>cepat,</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transparan</w:t>
      </w:r>
      <w:r w:rsidR="00F660D2" w:rsidRPr="00387AD0">
        <w:rPr>
          <w:rFonts w:eastAsia="Times New Roman" w:cs="Times New Roman"/>
          <w:szCs w:val="24"/>
          <w:lang w:val="id"/>
        </w:rPr>
        <w:t xml:space="preserve"> </w:t>
      </w:r>
      <w:r w:rsidRPr="00387AD0">
        <w:rPr>
          <w:rFonts w:eastAsia="Times New Roman" w:cs="Times New Roman"/>
          <w:szCs w:val="24"/>
          <w:lang w:val="id"/>
        </w:rPr>
        <w:t>bagi</w:t>
      </w:r>
      <w:r w:rsidR="00F660D2" w:rsidRPr="00387AD0">
        <w:rPr>
          <w:rFonts w:eastAsia="Times New Roman" w:cs="Times New Roman"/>
          <w:szCs w:val="24"/>
          <w:lang w:val="id"/>
        </w:rPr>
        <w:t xml:space="preserve"> </w:t>
      </w:r>
      <w:r w:rsidRPr="00387AD0">
        <w:rPr>
          <w:rFonts w:eastAsia="Times New Roman" w:cs="Times New Roman"/>
          <w:szCs w:val="24"/>
          <w:lang w:val="id"/>
        </w:rPr>
        <w:t>seluruh</w:t>
      </w:r>
      <w:r w:rsidR="00F660D2" w:rsidRPr="00387AD0">
        <w:rPr>
          <w:rFonts w:eastAsia="Times New Roman" w:cs="Times New Roman"/>
          <w:szCs w:val="24"/>
          <w:lang w:val="id"/>
        </w:rPr>
        <w:t xml:space="preserve"> </w:t>
      </w:r>
      <w:r w:rsidR="00487BE5"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(Mahendra</w:t>
      </w:r>
      <w:r w:rsidR="00F660D2" w:rsidRPr="00387AD0">
        <w:rPr>
          <w:rFonts w:eastAsia="Times New Roman" w:cs="Times New Roman"/>
          <w:szCs w:val="24"/>
          <w:lang w:val="id"/>
        </w:rPr>
        <w:t xml:space="preserve"> </w:t>
      </w:r>
      <w:r w:rsidRPr="00387AD0">
        <w:rPr>
          <w:rFonts w:eastAsia="Times New Roman" w:cs="Times New Roman"/>
          <w:szCs w:val="24"/>
          <w:lang w:val="id"/>
        </w:rPr>
        <w:t>et</w:t>
      </w:r>
      <w:r w:rsidR="00F660D2" w:rsidRPr="00387AD0">
        <w:rPr>
          <w:rFonts w:eastAsia="Times New Roman" w:cs="Times New Roman"/>
          <w:szCs w:val="24"/>
          <w:lang w:val="id"/>
        </w:rPr>
        <w:t xml:space="preserve"> </w:t>
      </w:r>
      <w:r w:rsidRPr="00387AD0">
        <w:rPr>
          <w:rFonts w:eastAsia="Times New Roman" w:cs="Times New Roman"/>
          <w:szCs w:val="24"/>
          <w:lang w:val="id"/>
        </w:rPr>
        <w:t>al.,</w:t>
      </w:r>
      <w:r w:rsidR="00F660D2" w:rsidRPr="00387AD0">
        <w:rPr>
          <w:rFonts w:eastAsia="Times New Roman" w:cs="Times New Roman"/>
          <w:szCs w:val="24"/>
          <w:lang w:val="id"/>
        </w:rPr>
        <w:t xml:space="preserve"> </w:t>
      </w:r>
      <w:r w:rsidRPr="00387AD0">
        <w:rPr>
          <w:rFonts w:eastAsia="Times New Roman" w:cs="Times New Roman"/>
          <w:szCs w:val="24"/>
          <w:lang w:val="id"/>
        </w:rPr>
        <w:t>2022).</w:t>
      </w:r>
    </w:p>
    <w:p w14:paraId="32BE75B5" w14:textId="77777777" w:rsidR="00B91E2C" w:rsidRPr="00387AD0" w:rsidRDefault="00B91E2C" w:rsidP="00B91E2C">
      <w:pPr>
        <w:widowControl w:val="0"/>
        <w:autoSpaceDE w:val="0"/>
        <w:autoSpaceDN w:val="0"/>
        <w:spacing w:after="0" w:line="360" w:lineRule="auto"/>
        <w:ind w:firstLine="567"/>
        <w:rPr>
          <w:rFonts w:eastAsia="Times New Roman" w:cs="Times New Roman"/>
          <w:szCs w:val="24"/>
          <w:lang w:val="id"/>
        </w:rPr>
      </w:pPr>
    </w:p>
    <w:p w14:paraId="11AF7DD4" w14:textId="3AD9FF1B" w:rsidR="005B7971" w:rsidRDefault="007D532E" w:rsidP="00B91E2C">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Sejumlah</w:t>
      </w:r>
      <w:r w:rsidR="00F660D2" w:rsidRPr="00387AD0">
        <w:rPr>
          <w:rFonts w:eastAsia="Times New Roman" w:cs="Times New Roman"/>
          <w:szCs w:val="24"/>
          <w:lang w:val="id"/>
        </w:rPr>
        <w:t xml:space="preserve"> </w:t>
      </w:r>
      <w:r w:rsidRPr="00387AD0">
        <w:rPr>
          <w:rFonts w:eastAsia="Times New Roman" w:cs="Times New Roman"/>
          <w:szCs w:val="24"/>
          <w:lang w:val="id"/>
        </w:rPr>
        <w:t>penelitian</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observasi</w:t>
      </w:r>
      <w:r w:rsidR="00F660D2" w:rsidRPr="00387AD0">
        <w:rPr>
          <w:rFonts w:eastAsia="Times New Roman" w:cs="Times New Roman"/>
          <w:szCs w:val="24"/>
          <w:lang w:val="id"/>
        </w:rPr>
        <w:t xml:space="preserve"> </w:t>
      </w:r>
      <w:r w:rsidRPr="00387AD0">
        <w:rPr>
          <w:rFonts w:eastAsia="Times New Roman" w:cs="Times New Roman"/>
          <w:szCs w:val="24"/>
          <w:lang w:val="id"/>
        </w:rPr>
        <w:t>langsung</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lima</w:t>
      </w:r>
      <w:r w:rsidR="00F660D2" w:rsidRPr="00387AD0">
        <w:rPr>
          <w:rFonts w:eastAsia="Times New Roman" w:cs="Times New Roman"/>
          <w:szCs w:val="24"/>
          <w:lang w:val="id"/>
        </w:rPr>
        <w:t xml:space="preserve"> </w:t>
      </w:r>
      <w:r w:rsidRPr="00387AD0">
        <w:rPr>
          <w:rFonts w:eastAsia="Times New Roman" w:cs="Times New Roman"/>
          <w:szCs w:val="24"/>
          <w:lang w:val="id"/>
        </w:rPr>
        <w:t>tahun</w:t>
      </w:r>
      <w:r w:rsidR="00F660D2" w:rsidRPr="00387AD0">
        <w:rPr>
          <w:rFonts w:eastAsia="Times New Roman" w:cs="Times New Roman"/>
          <w:szCs w:val="24"/>
          <w:lang w:val="id"/>
        </w:rPr>
        <w:t xml:space="preserve"> </w:t>
      </w:r>
      <w:r w:rsidRPr="00387AD0">
        <w:rPr>
          <w:rFonts w:eastAsia="Times New Roman" w:cs="Times New Roman"/>
          <w:szCs w:val="24"/>
          <w:lang w:val="id"/>
        </w:rPr>
        <w:t>terakhir</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konsisten</w:t>
      </w:r>
      <w:r w:rsidR="00F660D2" w:rsidRPr="00387AD0">
        <w:rPr>
          <w:rFonts w:eastAsia="Times New Roman" w:cs="Times New Roman"/>
          <w:szCs w:val="24"/>
          <w:lang w:val="id"/>
        </w:rPr>
        <w:t xml:space="preserve"> </w:t>
      </w:r>
      <w:r w:rsidRPr="00387AD0">
        <w:rPr>
          <w:rFonts w:eastAsia="Times New Roman" w:cs="Times New Roman"/>
          <w:szCs w:val="24"/>
          <w:lang w:val="id"/>
        </w:rPr>
        <w:t>mengindikasikan</w:t>
      </w:r>
      <w:r w:rsidR="00F660D2" w:rsidRPr="00387AD0">
        <w:rPr>
          <w:rFonts w:eastAsia="Times New Roman" w:cs="Times New Roman"/>
          <w:szCs w:val="24"/>
          <w:lang w:val="id"/>
        </w:rPr>
        <w:t xml:space="preserve"> </w:t>
      </w:r>
      <w:r w:rsidRPr="00387AD0">
        <w:rPr>
          <w:rFonts w:eastAsia="Times New Roman" w:cs="Times New Roman"/>
          <w:szCs w:val="24"/>
          <w:lang w:val="id"/>
        </w:rPr>
        <w:t>bahwa</w:t>
      </w:r>
      <w:r w:rsidR="00F660D2" w:rsidRPr="00387AD0">
        <w:rPr>
          <w:rFonts w:eastAsia="Times New Roman" w:cs="Times New Roman"/>
          <w:szCs w:val="24"/>
          <w:lang w:val="id"/>
        </w:rPr>
        <w:t xml:space="preserve"> </w:t>
      </w:r>
      <w:r w:rsidRPr="00387AD0">
        <w:rPr>
          <w:rFonts w:eastAsia="Times New Roman" w:cs="Times New Roman"/>
          <w:szCs w:val="24"/>
          <w:lang w:val="id"/>
        </w:rPr>
        <w:t>adopsi</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web</w:t>
      </w:r>
      <w:r w:rsidR="00F660D2" w:rsidRPr="00387AD0">
        <w:rPr>
          <w:rFonts w:eastAsia="Times New Roman" w:cs="Times New Roman"/>
          <w:szCs w:val="24"/>
          <w:lang w:val="id"/>
        </w:rPr>
        <w:t xml:space="preserve"> </w:t>
      </w:r>
      <w:r w:rsidRPr="00387AD0">
        <w:rPr>
          <w:rFonts w:eastAsia="Times New Roman" w:cs="Times New Roman"/>
          <w:szCs w:val="24"/>
          <w:lang w:val="id"/>
        </w:rPr>
        <w:t>pada</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pusat</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komunitas</w:t>
      </w:r>
      <w:r w:rsidR="00F660D2" w:rsidRPr="00387AD0">
        <w:rPr>
          <w:rFonts w:eastAsia="Times New Roman" w:cs="Times New Roman"/>
          <w:szCs w:val="24"/>
          <w:lang w:val="id"/>
        </w:rPr>
        <w:t xml:space="preserve"> </w:t>
      </w:r>
      <w:r w:rsidRPr="00387AD0">
        <w:rPr>
          <w:rFonts w:eastAsia="Times New Roman" w:cs="Times New Roman"/>
          <w:szCs w:val="24"/>
          <w:lang w:val="id"/>
        </w:rPr>
        <w:t>berdampak</w:t>
      </w:r>
      <w:r w:rsidR="00F660D2" w:rsidRPr="00387AD0">
        <w:rPr>
          <w:rFonts w:eastAsia="Times New Roman" w:cs="Times New Roman"/>
          <w:szCs w:val="24"/>
          <w:lang w:val="id"/>
        </w:rPr>
        <w:t xml:space="preserve"> </w:t>
      </w:r>
      <w:r w:rsidRPr="00387AD0">
        <w:rPr>
          <w:rFonts w:eastAsia="Times New Roman" w:cs="Times New Roman"/>
          <w:szCs w:val="24"/>
          <w:lang w:val="id"/>
        </w:rPr>
        <w:t>signifikan</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meningkatkan</w:t>
      </w:r>
      <w:r w:rsidR="00F660D2" w:rsidRPr="00387AD0">
        <w:rPr>
          <w:rFonts w:eastAsia="Times New Roman" w:cs="Times New Roman"/>
          <w:szCs w:val="24"/>
          <w:lang w:val="id"/>
        </w:rPr>
        <w:t xml:space="preserve"> </w:t>
      </w:r>
      <w:r w:rsidRPr="00387AD0">
        <w:rPr>
          <w:rFonts w:eastAsia="Times New Roman" w:cs="Times New Roman"/>
          <w:szCs w:val="24"/>
          <w:lang w:val="id"/>
        </w:rPr>
        <w:t>efektivitas</w:t>
      </w:r>
      <w:r w:rsidR="00F660D2" w:rsidRPr="00387AD0">
        <w:rPr>
          <w:rFonts w:eastAsia="Times New Roman" w:cs="Times New Roman"/>
          <w:szCs w:val="24"/>
          <w:lang w:val="id"/>
        </w:rPr>
        <w:t xml:space="preserve"> </w:t>
      </w:r>
      <w:r w:rsidRPr="00387AD0">
        <w:rPr>
          <w:rFonts w:eastAsia="Times New Roman" w:cs="Times New Roman"/>
          <w:szCs w:val="24"/>
          <w:lang w:val="id"/>
        </w:rPr>
        <w:t>operasional</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memperkuat</w:t>
      </w:r>
      <w:r w:rsidR="00F660D2" w:rsidRPr="00387AD0">
        <w:rPr>
          <w:rFonts w:eastAsia="Times New Roman" w:cs="Times New Roman"/>
          <w:szCs w:val="24"/>
          <w:lang w:val="id"/>
        </w:rPr>
        <w:t xml:space="preserve"> </w:t>
      </w:r>
      <w:r w:rsidRPr="00387AD0">
        <w:rPr>
          <w:rFonts w:eastAsia="Times New Roman" w:cs="Times New Roman"/>
          <w:szCs w:val="24"/>
          <w:lang w:val="id"/>
        </w:rPr>
        <w:t>kualitas</w:t>
      </w:r>
      <w:r w:rsidR="00F660D2" w:rsidRPr="00387AD0">
        <w:rPr>
          <w:rFonts w:eastAsia="Times New Roman" w:cs="Times New Roman"/>
          <w:szCs w:val="24"/>
          <w:lang w:val="id"/>
        </w:rPr>
        <w:t xml:space="preserve"> </w:t>
      </w:r>
      <w:r w:rsidRPr="00387AD0">
        <w:rPr>
          <w:rFonts w:eastAsia="Times New Roman" w:cs="Times New Roman"/>
          <w:szCs w:val="24"/>
          <w:lang w:val="id"/>
        </w:rPr>
        <w:t>layanan.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Studi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yang</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dilakukan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oleh</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Sari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&amp;</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Nugroho</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(2020)</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mengungkapkan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bahwa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penerapan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platform</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web</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berkontribusi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dalam</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memperluas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akses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terhadap</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mempercepat</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proses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penelusuran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koleksi,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serta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mengoptimalkan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pengelolaan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inventaris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buku</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secara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menyeluruh.</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Selain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itu,</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sistem</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yang</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dirancang</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web</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memberikan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fleksibilitas</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tinggi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dalam</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hal</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ketersediaan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layanan,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karena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pengguna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dapat</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memperoleh</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secara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real-time</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tanpa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dibatasi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oleh</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waktu</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maupun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lokasi,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selama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perangkat</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mereka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terhubung</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ke</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jaringan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internet.</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Hal</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sejalan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dengan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upaya</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mewujudkan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digital</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yang</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bersifat</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inklusif</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dan</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mudah</w:t>
      </w:r>
      <w:r w:rsidR="00F660D2" w:rsidRPr="00387AD0">
        <w:rPr>
          <w:rFonts w:eastAsia="Times New Roman" w:cs="Times New Roman"/>
          <w:szCs w:val="24"/>
          <w:lang w:val="id"/>
        </w:rPr>
        <w:t xml:space="preserve"> </w:t>
      </w:r>
      <w:r w:rsidR="006C476E" w:rsidRPr="00387AD0">
        <w:rPr>
          <w:rFonts w:eastAsia="Times New Roman" w:cs="Times New Roman"/>
          <w:szCs w:val="24"/>
          <w:lang w:val="id"/>
        </w:rPr>
        <w:t>diakses</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(Rahmawati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et</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al,2021,Handayani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&amp;</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Permana,2022).</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Transformasi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digital</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bukan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hanya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sekadar</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modernisasi,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melainkan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sebuah</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keharusan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untuk</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memastikan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relevansi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keberlanjutan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fungsi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Taman</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Baca</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dalam</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ekosistem</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global</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saat</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ini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(Wulandari</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&amp;</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Nurcahyo,</w:t>
      </w:r>
      <w:r w:rsidR="00F660D2" w:rsidRPr="00387AD0">
        <w:rPr>
          <w:rFonts w:eastAsia="Times New Roman" w:cs="Times New Roman"/>
          <w:szCs w:val="24"/>
          <w:lang w:val="id"/>
        </w:rPr>
        <w:t xml:space="preserve"> </w:t>
      </w:r>
      <w:r w:rsidR="00B842C8" w:rsidRPr="00387AD0">
        <w:rPr>
          <w:rFonts w:eastAsia="Times New Roman" w:cs="Times New Roman"/>
          <w:szCs w:val="24"/>
          <w:lang w:val="id"/>
        </w:rPr>
        <w:t>2024).</w:t>
      </w:r>
    </w:p>
    <w:p w14:paraId="45DA0E2C" w14:textId="77777777" w:rsidR="00BF305F" w:rsidRPr="00387AD0" w:rsidRDefault="00BF305F" w:rsidP="00B91E2C">
      <w:pPr>
        <w:widowControl w:val="0"/>
        <w:autoSpaceDE w:val="0"/>
        <w:autoSpaceDN w:val="0"/>
        <w:spacing w:after="0" w:line="360" w:lineRule="auto"/>
        <w:ind w:firstLine="567"/>
        <w:rPr>
          <w:rFonts w:eastAsia="Times New Roman" w:cs="Times New Roman"/>
          <w:szCs w:val="24"/>
          <w:lang w:val="id"/>
        </w:rPr>
      </w:pPr>
    </w:p>
    <w:p w14:paraId="2E6F876A" w14:textId="4B8DC0E7" w:rsidR="00B842C8" w:rsidRPr="00387AD0" w:rsidRDefault="00E62B4E" w:rsidP="00BF305F">
      <w:pPr>
        <w:pStyle w:val="Heading2"/>
        <w:numPr>
          <w:ilvl w:val="0"/>
          <w:numId w:val="22"/>
        </w:numPr>
        <w:tabs>
          <w:tab w:val="left" w:pos="426"/>
        </w:tabs>
        <w:spacing w:before="0" w:after="240" w:line="360" w:lineRule="auto"/>
        <w:ind w:left="426" w:hanging="426"/>
        <w:rPr>
          <w:rFonts w:cs="Times New Roman"/>
          <w:szCs w:val="24"/>
          <w:lang w:val="id"/>
        </w:rPr>
      </w:pPr>
      <w:bookmarkStart w:id="28" w:name="_Toc204310507"/>
      <w:bookmarkStart w:id="29" w:name="_Toc205248712"/>
      <w:bookmarkStart w:id="30" w:name="_Toc205261359"/>
      <w:r w:rsidRPr="00387AD0">
        <w:rPr>
          <w:rFonts w:cs="Times New Roman"/>
          <w:szCs w:val="24"/>
          <w:lang w:val="id"/>
        </w:rPr>
        <w:t>Perumusan</w:t>
      </w:r>
      <w:r w:rsidR="00F660D2" w:rsidRPr="00387AD0">
        <w:rPr>
          <w:rFonts w:cs="Times New Roman"/>
          <w:spacing w:val="-6"/>
          <w:szCs w:val="24"/>
          <w:lang w:val="id"/>
        </w:rPr>
        <w:t xml:space="preserve"> </w:t>
      </w:r>
      <w:r w:rsidRPr="00387AD0">
        <w:rPr>
          <w:rFonts w:cs="Times New Roman"/>
          <w:spacing w:val="-2"/>
          <w:szCs w:val="24"/>
          <w:lang w:val="id"/>
        </w:rPr>
        <w:t>Masalah</w:t>
      </w:r>
      <w:bookmarkEnd w:id="28"/>
      <w:bookmarkEnd w:id="29"/>
      <w:bookmarkEnd w:id="30"/>
    </w:p>
    <w:p w14:paraId="7A091571" w14:textId="76FAF504" w:rsidR="0046376E" w:rsidRPr="00387AD0" w:rsidRDefault="0046376E" w:rsidP="00377505">
      <w:pPr>
        <w:spacing w:after="0" w:line="360" w:lineRule="auto"/>
        <w:ind w:firstLine="426"/>
        <w:rPr>
          <w:rFonts w:eastAsia="Times New Roman" w:cs="Times New Roman"/>
          <w:szCs w:val="24"/>
          <w:lang w:val="id"/>
        </w:rPr>
      </w:pP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mempertimbangkan</w:t>
      </w:r>
      <w:r w:rsidR="00F660D2" w:rsidRPr="00387AD0">
        <w:rPr>
          <w:rFonts w:eastAsia="Times New Roman" w:cs="Times New Roman"/>
          <w:szCs w:val="24"/>
          <w:lang w:val="id"/>
        </w:rPr>
        <w:t xml:space="preserve"> </w:t>
      </w:r>
      <w:r w:rsidRPr="00387AD0">
        <w:rPr>
          <w:rFonts w:eastAsia="Times New Roman" w:cs="Times New Roman"/>
          <w:szCs w:val="24"/>
          <w:lang w:val="id"/>
        </w:rPr>
        <w:t>latar</w:t>
      </w:r>
      <w:r w:rsidR="00F660D2" w:rsidRPr="00387AD0">
        <w:rPr>
          <w:rFonts w:eastAsia="Times New Roman" w:cs="Times New Roman"/>
          <w:szCs w:val="24"/>
          <w:lang w:val="id"/>
        </w:rPr>
        <w:t xml:space="preserve"> </w:t>
      </w:r>
      <w:r w:rsidRPr="00387AD0">
        <w:rPr>
          <w:rFonts w:eastAsia="Times New Roman" w:cs="Times New Roman"/>
          <w:szCs w:val="24"/>
          <w:lang w:val="id"/>
        </w:rPr>
        <w:t>belakang</w:t>
      </w:r>
      <w:r w:rsidR="00F660D2" w:rsidRPr="00387AD0">
        <w:rPr>
          <w:rFonts w:eastAsia="Times New Roman" w:cs="Times New Roman"/>
          <w:szCs w:val="24"/>
          <w:lang w:val="id"/>
        </w:rPr>
        <w:t xml:space="preserve"> </w:t>
      </w:r>
      <w:r w:rsidRPr="00387AD0">
        <w:rPr>
          <w:rFonts w:eastAsia="Times New Roman" w:cs="Times New Roman"/>
          <w:szCs w:val="24"/>
          <w:lang w:val="id"/>
        </w:rPr>
        <w:t>sebelumnya,</w:t>
      </w:r>
      <w:r w:rsidR="00F660D2" w:rsidRPr="00387AD0">
        <w:rPr>
          <w:rFonts w:eastAsia="Times New Roman" w:cs="Times New Roman"/>
          <w:szCs w:val="24"/>
          <w:lang w:val="id"/>
        </w:rPr>
        <w:t xml:space="preserve"> </w:t>
      </w:r>
      <w:r w:rsidRPr="00387AD0">
        <w:rPr>
          <w:rFonts w:eastAsia="Times New Roman" w:cs="Times New Roman"/>
          <w:szCs w:val="24"/>
          <w:lang w:val="id"/>
        </w:rPr>
        <w:t>beberapa</w:t>
      </w:r>
      <w:r w:rsidR="00F660D2" w:rsidRPr="00387AD0">
        <w:rPr>
          <w:rFonts w:eastAsia="Times New Roman" w:cs="Times New Roman"/>
          <w:szCs w:val="24"/>
          <w:lang w:val="id"/>
        </w:rPr>
        <w:t xml:space="preserve"> </w:t>
      </w:r>
      <w:r w:rsidRPr="00387AD0">
        <w:rPr>
          <w:rFonts w:eastAsia="Times New Roman" w:cs="Times New Roman"/>
          <w:szCs w:val="24"/>
          <w:lang w:val="id"/>
        </w:rPr>
        <w:t>pertanyaan</w:t>
      </w:r>
      <w:r w:rsidR="00F660D2" w:rsidRPr="00387AD0">
        <w:rPr>
          <w:rFonts w:eastAsia="Times New Roman" w:cs="Times New Roman"/>
          <w:szCs w:val="24"/>
          <w:lang w:val="id"/>
        </w:rPr>
        <w:t xml:space="preserve"> </w:t>
      </w:r>
      <w:r w:rsidRPr="00387AD0">
        <w:rPr>
          <w:rFonts w:eastAsia="Times New Roman" w:cs="Times New Roman"/>
          <w:szCs w:val="24"/>
          <w:lang w:val="id"/>
        </w:rPr>
        <w:t>utama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ingin</w:t>
      </w:r>
      <w:r w:rsidR="00F660D2" w:rsidRPr="00387AD0">
        <w:rPr>
          <w:rFonts w:eastAsia="Times New Roman" w:cs="Times New Roman"/>
          <w:szCs w:val="24"/>
          <w:lang w:val="id"/>
        </w:rPr>
        <w:t xml:space="preserve"> </w:t>
      </w:r>
      <w:r w:rsidRPr="00387AD0">
        <w:rPr>
          <w:rFonts w:eastAsia="Times New Roman" w:cs="Times New Roman"/>
          <w:szCs w:val="24"/>
          <w:lang w:val="id"/>
        </w:rPr>
        <w:t>diselesaikan</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kegiatan</w:t>
      </w:r>
      <w:r w:rsidR="00F660D2" w:rsidRPr="00387AD0">
        <w:rPr>
          <w:rFonts w:eastAsia="Times New Roman" w:cs="Times New Roman"/>
          <w:szCs w:val="24"/>
          <w:lang w:val="id"/>
        </w:rPr>
        <w:t xml:space="preserve"> </w:t>
      </w:r>
      <w:r w:rsidRPr="00387AD0">
        <w:rPr>
          <w:rFonts w:eastAsia="Times New Roman" w:cs="Times New Roman"/>
          <w:szCs w:val="24"/>
          <w:lang w:val="id"/>
        </w:rPr>
        <w:t>kerja</w:t>
      </w:r>
      <w:r w:rsidR="00F660D2" w:rsidRPr="00387AD0">
        <w:rPr>
          <w:rFonts w:eastAsia="Times New Roman" w:cs="Times New Roman"/>
          <w:szCs w:val="24"/>
          <w:lang w:val="id"/>
        </w:rPr>
        <w:t xml:space="preserve"> </w:t>
      </w:r>
      <w:r w:rsidRPr="00387AD0">
        <w:rPr>
          <w:rFonts w:eastAsia="Times New Roman" w:cs="Times New Roman"/>
          <w:szCs w:val="24"/>
          <w:lang w:val="id"/>
        </w:rPr>
        <w:t>praktik</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adalah</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berikut:</w:t>
      </w:r>
    </w:p>
    <w:p w14:paraId="3C42C86C" w14:textId="77777777" w:rsidR="00D70A29" w:rsidRDefault="006C476E" w:rsidP="00377505">
      <w:pPr>
        <w:pStyle w:val="ListParagraph"/>
        <w:numPr>
          <w:ilvl w:val="0"/>
          <w:numId w:val="11"/>
        </w:numPr>
        <w:tabs>
          <w:tab w:val="left" w:pos="142"/>
        </w:tabs>
        <w:spacing w:after="0" w:line="360" w:lineRule="auto"/>
        <w:ind w:left="851" w:hanging="425"/>
        <w:rPr>
          <w:rFonts w:eastAsia="Times New Roman" w:cs="Times New Roman"/>
          <w:szCs w:val="24"/>
          <w:lang w:val="id"/>
        </w:rPr>
      </w:pPr>
      <w:r w:rsidRPr="00387AD0">
        <w:rPr>
          <w:rFonts w:eastAsia="Times New Roman" w:cs="Times New Roman"/>
          <w:szCs w:val="24"/>
          <w:lang w:val="id"/>
        </w:rPr>
        <w:t>Bagaimanakah</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perancangan</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web</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mampu</w:t>
      </w:r>
      <w:r w:rsidR="00F660D2" w:rsidRPr="00387AD0">
        <w:rPr>
          <w:rFonts w:eastAsia="Times New Roman" w:cs="Times New Roman"/>
          <w:szCs w:val="24"/>
          <w:lang w:val="id"/>
        </w:rPr>
        <w:t xml:space="preserve"> </w:t>
      </w:r>
      <w:r w:rsidRPr="00387AD0">
        <w:rPr>
          <w:rFonts w:eastAsia="Times New Roman" w:cs="Times New Roman"/>
          <w:szCs w:val="24"/>
          <w:lang w:val="id"/>
        </w:rPr>
        <w:t>mendukung</w:t>
      </w:r>
      <w:r w:rsidR="00F660D2" w:rsidRPr="00387AD0">
        <w:rPr>
          <w:rFonts w:eastAsia="Times New Roman" w:cs="Times New Roman"/>
          <w:szCs w:val="24"/>
          <w:lang w:val="id"/>
        </w:rPr>
        <w:t xml:space="preserve"> </w:t>
      </w:r>
      <w:r w:rsidRPr="00387AD0">
        <w:rPr>
          <w:rFonts w:eastAsia="Times New Roman" w:cs="Times New Roman"/>
          <w:szCs w:val="24"/>
          <w:lang w:val="id"/>
        </w:rPr>
        <w:t>pengelolaan</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di</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Al-Azhari?</w:t>
      </w:r>
      <w:r w:rsidR="00F660D2" w:rsidRPr="00387AD0">
        <w:rPr>
          <w:rFonts w:cs="Times New Roman"/>
          <w:lang w:val="id"/>
        </w:rPr>
        <w:t xml:space="preserve"> </w:t>
      </w:r>
    </w:p>
    <w:p w14:paraId="4C1D6E6F" w14:textId="5AE14A1F" w:rsidR="005B7971" w:rsidRPr="00B91E2C" w:rsidRDefault="00710E4E" w:rsidP="00377505">
      <w:pPr>
        <w:pStyle w:val="ListParagraph"/>
        <w:numPr>
          <w:ilvl w:val="0"/>
          <w:numId w:val="11"/>
        </w:numPr>
        <w:tabs>
          <w:tab w:val="left" w:pos="142"/>
        </w:tabs>
        <w:spacing w:after="0" w:line="360" w:lineRule="auto"/>
        <w:ind w:left="851" w:hanging="425"/>
        <w:rPr>
          <w:rFonts w:eastAsia="Times New Roman" w:cs="Times New Roman"/>
          <w:szCs w:val="24"/>
          <w:lang w:val="id"/>
        </w:rPr>
      </w:pPr>
      <w:r w:rsidRPr="00D70A29">
        <w:rPr>
          <w:rFonts w:eastAsia="Times New Roman" w:cs="Times New Roman"/>
          <w:szCs w:val="24"/>
          <w:lang w:val="id"/>
        </w:rPr>
        <w:t>Fitur-fitur</w:t>
      </w:r>
      <w:r w:rsidR="00F660D2" w:rsidRPr="00D70A29">
        <w:rPr>
          <w:rFonts w:eastAsia="Times New Roman" w:cs="Times New Roman"/>
          <w:szCs w:val="24"/>
          <w:lang w:val="id"/>
        </w:rPr>
        <w:t xml:space="preserve"> </w:t>
      </w:r>
      <w:r w:rsidRPr="00D70A29">
        <w:rPr>
          <w:rFonts w:eastAsia="Times New Roman" w:cs="Times New Roman"/>
          <w:szCs w:val="24"/>
          <w:lang w:val="id"/>
        </w:rPr>
        <w:t>apa</w:t>
      </w:r>
      <w:r w:rsidR="00F660D2" w:rsidRPr="00D70A29">
        <w:rPr>
          <w:rFonts w:eastAsia="Times New Roman" w:cs="Times New Roman"/>
          <w:szCs w:val="24"/>
          <w:lang w:val="id"/>
        </w:rPr>
        <w:t xml:space="preserve"> </w:t>
      </w:r>
      <w:r w:rsidRPr="00D70A29">
        <w:rPr>
          <w:rFonts w:eastAsia="Times New Roman" w:cs="Times New Roman"/>
          <w:szCs w:val="24"/>
          <w:lang w:val="id"/>
        </w:rPr>
        <w:t>saja</w:t>
      </w:r>
      <w:r w:rsidR="00F660D2" w:rsidRPr="00D70A29">
        <w:rPr>
          <w:rFonts w:eastAsia="Times New Roman" w:cs="Times New Roman"/>
          <w:szCs w:val="24"/>
          <w:lang w:val="id"/>
        </w:rPr>
        <w:t xml:space="preserve"> </w:t>
      </w:r>
      <w:r w:rsidRPr="00D70A29">
        <w:rPr>
          <w:rFonts w:eastAsia="Times New Roman" w:cs="Times New Roman"/>
          <w:szCs w:val="24"/>
          <w:lang w:val="id"/>
        </w:rPr>
        <w:t>yang</w:t>
      </w:r>
      <w:r w:rsidR="00F660D2" w:rsidRPr="00D70A29">
        <w:rPr>
          <w:rFonts w:eastAsia="Times New Roman" w:cs="Times New Roman"/>
          <w:szCs w:val="24"/>
          <w:lang w:val="id"/>
        </w:rPr>
        <w:t xml:space="preserve"> </w:t>
      </w:r>
      <w:r w:rsidRPr="00D70A29">
        <w:rPr>
          <w:rFonts w:eastAsia="Times New Roman" w:cs="Times New Roman"/>
          <w:szCs w:val="24"/>
          <w:lang w:val="id"/>
        </w:rPr>
        <w:t>diperlukan</w:t>
      </w:r>
      <w:r w:rsidR="00F660D2" w:rsidRPr="00D70A29">
        <w:rPr>
          <w:rFonts w:eastAsia="Times New Roman" w:cs="Times New Roman"/>
          <w:szCs w:val="24"/>
          <w:lang w:val="id"/>
        </w:rPr>
        <w:t xml:space="preserve"> </w:t>
      </w:r>
      <w:r w:rsidRPr="00D70A29">
        <w:rPr>
          <w:rFonts w:eastAsia="Times New Roman" w:cs="Times New Roman"/>
          <w:szCs w:val="24"/>
          <w:lang w:val="id"/>
        </w:rPr>
        <w:t>agar</w:t>
      </w:r>
      <w:r w:rsidR="00F660D2" w:rsidRPr="00D70A29">
        <w:rPr>
          <w:rFonts w:eastAsia="Times New Roman" w:cs="Times New Roman"/>
          <w:szCs w:val="24"/>
          <w:lang w:val="id"/>
        </w:rPr>
        <w:t xml:space="preserve"> </w:t>
      </w:r>
      <w:r w:rsidRPr="00D70A29">
        <w:rPr>
          <w:rFonts w:eastAsia="Times New Roman" w:cs="Times New Roman"/>
          <w:szCs w:val="24"/>
          <w:lang w:val="id"/>
        </w:rPr>
        <w:t>sistem</w:t>
      </w:r>
      <w:r w:rsidR="00F660D2" w:rsidRPr="00D70A29">
        <w:rPr>
          <w:rFonts w:eastAsia="Times New Roman" w:cs="Times New Roman"/>
          <w:szCs w:val="24"/>
          <w:lang w:val="id"/>
        </w:rPr>
        <w:t xml:space="preserve"> </w:t>
      </w:r>
      <w:r w:rsidRPr="00D70A29">
        <w:rPr>
          <w:rFonts w:eastAsia="Times New Roman" w:cs="Times New Roman"/>
          <w:szCs w:val="24"/>
          <w:lang w:val="id"/>
        </w:rPr>
        <w:t>dapat</w:t>
      </w:r>
      <w:r w:rsidR="00F660D2" w:rsidRPr="00D70A29">
        <w:rPr>
          <w:rFonts w:eastAsia="Times New Roman" w:cs="Times New Roman"/>
          <w:szCs w:val="24"/>
          <w:lang w:val="id"/>
        </w:rPr>
        <w:t xml:space="preserve"> </w:t>
      </w:r>
      <w:r w:rsidRPr="00D70A29">
        <w:rPr>
          <w:rFonts w:eastAsia="Times New Roman" w:cs="Times New Roman"/>
          <w:szCs w:val="24"/>
          <w:lang w:val="id"/>
        </w:rPr>
        <w:t>dioperasikan</w:t>
      </w:r>
      <w:r w:rsidR="00F660D2" w:rsidRPr="00D70A29">
        <w:rPr>
          <w:rFonts w:eastAsia="Times New Roman" w:cs="Times New Roman"/>
          <w:szCs w:val="24"/>
          <w:lang w:val="id"/>
        </w:rPr>
        <w:t xml:space="preserve"> </w:t>
      </w:r>
      <w:r w:rsidRPr="00D70A29">
        <w:rPr>
          <w:rFonts w:eastAsia="Times New Roman" w:cs="Times New Roman"/>
          <w:szCs w:val="24"/>
          <w:lang w:val="id"/>
        </w:rPr>
        <w:t>secara</w:t>
      </w:r>
      <w:r w:rsidR="00F660D2" w:rsidRPr="00D70A29">
        <w:rPr>
          <w:rFonts w:eastAsia="Times New Roman" w:cs="Times New Roman"/>
          <w:szCs w:val="24"/>
          <w:lang w:val="id"/>
        </w:rPr>
        <w:t xml:space="preserve"> </w:t>
      </w:r>
      <w:r w:rsidRPr="00D70A29">
        <w:rPr>
          <w:rFonts w:eastAsia="Times New Roman" w:cs="Times New Roman"/>
          <w:szCs w:val="24"/>
          <w:lang w:val="id"/>
        </w:rPr>
        <w:t>optimal</w:t>
      </w:r>
      <w:r w:rsidR="00F660D2" w:rsidRPr="00D70A29">
        <w:rPr>
          <w:rFonts w:eastAsia="Times New Roman" w:cs="Times New Roman"/>
          <w:szCs w:val="24"/>
          <w:lang w:val="id"/>
        </w:rPr>
        <w:t xml:space="preserve"> </w:t>
      </w:r>
      <w:r w:rsidRPr="00D70A29">
        <w:rPr>
          <w:rFonts w:eastAsia="Times New Roman" w:cs="Times New Roman"/>
          <w:szCs w:val="24"/>
          <w:lang w:val="id"/>
        </w:rPr>
        <w:t>dan</w:t>
      </w:r>
      <w:r w:rsidR="00F660D2" w:rsidRPr="00D70A29">
        <w:rPr>
          <w:rFonts w:eastAsia="Times New Roman" w:cs="Times New Roman"/>
          <w:szCs w:val="24"/>
          <w:lang w:val="id"/>
        </w:rPr>
        <w:t xml:space="preserve"> </w:t>
      </w:r>
      <w:r w:rsidRPr="00D70A29">
        <w:rPr>
          <w:rFonts w:eastAsia="Times New Roman" w:cs="Times New Roman"/>
          <w:szCs w:val="24"/>
          <w:lang w:val="id"/>
        </w:rPr>
        <w:t>mudah</w:t>
      </w:r>
      <w:r w:rsidR="00F660D2" w:rsidRPr="00D70A29">
        <w:rPr>
          <w:rFonts w:eastAsia="Times New Roman" w:cs="Times New Roman"/>
          <w:szCs w:val="24"/>
          <w:lang w:val="id"/>
        </w:rPr>
        <w:t xml:space="preserve"> </w:t>
      </w:r>
      <w:r w:rsidRPr="00D70A29">
        <w:rPr>
          <w:rFonts w:eastAsia="Times New Roman" w:cs="Times New Roman"/>
          <w:szCs w:val="24"/>
          <w:lang w:val="id"/>
        </w:rPr>
        <w:t>dipahami</w:t>
      </w:r>
      <w:r w:rsidR="00F660D2" w:rsidRPr="00D70A29">
        <w:rPr>
          <w:rFonts w:eastAsia="Times New Roman" w:cs="Times New Roman"/>
          <w:szCs w:val="24"/>
          <w:lang w:val="id"/>
        </w:rPr>
        <w:t xml:space="preserve"> </w:t>
      </w:r>
      <w:r w:rsidRPr="00D70A29">
        <w:rPr>
          <w:rFonts w:eastAsia="Times New Roman" w:cs="Times New Roman"/>
          <w:szCs w:val="24"/>
          <w:lang w:val="id"/>
        </w:rPr>
        <w:t>oleh</w:t>
      </w:r>
      <w:r w:rsidR="00F660D2" w:rsidRPr="00D70A29">
        <w:rPr>
          <w:rFonts w:eastAsia="Times New Roman" w:cs="Times New Roman"/>
          <w:szCs w:val="24"/>
          <w:lang w:val="id"/>
        </w:rPr>
        <w:t xml:space="preserve"> </w:t>
      </w:r>
      <w:r w:rsidRPr="00D70A29">
        <w:rPr>
          <w:rFonts w:eastAsia="Times New Roman" w:cs="Times New Roman"/>
          <w:szCs w:val="24"/>
          <w:lang w:val="id"/>
        </w:rPr>
        <w:t>pengelola</w:t>
      </w:r>
      <w:r w:rsidR="00F660D2" w:rsidRPr="00D70A29">
        <w:rPr>
          <w:rFonts w:eastAsia="Times New Roman" w:cs="Times New Roman"/>
          <w:szCs w:val="24"/>
          <w:lang w:val="id"/>
        </w:rPr>
        <w:t xml:space="preserve"> </w:t>
      </w:r>
      <w:r w:rsidRPr="00D70A29">
        <w:rPr>
          <w:rFonts w:eastAsia="Times New Roman" w:cs="Times New Roman"/>
          <w:szCs w:val="24"/>
          <w:lang w:val="id"/>
        </w:rPr>
        <w:t>maupun</w:t>
      </w:r>
      <w:r w:rsidR="00F660D2" w:rsidRPr="00D70A29">
        <w:rPr>
          <w:rFonts w:eastAsia="Times New Roman" w:cs="Times New Roman"/>
          <w:szCs w:val="24"/>
          <w:lang w:val="id"/>
        </w:rPr>
        <w:t xml:space="preserve"> </w:t>
      </w:r>
      <w:r w:rsidR="00487BE5" w:rsidRPr="00D70A29">
        <w:rPr>
          <w:rFonts w:eastAsia="Times New Roman" w:cs="Times New Roman"/>
          <w:szCs w:val="24"/>
          <w:lang w:val="id"/>
        </w:rPr>
        <w:t>Masyarakat</w:t>
      </w:r>
      <w:r w:rsidR="00F660D2" w:rsidRPr="00D70A29">
        <w:rPr>
          <w:rFonts w:eastAsia="Times New Roman" w:cs="Times New Roman"/>
          <w:szCs w:val="24"/>
          <w:lang w:val="id"/>
        </w:rPr>
        <w:t xml:space="preserve"> </w:t>
      </w:r>
      <w:r w:rsidRPr="00D70A29">
        <w:rPr>
          <w:rFonts w:eastAsia="Times New Roman" w:cs="Times New Roman"/>
          <w:szCs w:val="24"/>
          <w:lang w:val="id"/>
        </w:rPr>
        <w:t>taman</w:t>
      </w:r>
      <w:r w:rsidR="00F660D2" w:rsidRPr="00D70A29">
        <w:rPr>
          <w:rFonts w:eastAsia="Times New Roman" w:cs="Times New Roman"/>
          <w:szCs w:val="24"/>
          <w:lang w:val="id"/>
        </w:rPr>
        <w:t xml:space="preserve"> </w:t>
      </w:r>
      <w:r w:rsidRPr="00D70A29">
        <w:rPr>
          <w:rFonts w:eastAsia="Times New Roman" w:cs="Times New Roman"/>
          <w:szCs w:val="24"/>
          <w:lang w:val="id"/>
        </w:rPr>
        <w:t>baca?</w:t>
      </w:r>
    </w:p>
    <w:p w14:paraId="18346678" w14:textId="19B44D92" w:rsidR="00B842C8" w:rsidRPr="00387AD0" w:rsidRDefault="00E62B4E" w:rsidP="00B91E2C">
      <w:pPr>
        <w:pStyle w:val="Heading2"/>
        <w:numPr>
          <w:ilvl w:val="0"/>
          <w:numId w:val="22"/>
        </w:numPr>
        <w:spacing w:after="240" w:line="360" w:lineRule="auto"/>
        <w:ind w:left="426" w:hanging="426"/>
        <w:rPr>
          <w:rFonts w:cs="Times New Roman"/>
          <w:szCs w:val="24"/>
          <w:lang w:val="id"/>
        </w:rPr>
      </w:pPr>
      <w:bookmarkStart w:id="31" w:name="_Toc205248713"/>
      <w:bookmarkStart w:id="32" w:name="_Toc205261360"/>
      <w:r w:rsidRPr="00387AD0">
        <w:rPr>
          <w:rFonts w:cs="Times New Roman"/>
          <w:spacing w:val="-2"/>
          <w:szCs w:val="24"/>
          <w:lang w:val="id"/>
        </w:rPr>
        <w:lastRenderedPageBreak/>
        <w:t>Ruang</w:t>
      </w:r>
      <w:r w:rsidR="00F660D2" w:rsidRPr="00387AD0">
        <w:rPr>
          <w:rFonts w:cs="Times New Roman"/>
          <w:spacing w:val="-2"/>
          <w:szCs w:val="24"/>
          <w:lang w:val="id"/>
        </w:rPr>
        <w:t xml:space="preserve"> </w:t>
      </w:r>
      <w:r w:rsidRPr="00387AD0">
        <w:rPr>
          <w:rFonts w:cs="Times New Roman"/>
          <w:spacing w:val="-2"/>
          <w:szCs w:val="24"/>
          <w:lang w:val="id"/>
        </w:rPr>
        <w:t>Lingkup</w:t>
      </w:r>
      <w:r w:rsidR="00F660D2" w:rsidRPr="00387AD0">
        <w:rPr>
          <w:rFonts w:cs="Times New Roman"/>
          <w:spacing w:val="-2"/>
          <w:szCs w:val="24"/>
          <w:lang w:val="id"/>
        </w:rPr>
        <w:t xml:space="preserve"> </w:t>
      </w:r>
      <w:r w:rsidRPr="00387AD0">
        <w:rPr>
          <w:rFonts w:cs="Times New Roman"/>
          <w:spacing w:val="-2"/>
          <w:szCs w:val="24"/>
          <w:lang w:val="id"/>
        </w:rPr>
        <w:t>Permasalahan</w:t>
      </w:r>
      <w:bookmarkEnd w:id="31"/>
      <w:bookmarkEnd w:id="32"/>
    </w:p>
    <w:p w14:paraId="2D4BD38D" w14:textId="502894DC" w:rsidR="00B842C8" w:rsidRPr="00387AD0" w:rsidRDefault="00710E4E" w:rsidP="00327318">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menjaga</w:t>
      </w:r>
      <w:r w:rsidR="00F660D2" w:rsidRPr="00387AD0">
        <w:rPr>
          <w:rFonts w:eastAsia="Times New Roman" w:cs="Times New Roman"/>
          <w:szCs w:val="24"/>
          <w:lang w:val="id"/>
        </w:rPr>
        <w:t xml:space="preserve"> </w:t>
      </w:r>
      <w:r w:rsidRPr="00387AD0">
        <w:rPr>
          <w:rFonts w:eastAsia="Times New Roman" w:cs="Times New Roman"/>
          <w:szCs w:val="24"/>
          <w:lang w:val="id"/>
        </w:rPr>
        <w:t>fokus</w:t>
      </w:r>
      <w:r w:rsidR="00F660D2" w:rsidRPr="00387AD0">
        <w:rPr>
          <w:rFonts w:eastAsia="Times New Roman" w:cs="Times New Roman"/>
          <w:szCs w:val="24"/>
          <w:lang w:val="id"/>
        </w:rPr>
        <w:t xml:space="preserve"> </w:t>
      </w:r>
      <w:r w:rsidRPr="00387AD0">
        <w:rPr>
          <w:rFonts w:eastAsia="Times New Roman" w:cs="Times New Roman"/>
          <w:szCs w:val="24"/>
          <w:lang w:val="id"/>
        </w:rPr>
        <w:t>pembahasan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mencegah</w:t>
      </w:r>
      <w:r w:rsidR="00F660D2" w:rsidRPr="00387AD0">
        <w:rPr>
          <w:rFonts w:eastAsia="Times New Roman" w:cs="Times New Roman"/>
          <w:szCs w:val="24"/>
          <w:lang w:val="id"/>
        </w:rPr>
        <w:t xml:space="preserve"> </w:t>
      </w:r>
      <w:r w:rsidRPr="00387AD0">
        <w:rPr>
          <w:rFonts w:eastAsia="Times New Roman" w:cs="Times New Roman"/>
          <w:szCs w:val="24"/>
          <w:lang w:val="id"/>
        </w:rPr>
        <w:t>topik</w:t>
      </w:r>
      <w:r w:rsidR="00F660D2" w:rsidRPr="00387AD0">
        <w:rPr>
          <w:rFonts w:eastAsia="Times New Roman" w:cs="Times New Roman"/>
          <w:szCs w:val="24"/>
          <w:lang w:val="id"/>
        </w:rPr>
        <w:t xml:space="preserve"> </w:t>
      </w:r>
      <w:r w:rsidRPr="00387AD0">
        <w:rPr>
          <w:rFonts w:eastAsia="Times New Roman" w:cs="Times New Roman"/>
          <w:szCs w:val="24"/>
          <w:lang w:val="id"/>
        </w:rPr>
        <w:t>meluas</w:t>
      </w:r>
      <w:r w:rsidR="00F660D2" w:rsidRPr="00387AD0">
        <w:rPr>
          <w:rFonts w:eastAsia="Times New Roman" w:cs="Times New Roman"/>
          <w:szCs w:val="24"/>
          <w:lang w:val="id"/>
        </w:rPr>
        <w:t xml:space="preserve"> </w:t>
      </w:r>
      <w:r w:rsidRPr="00387AD0">
        <w:rPr>
          <w:rFonts w:eastAsia="Times New Roman" w:cs="Times New Roman"/>
          <w:szCs w:val="24"/>
          <w:lang w:val="id"/>
        </w:rPr>
        <w:t>ke</w:t>
      </w:r>
      <w:r w:rsidR="00F660D2" w:rsidRPr="00387AD0">
        <w:rPr>
          <w:rFonts w:eastAsia="Times New Roman" w:cs="Times New Roman"/>
          <w:szCs w:val="24"/>
          <w:lang w:val="id"/>
        </w:rPr>
        <w:t xml:space="preserve"> </w:t>
      </w:r>
      <w:r w:rsidRPr="00387AD0">
        <w:rPr>
          <w:rFonts w:eastAsia="Times New Roman" w:cs="Times New Roman"/>
          <w:szCs w:val="24"/>
          <w:lang w:val="id"/>
        </w:rPr>
        <w:t>luar</w:t>
      </w:r>
      <w:r w:rsidR="00F660D2" w:rsidRPr="00387AD0">
        <w:rPr>
          <w:rFonts w:eastAsia="Times New Roman" w:cs="Times New Roman"/>
          <w:szCs w:val="24"/>
          <w:lang w:val="id"/>
        </w:rPr>
        <w:t xml:space="preserve"> </w:t>
      </w:r>
      <w:r w:rsidRPr="00387AD0">
        <w:rPr>
          <w:rFonts w:eastAsia="Times New Roman" w:cs="Times New Roman"/>
          <w:szCs w:val="24"/>
          <w:lang w:val="id"/>
        </w:rPr>
        <w:t>sasaran</w:t>
      </w:r>
      <w:r w:rsidR="00F660D2" w:rsidRPr="00387AD0">
        <w:rPr>
          <w:rFonts w:eastAsia="Times New Roman" w:cs="Times New Roman"/>
          <w:szCs w:val="24"/>
          <w:lang w:val="id"/>
        </w:rPr>
        <w:t xml:space="preserve"> </w:t>
      </w:r>
      <w:r w:rsidRPr="00387AD0">
        <w:rPr>
          <w:rFonts w:eastAsia="Times New Roman" w:cs="Times New Roman"/>
          <w:szCs w:val="24"/>
          <w:lang w:val="id"/>
        </w:rPr>
        <w:t>utama,</w:t>
      </w:r>
      <w:r w:rsidR="00F660D2" w:rsidRPr="00387AD0">
        <w:rPr>
          <w:rFonts w:eastAsia="Times New Roman" w:cs="Times New Roman"/>
          <w:szCs w:val="24"/>
          <w:lang w:val="id"/>
        </w:rPr>
        <w:t xml:space="preserve"> </w:t>
      </w:r>
      <w:r w:rsidRPr="00387AD0">
        <w:rPr>
          <w:rFonts w:eastAsia="Times New Roman" w:cs="Times New Roman"/>
          <w:szCs w:val="24"/>
          <w:lang w:val="id"/>
        </w:rPr>
        <w:t>proyek</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dibatasi</w:t>
      </w:r>
      <w:r w:rsidR="00F660D2" w:rsidRPr="00387AD0">
        <w:rPr>
          <w:rFonts w:eastAsia="Times New Roman" w:cs="Times New Roman"/>
          <w:szCs w:val="24"/>
          <w:lang w:val="id"/>
        </w:rPr>
        <w:t xml:space="preserve"> </w:t>
      </w:r>
      <w:r w:rsidRPr="00387AD0">
        <w:rPr>
          <w:rFonts w:eastAsia="Times New Roman" w:cs="Times New Roman"/>
          <w:szCs w:val="24"/>
          <w:lang w:val="id"/>
        </w:rPr>
        <w:t>pada</w:t>
      </w:r>
      <w:r w:rsidR="00F660D2" w:rsidRPr="00387AD0">
        <w:rPr>
          <w:rFonts w:eastAsia="Times New Roman" w:cs="Times New Roman"/>
          <w:szCs w:val="24"/>
          <w:lang w:val="id"/>
        </w:rPr>
        <w:t xml:space="preserve"> </w:t>
      </w:r>
      <w:r w:rsidRPr="00387AD0">
        <w:rPr>
          <w:rFonts w:eastAsia="Times New Roman" w:cs="Times New Roman"/>
          <w:szCs w:val="24"/>
          <w:lang w:val="id"/>
        </w:rPr>
        <w:t>hal-hal</w:t>
      </w:r>
      <w:r w:rsidR="00F660D2" w:rsidRPr="00387AD0">
        <w:rPr>
          <w:rFonts w:eastAsia="Times New Roman" w:cs="Times New Roman"/>
          <w:szCs w:val="24"/>
          <w:lang w:val="id"/>
        </w:rPr>
        <w:t xml:space="preserve"> </w:t>
      </w:r>
      <w:r w:rsidRPr="00387AD0">
        <w:rPr>
          <w:rFonts w:eastAsia="Times New Roman" w:cs="Times New Roman"/>
          <w:szCs w:val="24"/>
          <w:lang w:val="id"/>
        </w:rPr>
        <w:t>berikut:</w:t>
      </w:r>
    </w:p>
    <w:p w14:paraId="478BB206" w14:textId="77777777" w:rsidR="00D70A29" w:rsidRDefault="00710E4E" w:rsidP="00B91E2C">
      <w:pPr>
        <w:widowControl w:val="0"/>
        <w:numPr>
          <w:ilvl w:val="0"/>
          <w:numId w:val="12"/>
        </w:numPr>
        <w:autoSpaceDE w:val="0"/>
        <w:autoSpaceDN w:val="0"/>
        <w:spacing w:after="0" w:line="360" w:lineRule="auto"/>
        <w:ind w:left="851" w:hanging="425"/>
        <w:rPr>
          <w:rFonts w:eastAsia="Times New Roman" w:cs="Times New Roman"/>
          <w:szCs w:val="24"/>
          <w:lang w:val="id"/>
        </w:rPr>
      </w:pPr>
      <w:r w:rsidRPr="00387AD0">
        <w:rPr>
          <w:rFonts w:eastAsia="Times New Roman" w:cs="Times New Roman"/>
          <w:szCs w:val="24"/>
          <w:lang w:val="id"/>
        </w:rPr>
        <w:t>Fungsionalitas</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terbatas</w:t>
      </w:r>
      <w:r w:rsidR="00F660D2" w:rsidRPr="00387AD0">
        <w:rPr>
          <w:rFonts w:eastAsia="Times New Roman" w:cs="Times New Roman"/>
          <w:szCs w:val="24"/>
          <w:lang w:val="id"/>
        </w:rPr>
        <w:t xml:space="preserve"> </w:t>
      </w:r>
      <w:r w:rsidRPr="00387AD0">
        <w:rPr>
          <w:rFonts w:eastAsia="Times New Roman" w:cs="Times New Roman"/>
          <w:szCs w:val="24"/>
          <w:lang w:val="id"/>
        </w:rPr>
        <w:t>pada</w:t>
      </w:r>
      <w:r w:rsidR="00F660D2" w:rsidRPr="00387AD0">
        <w:rPr>
          <w:rFonts w:eastAsia="Times New Roman" w:cs="Times New Roman"/>
          <w:szCs w:val="24"/>
          <w:lang w:val="id"/>
        </w:rPr>
        <w:t xml:space="preserve"> </w:t>
      </w:r>
      <w:r w:rsidRPr="00387AD0">
        <w:rPr>
          <w:rFonts w:eastAsia="Times New Roman" w:cs="Times New Roman"/>
          <w:szCs w:val="24"/>
          <w:lang w:val="id"/>
        </w:rPr>
        <w:t>pengelolaan</w:t>
      </w:r>
      <w:r w:rsidR="00F660D2" w:rsidRPr="00387AD0">
        <w:rPr>
          <w:rFonts w:eastAsia="Times New Roman" w:cs="Times New Roman"/>
          <w:szCs w:val="24"/>
          <w:lang w:val="id"/>
        </w:rPr>
        <w:t xml:space="preserve"> </w:t>
      </w:r>
      <w:r w:rsidRPr="00387AD0">
        <w:rPr>
          <w:rFonts w:eastAsia="Times New Roman" w:cs="Times New Roman"/>
          <w:szCs w:val="24"/>
          <w:lang w:val="id"/>
        </w:rPr>
        <w:t>data</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meliputi</w:t>
      </w:r>
      <w:r w:rsidR="00F660D2" w:rsidRPr="00387AD0">
        <w:rPr>
          <w:rFonts w:eastAsia="Times New Roman" w:cs="Times New Roman"/>
          <w:szCs w:val="24"/>
          <w:lang w:val="id"/>
        </w:rPr>
        <w:t xml:space="preserve"> </w:t>
      </w:r>
      <w:r w:rsidRPr="00387AD0">
        <w:rPr>
          <w:rFonts w:eastAsia="Times New Roman" w:cs="Times New Roman"/>
          <w:szCs w:val="24"/>
          <w:lang w:val="id"/>
        </w:rPr>
        <w:t>penambahan,</w:t>
      </w:r>
      <w:r w:rsidR="00F660D2" w:rsidRPr="00387AD0">
        <w:rPr>
          <w:rFonts w:eastAsia="Times New Roman" w:cs="Times New Roman"/>
          <w:szCs w:val="24"/>
          <w:lang w:val="id"/>
        </w:rPr>
        <w:t xml:space="preserve"> </w:t>
      </w:r>
      <w:r w:rsidRPr="00387AD0">
        <w:rPr>
          <w:rFonts w:eastAsia="Times New Roman" w:cs="Times New Roman"/>
          <w:szCs w:val="24"/>
          <w:lang w:val="id"/>
        </w:rPr>
        <w:t>pengubahan,</w:t>
      </w:r>
      <w:r w:rsidR="00F660D2" w:rsidRPr="00387AD0">
        <w:rPr>
          <w:rFonts w:eastAsia="Times New Roman" w:cs="Times New Roman"/>
          <w:szCs w:val="24"/>
          <w:lang w:val="id"/>
        </w:rPr>
        <w:t xml:space="preserve"> </w:t>
      </w:r>
      <w:r w:rsidRPr="00387AD0">
        <w:rPr>
          <w:rFonts w:eastAsia="Times New Roman" w:cs="Times New Roman"/>
          <w:szCs w:val="24"/>
          <w:lang w:val="id"/>
        </w:rPr>
        <w:t>penghapusan,</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cs="Times New Roman"/>
        </w:rPr>
        <w:t xml:space="preserve"> </w:t>
      </w:r>
    </w:p>
    <w:p w14:paraId="3C5EE3A3" w14:textId="77777777" w:rsidR="00D70A29" w:rsidRDefault="00710E4E" w:rsidP="00B91E2C">
      <w:pPr>
        <w:widowControl w:val="0"/>
        <w:numPr>
          <w:ilvl w:val="0"/>
          <w:numId w:val="12"/>
        </w:numPr>
        <w:autoSpaceDE w:val="0"/>
        <w:autoSpaceDN w:val="0"/>
        <w:spacing w:after="0" w:line="360" w:lineRule="auto"/>
        <w:ind w:left="851" w:hanging="425"/>
        <w:rPr>
          <w:rFonts w:eastAsia="Times New Roman" w:cs="Times New Roman"/>
          <w:szCs w:val="24"/>
          <w:lang w:val="id"/>
        </w:rPr>
      </w:pPr>
      <w:r w:rsidRPr="00D70A29">
        <w:rPr>
          <w:rFonts w:eastAsia="Times New Roman" w:cs="Times New Roman"/>
          <w:szCs w:val="24"/>
          <w:lang w:val="id"/>
        </w:rPr>
        <w:t>Pihak</w:t>
      </w:r>
      <w:r w:rsidR="00F660D2" w:rsidRPr="00D70A29">
        <w:rPr>
          <w:rFonts w:eastAsia="Times New Roman" w:cs="Times New Roman"/>
          <w:szCs w:val="24"/>
          <w:lang w:val="id"/>
        </w:rPr>
        <w:t xml:space="preserve"> </w:t>
      </w:r>
      <w:r w:rsidRPr="00D70A29">
        <w:rPr>
          <w:rFonts w:eastAsia="Times New Roman" w:cs="Times New Roman"/>
          <w:szCs w:val="24"/>
          <w:lang w:val="id"/>
        </w:rPr>
        <w:t>yang</w:t>
      </w:r>
      <w:r w:rsidR="00F660D2" w:rsidRPr="00D70A29">
        <w:rPr>
          <w:rFonts w:eastAsia="Times New Roman" w:cs="Times New Roman"/>
          <w:szCs w:val="24"/>
          <w:lang w:val="id"/>
        </w:rPr>
        <w:t xml:space="preserve"> </w:t>
      </w:r>
      <w:r w:rsidRPr="00D70A29">
        <w:rPr>
          <w:rFonts w:eastAsia="Times New Roman" w:cs="Times New Roman"/>
          <w:szCs w:val="24"/>
          <w:lang w:val="id"/>
        </w:rPr>
        <w:t>dapat</w:t>
      </w:r>
      <w:r w:rsidR="00F660D2" w:rsidRPr="00D70A29">
        <w:rPr>
          <w:rFonts w:eastAsia="Times New Roman" w:cs="Times New Roman"/>
          <w:szCs w:val="24"/>
          <w:lang w:val="id"/>
        </w:rPr>
        <w:t xml:space="preserve"> </w:t>
      </w:r>
      <w:r w:rsidRPr="00D70A29">
        <w:rPr>
          <w:rFonts w:eastAsia="Times New Roman" w:cs="Times New Roman"/>
          <w:szCs w:val="24"/>
          <w:lang w:val="id"/>
        </w:rPr>
        <w:t>menggunakan</w:t>
      </w:r>
      <w:r w:rsidR="00F660D2" w:rsidRPr="00D70A29">
        <w:rPr>
          <w:rFonts w:eastAsia="Times New Roman" w:cs="Times New Roman"/>
          <w:szCs w:val="24"/>
          <w:lang w:val="id"/>
        </w:rPr>
        <w:t xml:space="preserve"> </w:t>
      </w:r>
      <w:r w:rsidRPr="00D70A29">
        <w:rPr>
          <w:rFonts w:eastAsia="Times New Roman" w:cs="Times New Roman"/>
          <w:szCs w:val="24"/>
          <w:lang w:val="id"/>
        </w:rPr>
        <w:t>sistem</w:t>
      </w:r>
      <w:r w:rsidR="00F660D2" w:rsidRPr="00D70A29">
        <w:rPr>
          <w:rFonts w:eastAsia="Times New Roman" w:cs="Times New Roman"/>
          <w:szCs w:val="24"/>
          <w:lang w:val="id"/>
        </w:rPr>
        <w:t xml:space="preserve"> </w:t>
      </w:r>
      <w:r w:rsidRPr="00D70A29">
        <w:rPr>
          <w:rFonts w:eastAsia="Times New Roman" w:cs="Times New Roman"/>
          <w:szCs w:val="24"/>
          <w:lang w:val="id"/>
        </w:rPr>
        <w:t>terdiri</w:t>
      </w:r>
      <w:r w:rsidR="00F660D2" w:rsidRPr="00D70A29">
        <w:rPr>
          <w:rFonts w:eastAsia="Times New Roman" w:cs="Times New Roman"/>
          <w:szCs w:val="24"/>
          <w:lang w:val="id"/>
        </w:rPr>
        <w:t xml:space="preserve"> </w:t>
      </w:r>
      <w:r w:rsidRPr="00D70A29">
        <w:rPr>
          <w:rFonts w:eastAsia="Times New Roman" w:cs="Times New Roman"/>
          <w:szCs w:val="24"/>
          <w:lang w:val="id"/>
        </w:rPr>
        <w:t>atas</w:t>
      </w:r>
      <w:r w:rsidR="00F660D2" w:rsidRPr="00D70A29">
        <w:rPr>
          <w:rFonts w:eastAsia="Times New Roman" w:cs="Times New Roman"/>
          <w:szCs w:val="24"/>
          <w:lang w:val="id"/>
        </w:rPr>
        <w:t xml:space="preserve"> </w:t>
      </w:r>
      <w:r w:rsidRPr="00D70A29">
        <w:rPr>
          <w:rFonts w:eastAsia="Times New Roman" w:cs="Times New Roman"/>
          <w:szCs w:val="24"/>
          <w:lang w:val="id"/>
        </w:rPr>
        <w:t>dua</w:t>
      </w:r>
      <w:r w:rsidR="00F660D2" w:rsidRPr="00D70A29">
        <w:rPr>
          <w:rFonts w:eastAsia="Times New Roman" w:cs="Times New Roman"/>
          <w:szCs w:val="24"/>
          <w:lang w:val="id"/>
        </w:rPr>
        <w:t xml:space="preserve"> </w:t>
      </w:r>
      <w:r w:rsidRPr="00D70A29">
        <w:rPr>
          <w:rFonts w:eastAsia="Times New Roman" w:cs="Times New Roman"/>
          <w:szCs w:val="24"/>
          <w:lang w:val="id"/>
        </w:rPr>
        <w:t>kategori,</w:t>
      </w:r>
      <w:r w:rsidR="00F660D2" w:rsidRPr="00D70A29">
        <w:rPr>
          <w:rFonts w:eastAsia="Times New Roman" w:cs="Times New Roman"/>
          <w:szCs w:val="24"/>
          <w:lang w:val="id"/>
        </w:rPr>
        <w:t xml:space="preserve"> </w:t>
      </w:r>
      <w:r w:rsidRPr="00D70A29">
        <w:rPr>
          <w:rFonts w:eastAsia="Times New Roman" w:cs="Times New Roman"/>
          <w:szCs w:val="24"/>
          <w:lang w:val="id"/>
        </w:rPr>
        <w:t>yaitu</w:t>
      </w:r>
      <w:r w:rsidR="00F660D2" w:rsidRPr="00D70A29">
        <w:rPr>
          <w:rFonts w:eastAsia="Times New Roman" w:cs="Times New Roman"/>
          <w:szCs w:val="24"/>
          <w:lang w:val="id"/>
        </w:rPr>
        <w:t xml:space="preserve"> </w:t>
      </w:r>
      <w:r w:rsidRPr="00D70A29">
        <w:rPr>
          <w:rFonts w:eastAsia="Times New Roman" w:cs="Times New Roman"/>
          <w:szCs w:val="24"/>
          <w:lang w:val="id"/>
        </w:rPr>
        <w:t>administrator</w:t>
      </w:r>
      <w:r w:rsidR="00F660D2" w:rsidRPr="00D70A29">
        <w:rPr>
          <w:rFonts w:eastAsia="Times New Roman" w:cs="Times New Roman"/>
          <w:szCs w:val="24"/>
          <w:lang w:val="id"/>
        </w:rPr>
        <w:t xml:space="preserve"> </w:t>
      </w:r>
      <w:r w:rsidRPr="00D70A29">
        <w:rPr>
          <w:rFonts w:eastAsia="Times New Roman" w:cs="Times New Roman"/>
          <w:szCs w:val="24"/>
          <w:lang w:val="id"/>
        </w:rPr>
        <w:t>(pengelola)</w:t>
      </w:r>
      <w:r w:rsidR="00F660D2" w:rsidRPr="00D70A29">
        <w:rPr>
          <w:rFonts w:eastAsia="Times New Roman" w:cs="Times New Roman"/>
          <w:szCs w:val="24"/>
          <w:lang w:val="id"/>
        </w:rPr>
        <w:t xml:space="preserve"> </w:t>
      </w:r>
      <w:r w:rsidRPr="00D70A29">
        <w:rPr>
          <w:rFonts w:eastAsia="Times New Roman" w:cs="Times New Roman"/>
          <w:szCs w:val="24"/>
          <w:lang w:val="id"/>
        </w:rPr>
        <w:t>dan</w:t>
      </w:r>
      <w:r w:rsidR="00F660D2" w:rsidRPr="00D70A29">
        <w:rPr>
          <w:rFonts w:eastAsia="Times New Roman" w:cs="Times New Roman"/>
          <w:szCs w:val="24"/>
          <w:lang w:val="id"/>
        </w:rPr>
        <w:t xml:space="preserve"> </w:t>
      </w:r>
      <w:r w:rsidRPr="00D70A29">
        <w:rPr>
          <w:rFonts w:eastAsia="Times New Roman" w:cs="Times New Roman"/>
          <w:szCs w:val="24"/>
          <w:lang w:val="id"/>
        </w:rPr>
        <w:t>pengguna</w:t>
      </w:r>
      <w:r w:rsidR="00F660D2" w:rsidRPr="00D70A29">
        <w:rPr>
          <w:rFonts w:eastAsia="Times New Roman" w:cs="Times New Roman"/>
          <w:szCs w:val="24"/>
          <w:lang w:val="id"/>
        </w:rPr>
        <w:t xml:space="preserve"> </w:t>
      </w:r>
      <w:r w:rsidRPr="00D70A29">
        <w:rPr>
          <w:rFonts w:eastAsia="Times New Roman" w:cs="Times New Roman"/>
          <w:szCs w:val="24"/>
          <w:lang w:val="id"/>
        </w:rPr>
        <w:t>umum</w:t>
      </w:r>
      <w:r w:rsidR="00F660D2" w:rsidRPr="00D70A29">
        <w:rPr>
          <w:rFonts w:eastAsia="Times New Roman" w:cs="Times New Roman"/>
          <w:szCs w:val="24"/>
          <w:lang w:val="id"/>
        </w:rPr>
        <w:t xml:space="preserve"> </w:t>
      </w:r>
      <w:r w:rsidRPr="00D70A29">
        <w:rPr>
          <w:rFonts w:eastAsia="Times New Roman" w:cs="Times New Roman"/>
          <w:szCs w:val="24"/>
          <w:lang w:val="id"/>
        </w:rPr>
        <w:t>(Masyarakat).</w:t>
      </w:r>
    </w:p>
    <w:p w14:paraId="72271303" w14:textId="0FB76993" w:rsidR="00D70A29" w:rsidRDefault="00710E4E" w:rsidP="00B91E2C">
      <w:pPr>
        <w:widowControl w:val="0"/>
        <w:numPr>
          <w:ilvl w:val="0"/>
          <w:numId w:val="12"/>
        </w:numPr>
        <w:autoSpaceDE w:val="0"/>
        <w:autoSpaceDN w:val="0"/>
        <w:spacing w:after="0" w:line="360" w:lineRule="auto"/>
        <w:ind w:left="851" w:hanging="425"/>
        <w:rPr>
          <w:rFonts w:eastAsia="Times New Roman" w:cs="Times New Roman"/>
          <w:szCs w:val="24"/>
          <w:lang w:val="id"/>
        </w:rPr>
      </w:pPr>
      <w:r w:rsidRPr="00D70A29">
        <w:rPr>
          <w:rFonts w:eastAsia="Times New Roman" w:cs="Times New Roman"/>
          <w:szCs w:val="24"/>
          <w:lang w:val="id"/>
        </w:rPr>
        <w:t>Aplikasi</w:t>
      </w:r>
      <w:r w:rsidR="00F660D2" w:rsidRPr="00D70A29">
        <w:rPr>
          <w:rFonts w:eastAsia="Times New Roman" w:cs="Times New Roman"/>
          <w:szCs w:val="24"/>
          <w:lang w:val="id"/>
        </w:rPr>
        <w:t xml:space="preserve"> </w:t>
      </w:r>
      <w:r w:rsidRPr="00D70A29">
        <w:rPr>
          <w:rFonts w:eastAsia="Times New Roman" w:cs="Times New Roman"/>
          <w:szCs w:val="24"/>
          <w:lang w:val="id"/>
        </w:rPr>
        <w:t>dirancang</w:t>
      </w:r>
      <w:r w:rsidR="00F660D2" w:rsidRPr="00D70A29">
        <w:rPr>
          <w:rFonts w:eastAsia="Times New Roman" w:cs="Times New Roman"/>
          <w:szCs w:val="24"/>
          <w:lang w:val="id"/>
        </w:rPr>
        <w:t xml:space="preserve"> </w:t>
      </w:r>
      <w:r w:rsidRPr="00D70A29">
        <w:rPr>
          <w:rFonts w:eastAsia="Times New Roman" w:cs="Times New Roman"/>
          <w:szCs w:val="24"/>
          <w:lang w:val="id"/>
        </w:rPr>
        <w:t>berbasis</w:t>
      </w:r>
      <w:r w:rsidR="00F660D2" w:rsidRPr="00D70A29">
        <w:rPr>
          <w:rFonts w:eastAsia="Times New Roman" w:cs="Times New Roman"/>
          <w:szCs w:val="24"/>
          <w:lang w:val="id"/>
        </w:rPr>
        <w:t xml:space="preserve"> </w:t>
      </w:r>
      <w:r w:rsidRPr="00D70A29">
        <w:rPr>
          <w:rFonts w:eastAsia="Times New Roman" w:cs="Times New Roman"/>
          <w:szCs w:val="24"/>
          <w:lang w:val="id"/>
        </w:rPr>
        <w:t>web</w:t>
      </w:r>
      <w:r w:rsidR="00F660D2" w:rsidRPr="00D70A29">
        <w:rPr>
          <w:rFonts w:eastAsia="Times New Roman" w:cs="Times New Roman"/>
          <w:szCs w:val="24"/>
          <w:lang w:val="id"/>
        </w:rPr>
        <w:t xml:space="preserve"> </w:t>
      </w:r>
      <w:r w:rsidRPr="00D70A29">
        <w:rPr>
          <w:rFonts w:eastAsia="Times New Roman" w:cs="Times New Roman"/>
          <w:szCs w:val="24"/>
          <w:lang w:val="id"/>
        </w:rPr>
        <w:t>dan</w:t>
      </w:r>
      <w:r w:rsidR="00F660D2" w:rsidRPr="00D70A29">
        <w:rPr>
          <w:rFonts w:eastAsia="Times New Roman" w:cs="Times New Roman"/>
          <w:szCs w:val="24"/>
          <w:lang w:val="id"/>
        </w:rPr>
        <w:t xml:space="preserve"> </w:t>
      </w:r>
      <w:r w:rsidRPr="00D70A29">
        <w:rPr>
          <w:rFonts w:eastAsia="Times New Roman" w:cs="Times New Roman"/>
          <w:szCs w:val="24"/>
          <w:lang w:val="id"/>
        </w:rPr>
        <w:t>dioptimalkan</w:t>
      </w:r>
      <w:r w:rsidR="00F660D2" w:rsidRPr="00D70A29">
        <w:rPr>
          <w:rFonts w:eastAsia="Times New Roman" w:cs="Times New Roman"/>
          <w:szCs w:val="24"/>
          <w:lang w:val="id"/>
        </w:rPr>
        <w:t xml:space="preserve"> </w:t>
      </w:r>
      <w:r w:rsidRPr="00D70A29">
        <w:rPr>
          <w:rFonts w:eastAsia="Times New Roman" w:cs="Times New Roman"/>
          <w:szCs w:val="24"/>
          <w:lang w:val="id"/>
        </w:rPr>
        <w:t>untuk</w:t>
      </w:r>
      <w:r w:rsidR="00F660D2" w:rsidRPr="00D70A29">
        <w:rPr>
          <w:rFonts w:eastAsia="Times New Roman" w:cs="Times New Roman"/>
          <w:szCs w:val="24"/>
          <w:lang w:val="id"/>
        </w:rPr>
        <w:t xml:space="preserve"> </w:t>
      </w:r>
      <w:r w:rsidRPr="00D70A29">
        <w:rPr>
          <w:rFonts w:eastAsia="Times New Roman" w:cs="Times New Roman"/>
          <w:szCs w:val="24"/>
          <w:lang w:val="id"/>
        </w:rPr>
        <w:t>diakses</w:t>
      </w:r>
      <w:r w:rsidR="00F660D2" w:rsidRPr="00D70A29">
        <w:rPr>
          <w:rFonts w:eastAsia="Times New Roman" w:cs="Times New Roman"/>
          <w:szCs w:val="24"/>
          <w:lang w:val="id"/>
        </w:rPr>
        <w:t xml:space="preserve"> </w:t>
      </w:r>
      <w:r w:rsidRPr="00D70A29">
        <w:rPr>
          <w:rFonts w:eastAsia="Times New Roman" w:cs="Times New Roman"/>
          <w:szCs w:val="24"/>
          <w:lang w:val="id"/>
        </w:rPr>
        <w:t>melalui</w:t>
      </w:r>
      <w:r w:rsidR="00F660D2" w:rsidRPr="00D70A29">
        <w:rPr>
          <w:rFonts w:eastAsia="Times New Roman" w:cs="Times New Roman"/>
          <w:szCs w:val="24"/>
          <w:lang w:val="id"/>
        </w:rPr>
        <w:t xml:space="preserve"> </w:t>
      </w:r>
      <w:r w:rsidRPr="00D70A29">
        <w:rPr>
          <w:rFonts w:eastAsia="Times New Roman" w:cs="Times New Roman"/>
          <w:szCs w:val="24"/>
          <w:lang w:val="id"/>
        </w:rPr>
        <w:t>perangkat</w:t>
      </w:r>
      <w:r w:rsidR="00F660D2" w:rsidRPr="00D70A29">
        <w:rPr>
          <w:rFonts w:eastAsia="Times New Roman" w:cs="Times New Roman"/>
          <w:szCs w:val="24"/>
          <w:lang w:val="id"/>
        </w:rPr>
        <w:t xml:space="preserve"> </w:t>
      </w:r>
      <w:r w:rsidRPr="00D70A29">
        <w:rPr>
          <w:rFonts w:eastAsia="Times New Roman" w:cs="Times New Roman"/>
          <w:szCs w:val="24"/>
          <w:lang w:val="id"/>
        </w:rPr>
        <w:t>komputer</w:t>
      </w:r>
      <w:r w:rsidR="00F660D2" w:rsidRPr="00D70A29">
        <w:rPr>
          <w:rFonts w:eastAsia="Times New Roman" w:cs="Times New Roman"/>
          <w:szCs w:val="24"/>
          <w:lang w:val="id"/>
        </w:rPr>
        <w:t xml:space="preserve"> </w:t>
      </w:r>
      <w:r w:rsidRPr="00D70A29">
        <w:rPr>
          <w:rFonts w:eastAsia="Times New Roman" w:cs="Times New Roman"/>
          <w:szCs w:val="24"/>
          <w:lang w:val="id"/>
        </w:rPr>
        <w:t>desktop</w:t>
      </w:r>
      <w:r w:rsidR="00D70A29">
        <w:rPr>
          <w:rFonts w:eastAsia="Times New Roman" w:cs="Times New Roman"/>
          <w:szCs w:val="24"/>
          <w:lang w:val="id"/>
        </w:rPr>
        <w:t>.</w:t>
      </w:r>
    </w:p>
    <w:p w14:paraId="39C33FA5" w14:textId="77777777" w:rsidR="00BF305F" w:rsidRPr="00B91E2C" w:rsidRDefault="00BF305F" w:rsidP="00BF305F">
      <w:pPr>
        <w:widowControl w:val="0"/>
        <w:autoSpaceDE w:val="0"/>
        <w:autoSpaceDN w:val="0"/>
        <w:spacing w:after="0" w:line="360" w:lineRule="auto"/>
        <w:ind w:left="851"/>
        <w:rPr>
          <w:rFonts w:eastAsia="Times New Roman" w:cs="Times New Roman"/>
          <w:szCs w:val="24"/>
          <w:lang w:val="id"/>
        </w:rPr>
      </w:pPr>
    </w:p>
    <w:p w14:paraId="57659EAD" w14:textId="199F7A99" w:rsidR="00B842C8" w:rsidRPr="00387AD0" w:rsidRDefault="00E62B4E" w:rsidP="00BF305F">
      <w:pPr>
        <w:pStyle w:val="Heading2"/>
        <w:numPr>
          <w:ilvl w:val="0"/>
          <w:numId w:val="22"/>
        </w:numPr>
        <w:spacing w:before="0" w:after="240" w:line="360" w:lineRule="auto"/>
        <w:ind w:left="426" w:hanging="426"/>
        <w:rPr>
          <w:rFonts w:cs="Times New Roman"/>
          <w:szCs w:val="24"/>
          <w:lang w:val="id"/>
        </w:rPr>
      </w:pPr>
      <w:bookmarkStart w:id="33" w:name="_Toc204310509"/>
      <w:bookmarkStart w:id="34" w:name="_Toc205248714"/>
      <w:bookmarkStart w:id="35" w:name="_Toc205261361"/>
      <w:r w:rsidRPr="00387AD0">
        <w:rPr>
          <w:rFonts w:cs="Times New Roman"/>
          <w:szCs w:val="24"/>
          <w:lang w:val="id"/>
        </w:rPr>
        <w:t>Tujuan</w:t>
      </w:r>
      <w:bookmarkEnd w:id="33"/>
      <w:bookmarkEnd w:id="34"/>
      <w:bookmarkEnd w:id="35"/>
      <w:r w:rsidR="00F660D2" w:rsidRPr="00387AD0">
        <w:rPr>
          <w:rFonts w:cs="Times New Roman"/>
          <w:szCs w:val="24"/>
          <w:lang w:val="id"/>
        </w:rPr>
        <w:t xml:space="preserve"> </w:t>
      </w:r>
    </w:p>
    <w:p w14:paraId="70852D35" w14:textId="5D837D51" w:rsidR="00B842C8" w:rsidRPr="00387AD0" w:rsidRDefault="00710E4E" w:rsidP="00327318">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Kegiatan</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bertujuan</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mentransformasi</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administrasi</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ke</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bentuk</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guna</w:t>
      </w:r>
      <w:r w:rsidR="00F660D2" w:rsidRPr="00387AD0">
        <w:rPr>
          <w:rFonts w:eastAsia="Times New Roman" w:cs="Times New Roman"/>
          <w:szCs w:val="24"/>
          <w:lang w:val="id"/>
        </w:rPr>
        <w:t xml:space="preserve"> </w:t>
      </w:r>
      <w:r w:rsidRPr="00387AD0">
        <w:rPr>
          <w:rFonts w:eastAsia="Times New Roman" w:cs="Times New Roman"/>
          <w:szCs w:val="24"/>
          <w:lang w:val="id"/>
        </w:rPr>
        <w:t>meningkatkan</w:t>
      </w:r>
      <w:r w:rsidR="00F660D2" w:rsidRPr="00387AD0">
        <w:rPr>
          <w:rFonts w:eastAsia="Times New Roman" w:cs="Times New Roman"/>
          <w:szCs w:val="24"/>
          <w:lang w:val="id"/>
        </w:rPr>
        <w:t xml:space="preserve"> </w:t>
      </w:r>
      <w:r w:rsidRPr="00387AD0">
        <w:rPr>
          <w:rFonts w:eastAsia="Times New Roman" w:cs="Times New Roman"/>
          <w:szCs w:val="24"/>
          <w:lang w:val="id"/>
        </w:rPr>
        <w:t>efisiensi</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memungkinkan</w:t>
      </w:r>
      <w:r w:rsidR="00F660D2" w:rsidRPr="00387AD0">
        <w:rPr>
          <w:rFonts w:eastAsia="Times New Roman" w:cs="Times New Roman"/>
          <w:szCs w:val="24"/>
          <w:lang w:val="id"/>
        </w:rPr>
        <w:t xml:space="preserve"> </w:t>
      </w:r>
      <w:r w:rsidRPr="00387AD0">
        <w:rPr>
          <w:rFonts w:eastAsia="Times New Roman" w:cs="Times New Roman"/>
          <w:szCs w:val="24"/>
          <w:lang w:val="id"/>
        </w:rPr>
        <w:t>akses</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luas</w:t>
      </w:r>
      <w:r w:rsidR="00F660D2" w:rsidRPr="00387AD0">
        <w:rPr>
          <w:rFonts w:eastAsia="Times New Roman" w:cs="Times New Roman"/>
          <w:szCs w:val="24"/>
          <w:lang w:val="id"/>
        </w:rPr>
        <w:t xml:space="preserve"> </w:t>
      </w:r>
      <w:r w:rsidRPr="00387AD0">
        <w:rPr>
          <w:rFonts w:eastAsia="Times New Roman" w:cs="Times New Roman"/>
          <w:szCs w:val="24"/>
          <w:lang w:val="id"/>
        </w:rPr>
        <w:t>bagi</w:t>
      </w:r>
      <w:r w:rsidR="00F660D2" w:rsidRPr="00387AD0">
        <w:rPr>
          <w:rFonts w:eastAsia="Times New Roman" w:cs="Times New Roman"/>
          <w:szCs w:val="24"/>
          <w:lang w:val="id"/>
        </w:rPr>
        <w:t xml:space="preserve"> </w:t>
      </w:r>
      <w:r w:rsidRPr="00387AD0">
        <w:rPr>
          <w:rFonts w:eastAsia="Times New Roman" w:cs="Times New Roman"/>
          <w:szCs w:val="24"/>
          <w:lang w:val="id"/>
        </w:rPr>
        <w:t>pihak-pihak</w:t>
      </w:r>
      <w:r w:rsidR="00F660D2" w:rsidRPr="00387AD0">
        <w:rPr>
          <w:rFonts w:eastAsia="Times New Roman" w:cs="Times New Roman"/>
          <w:szCs w:val="24"/>
          <w:lang w:val="id"/>
        </w:rPr>
        <w:t xml:space="preserve"> </w:t>
      </w:r>
      <w:r w:rsidRPr="00387AD0">
        <w:rPr>
          <w:rFonts w:eastAsia="Times New Roman" w:cs="Times New Roman"/>
          <w:szCs w:val="24"/>
          <w:lang w:val="id"/>
        </w:rPr>
        <w:t>terkait</w:t>
      </w:r>
      <w:r w:rsidR="00F660D2" w:rsidRPr="00387AD0">
        <w:rPr>
          <w:rFonts w:eastAsia="Times New Roman" w:cs="Times New Roman"/>
          <w:szCs w:val="24"/>
          <w:lang w:val="id"/>
        </w:rPr>
        <w:t xml:space="preserve"> </w:t>
      </w:r>
      <w:r w:rsidR="00E62B4E"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tujuan</w:t>
      </w:r>
      <w:r w:rsidR="00E62B4E" w:rsidRPr="00387AD0">
        <w:rPr>
          <w:rFonts w:eastAsia="Times New Roman" w:cs="Times New Roman"/>
          <w:szCs w:val="24"/>
          <w:lang w:val="id"/>
        </w:rPr>
        <w:t>,</w:t>
      </w:r>
      <w:r w:rsidR="00F660D2" w:rsidRPr="00387AD0">
        <w:rPr>
          <w:rFonts w:eastAsia="Times New Roman" w:cs="Times New Roman"/>
          <w:szCs w:val="24"/>
          <w:lang w:val="id"/>
        </w:rPr>
        <w:t xml:space="preserve"> </w:t>
      </w:r>
      <w:r w:rsidR="00E62B4E"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berikut:</w:t>
      </w:r>
    </w:p>
    <w:p w14:paraId="5FCD12CC" w14:textId="77777777" w:rsidR="00D70A29" w:rsidRDefault="00710E4E" w:rsidP="00B91E2C">
      <w:pPr>
        <w:widowControl w:val="0"/>
        <w:numPr>
          <w:ilvl w:val="0"/>
          <w:numId w:val="37"/>
        </w:numPr>
        <w:autoSpaceDE w:val="0"/>
        <w:autoSpaceDN w:val="0"/>
        <w:spacing w:after="0" w:line="360" w:lineRule="auto"/>
        <w:ind w:left="851" w:hanging="425"/>
        <w:rPr>
          <w:rFonts w:eastAsia="Times New Roman" w:cs="Times New Roman"/>
          <w:bCs/>
          <w:spacing w:val="-2"/>
          <w:szCs w:val="24"/>
        </w:rPr>
      </w:pPr>
      <w:proofErr w:type="spellStart"/>
      <w:r w:rsidRPr="00387AD0">
        <w:rPr>
          <w:rFonts w:eastAsia="Times New Roman" w:cs="Times New Roman"/>
          <w:bCs/>
          <w:spacing w:val="-2"/>
          <w:szCs w:val="24"/>
        </w:rPr>
        <w:t>Merancang</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serta</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menerapkan</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sistem</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informasi</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katalog</w:t>
      </w:r>
      <w:proofErr w:type="spellEnd"/>
      <w:r w:rsidR="00F660D2" w:rsidRPr="00387AD0">
        <w:rPr>
          <w:rFonts w:eastAsia="Times New Roman" w:cs="Times New Roman"/>
          <w:bCs/>
          <w:spacing w:val="-2"/>
          <w:szCs w:val="24"/>
        </w:rPr>
        <w:t xml:space="preserve"> </w:t>
      </w:r>
      <w:proofErr w:type="spellStart"/>
      <w:r w:rsidRPr="00387AD0">
        <w:rPr>
          <w:rFonts w:eastAsia="Times New Roman" w:cs="Times New Roman"/>
          <w:bCs/>
          <w:spacing w:val="-2"/>
          <w:szCs w:val="24"/>
        </w:rPr>
        <w:t>buku</w:t>
      </w:r>
      <w:proofErr w:type="spellEnd"/>
      <w:r w:rsidR="00F660D2" w:rsidRPr="00387AD0">
        <w:rPr>
          <w:rFonts w:eastAsia="Times New Roman" w:cs="Times New Roman"/>
          <w:bCs/>
          <w:spacing w:val="-2"/>
          <w:szCs w:val="24"/>
        </w:rPr>
        <w:t xml:space="preserve"> </w:t>
      </w:r>
      <w:r w:rsidRPr="00387AD0">
        <w:rPr>
          <w:rFonts w:eastAsia="Times New Roman" w:cs="Times New Roman"/>
          <w:bCs/>
          <w:spacing w:val="-2"/>
          <w:szCs w:val="24"/>
        </w:rPr>
        <w:t>pada</w:t>
      </w:r>
      <w:r w:rsidR="00F660D2" w:rsidRPr="00387AD0">
        <w:rPr>
          <w:rFonts w:eastAsia="Times New Roman" w:cs="Times New Roman"/>
          <w:bCs/>
          <w:spacing w:val="-2"/>
          <w:szCs w:val="24"/>
        </w:rPr>
        <w:t xml:space="preserve"> </w:t>
      </w:r>
      <w:r w:rsidRPr="00387AD0">
        <w:rPr>
          <w:rFonts w:eastAsia="Times New Roman" w:cs="Times New Roman"/>
          <w:bCs/>
          <w:spacing w:val="-2"/>
          <w:szCs w:val="24"/>
        </w:rPr>
        <w:t>platform</w:t>
      </w:r>
      <w:r w:rsidR="00F660D2" w:rsidRPr="00387AD0">
        <w:rPr>
          <w:rFonts w:eastAsia="Times New Roman" w:cs="Times New Roman"/>
          <w:bCs/>
          <w:spacing w:val="-2"/>
          <w:szCs w:val="24"/>
        </w:rPr>
        <w:t xml:space="preserve"> </w:t>
      </w:r>
      <w:r w:rsidRPr="00387AD0">
        <w:rPr>
          <w:rFonts w:eastAsia="Times New Roman" w:cs="Times New Roman"/>
          <w:bCs/>
          <w:spacing w:val="-2"/>
          <w:szCs w:val="24"/>
        </w:rPr>
        <w:t>web.</w:t>
      </w:r>
    </w:p>
    <w:p w14:paraId="739AA5F0" w14:textId="77777777" w:rsidR="00D70A29" w:rsidRDefault="00710E4E" w:rsidP="00B91E2C">
      <w:pPr>
        <w:widowControl w:val="0"/>
        <w:numPr>
          <w:ilvl w:val="0"/>
          <w:numId w:val="37"/>
        </w:numPr>
        <w:autoSpaceDE w:val="0"/>
        <w:autoSpaceDN w:val="0"/>
        <w:spacing w:after="0" w:line="360" w:lineRule="auto"/>
        <w:ind w:left="851" w:hanging="425"/>
        <w:rPr>
          <w:rFonts w:eastAsia="Times New Roman" w:cs="Times New Roman"/>
          <w:bCs/>
          <w:spacing w:val="-2"/>
          <w:szCs w:val="24"/>
        </w:rPr>
      </w:pPr>
      <w:proofErr w:type="spellStart"/>
      <w:r w:rsidRPr="00D70A29">
        <w:rPr>
          <w:rFonts w:eastAsia="Times New Roman" w:cs="Times New Roman"/>
          <w:bCs/>
          <w:spacing w:val="-2"/>
          <w:szCs w:val="24"/>
        </w:rPr>
        <w:t>Mempermudah</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aktivitas</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pencarian</w:t>
      </w:r>
      <w:proofErr w:type="spellEnd"/>
      <w:r w:rsidRPr="00D70A29">
        <w:rPr>
          <w:rFonts w:eastAsia="Times New Roman" w:cs="Times New Roman"/>
          <w:bCs/>
          <w:spacing w:val="-2"/>
          <w:szCs w:val="24"/>
        </w:rPr>
        <w:t>,</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penambahan</w:t>
      </w:r>
      <w:proofErr w:type="spellEnd"/>
      <w:r w:rsidRPr="00D70A29">
        <w:rPr>
          <w:rFonts w:eastAsia="Times New Roman" w:cs="Times New Roman"/>
          <w:bCs/>
          <w:spacing w:val="-2"/>
          <w:szCs w:val="24"/>
        </w:rPr>
        <w:t>,</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serta</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pengelolaan</w:t>
      </w:r>
      <w:proofErr w:type="spellEnd"/>
      <w:r w:rsidR="00F660D2" w:rsidRPr="00D70A29">
        <w:rPr>
          <w:rFonts w:eastAsia="Times New Roman" w:cs="Times New Roman"/>
          <w:bCs/>
          <w:spacing w:val="-2"/>
          <w:szCs w:val="24"/>
        </w:rPr>
        <w:t xml:space="preserve"> </w:t>
      </w:r>
      <w:r w:rsidRPr="00D70A29">
        <w:rPr>
          <w:rFonts w:eastAsia="Times New Roman" w:cs="Times New Roman"/>
          <w:bCs/>
          <w:spacing w:val="-2"/>
          <w:szCs w:val="24"/>
        </w:rPr>
        <w:t>data</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buku</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secara</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sistematis</w:t>
      </w:r>
      <w:proofErr w:type="spellEnd"/>
      <w:r w:rsidR="00F660D2" w:rsidRPr="00D70A29">
        <w:rPr>
          <w:rFonts w:eastAsia="Times New Roman" w:cs="Times New Roman"/>
          <w:bCs/>
          <w:spacing w:val="-2"/>
          <w:szCs w:val="24"/>
        </w:rPr>
        <w:t xml:space="preserve"> </w:t>
      </w:r>
      <w:r w:rsidRPr="00D70A29">
        <w:rPr>
          <w:rFonts w:eastAsia="Times New Roman" w:cs="Times New Roman"/>
          <w:bCs/>
          <w:spacing w:val="-2"/>
          <w:szCs w:val="24"/>
        </w:rPr>
        <w:t>dan</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terintegrasi</w:t>
      </w:r>
      <w:proofErr w:type="spellEnd"/>
      <w:r w:rsidRPr="00D70A29">
        <w:rPr>
          <w:rFonts w:cs="Times New Roman"/>
        </w:rPr>
        <w:t>.</w:t>
      </w:r>
    </w:p>
    <w:p w14:paraId="2DB50421" w14:textId="77777777" w:rsidR="00D70A29" w:rsidRDefault="00710E4E" w:rsidP="00B91E2C">
      <w:pPr>
        <w:widowControl w:val="0"/>
        <w:numPr>
          <w:ilvl w:val="0"/>
          <w:numId w:val="37"/>
        </w:numPr>
        <w:autoSpaceDE w:val="0"/>
        <w:autoSpaceDN w:val="0"/>
        <w:spacing w:after="0" w:line="360" w:lineRule="auto"/>
        <w:ind w:left="851" w:hanging="425"/>
        <w:rPr>
          <w:rFonts w:eastAsia="Times New Roman" w:cs="Times New Roman"/>
          <w:bCs/>
          <w:spacing w:val="-2"/>
          <w:szCs w:val="24"/>
        </w:rPr>
      </w:pPr>
      <w:proofErr w:type="spellStart"/>
      <w:r w:rsidRPr="00D70A29">
        <w:rPr>
          <w:rFonts w:eastAsia="Times New Roman" w:cs="Times New Roman"/>
          <w:bCs/>
          <w:spacing w:val="-2"/>
          <w:szCs w:val="24"/>
        </w:rPr>
        <w:t>Menyediakan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kemudahan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bagi</w:t>
      </w:r>
      <w:proofErr w:type="spellEnd"/>
      <w:r w:rsidR="00F660D2" w:rsidRPr="00D70A29">
        <w:rPr>
          <w:rFonts w:eastAsia="Times New Roman" w:cs="Times New Roman"/>
          <w:bCs/>
          <w:spacing w:val="-2"/>
          <w:szCs w:val="24"/>
        </w:rPr>
        <w:t xml:space="preserve"> </w:t>
      </w:r>
      <w:r w:rsidR="00487BE5" w:rsidRPr="00D70A29">
        <w:rPr>
          <w:rFonts w:eastAsia="Times New Roman" w:cs="Times New Roman"/>
          <w:bCs/>
          <w:spacing w:val="-2"/>
          <w:szCs w:val="24"/>
        </w:rPr>
        <w:t>Masyarakat</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dalam</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memperoleh</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informasi</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ketersediaan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buku</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tanpa</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harus</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hadir</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langsung</w:t>
      </w:r>
      <w:proofErr w:type="spellEnd"/>
      <w:r w:rsidR="00F660D2" w:rsidRPr="00D70A29">
        <w:rPr>
          <w:rFonts w:eastAsia="Times New Roman" w:cs="Times New Roman"/>
          <w:bCs/>
          <w:spacing w:val="-2"/>
          <w:szCs w:val="24"/>
        </w:rPr>
        <w:t xml:space="preserve"> </w:t>
      </w:r>
      <w:r w:rsidRPr="00D70A29">
        <w:rPr>
          <w:rFonts w:eastAsia="Times New Roman" w:cs="Times New Roman"/>
          <w:bCs/>
          <w:spacing w:val="-2"/>
          <w:szCs w:val="24"/>
        </w:rPr>
        <w:t>di</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lokasi</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taman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baca</w:t>
      </w:r>
      <w:proofErr w:type="spellEnd"/>
      <w:r w:rsidRPr="00D70A29">
        <w:rPr>
          <w:rFonts w:eastAsia="Times New Roman" w:cs="Times New Roman"/>
          <w:bCs/>
          <w:spacing w:val="-2"/>
          <w:szCs w:val="24"/>
        </w:rPr>
        <w:t>.</w:t>
      </w:r>
      <w:bookmarkStart w:id="36" w:name="_Toc198498905"/>
    </w:p>
    <w:p w14:paraId="6696ACA3" w14:textId="1FA5BFA7" w:rsidR="005B7971" w:rsidRDefault="00710E4E" w:rsidP="00D70A29">
      <w:pPr>
        <w:widowControl w:val="0"/>
        <w:numPr>
          <w:ilvl w:val="0"/>
          <w:numId w:val="37"/>
        </w:numPr>
        <w:autoSpaceDE w:val="0"/>
        <w:autoSpaceDN w:val="0"/>
        <w:spacing w:after="0" w:line="360" w:lineRule="auto"/>
        <w:ind w:left="851" w:hanging="425"/>
        <w:rPr>
          <w:rFonts w:eastAsia="Times New Roman" w:cs="Times New Roman"/>
          <w:bCs/>
          <w:spacing w:val="-2"/>
          <w:szCs w:val="24"/>
        </w:rPr>
      </w:pPr>
      <w:proofErr w:type="spellStart"/>
      <w:r w:rsidRPr="00D70A29">
        <w:rPr>
          <w:rFonts w:eastAsia="Times New Roman" w:cs="Times New Roman"/>
          <w:bCs/>
          <w:spacing w:val="-2"/>
          <w:szCs w:val="24"/>
        </w:rPr>
        <w:t>Mengoptimalkan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manajemen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taman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baca</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melalui</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penerapan</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teknologi</w:t>
      </w:r>
      <w:proofErr w:type="spellEnd"/>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informasi</w:t>
      </w:r>
      <w:proofErr w:type="spellEnd"/>
      <w:r w:rsidR="00F660D2" w:rsidRPr="00D70A29">
        <w:rPr>
          <w:rFonts w:eastAsia="Times New Roman" w:cs="Times New Roman"/>
          <w:bCs/>
          <w:spacing w:val="-2"/>
          <w:szCs w:val="24"/>
        </w:rPr>
        <w:t xml:space="preserve"> </w:t>
      </w:r>
      <w:r w:rsidRPr="00D70A29">
        <w:rPr>
          <w:rFonts w:eastAsia="Times New Roman" w:cs="Times New Roman"/>
          <w:bCs/>
          <w:spacing w:val="-2"/>
          <w:szCs w:val="24"/>
        </w:rPr>
        <w:t>yang</w:t>
      </w:r>
      <w:r w:rsidR="00F660D2" w:rsidRPr="00D70A29">
        <w:rPr>
          <w:rFonts w:eastAsia="Times New Roman" w:cs="Times New Roman"/>
          <w:bCs/>
          <w:spacing w:val="-2"/>
          <w:szCs w:val="24"/>
        </w:rPr>
        <w:t xml:space="preserve"> </w:t>
      </w:r>
      <w:proofErr w:type="spellStart"/>
      <w:r w:rsidRPr="00D70A29">
        <w:rPr>
          <w:rFonts w:eastAsia="Times New Roman" w:cs="Times New Roman"/>
          <w:bCs/>
          <w:spacing w:val="-2"/>
          <w:szCs w:val="24"/>
        </w:rPr>
        <w:t>tepat</w:t>
      </w:r>
      <w:proofErr w:type="spellEnd"/>
      <w:r w:rsidR="00F660D2" w:rsidRPr="00D70A29">
        <w:rPr>
          <w:rFonts w:eastAsia="Times New Roman" w:cs="Times New Roman"/>
          <w:bCs/>
          <w:spacing w:val="-2"/>
          <w:szCs w:val="24"/>
        </w:rPr>
        <w:t xml:space="preserve"> </w:t>
      </w:r>
      <w:r w:rsidRPr="00D70A29">
        <w:rPr>
          <w:rFonts w:eastAsia="Times New Roman" w:cs="Times New Roman"/>
          <w:bCs/>
          <w:spacing w:val="-2"/>
          <w:szCs w:val="24"/>
        </w:rPr>
        <w:t>guna.</w:t>
      </w:r>
    </w:p>
    <w:p w14:paraId="6A9D38CF" w14:textId="77777777" w:rsidR="00BF305F" w:rsidRPr="00B91E2C" w:rsidRDefault="00BF305F" w:rsidP="00BF305F">
      <w:pPr>
        <w:widowControl w:val="0"/>
        <w:autoSpaceDE w:val="0"/>
        <w:autoSpaceDN w:val="0"/>
        <w:spacing w:after="0" w:line="360" w:lineRule="auto"/>
        <w:ind w:left="851"/>
        <w:rPr>
          <w:rFonts w:eastAsia="Times New Roman" w:cs="Times New Roman"/>
          <w:bCs/>
          <w:spacing w:val="-2"/>
          <w:szCs w:val="24"/>
        </w:rPr>
      </w:pPr>
    </w:p>
    <w:p w14:paraId="632FB87D" w14:textId="6B834BF2" w:rsidR="00B842C8" w:rsidRPr="00387AD0" w:rsidRDefault="00E62B4E" w:rsidP="00BF305F">
      <w:pPr>
        <w:pStyle w:val="Heading2"/>
        <w:numPr>
          <w:ilvl w:val="0"/>
          <w:numId w:val="22"/>
        </w:numPr>
        <w:spacing w:before="0" w:after="240" w:line="360" w:lineRule="auto"/>
        <w:ind w:left="426" w:hanging="426"/>
        <w:rPr>
          <w:rFonts w:cs="Times New Roman"/>
          <w:szCs w:val="24"/>
          <w:lang w:val="id"/>
        </w:rPr>
      </w:pPr>
      <w:bookmarkStart w:id="37" w:name="_Toc204310510"/>
      <w:bookmarkStart w:id="38" w:name="_Toc205248715"/>
      <w:bookmarkStart w:id="39" w:name="_Toc205261362"/>
      <w:r w:rsidRPr="00387AD0">
        <w:rPr>
          <w:rFonts w:cs="Times New Roman"/>
          <w:szCs w:val="24"/>
          <w:lang w:val="id"/>
        </w:rPr>
        <w:t>Manfaat</w:t>
      </w:r>
      <w:bookmarkEnd w:id="37"/>
      <w:bookmarkEnd w:id="38"/>
      <w:bookmarkEnd w:id="39"/>
    </w:p>
    <w:p w14:paraId="38C57DE2" w14:textId="2AF0624C" w:rsidR="00B842C8" w:rsidRPr="00387AD0" w:rsidRDefault="00033F90" w:rsidP="00327318">
      <w:pPr>
        <w:widowControl w:val="0"/>
        <w:autoSpaceDE w:val="0"/>
        <w:autoSpaceDN w:val="0"/>
        <w:spacing w:after="0" w:line="360" w:lineRule="auto"/>
        <w:ind w:firstLine="567"/>
        <w:rPr>
          <w:rFonts w:eastAsia="Times New Roman" w:cs="Times New Roman"/>
          <w:szCs w:val="24"/>
          <w:lang w:val="id"/>
        </w:rPr>
      </w:pPr>
      <w:r w:rsidRPr="00387AD0">
        <w:rPr>
          <w:rFonts w:eastAsia="Times New Roman" w:cs="Times New Roman"/>
          <w:szCs w:val="24"/>
          <w:lang w:val="id"/>
        </w:rPr>
        <w:t>Beberapa</w:t>
      </w:r>
      <w:r w:rsidR="00F660D2" w:rsidRPr="00387AD0">
        <w:rPr>
          <w:rFonts w:eastAsia="Times New Roman" w:cs="Times New Roman"/>
          <w:szCs w:val="24"/>
          <w:lang w:val="id"/>
        </w:rPr>
        <w:t xml:space="preserve"> </w:t>
      </w:r>
      <w:r w:rsidRPr="00387AD0">
        <w:rPr>
          <w:rFonts w:eastAsia="Times New Roman" w:cs="Times New Roman"/>
          <w:szCs w:val="24"/>
          <w:lang w:val="id"/>
        </w:rPr>
        <w:t>manfaat</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diperoleh</w:t>
      </w:r>
      <w:r w:rsidR="00F660D2" w:rsidRPr="00387AD0">
        <w:rPr>
          <w:rFonts w:eastAsia="Times New Roman" w:cs="Times New Roman"/>
          <w:szCs w:val="24"/>
          <w:lang w:val="id"/>
        </w:rPr>
        <w:t xml:space="preserve"> </w:t>
      </w:r>
      <w:r w:rsidRPr="00387AD0">
        <w:rPr>
          <w:rFonts w:eastAsia="Times New Roman" w:cs="Times New Roman"/>
          <w:szCs w:val="24"/>
          <w:lang w:val="id"/>
        </w:rPr>
        <w:t>dari</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perancangan</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antara</w:t>
      </w:r>
      <w:r w:rsidR="00F660D2" w:rsidRPr="00387AD0">
        <w:rPr>
          <w:rFonts w:eastAsia="Times New Roman" w:cs="Times New Roman"/>
          <w:szCs w:val="24"/>
          <w:lang w:val="id"/>
        </w:rPr>
        <w:t xml:space="preserve"> </w:t>
      </w:r>
      <w:r w:rsidRPr="00387AD0">
        <w:rPr>
          <w:rFonts w:eastAsia="Times New Roman" w:cs="Times New Roman"/>
          <w:szCs w:val="24"/>
          <w:lang w:val="id"/>
        </w:rPr>
        <w:t>lain</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berikut:</w:t>
      </w:r>
    </w:p>
    <w:p w14:paraId="0999071E" w14:textId="77777777"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387AD0">
        <w:rPr>
          <w:rFonts w:eastAsia="Times New Roman" w:cs="Times New Roman"/>
          <w:szCs w:val="24"/>
        </w:rPr>
        <w:t>Mengaplikasikan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pengetahuan</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teori</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diperoleh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selama</w:t>
      </w:r>
      <w:proofErr w:type="spellEnd"/>
      <w:r w:rsidR="00B91E2C">
        <w:rPr>
          <w:rFonts w:eastAsia="Times New Roman" w:cs="Times New Roman"/>
          <w:szCs w:val="24"/>
        </w:rPr>
        <w:t xml:space="preserve"> </w:t>
      </w:r>
      <w:proofErr w:type="spellStart"/>
      <w:r w:rsidRPr="00387AD0">
        <w:rPr>
          <w:rFonts w:eastAsia="Times New Roman" w:cs="Times New Roman"/>
          <w:szCs w:val="24"/>
        </w:rPr>
        <w:t>perkuliahan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kegiatan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proyek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nyata</w:t>
      </w:r>
      <w:proofErr w:type="spellEnd"/>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proofErr w:type="spellStart"/>
      <w:r w:rsidRPr="00387AD0">
        <w:rPr>
          <w:rFonts w:eastAsia="Times New Roman" w:cs="Times New Roman"/>
          <w:szCs w:val="24"/>
        </w:rPr>
        <w:t>lapangan</w:t>
      </w:r>
      <w:proofErr w:type="spellEnd"/>
      <w:r w:rsidRPr="00387AD0">
        <w:rPr>
          <w:rFonts w:eastAsia="Times New Roman" w:cs="Times New Roman"/>
          <w:szCs w:val="24"/>
        </w:rPr>
        <w:t>.</w:t>
      </w:r>
    </w:p>
    <w:p w14:paraId="29C00F52" w14:textId="77777777"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eastAsia="Times New Roman" w:cs="Times New Roman"/>
          <w:szCs w:val="24"/>
        </w:rPr>
        <w:t>Memperoleh</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pengalaman</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langsung</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dalam</w:t>
      </w:r>
      <w:proofErr w:type="spellEnd"/>
      <w:r w:rsidR="00F660D2" w:rsidRPr="00B91E2C">
        <w:rPr>
          <w:rFonts w:eastAsia="Times New Roman" w:cs="Times New Roman"/>
          <w:szCs w:val="24"/>
        </w:rPr>
        <w:t xml:space="preserve"> </w:t>
      </w:r>
      <w:proofErr w:type="gramStart"/>
      <w:r w:rsidRPr="00B91E2C">
        <w:rPr>
          <w:rFonts w:eastAsia="Times New Roman" w:cs="Times New Roman"/>
          <w:szCs w:val="24"/>
        </w:rPr>
        <w:t>proses</w:t>
      </w:r>
      <w:proofErr w:type="gramEnd"/>
      <w:r w:rsidR="00F660D2" w:rsidRPr="00B91E2C">
        <w:rPr>
          <w:rFonts w:eastAsia="Times New Roman" w:cs="Times New Roman"/>
          <w:szCs w:val="24"/>
        </w:rPr>
        <w:t xml:space="preserve"> </w:t>
      </w:r>
      <w:proofErr w:type="spellStart"/>
      <w:r w:rsidRPr="00B91E2C">
        <w:rPr>
          <w:rFonts w:eastAsia="Times New Roman" w:cs="Times New Roman"/>
          <w:szCs w:val="24"/>
        </w:rPr>
        <w:t>desain</w:t>
      </w:r>
      <w:proofErr w:type="spellEnd"/>
      <w:r w:rsidRPr="00B91E2C">
        <w:rPr>
          <w:rFonts w:eastAsia="Times New Roman" w:cs="Times New Roman"/>
          <w:szCs w:val="24"/>
        </w:rPr>
        <w:t>,</w:t>
      </w:r>
      <w:r w:rsidR="00F660D2" w:rsidRPr="00B91E2C">
        <w:rPr>
          <w:rFonts w:eastAsia="Times New Roman" w:cs="Times New Roman"/>
          <w:szCs w:val="24"/>
        </w:rPr>
        <w:t xml:space="preserve"> </w:t>
      </w:r>
      <w:proofErr w:type="spellStart"/>
      <w:r w:rsidRPr="00B91E2C">
        <w:rPr>
          <w:rFonts w:eastAsia="Times New Roman" w:cs="Times New Roman"/>
          <w:szCs w:val="24"/>
        </w:rPr>
        <w:t>pengembangan</w:t>
      </w:r>
      <w:proofErr w:type="spellEnd"/>
      <w:r w:rsidRPr="00B91E2C">
        <w:rPr>
          <w:rFonts w:eastAsia="Times New Roman" w:cs="Times New Roman"/>
          <w:szCs w:val="24"/>
        </w:rPr>
        <w:t>,</w:t>
      </w:r>
      <w:r w:rsidR="00F660D2" w:rsidRPr="00B91E2C">
        <w:rPr>
          <w:rFonts w:eastAsia="Times New Roman" w:cs="Times New Roman"/>
          <w:szCs w:val="24"/>
        </w:rPr>
        <w:t xml:space="preserve"> </w:t>
      </w:r>
      <w:proofErr w:type="spellStart"/>
      <w:r w:rsidRPr="00B91E2C">
        <w:rPr>
          <w:rFonts w:eastAsia="Times New Roman" w:cs="Times New Roman"/>
          <w:szCs w:val="24"/>
        </w:rPr>
        <w:t>serta</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penerapan</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sistem</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informasi</w:t>
      </w:r>
      <w:proofErr w:type="spellEnd"/>
      <w:r w:rsidR="00F660D2" w:rsidRPr="00B91E2C">
        <w:rPr>
          <w:rFonts w:eastAsia="Times New Roman" w:cs="Times New Roman"/>
          <w:szCs w:val="24"/>
        </w:rPr>
        <w:t xml:space="preserve"> </w:t>
      </w:r>
      <w:proofErr w:type="spellStart"/>
      <w:r w:rsidRPr="00B91E2C">
        <w:rPr>
          <w:rFonts w:eastAsia="Times New Roman" w:cs="Times New Roman"/>
          <w:szCs w:val="24"/>
        </w:rPr>
        <w:t>berbasis</w:t>
      </w:r>
      <w:proofErr w:type="spellEnd"/>
      <w:r w:rsidR="00F660D2" w:rsidRPr="00B91E2C">
        <w:rPr>
          <w:rFonts w:eastAsia="Times New Roman" w:cs="Times New Roman"/>
          <w:szCs w:val="24"/>
        </w:rPr>
        <w:t xml:space="preserve"> </w:t>
      </w:r>
      <w:r w:rsidRPr="00B91E2C">
        <w:rPr>
          <w:rFonts w:eastAsia="Times New Roman" w:cs="Times New Roman"/>
          <w:szCs w:val="24"/>
        </w:rPr>
        <w:t>web.</w:t>
      </w:r>
    </w:p>
    <w:p w14:paraId="15C2D55C" w14:textId="77777777"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cs="Times New Roman"/>
        </w:rPr>
        <w:t>Meningkatkan</w:t>
      </w:r>
      <w:proofErr w:type="spellEnd"/>
      <w:r w:rsidR="00F660D2" w:rsidRPr="00B91E2C">
        <w:rPr>
          <w:rFonts w:cs="Times New Roman"/>
        </w:rPr>
        <w:t xml:space="preserve"> </w:t>
      </w:r>
      <w:proofErr w:type="spellStart"/>
      <w:r w:rsidRPr="00B91E2C">
        <w:rPr>
          <w:rFonts w:cs="Times New Roman"/>
        </w:rPr>
        <w:t>kemampuan</w:t>
      </w:r>
      <w:proofErr w:type="spellEnd"/>
      <w:r w:rsidR="00F660D2" w:rsidRPr="00B91E2C">
        <w:rPr>
          <w:rFonts w:cs="Times New Roman"/>
        </w:rPr>
        <w:t xml:space="preserve"> </w:t>
      </w:r>
      <w:proofErr w:type="spellStart"/>
      <w:r w:rsidRPr="00B91E2C">
        <w:rPr>
          <w:rFonts w:cs="Times New Roman"/>
        </w:rPr>
        <w:t>dalam</w:t>
      </w:r>
      <w:proofErr w:type="spellEnd"/>
      <w:r w:rsidR="00F660D2" w:rsidRPr="00B91E2C">
        <w:rPr>
          <w:rFonts w:cs="Times New Roman"/>
        </w:rPr>
        <w:t xml:space="preserve"> </w:t>
      </w:r>
      <w:proofErr w:type="spellStart"/>
      <w:r w:rsidRPr="00B91E2C">
        <w:rPr>
          <w:rFonts w:cs="Times New Roman"/>
        </w:rPr>
        <w:t>menganalisis</w:t>
      </w:r>
      <w:proofErr w:type="spellEnd"/>
      <w:r w:rsidR="00F660D2" w:rsidRPr="00B91E2C">
        <w:rPr>
          <w:rFonts w:cs="Times New Roman"/>
        </w:rPr>
        <w:t xml:space="preserve"> </w:t>
      </w:r>
      <w:proofErr w:type="spellStart"/>
      <w:r w:rsidRPr="00B91E2C">
        <w:rPr>
          <w:rFonts w:cs="Times New Roman"/>
        </w:rPr>
        <w:t>permasalahan</w:t>
      </w:r>
      <w:proofErr w:type="spellEnd"/>
      <w:r w:rsidRPr="00B91E2C">
        <w:rPr>
          <w:rFonts w:cs="Times New Roman"/>
        </w:rPr>
        <w:t>,</w:t>
      </w:r>
      <w:r w:rsidR="00F660D2" w:rsidRPr="00B91E2C">
        <w:rPr>
          <w:rFonts w:cs="Times New Roman"/>
        </w:rPr>
        <w:t xml:space="preserve"> </w:t>
      </w:r>
      <w:proofErr w:type="spellStart"/>
      <w:r w:rsidRPr="00B91E2C">
        <w:rPr>
          <w:rFonts w:cs="Times New Roman"/>
        </w:rPr>
        <w:lastRenderedPageBreak/>
        <w:t>merumuskan</w:t>
      </w:r>
      <w:proofErr w:type="spellEnd"/>
      <w:r w:rsidR="00F660D2" w:rsidRPr="00B91E2C">
        <w:rPr>
          <w:rFonts w:cs="Times New Roman"/>
        </w:rPr>
        <w:t xml:space="preserve"> </w:t>
      </w:r>
      <w:proofErr w:type="spellStart"/>
      <w:r w:rsidRPr="00B91E2C">
        <w:rPr>
          <w:rFonts w:cs="Times New Roman"/>
        </w:rPr>
        <w:t>solusi</w:t>
      </w:r>
      <w:proofErr w:type="spellEnd"/>
      <w:r w:rsidRPr="00B91E2C">
        <w:rPr>
          <w:rFonts w:cs="Times New Roman"/>
        </w:rPr>
        <w:t>,</w:t>
      </w:r>
      <w:r w:rsidR="00F660D2" w:rsidRPr="00B91E2C">
        <w:rPr>
          <w:rFonts w:cs="Times New Roman"/>
        </w:rPr>
        <w:t xml:space="preserve"> </w:t>
      </w:r>
      <w:proofErr w:type="spellStart"/>
      <w:r w:rsidRPr="00B91E2C">
        <w:rPr>
          <w:rFonts w:cs="Times New Roman"/>
        </w:rPr>
        <w:t>serta</w:t>
      </w:r>
      <w:proofErr w:type="spellEnd"/>
      <w:r w:rsidR="00F660D2" w:rsidRPr="00B91E2C">
        <w:rPr>
          <w:rFonts w:cs="Times New Roman"/>
        </w:rPr>
        <w:t xml:space="preserve"> </w:t>
      </w:r>
      <w:proofErr w:type="spellStart"/>
      <w:r w:rsidRPr="00B91E2C">
        <w:rPr>
          <w:rFonts w:cs="Times New Roman"/>
        </w:rPr>
        <w:t>bekerja</w:t>
      </w:r>
      <w:proofErr w:type="spellEnd"/>
      <w:r w:rsidR="00F660D2" w:rsidRPr="00B91E2C">
        <w:rPr>
          <w:rFonts w:cs="Times New Roman"/>
        </w:rPr>
        <w:t xml:space="preserve"> </w:t>
      </w:r>
      <w:proofErr w:type="spellStart"/>
      <w:r w:rsidRPr="00B91E2C">
        <w:rPr>
          <w:rFonts w:cs="Times New Roman"/>
        </w:rPr>
        <w:t>secara</w:t>
      </w:r>
      <w:proofErr w:type="spellEnd"/>
      <w:r w:rsidR="00F660D2" w:rsidRPr="00B91E2C">
        <w:rPr>
          <w:rFonts w:cs="Times New Roman"/>
        </w:rPr>
        <w:t xml:space="preserve"> </w:t>
      </w:r>
      <w:proofErr w:type="spellStart"/>
      <w:r w:rsidRPr="00B91E2C">
        <w:rPr>
          <w:rFonts w:cs="Times New Roman"/>
        </w:rPr>
        <w:t>kolaboratif</w:t>
      </w:r>
      <w:proofErr w:type="spellEnd"/>
      <w:r w:rsidR="00F660D2" w:rsidRPr="00B91E2C">
        <w:rPr>
          <w:rFonts w:cs="Times New Roman"/>
        </w:rPr>
        <w:t xml:space="preserve"> </w:t>
      </w:r>
      <w:proofErr w:type="spellStart"/>
      <w:r w:rsidRPr="00B91E2C">
        <w:rPr>
          <w:rFonts w:cs="Times New Roman"/>
        </w:rPr>
        <w:t>dalam</w:t>
      </w:r>
      <w:proofErr w:type="spellEnd"/>
      <w:r w:rsidR="00F660D2" w:rsidRPr="00B91E2C">
        <w:rPr>
          <w:rFonts w:cs="Times New Roman"/>
        </w:rPr>
        <w:t xml:space="preserve"> </w:t>
      </w:r>
      <w:proofErr w:type="spellStart"/>
      <w:r w:rsidRPr="00B91E2C">
        <w:rPr>
          <w:rFonts w:cs="Times New Roman"/>
        </w:rPr>
        <w:t>tim.</w:t>
      </w:r>
      <w:proofErr w:type="spellEnd"/>
    </w:p>
    <w:p w14:paraId="40A4E83D" w14:textId="7B8ABDF6"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cs="Times New Roman"/>
        </w:rPr>
        <w:t>Memperluas</w:t>
      </w:r>
      <w:proofErr w:type="spellEnd"/>
      <w:r w:rsidR="00F660D2" w:rsidRPr="00B91E2C">
        <w:rPr>
          <w:rFonts w:cs="Times New Roman"/>
        </w:rPr>
        <w:t xml:space="preserve"> </w:t>
      </w:r>
      <w:proofErr w:type="spellStart"/>
      <w:r w:rsidRPr="00B91E2C">
        <w:rPr>
          <w:rFonts w:cs="Times New Roman"/>
        </w:rPr>
        <w:t>wawasan</w:t>
      </w:r>
      <w:proofErr w:type="spellEnd"/>
      <w:r w:rsidR="00F660D2" w:rsidRPr="00B91E2C">
        <w:rPr>
          <w:rFonts w:cs="Times New Roman"/>
        </w:rPr>
        <w:t xml:space="preserve"> </w:t>
      </w:r>
      <w:proofErr w:type="spellStart"/>
      <w:r w:rsidRPr="00B91E2C">
        <w:rPr>
          <w:rFonts w:cs="Times New Roman"/>
        </w:rPr>
        <w:t>terkait</w:t>
      </w:r>
      <w:proofErr w:type="spellEnd"/>
      <w:r w:rsidR="00F660D2" w:rsidRPr="00B91E2C">
        <w:rPr>
          <w:rFonts w:cs="Times New Roman"/>
        </w:rPr>
        <w:t xml:space="preserve"> </w:t>
      </w:r>
      <w:r w:rsidRPr="00B91E2C">
        <w:rPr>
          <w:rFonts w:cs="Times New Roman"/>
        </w:rPr>
        <w:t>tata</w:t>
      </w:r>
      <w:r w:rsidR="00F660D2" w:rsidRPr="00B91E2C">
        <w:rPr>
          <w:rFonts w:cs="Times New Roman"/>
        </w:rPr>
        <w:t xml:space="preserve"> </w:t>
      </w:r>
      <w:proofErr w:type="spellStart"/>
      <w:r w:rsidRPr="00B91E2C">
        <w:rPr>
          <w:rFonts w:cs="Times New Roman"/>
        </w:rPr>
        <w:t>kelola</w:t>
      </w:r>
      <w:proofErr w:type="spellEnd"/>
      <w:r w:rsidR="00F660D2" w:rsidRPr="00B91E2C">
        <w:rPr>
          <w:rFonts w:cs="Times New Roman"/>
        </w:rPr>
        <w:t xml:space="preserve"> </w:t>
      </w:r>
      <w:proofErr w:type="spellStart"/>
      <w:r w:rsidRPr="00B91E2C">
        <w:rPr>
          <w:rFonts w:cs="Times New Roman"/>
        </w:rPr>
        <w:t>informasi</w:t>
      </w:r>
      <w:proofErr w:type="spellEnd"/>
      <w:r w:rsidR="00F660D2" w:rsidRPr="00B91E2C">
        <w:rPr>
          <w:rFonts w:cs="Times New Roman"/>
        </w:rPr>
        <w:t xml:space="preserve"> </w:t>
      </w:r>
      <w:r w:rsidRPr="00B91E2C">
        <w:rPr>
          <w:rFonts w:cs="Times New Roman"/>
        </w:rPr>
        <w:t>pada</w:t>
      </w:r>
      <w:r w:rsidR="00F660D2" w:rsidRPr="00B91E2C">
        <w:rPr>
          <w:rFonts w:cs="Times New Roman"/>
        </w:rPr>
        <w:t xml:space="preserve"> </w:t>
      </w:r>
      <w:proofErr w:type="spellStart"/>
      <w:r w:rsidRPr="00B91E2C">
        <w:rPr>
          <w:rFonts w:cs="Times New Roman"/>
        </w:rPr>
        <w:t>lembaga</w:t>
      </w:r>
      <w:proofErr w:type="spellEnd"/>
      <w:r w:rsidR="00F660D2" w:rsidRPr="00B91E2C">
        <w:rPr>
          <w:rFonts w:cs="Times New Roman"/>
        </w:rPr>
        <w:t xml:space="preserve"> </w:t>
      </w:r>
      <w:proofErr w:type="spellStart"/>
      <w:r w:rsidRPr="00B91E2C">
        <w:rPr>
          <w:rFonts w:cs="Times New Roman"/>
        </w:rPr>
        <w:t>literasi</w:t>
      </w:r>
      <w:proofErr w:type="spellEnd"/>
      <w:r w:rsidR="00B91E2C">
        <w:rPr>
          <w:rFonts w:cs="Times New Roman"/>
        </w:rPr>
        <w:t>.</w:t>
      </w:r>
      <w:r w:rsidR="00F660D2" w:rsidRPr="00B91E2C">
        <w:rPr>
          <w:rFonts w:cs="Times New Roman"/>
        </w:rPr>
        <w:t xml:space="preserve"> </w:t>
      </w:r>
    </w:p>
    <w:p w14:paraId="32595F4C" w14:textId="77777777"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cs="Times New Roman"/>
        </w:rPr>
        <w:t>Memberikan</w:t>
      </w:r>
      <w:proofErr w:type="spellEnd"/>
      <w:r w:rsidR="00F660D2" w:rsidRPr="00B91E2C">
        <w:rPr>
          <w:rFonts w:cs="Times New Roman"/>
        </w:rPr>
        <w:t xml:space="preserve"> </w:t>
      </w:r>
      <w:proofErr w:type="spellStart"/>
      <w:r w:rsidRPr="00B91E2C">
        <w:rPr>
          <w:rFonts w:cs="Times New Roman"/>
        </w:rPr>
        <w:t>kontribusi</w:t>
      </w:r>
      <w:proofErr w:type="spellEnd"/>
      <w:r w:rsidR="00F660D2" w:rsidRPr="00B91E2C">
        <w:rPr>
          <w:rFonts w:cs="Times New Roman"/>
        </w:rPr>
        <w:t xml:space="preserve"> </w:t>
      </w:r>
      <w:proofErr w:type="spellStart"/>
      <w:r w:rsidRPr="00B91E2C">
        <w:rPr>
          <w:rFonts w:cs="Times New Roman"/>
        </w:rPr>
        <w:t>terhadap</w:t>
      </w:r>
      <w:proofErr w:type="spellEnd"/>
      <w:r w:rsidR="00F660D2" w:rsidRPr="00B91E2C">
        <w:rPr>
          <w:rFonts w:cs="Times New Roman"/>
        </w:rPr>
        <w:t xml:space="preserve"> </w:t>
      </w:r>
      <w:proofErr w:type="spellStart"/>
      <w:r w:rsidRPr="00B91E2C">
        <w:rPr>
          <w:rFonts w:cs="Times New Roman"/>
        </w:rPr>
        <w:t>peningkatan</w:t>
      </w:r>
      <w:proofErr w:type="spellEnd"/>
      <w:r w:rsidR="00F660D2" w:rsidRPr="00B91E2C">
        <w:rPr>
          <w:rFonts w:cs="Times New Roman"/>
        </w:rPr>
        <w:t xml:space="preserve"> </w:t>
      </w:r>
      <w:proofErr w:type="spellStart"/>
      <w:r w:rsidRPr="00B91E2C">
        <w:rPr>
          <w:rFonts w:cs="Times New Roman"/>
        </w:rPr>
        <w:t>efisiensi</w:t>
      </w:r>
      <w:proofErr w:type="spellEnd"/>
      <w:r w:rsidR="00F660D2" w:rsidRPr="00B91E2C">
        <w:rPr>
          <w:rFonts w:cs="Times New Roman"/>
        </w:rPr>
        <w:t xml:space="preserve"> </w:t>
      </w:r>
      <w:proofErr w:type="spellStart"/>
      <w:r w:rsidRPr="00B91E2C">
        <w:rPr>
          <w:rFonts w:cs="Times New Roman"/>
        </w:rPr>
        <w:t>operasional</w:t>
      </w:r>
      <w:proofErr w:type="spellEnd"/>
      <w:r w:rsidR="00D70A29" w:rsidRPr="00B91E2C">
        <w:rPr>
          <w:rFonts w:cs="Times New Roman"/>
        </w:rPr>
        <w:t xml:space="preserve"> </w:t>
      </w:r>
      <w:r w:rsidRPr="00B91E2C">
        <w:rPr>
          <w:rFonts w:cs="Times New Roman"/>
        </w:rPr>
        <w:t>dan</w:t>
      </w:r>
      <w:r w:rsidR="00F660D2" w:rsidRPr="00B91E2C">
        <w:rPr>
          <w:rFonts w:cs="Times New Roman"/>
        </w:rPr>
        <w:t xml:space="preserve"> </w:t>
      </w:r>
      <w:proofErr w:type="spellStart"/>
      <w:r w:rsidRPr="00B91E2C">
        <w:rPr>
          <w:rFonts w:cs="Times New Roman"/>
        </w:rPr>
        <w:t>memperluas</w:t>
      </w:r>
      <w:proofErr w:type="spellEnd"/>
      <w:r w:rsidR="00F660D2" w:rsidRPr="00B91E2C">
        <w:rPr>
          <w:rFonts w:cs="Times New Roman"/>
        </w:rPr>
        <w:t xml:space="preserve"> </w:t>
      </w:r>
      <w:proofErr w:type="spellStart"/>
      <w:r w:rsidRPr="00B91E2C">
        <w:rPr>
          <w:rFonts w:cs="Times New Roman"/>
        </w:rPr>
        <w:t>cakupan</w:t>
      </w:r>
      <w:proofErr w:type="spellEnd"/>
      <w:r w:rsidR="00F660D2" w:rsidRPr="00B91E2C">
        <w:rPr>
          <w:rFonts w:cs="Times New Roman"/>
        </w:rPr>
        <w:t xml:space="preserve"> </w:t>
      </w:r>
      <w:proofErr w:type="spellStart"/>
      <w:r w:rsidRPr="00B91E2C">
        <w:rPr>
          <w:rFonts w:cs="Times New Roman"/>
        </w:rPr>
        <w:t>layanan</w:t>
      </w:r>
      <w:proofErr w:type="spellEnd"/>
      <w:r w:rsidR="00F660D2" w:rsidRPr="00B91E2C">
        <w:rPr>
          <w:rFonts w:cs="Times New Roman"/>
        </w:rPr>
        <w:t xml:space="preserve"> </w:t>
      </w:r>
      <w:r w:rsidRPr="00B91E2C">
        <w:rPr>
          <w:rFonts w:cs="Times New Roman"/>
        </w:rPr>
        <w:t>di</w:t>
      </w:r>
      <w:r w:rsidR="00F660D2" w:rsidRPr="00B91E2C">
        <w:rPr>
          <w:rFonts w:cs="Times New Roman"/>
        </w:rPr>
        <w:t xml:space="preserve"> </w:t>
      </w:r>
      <w:r w:rsidRPr="00B91E2C">
        <w:rPr>
          <w:rFonts w:cs="Times New Roman"/>
        </w:rPr>
        <w:t>TBM</w:t>
      </w:r>
      <w:r w:rsidR="00F660D2" w:rsidRPr="00B91E2C">
        <w:rPr>
          <w:rFonts w:cs="Times New Roman"/>
        </w:rPr>
        <w:t xml:space="preserve"> </w:t>
      </w:r>
      <w:r w:rsidRPr="00B91E2C">
        <w:rPr>
          <w:rFonts w:cs="Times New Roman"/>
        </w:rPr>
        <w:t>Al-Azhari.</w:t>
      </w:r>
    </w:p>
    <w:p w14:paraId="63C23711" w14:textId="77777777" w:rsidR="00B91E2C" w:rsidRDefault="00033F90" w:rsidP="00B91E2C">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cs="Times New Roman"/>
        </w:rPr>
        <w:t>Mendukung</w:t>
      </w:r>
      <w:proofErr w:type="spellEnd"/>
      <w:r w:rsidR="00F660D2" w:rsidRPr="00B91E2C">
        <w:rPr>
          <w:rFonts w:cs="Times New Roman"/>
        </w:rPr>
        <w:t xml:space="preserve"> </w:t>
      </w:r>
      <w:proofErr w:type="spellStart"/>
      <w:r w:rsidRPr="00B91E2C">
        <w:rPr>
          <w:rFonts w:cs="Times New Roman"/>
        </w:rPr>
        <w:t>pengelola</w:t>
      </w:r>
      <w:proofErr w:type="spellEnd"/>
      <w:r w:rsidR="00F660D2" w:rsidRPr="00B91E2C">
        <w:rPr>
          <w:rFonts w:cs="Times New Roman"/>
        </w:rPr>
        <w:t xml:space="preserve"> </w:t>
      </w:r>
      <w:proofErr w:type="spellStart"/>
      <w:r w:rsidRPr="00B91E2C">
        <w:rPr>
          <w:rFonts w:cs="Times New Roman"/>
        </w:rPr>
        <w:t>dalam</w:t>
      </w:r>
      <w:proofErr w:type="spellEnd"/>
      <w:r w:rsidR="00F660D2" w:rsidRPr="00B91E2C">
        <w:rPr>
          <w:rFonts w:cs="Times New Roman"/>
        </w:rPr>
        <w:t xml:space="preserve"> </w:t>
      </w:r>
      <w:proofErr w:type="gramStart"/>
      <w:r w:rsidRPr="00B91E2C">
        <w:rPr>
          <w:rFonts w:cs="Times New Roman"/>
        </w:rPr>
        <w:t>proses</w:t>
      </w:r>
      <w:proofErr w:type="gramEnd"/>
      <w:r w:rsidR="00F660D2" w:rsidRPr="00B91E2C">
        <w:rPr>
          <w:rFonts w:cs="Times New Roman"/>
        </w:rPr>
        <w:t xml:space="preserve"> </w:t>
      </w:r>
      <w:proofErr w:type="spellStart"/>
      <w:r w:rsidRPr="00B91E2C">
        <w:rPr>
          <w:rFonts w:cs="Times New Roman"/>
        </w:rPr>
        <w:t>manajemen</w:t>
      </w:r>
      <w:proofErr w:type="spellEnd"/>
      <w:r w:rsidR="00F660D2" w:rsidRPr="00B91E2C">
        <w:rPr>
          <w:rFonts w:cs="Times New Roman"/>
        </w:rPr>
        <w:t xml:space="preserve"> </w:t>
      </w:r>
      <w:r w:rsidRPr="00B91E2C">
        <w:rPr>
          <w:rFonts w:cs="Times New Roman"/>
        </w:rPr>
        <w:t>data</w:t>
      </w:r>
      <w:r w:rsidR="00F660D2" w:rsidRPr="00B91E2C">
        <w:rPr>
          <w:rFonts w:cs="Times New Roman"/>
        </w:rPr>
        <w:t xml:space="preserve"> </w:t>
      </w:r>
      <w:r w:rsidRPr="00B91E2C">
        <w:rPr>
          <w:rFonts w:cs="Times New Roman"/>
        </w:rPr>
        <w:t>dan</w:t>
      </w:r>
      <w:r w:rsidR="00F660D2" w:rsidRPr="00B91E2C">
        <w:rPr>
          <w:rFonts w:cs="Times New Roman"/>
        </w:rPr>
        <w:t xml:space="preserve"> </w:t>
      </w:r>
      <w:proofErr w:type="spellStart"/>
      <w:r w:rsidRPr="00B91E2C">
        <w:rPr>
          <w:rFonts w:cs="Times New Roman"/>
        </w:rPr>
        <w:t>mengurangi</w:t>
      </w:r>
      <w:proofErr w:type="spellEnd"/>
      <w:r w:rsidR="00F660D2" w:rsidRPr="00B91E2C">
        <w:rPr>
          <w:rFonts w:cs="Times New Roman"/>
        </w:rPr>
        <w:t xml:space="preserve"> </w:t>
      </w:r>
      <w:proofErr w:type="spellStart"/>
      <w:r w:rsidRPr="00B91E2C">
        <w:rPr>
          <w:rFonts w:cs="Times New Roman"/>
        </w:rPr>
        <w:t>ketergantungan</w:t>
      </w:r>
      <w:proofErr w:type="spellEnd"/>
      <w:r w:rsidR="00F660D2" w:rsidRPr="00B91E2C">
        <w:rPr>
          <w:rFonts w:cs="Times New Roman"/>
        </w:rPr>
        <w:t xml:space="preserve"> </w:t>
      </w:r>
      <w:r w:rsidRPr="00B91E2C">
        <w:rPr>
          <w:rFonts w:cs="Times New Roman"/>
        </w:rPr>
        <w:t>pada</w:t>
      </w:r>
      <w:r w:rsidR="00F660D2" w:rsidRPr="00B91E2C">
        <w:rPr>
          <w:rFonts w:cs="Times New Roman"/>
        </w:rPr>
        <w:t xml:space="preserve"> </w:t>
      </w:r>
      <w:proofErr w:type="spellStart"/>
      <w:r w:rsidRPr="00B91E2C">
        <w:rPr>
          <w:rFonts w:cs="Times New Roman"/>
        </w:rPr>
        <w:t>metode</w:t>
      </w:r>
      <w:proofErr w:type="spellEnd"/>
      <w:r w:rsidR="00F660D2" w:rsidRPr="00B91E2C">
        <w:rPr>
          <w:rFonts w:cs="Times New Roman"/>
        </w:rPr>
        <w:t xml:space="preserve"> </w:t>
      </w:r>
      <w:r w:rsidRPr="00B91E2C">
        <w:rPr>
          <w:rFonts w:cs="Times New Roman"/>
        </w:rPr>
        <w:t>manual.</w:t>
      </w:r>
    </w:p>
    <w:p w14:paraId="061E1F62" w14:textId="35BAD828" w:rsidR="005B7971" w:rsidRPr="00BF305F" w:rsidRDefault="00033F90" w:rsidP="00D70A29">
      <w:pPr>
        <w:widowControl w:val="0"/>
        <w:numPr>
          <w:ilvl w:val="0"/>
          <w:numId w:val="14"/>
        </w:numPr>
        <w:autoSpaceDE w:val="0"/>
        <w:autoSpaceDN w:val="0"/>
        <w:spacing w:after="0" w:line="360" w:lineRule="auto"/>
        <w:ind w:left="851" w:hanging="425"/>
        <w:rPr>
          <w:rFonts w:eastAsia="Times New Roman" w:cs="Times New Roman"/>
          <w:szCs w:val="24"/>
        </w:rPr>
      </w:pPr>
      <w:proofErr w:type="spellStart"/>
      <w:r w:rsidRPr="00B91E2C">
        <w:rPr>
          <w:rFonts w:cs="Times New Roman"/>
        </w:rPr>
        <w:t>Memberikan</w:t>
      </w:r>
      <w:proofErr w:type="spellEnd"/>
      <w:r w:rsidR="00F660D2" w:rsidRPr="00B91E2C">
        <w:rPr>
          <w:rFonts w:cs="Times New Roman"/>
        </w:rPr>
        <w:t xml:space="preserve"> </w:t>
      </w:r>
      <w:proofErr w:type="spellStart"/>
      <w:r w:rsidRPr="00B91E2C">
        <w:rPr>
          <w:rFonts w:cs="Times New Roman"/>
        </w:rPr>
        <w:t>kemudahan</w:t>
      </w:r>
      <w:proofErr w:type="spellEnd"/>
      <w:r w:rsidR="00F660D2" w:rsidRPr="00B91E2C">
        <w:rPr>
          <w:rFonts w:cs="Times New Roman"/>
        </w:rPr>
        <w:t xml:space="preserve"> </w:t>
      </w:r>
      <w:proofErr w:type="spellStart"/>
      <w:r w:rsidRPr="00B91E2C">
        <w:rPr>
          <w:rFonts w:cs="Times New Roman"/>
        </w:rPr>
        <w:t>akses</w:t>
      </w:r>
      <w:proofErr w:type="spellEnd"/>
      <w:r w:rsidR="00F660D2" w:rsidRPr="00B91E2C">
        <w:rPr>
          <w:rFonts w:cs="Times New Roman"/>
        </w:rPr>
        <w:t xml:space="preserve"> </w:t>
      </w:r>
      <w:proofErr w:type="spellStart"/>
      <w:r w:rsidRPr="00B91E2C">
        <w:rPr>
          <w:rFonts w:cs="Times New Roman"/>
        </w:rPr>
        <w:t>informasi</w:t>
      </w:r>
      <w:proofErr w:type="spellEnd"/>
      <w:r w:rsidR="00F660D2" w:rsidRPr="00B91E2C">
        <w:rPr>
          <w:rFonts w:cs="Times New Roman"/>
        </w:rPr>
        <w:t xml:space="preserve"> </w:t>
      </w:r>
      <w:proofErr w:type="spellStart"/>
      <w:r w:rsidRPr="00B91E2C">
        <w:rPr>
          <w:rFonts w:cs="Times New Roman"/>
        </w:rPr>
        <w:t>serta</w:t>
      </w:r>
      <w:proofErr w:type="spellEnd"/>
      <w:r w:rsidR="00F660D2" w:rsidRPr="00B91E2C">
        <w:rPr>
          <w:rFonts w:cs="Times New Roman"/>
        </w:rPr>
        <w:t xml:space="preserve"> </w:t>
      </w:r>
      <w:proofErr w:type="spellStart"/>
      <w:r w:rsidRPr="00B91E2C">
        <w:rPr>
          <w:rFonts w:cs="Times New Roman"/>
        </w:rPr>
        <w:t>mendorong</w:t>
      </w:r>
      <w:proofErr w:type="spellEnd"/>
      <w:r w:rsidR="00F660D2" w:rsidRPr="00B91E2C">
        <w:rPr>
          <w:rFonts w:cs="Times New Roman"/>
        </w:rPr>
        <w:t xml:space="preserve"> </w:t>
      </w:r>
      <w:proofErr w:type="spellStart"/>
      <w:r w:rsidRPr="00B91E2C">
        <w:rPr>
          <w:rFonts w:cs="Times New Roman"/>
        </w:rPr>
        <w:t>peningkatan</w:t>
      </w:r>
      <w:proofErr w:type="spellEnd"/>
      <w:r w:rsidR="00F660D2" w:rsidRPr="00B91E2C">
        <w:rPr>
          <w:rFonts w:cs="Times New Roman"/>
        </w:rPr>
        <w:t xml:space="preserve"> </w:t>
      </w:r>
      <w:proofErr w:type="spellStart"/>
      <w:r w:rsidRPr="00B91E2C">
        <w:rPr>
          <w:rFonts w:cs="Times New Roman"/>
        </w:rPr>
        <w:t>pengalaman</w:t>
      </w:r>
      <w:proofErr w:type="spellEnd"/>
      <w:r w:rsidR="00F660D2" w:rsidRPr="00B91E2C">
        <w:rPr>
          <w:rFonts w:cs="Times New Roman"/>
        </w:rPr>
        <w:t xml:space="preserve"> </w:t>
      </w:r>
      <w:proofErr w:type="spellStart"/>
      <w:r w:rsidRPr="00B91E2C">
        <w:rPr>
          <w:rFonts w:cs="Times New Roman"/>
        </w:rPr>
        <w:t>literasi</w:t>
      </w:r>
      <w:proofErr w:type="spellEnd"/>
      <w:r w:rsidR="00F660D2" w:rsidRPr="00B91E2C">
        <w:rPr>
          <w:rFonts w:cs="Times New Roman"/>
        </w:rPr>
        <w:t xml:space="preserve"> </w:t>
      </w:r>
      <w:proofErr w:type="spellStart"/>
      <w:r w:rsidRPr="00B91E2C">
        <w:rPr>
          <w:rFonts w:cs="Times New Roman"/>
        </w:rPr>
        <w:t>bagi</w:t>
      </w:r>
      <w:proofErr w:type="spellEnd"/>
      <w:r w:rsidR="00F660D2" w:rsidRPr="00B91E2C">
        <w:rPr>
          <w:rFonts w:cs="Times New Roman"/>
        </w:rPr>
        <w:t xml:space="preserve"> </w:t>
      </w:r>
      <w:proofErr w:type="spellStart"/>
      <w:r w:rsidRPr="00B91E2C">
        <w:rPr>
          <w:rFonts w:cs="Times New Roman"/>
        </w:rPr>
        <w:t>masyarakat</w:t>
      </w:r>
      <w:proofErr w:type="spellEnd"/>
      <w:r w:rsidR="00F660D2" w:rsidRPr="00B91E2C">
        <w:rPr>
          <w:rFonts w:cs="Times New Roman"/>
        </w:rPr>
        <w:t xml:space="preserve"> </w:t>
      </w:r>
      <w:r w:rsidRPr="00B91E2C">
        <w:rPr>
          <w:rFonts w:cs="Times New Roman"/>
        </w:rPr>
        <w:t>di</w:t>
      </w:r>
      <w:r w:rsidR="00F660D2" w:rsidRPr="00B91E2C">
        <w:rPr>
          <w:rFonts w:cs="Times New Roman"/>
        </w:rPr>
        <w:t xml:space="preserve"> </w:t>
      </w:r>
      <w:proofErr w:type="spellStart"/>
      <w:r w:rsidRPr="00B91E2C">
        <w:rPr>
          <w:rFonts w:cs="Times New Roman"/>
        </w:rPr>
        <w:t>sekitar</w:t>
      </w:r>
      <w:proofErr w:type="spellEnd"/>
      <w:r w:rsidR="00F660D2" w:rsidRPr="00B91E2C">
        <w:rPr>
          <w:rFonts w:cs="Times New Roman"/>
        </w:rPr>
        <w:t xml:space="preserve"> </w:t>
      </w:r>
      <w:proofErr w:type="spellStart"/>
      <w:r w:rsidRPr="00B91E2C">
        <w:rPr>
          <w:rFonts w:cs="Times New Roman"/>
        </w:rPr>
        <w:t>lingkungan</w:t>
      </w:r>
      <w:proofErr w:type="spellEnd"/>
      <w:r w:rsidR="00F660D2" w:rsidRPr="00B91E2C">
        <w:rPr>
          <w:rFonts w:cs="Times New Roman"/>
        </w:rPr>
        <w:t xml:space="preserve"> </w:t>
      </w:r>
      <w:proofErr w:type="spellStart"/>
      <w:r w:rsidRPr="00B91E2C">
        <w:rPr>
          <w:rFonts w:cs="Times New Roman"/>
        </w:rPr>
        <w:t>taman</w:t>
      </w:r>
      <w:proofErr w:type="spellEnd"/>
      <w:r w:rsidR="00F660D2" w:rsidRPr="00B91E2C">
        <w:rPr>
          <w:rFonts w:cs="Times New Roman"/>
        </w:rPr>
        <w:t xml:space="preserve"> </w:t>
      </w:r>
      <w:proofErr w:type="spellStart"/>
      <w:r w:rsidRPr="00B91E2C">
        <w:rPr>
          <w:rFonts w:cs="Times New Roman"/>
        </w:rPr>
        <w:t>baca</w:t>
      </w:r>
      <w:proofErr w:type="spellEnd"/>
      <w:r w:rsidRPr="00B91E2C">
        <w:rPr>
          <w:rFonts w:cs="Times New Roman"/>
        </w:rPr>
        <w:t>.</w:t>
      </w:r>
    </w:p>
    <w:p w14:paraId="73B691A4" w14:textId="77777777" w:rsidR="00BF305F" w:rsidRPr="00B91E2C" w:rsidRDefault="00BF305F" w:rsidP="00BF305F">
      <w:pPr>
        <w:widowControl w:val="0"/>
        <w:autoSpaceDE w:val="0"/>
        <w:autoSpaceDN w:val="0"/>
        <w:spacing w:after="0" w:line="360" w:lineRule="auto"/>
        <w:ind w:left="851"/>
        <w:rPr>
          <w:rFonts w:eastAsia="Times New Roman" w:cs="Times New Roman"/>
          <w:szCs w:val="24"/>
        </w:rPr>
      </w:pPr>
    </w:p>
    <w:p w14:paraId="4EDFBD73" w14:textId="4B869603" w:rsidR="00B842C8" w:rsidRPr="00387AD0" w:rsidRDefault="00066A2A" w:rsidP="00BF305F">
      <w:pPr>
        <w:pStyle w:val="Heading2"/>
        <w:numPr>
          <w:ilvl w:val="0"/>
          <w:numId w:val="22"/>
        </w:numPr>
        <w:spacing w:before="0" w:after="240" w:line="360" w:lineRule="auto"/>
        <w:ind w:left="426" w:hanging="426"/>
        <w:rPr>
          <w:rFonts w:cs="Times New Roman"/>
          <w:szCs w:val="24"/>
          <w:lang w:val="id"/>
        </w:rPr>
      </w:pPr>
      <w:bookmarkStart w:id="40" w:name="_Toc205248716"/>
      <w:bookmarkStart w:id="41" w:name="_Toc205261363"/>
      <w:r w:rsidRPr="00387AD0">
        <w:rPr>
          <w:rFonts w:cs="Times New Roman"/>
          <w:szCs w:val="24"/>
          <w:lang w:val="id"/>
        </w:rPr>
        <w:t>Lokasi</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Jadwal</w:t>
      </w:r>
      <w:r w:rsidR="00F660D2" w:rsidRPr="00387AD0">
        <w:rPr>
          <w:rFonts w:cs="Times New Roman"/>
          <w:szCs w:val="24"/>
          <w:lang w:val="id"/>
        </w:rPr>
        <w:t xml:space="preserve"> </w:t>
      </w:r>
      <w:r w:rsidRPr="00387AD0">
        <w:rPr>
          <w:rFonts w:cs="Times New Roman"/>
          <w:szCs w:val="24"/>
          <w:lang w:val="id"/>
        </w:rPr>
        <w:t>Pelaksanaan</w:t>
      </w:r>
      <w:r w:rsidR="00F660D2" w:rsidRPr="00387AD0">
        <w:rPr>
          <w:rFonts w:cs="Times New Roman"/>
          <w:szCs w:val="24"/>
          <w:lang w:val="id"/>
        </w:rPr>
        <w:t xml:space="preserve"> </w:t>
      </w:r>
      <w:r w:rsidRPr="00387AD0">
        <w:rPr>
          <w:rFonts w:cs="Times New Roman"/>
          <w:szCs w:val="24"/>
          <w:lang w:val="id"/>
        </w:rPr>
        <w:t>Kerja</w:t>
      </w:r>
      <w:r w:rsidR="00F660D2" w:rsidRPr="00387AD0">
        <w:rPr>
          <w:rFonts w:cs="Times New Roman"/>
          <w:szCs w:val="24"/>
          <w:lang w:val="id"/>
        </w:rPr>
        <w:t xml:space="preserve"> </w:t>
      </w:r>
      <w:r w:rsidRPr="00387AD0">
        <w:rPr>
          <w:rFonts w:cs="Times New Roman"/>
          <w:szCs w:val="24"/>
          <w:lang w:val="id"/>
        </w:rPr>
        <w:t>Praktik</w:t>
      </w:r>
      <w:bookmarkEnd w:id="40"/>
      <w:bookmarkEnd w:id="41"/>
    </w:p>
    <w:p w14:paraId="39CC42F3" w14:textId="22BD2A52" w:rsidR="0021130E" w:rsidRDefault="005B7971" w:rsidP="00B91E2C">
      <w:pPr>
        <w:widowControl w:val="0"/>
        <w:autoSpaceDE w:val="0"/>
        <w:autoSpaceDN w:val="0"/>
        <w:spacing w:after="0" w:line="360" w:lineRule="auto"/>
        <w:ind w:firstLine="720"/>
        <w:rPr>
          <w:rFonts w:eastAsia="Times New Roman" w:cs="Times New Roman"/>
          <w:szCs w:val="24"/>
          <w:lang w:val="id"/>
        </w:rPr>
      </w:pPr>
      <w:bookmarkStart w:id="42" w:name="_Hlk200411950"/>
      <w:bookmarkEnd w:id="36"/>
      <w:r w:rsidRPr="005B7971">
        <w:rPr>
          <w:rFonts w:eastAsia="Times New Roman" w:cs="Times New Roman"/>
          <w:szCs w:val="24"/>
          <w:lang w:val="id"/>
        </w:rPr>
        <w:t xml:space="preserve">Pelaksanaan kegiatan kerja praktik dilakukan di Taman Baca Masyarakat (TBM) Al-Azhari yang berlokasi di Kota Medan. Kegiatan ini dirancang untuk dilaksanakan selama satu bulan, yaitu mulai tanggal </w:t>
      </w:r>
      <w:r w:rsidR="00A70F0A">
        <w:rPr>
          <w:rFonts w:eastAsia="Times New Roman" w:cs="Times New Roman"/>
          <w:szCs w:val="24"/>
          <w:lang w:val="id"/>
        </w:rPr>
        <w:t>15</w:t>
      </w:r>
      <w:r w:rsidRPr="005B7971">
        <w:rPr>
          <w:rFonts w:eastAsia="Times New Roman" w:cs="Times New Roman"/>
          <w:szCs w:val="24"/>
          <w:lang w:val="id"/>
        </w:rPr>
        <w:t xml:space="preserve"> Juni 2025 hingga </w:t>
      </w:r>
      <w:r w:rsidR="00A70F0A">
        <w:rPr>
          <w:rFonts w:eastAsia="Times New Roman" w:cs="Times New Roman"/>
          <w:szCs w:val="24"/>
          <w:lang w:val="id"/>
        </w:rPr>
        <w:t>15</w:t>
      </w:r>
      <w:r w:rsidRPr="005B7971">
        <w:rPr>
          <w:rFonts w:eastAsia="Times New Roman" w:cs="Times New Roman"/>
          <w:szCs w:val="24"/>
          <w:lang w:val="id"/>
        </w:rPr>
        <w:t xml:space="preserve"> Juli 2025. Selama periode tersebut, mahasiswa melakukan observasi, perancangan, implementasi, hingga evaluasi terhadap sistem informasi </w:t>
      </w:r>
      <w:r>
        <w:rPr>
          <w:rFonts w:eastAsia="Times New Roman" w:cs="Times New Roman"/>
          <w:szCs w:val="24"/>
          <w:lang w:val="id"/>
        </w:rPr>
        <w:t xml:space="preserve">informasi perpustakaan sesuai judul masing-masing mahasiswa </w:t>
      </w:r>
      <w:r w:rsidRPr="005B7971">
        <w:rPr>
          <w:rFonts w:eastAsia="Times New Roman" w:cs="Times New Roman"/>
          <w:szCs w:val="24"/>
          <w:lang w:val="id"/>
        </w:rPr>
        <w:t>yang dikembangkan untuk TBM Al-Azhari.</w:t>
      </w:r>
      <w:bookmarkStart w:id="43" w:name="_Toc204310514"/>
      <w:bookmarkStart w:id="44" w:name="_Toc198498908"/>
    </w:p>
    <w:p w14:paraId="6643AFAD" w14:textId="77777777" w:rsidR="00BF305F" w:rsidRPr="0021130E" w:rsidRDefault="00BF305F" w:rsidP="00B91E2C">
      <w:pPr>
        <w:widowControl w:val="0"/>
        <w:autoSpaceDE w:val="0"/>
        <w:autoSpaceDN w:val="0"/>
        <w:spacing w:after="0" w:line="360" w:lineRule="auto"/>
        <w:ind w:firstLine="720"/>
        <w:rPr>
          <w:rFonts w:eastAsia="Times New Roman" w:cs="Times New Roman"/>
          <w:szCs w:val="24"/>
          <w:lang w:val="id"/>
        </w:rPr>
      </w:pPr>
    </w:p>
    <w:p w14:paraId="20AF2561" w14:textId="35E994AD" w:rsidR="00B842C8" w:rsidRPr="00387AD0" w:rsidRDefault="00E62B4E" w:rsidP="00BF305F">
      <w:pPr>
        <w:pStyle w:val="Heading2"/>
        <w:numPr>
          <w:ilvl w:val="0"/>
          <w:numId w:val="22"/>
        </w:numPr>
        <w:spacing w:before="0" w:after="240" w:line="360" w:lineRule="auto"/>
        <w:ind w:left="426" w:hanging="426"/>
        <w:rPr>
          <w:rFonts w:cs="Times New Roman"/>
          <w:szCs w:val="24"/>
          <w:lang w:val="id"/>
        </w:rPr>
      </w:pPr>
      <w:bookmarkStart w:id="45" w:name="_Toc205248717"/>
      <w:bookmarkStart w:id="46" w:name="_Toc205261364"/>
      <w:r w:rsidRPr="00387AD0">
        <w:rPr>
          <w:rFonts w:cs="Times New Roman"/>
          <w:szCs w:val="24"/>
          <w:lang w:val="id"/>
        </w:rPr>
        <w:t>Peserta</w:t>
      </w:r>
      <w:r w:rsidR="00F660D2" w:rsidRPr="00387AD0">
        <w:rPr>
          <w:rFonts w:cs="Times New Roman"/>
          <w:szCs w:val="24"/>
          <w:lang w:val="id"/>
        </w:rPr>
        <w:t xml:space="preserve"> </w:t>
      </w:r>
      <w:r w:rsidRPr="00387AD0">
        <w:rPr>
          <w:rFonts w:cs="Times New Roman"/>
          <w:szCs w:val="24"/>
          <w:lang w:val="id"/>
        </w:rPr>
        <w:t>Kerja</w:t>
      </w:r>
      <w:r w:rsidR="00F660D2" w:rsidRPr="00387AD0">
        <w:rPr>
          <w:rFonts w:cs="Times New Roman"/>
          <w:szCs w:val="24"/>
          <w:lang w:val="id"/>
        </w:rPr>
        <w:t xml:space="preserve"> </w:t>
      </w:r>
      <w:r w:rsidRPr="00387AD0">
        <w:rPr>
          <w:rFonts w:cs="Times New Roman"/>
          <w:szCs w:val="24"/>
          <w:lang w:val="id"/>
        </w:rPr>
        <w:t>Praktek</w:t>
      </w:r>
      <w:bookmarkEnd w:id="43"/>
      <w:bookmarkEnd w:id="45"/>
      <w:bookmarkEnd w:id="46"/>
    </w:p>
    <w:bookmarkEnd w:id="42"/>
    <w:bookmarkEnd w:id="44"/>
    <w:p w14:paraId="7A39B0EF" w14:textId="7F40149B" w:rsidR="00B842C8" w:rsidRPr="00387AD0" w:rsidRDefault="00066A2A" w:rsidP="00327318">
      <w:pPr>
        <w:widowControl w:val="0"/>
        <w:autoSpaceDE w:val="0"/>
        <w:autoSpaceDN w:val="0"/>
        <w:spacing w:after="0" w:line="360" w:lineRule="auto"/>
        <w:ind w:firstLine="567"/>
        <w:rPr>
          <w:rFonts w:eastAsia="Times New Roman" w:cs="Times New Roman"/>
          <w:szCs w:val="24"/>
        </w:rPr>
      </w:pPr>
      <w:r w:rsidRPr="00387AD0">
        <w:rPr>
          <w:rFonts w:eastAsia="Times New Roman" w:cs="Times New Roman"/>
          <w:szCs w:val="24"/>
          <w:lang w:val="id"/>
        </w:rPr>
        <w:t>Kegiatan</w:t>
      </w:r>
      <w:r w:rsidR="00F660D2" w:rsidRPr="00387AD0">
        <w:rPr>
          <w:rFonts w:eastAsia="Times New Roman" w:cs="Times New Roman"/>
          <w:szCs w:val="24"/>
          <w:lang w:val="id"/>
        </w:rPr>
        <w:t xml:space="preserve"> </w:t>
      </w:r>
      <w:r w:rsidRPr="00387AD0">
        <w:rPr>
          <w:rFonts w:eastAsia="Times New Roman" w:cs="Times New Roman"/>
          <w:szCs w:val="24"/>
          <w:lang w:val="id"/>
        </w:rPr>
        <w:t>kerja</w:t>
      </w:r>
      <w:r w:rsidR="00F660D2" w:rsidRPr="00387AD0">
        <w:rPr>
          <w:rFonts w:eastAsia="Times New Roman" w:cs="Times New Roman"/>
          <w:szCs w:val="24"/>
          <w:lang w:val="id"/>
        </w:rPr>
        <w:t xml:space="preserve"> </w:t>
      </w:r>
      <w:r w:rsidRPr="00387AD0">
        <w:rPr>
          <w:rFonts w:eastAsia="Times New Roman" w:cs="Times New Roman"/>
          <w:szCs w:val="24"/>
          <w:lang w:val="id"/>
        </w:rPr>
        <w:t>praktik</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dilaksanakan</w:t>
      </w:r>
      <w:r w:rsidR="00F660D2" w:rsidRPr="00387AD0">
        <w:rPr>
          <w:rFonts w:eastAsia="Times New Roman" w:cs="Times New Roman"/>
          <w:szCs w:val="24"/>
          <w:lang w:val="id"/>
        </w:rPr>
        <w:t xml:space="preserve"> </w:t>
      </w:r>
      <w:r w:rsidRPr="00387AD0">
        <w:rPr>
          <w:rFonts w:eastAsia="Times New Roman" w:cs="Times New Roman"/>
          <w:szCs w:val="24"/>
          <w:lang w:val="id"/>
        </w:rPr>
        <w:t>oleh</w:t>
      </w:r>
      <w:r w:rsidR="00F660D2" w:rsidRPr="00387AD0">
        <w:rPr>
          <w:rFonts w:eastAsia="Times New Roman" w:cs="Times New Roman"/>
          <w:szCs w:val="24"/>
          <w:lang w:val="id"/>
        </w:rPr>
        <w:t xml:space="preserve"> </w:t>
      </w:r>
      <w:r w:rsidRPr="00387AD0">
        <w:rPr>
          <w:rFonts w:eastAsia="Times New Roman" w:cs="Times New Roman"/>
          <w:szCs w:val="24"/>
          <w:lang w:val="id"/>
        </w:rPr>
        <w:t>sekelompok</w:t>
      </w:r>
      <w:r w:rsidR="00F660D2" w:rsidRPr="00387AD0">
        <w:rPr>
          <w:rFonts w:eastAsia="Times New Roman" w:cs="Times New Roman"/>
          <w:szCs w:val="24"/>
          <w:lang w:val="id"/>
        </w:rPr>
        <w:t xml:space="preserve"> </w:t>
      </w:r>
      <w:r w:rsidRPr="00387AD0">
        <w:rPr>
          <w:rFonts w:eastAsia="Times New Roman" w:cs="Times New Roman"/>
          <w:szCs w:val="24"/>
          <w:lang w:val="id"/>
        </w:rPr>
        <w:t>mahasiswa</w:t>
      </w:r>
      <w:r w:rsidR="00F660D2" w:rsidRPr="00387AD0">
        <w:rPr>
          <w:rFonts w:eastAsia="Times New Roman" w:cs="Times New Roman"/>
          <w:szCs w:val="24"/>
          <w:lang w:val="id"/>
        </w:rPr>
        <w:t xml:space="preserve"> </w:t>
      </w:r>
      <w:r w:rsidRPr="00387AD0">
        <w:rPr>
          <w:rFonts w:eastAsia="Times New Roman" w:cs="Times New Roman"/>
          <w:szCs w:val="24"/>
          <w:lang w:val="id"/>
        </w:rPr>
        <w:t>dari</w:t>
      </w:r>
      <w:r w:rsidR="00F660D2" w:rsidRPr="00387AD0">
        <w:rPr>
          <w:rFonts w:eastAsia="Times New Roman" w:cs="Times New Roman"/>
          <w:szCs w:val="24"/>
          <w:lang w:val="id"/>
        </w:rPr>
        <w:t xml:space="preserve"> </w:t>
      </w:r>
      <w:r w:rsidRPr="00387AD0">
        <w:rPr>
          <w:rFonts w:eastAsia="Times New Roman" w:cs="Times New Roman"/>
          <w:szCs w:val="24"/>
          <w:lang w:val="id"/>
        </w:rPr>
        <w:t>Program</w:t>
      </w:r>
      <w:r w:rsidR="00F660D2" w:rsidRPr="00387AD0">
        <w:rPr>
          <w:rFonts w:eastAsia="Times New Roman" w:cs="Times New Roman"/>
          <w:szCs w:val="24"/>
          <w:lang w:val="id"/>
        </w:rPr>
        <w:t xml:space="preserve"> </w:t>
      </w:r>
      <w:r w:rsidRPr="00387AD0">
        <w:rPr>
          <w:rFonts w:eastAsia="Times New Roman" w:cs="Times New Roman"/>
          <w:szCs w:val="24"/>
          <w:lang w:val="id"/>
        </w:rPr>
        <w:t>Studi</w:t>
      </w:r>
      <w:r w:rsidR="00F660D2" w:rsidRPr="00387AD0">
        <w:rPr>
          <w:rFonts w:eastAsia="Times New Roman" w:cs="Times New Roman"/>
          <w:szCs w:val="24"/>
          <w:lang w:val="id"/>
        </w:rPr>
        <w:t xml:space="preserve"> </w:t>
      </w:r>
      <w:r w:rsidRPr="00387AD0">
        <w:rPr>
          <w:rFonts w:eastAsia="Times New Roman" w:cs="Times New Roman"/>
          <w:szCs w:val="24"/>
          <w:lang w:val="id"/>
        </w:rPr>
        <w:t>Teknik</w:t>
      </w:r>
      <w:r w:rsidR="00F660D2" w:rsidRPr="00387AD0">
        <w:rPr>
          <w:rFonts w:eastAsia="Times New Roman" w:cs="Times New Roman"/>
          <w:szCs w:val="24"/>
          <w:lang w:val="id"/>
        </w:rPr>
        <w:t xml:space="preserve"> </w:t>
      </w:r>
      <w:r w:rsidRPr="00387AD0">
        <w:rPr>
          <w:rFonts w:eastAsia="Times New Roman" w:cs="Times New Roman"/>
          <w:szCs w:val="24"/>
          <w:lang w:val="id"/>
        </w:rPr>
        <w:t>Informatika,</w:t>
      </w:r>
      <w:r w:rsidR="00F660D2" w:rsidRPr="00387AD0">
        <w:rPr>
          <w:rFonts w:eastAsia="Times New Roman" w:cs="Times New Roman"/>
          <w:szCs w:val="24"/>
          <w:lang w:val="id"/>
        </w:rPr>
        <w:t xml:space="preserve"> </w:t>
      </w:r>
      <w:r w:rsidRPr="00387AD0">
        <w:rPr>
          <w:rFonts w:eastAsia="Times New Roman" w:cs="Times New Roman"/>
          <w:szCs w:val="24"/>
          <w:lang w:val="id"/>
        </w:rPr>
        <w:t>Universitas</w:t>
      </w:r>
      <w:r w:rsidR="00F660D2" w:rsidRPr="00387AD0">
        <w:rPr>
          <w:rFonts w:eastAsia="Times New Roman" w:cs="Times New Roman"/>
          <w:szCs w:val="24"/>
          <w:lang w:val="id"/>
        </w:rPr>
        <w:t xml:space="preserve"> </w:t>
      </w:r>
      <w:r w:rsidRPr="00387AD0">
        <w:rPr>
          <w:rFonts w:eastAsia="Times New Roman" w:cs="Times New Roman"/>
          <w:szCs w:val="24"/>
          <w:lang w:val="id"/>
        </w:rPr>
        <w:t>Medan</w:t>
      </w:r>
      <w:r w:rsidR="00F660D2" w:rsidRPr="00387AD0">
        <w:rPr>
          <w:rFonts w:eastAsia="Times New Roman" w:cs="Times New Roman"/>
          <w:szCs w:val="24"/>
          <w:lang w:val="id"/>
        </w:rPr>
        <w:t xml:space="preserve"> </w:t>
      </w:r>
      <w:r w:rsidRPr="00387AD0">
        <w:rPr>
          <w:rFonts w:eastAsia="Times New Roman" w:cs="Times New Roman"/>
          <w:szCs w:val="24"/>
          <w:lang w:val="id"/>
        </w:rPr>
        <w:t>Area,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telah</w:t>
      </w:r>
      <w:r w:rsidR="00F660D2" w:rsidRPr="00387AD0">
        <w:rPr>
          <w:rFonts w:eastAsia="Times New Roman" w:cs="Times New Roman"/>
          <w:szCs w:val="24"/>
          <w:lang w:val="id"/>
        </w:rPr>
        <w:t xml:space="preserve"> </w:t>
      </w:r>
      <w:r w:rsidRPr="00387AD0">
        <w:rPr>
          <w:rFonts w:eastAsia="Times New Roman" w:cs="Times New Roman"/>
          <w:szCs w:val="24"/>
          <w:lang w:val="id"/>
        </w:rPr>
        <w:t>memenuhi</w:t>
      </w:r>
      <w:r w:rsidR="00F660D2" w:rsidRPr="00387AD0">
        <w:rPr>
          <w:rFonts w:eastAsia="Times New Roman" w:cs="Times New Roman"/>
          <w:szCs w:val="24"/>
          <w:lang w:val="id"/>
        </w:rPr>
        <w:t xml:space="preserve"> </w:t>
      </w:r>
      <w:r w:rsidRPr="00387AD0">
        <w:rPr>
          <w:rFonts w:eastAsia="Times New Roman" w:cs="Times New Roman"/>
          <w:szCs w:val="24"/>
          <w:lang w:val="id"/>
        </w:rPr>
        <w:t>ketentuan</w:t>
      </w:r>
      <w:r w:rsidR="00F660D2" w:rsidRPr="00387AD0">
        <w:rPr>
          <w:rFonts w:eastAsia="Times New Roman" w:cs="Times New Roman"/>
          <w:szCs w:val="24"/>
          <w:lang w:val="id"/>
        </w:rPr>
        <w:t xml:space="preserve"> </w:t>
      </w:r>
      <w:r w:rsidRPr="00387AD0">
        <w:rPr>
          <w:rFonts w:eastAsia="Times New Roman" w:cs="Times New Roman"/>
          <w:szCs w:val="24"/>
          <w:lang w:val="id"/>
        </w:rPr>
        <w:t>akademik</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mengikuti</w:t>
      </w:r>
      <w:r w:rsidR="00F660D2" w:rsidRPr="00387AD0">
        <w:rPr>
          <w:rFonts w:eastAsia="Times New Roman" w:cs="Times New Roman"/>
          <w:szCs w:val="24"/>
          <w:lang w:val="id"/>
        </w:rPr>
        <w:t xml:space="preserve"> </w:t>
      </w:r>
      <w:r w:rsidRPr="00387AD0">
        <w:rPr>
          <w:rFonts w:eastAsia="Times New Roman" w:cs="Times New Roman"/>
          <w:szCs w:val="24"/>
          <w:lang w:val="id"/>
        </w:rPr>
        <w:t>program</w:t>
      </w:r>
      <w:r w:rsidR="00F660D2" w:rsidRPr="00387AD0">
        <w:rPr>
          <w:rFonts w:eastAsia="Times New Roman" w:cs="Times New Roman"/>
          <w:szCs w:val="24"/>
          <w:lang w:val="id"/>
        </w:rPr>
        <w:t xml:space="preserve"> </w:t>
      </w:r>
      <w:r w:rsidRPr="00387AD0">
        <w:rPr>
          <w:rFonts w:eastAsia="Times New Roman" w:cs="Times New Roman"/>
          <w:szCs w:val="24"/>
          <w:lang w:val="id"/>
        </w:rPr>
        <w:t>tersebut.</w:t>
      </w:r>
      <w:r w:rsidR="00F660D2" w:rsidRPr="00387AD0">
        <w:rPr>
          <w:rFonts w:eastAsia="Times New Roman" w:cs="Times New Roman"/>
          <w:szCs w:val="24"/>
          <w:lang w:val="id"/>
        </w:rPr>
        <w:t xml:space="preserve"> </w:t>
      </w:r>
      <w:r w:rsidRPr="00387AD0">
        <w:rPr>
          <w:rFonts w:eastAsia="Times New Roman" w:cs="Times New Roman"/>
          <w:szCs w:val="24"/>
          <w:lang w:val="id"/>
        </w:rPr>
        <w:t>Kelompok</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terdiri</w:t>
      </w:r>
      <w:r w:rsidR="00F660D2" w:rsidRPr="00387AD0">
        <w:rPr>
          <w:rFonts w:eastAsia="Times New Roman" w:cs="Times New Roman"/>
          <w:szCs w:val="24"/>
          <w:lang w:val="id"/>
        </w:rPr>
        <w:t xml:space="preserve"> </w:t>
      </w:r>
      <w:r w:rsidRPr="00387AD0">
        <w:rPr>
          <w:rFonts w:eastAsia="Times New Roman" w:cs="Times New Roman"/>
          <w:szCs w:val="24"/>
          <w:lang w:val="id"/>
        </w:rPr>
        <w:t>dari</w:t>
      </w:r>
      <w:r w:rsidR="00F660D2" w:rsidRPr="00387AD0">
        <w:rPr>
          <w:rFonts w:eastAsia="Times New Roman" w:cs="Times New Roman"/>
          <w:szCs w:val="24"/>
          <w:lang w:val="id"/>
        </w:rPr>
        <w:t xml:space="preserve"> </w:t>
      </w:r>
      <w:r w:rsidRPr="00387AD0">
        <w:rPr>
          <w:rFonts w:eastAsia="Times New Roman" w:cs="Times New Roman"/>
          <w:szCs w:val="24"/>
          <w:lang w:val="id"/>
        </w:rPr>
        <w:t>empat</w:t>
      </w:r>
      <w:r w:rsidR="00F660D2" w:rsidRPr="00387AD0">
        <w:rPr>
          <w:rFonts w:eastAsia="Times New Roman" w:cs="Times New Roman"/>
          <w:szCs w:val="24"/>
          <w:lang w:val="id"/>
        </w:rPr>
        <w:t xml:space="preserve"> </w:t>
      </w:r>
      <w:r w:rsidRPr="00387AD0">
        <w:rPr>
          <w:rFonts w:eastAsia="Times New Roman" w:cs="Times New Roman"/>
          <w:szCs w:val="24"/>
          <w:lang w:val="id"/>
        </w:rPr>
        <w:t>orang,</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rincian</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berikut:</w:t>
      </w:r>
    </w:p>
    <w:p w14:paraId="7C360747" w14:textId="77777777" w:rsidR="00D70A29" w:rsidRDefault="00B842C8" w:rsidP="00B91E2C">
      <w:pPr>
        <w:widowControl w:val="0"/>
        <w:numPr>
          <w:ilvl w:val="0"/>
          <w:numId w:val="16"/>
        </w:numPr>
        <w:autoSpaceDE w:val="0"/>
        <w:autoSpaceDN w:val="0"/>
        <w:spacing w:after="0" w:line="360" w:lineRule="auto"/>
        <w:ind w:left="851" w:hanging="425"/>
        <w:rPr>
          <w:rFonts w:eastAsia="Times New Roman" w:cs="Times New Roman"/>
          <w:szCs w:val="24"/>
        </w:rPr>
      </w:pPr>
      <w:proofErr w:type="spellStart"/>
      <w:r w:rsidRPr="00387AD0">
        <w:rPr>
          <w:rFonts w:eastAsia="Times New Roman" w:cs="Times New Roman"/>
          <w:szCs w:val="24"/>
        </w:rPr>
        <w:t>Mardiatul</w:t>
      </w:r>
      <w:proofErr w:type="spellEnd"/>
      <w:r w:rsidR="00F660D2" w:rsidRPr="00387AD0">
        <w:rPr>
          <w:rFonts w:eastAsia="Times New Roman" w:cs="Times New Roman"/>
          <w:szCs w:val="24"/>
        </w:rPr>
        <w:t xml:space="preserve"> </w:t>
      </w:r>
      <w:r w:rsidRPr="00387AD0">
        <w:rPr>
          <w:rFonts w:eastAsia="Times New Roman" w:cs="Times New Roman"/>
          <w:szCs w:val="24"/>
        </w:rPr>
        <w:t>Hasanah</w:t>
      </w:r>
      <w:r w:rsidR="00F660D2" w:rsidRPr="00387AD0">
        <w:rPr>
          <w:rFonts w:eastAsia="Times New Roman" w:cs="Times New Roman"/>
          <w:szCs w:val="24"/>
        </w:rPr>
        <w:t xml:space="preserve"> </w:t>
      </w:r>
      <w:r w:rsidRPr="00387AD0">
        <w:rPr>
          <w:rFonts w:eastAsia="Times New Roman" w:cs="Times New Roman"/>
          <w:szCs w:val="24"/>
        </w:rPr>
        <w:t>(NIM:</w:t>
      </w:r>
      <w:r w:rsidR="00F660D2" w:rsidRPr="00387AD0">
        <w:rPr>
          <w:rFonts w:eastAsia="Times New Roman" w:cs="Times New Roman"/>
          <w:szCs w:val="24"/>
        </w:rPr>
        <w:t xml:space="preserve"> </w:t>
      </w:r>
      <w:r w:rsidRPr="00387AD0">
        <w:rPr>
          <w:rFonts w:eastAsia="Times New Roman" w:cs="Times New Roman"/>
          <w:szCs w:val="24"/>
        </w:rPr>
        <w:t>228160009)</w:t>
      </w:r>
      <w:r w:rsidR="00F660D2" w:rsidRPr="00387AD0">
        <w:rPr>
          <w:rFonts w:eastAsia="Times New Roman" w:cs="Times New Roman"/>
          <w:szCs w:val="24"/>
        </w:rPr>
        <w:t xml:space="preserve"> </w:t>
      </w:r>
      <w:proofErr w:type="spellStart"/>
      <w:r w:rsidR="0046376E" w:rsidRPr="00387AD0">
        <w:rPr>
          <w:rFonts w:eastAsia="Times New Roman" w:cs="Times New Roman"/>
          <w:szCs w:val="24"/>
        </w:rPr>
        <w:t>Membuat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Katalog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Buku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Berbasis</w:t>
      </w:r>
      <w:proofErr w:type="spellEnd"/>
      <w:r w:rsidR="00F660D2" w:rsidRPr="00387AD0">
        <w:rPr>
          <w:rFonts w:eastAsia="Times New Roman" w:cs="Times New Roman"/>
          <w:szCs w:val="24"/>
        </w:rPr>
        <w:t xml:space="preserve"> </w:t>
      </w:r>
      <w:r w:rsidRPr="00387AD0">
        <w:rPr>
          <w:rFonts w:eastAsia="Times New Roman" w:cs="Times New Roman"/>
          <w:szCs w:val="24"/>
        </w:rPr>
        <w:t>Web</w:t>
      </w:r>
      <w:r w:rsidR="00F660D2" w:rsidRPr="00387AD0">
        <w:rPr>
          <w:rFonts w:eastAsia="Times New Roman" w:cs="Times New Roman"/>
          <w:szCs w:val="24"/>
        </w:rPr>
        <w:t xml:space="preserve"> </w:t>
      </w:r>
    </w:p>
    <w:p w14:paraId="7E5CDAC1" w14:textId="77777777" w:rsidR="00D70A29" w:rsidRDefault="00B842C8" w:rsidP="00B91E2C">
      <w:pPr>
        <w:widowControl w:val="0"/>
        <w:numPr>
          <w:ilvl w:val="0"/>
          <w:numId w:val="16"/>
        </w:numPr>
        <w:autoSpaceDE w:val="0"/>
        <w:autoSpaceDN w:val="0"/>
        <w:spacing w:after="0" w:line="360" w:lineRule="auto"/>
        <w:ind w:left="851" w:hanging="425"/>
        <w:rPr>
          <w:rFonts w:eastAsia="Times New Roman" w:cs="Times New Roman"/>
          <w:szCs w:val="24"/>
        </w:rPr>
      </w:pPr>
      <w:r w:rsidRPr="00D70A29">
        <w:rPr>
          <w:rFonts w:eastAsia="Times New Roman" w:cs="Times New Roman"/>
          <w:szCs w:val="24"/>
        </w:rPr>
        <w:t>Febri</w:t>
      </w:r>
      <w:r w:rsidR="00F660D2" w:rsidRPr="00D70A29">
        <w:rPr>
          <w:rFonts w:eastAsia="Times New Roman" w:cs="Times New Roman"/>
          <w:szCs w:val="24"/>
        </w:rPr>
        <w:t xml:space="preserve"> </w:t>
      </w:r>
      <w:r w:rsidRPr="00D70A29">
        <w:rPr>
          <w:rFonts w:eastAsia="Times New Roman" w:cs="Times New Roman"/>
          <w:szCs w:val="24"/>
        </w:rPr>
        <w:t>Juanda</w:t>
      </w:r>
      <w:r w:rsidR="00F660D2" w:rsidRPr="00D70A29">
        <w:rPr>
          <w:rFonts w:eastAsia="Times New Roman" w:cs="Times New Roman"/>
          <w:szCs w:val="24"/>
        </w:rPr>
        <w:t xml:space="preserve"> </w:t>
      </w:r>
      <w:proofErr w:type="spellStart"/>
      <w:r w:rsidRPr="00D70A29">
        <w:rPr>
          <w:rFonts w:eastAsia="Times New Roman" w:cs="Times New Roman"/>
          <w:szCs w:val="24"/>
        </w:rPr>
        <w:t>Sitepu</w:t>
      </w:r>
      <w:proofErr w:type="spellEnd"/>
      <w:r w:rsidR="00F660D2" w:rsidRPr="00D70A29">
        <w:rPr>
          <w:rFonts w:eastAsia="Times New Roman" w:cs="Times New Roman"/>
          <w:szCs w:val="24"/>
        </w:rPr>
        <w:t xml:space="preserve"> </w:t>
      </w:r>
      <w:r w:rsidRPr="00D70A29">
        <w:rPr>
          <w:rFonts w:eastAsia="Times New Roman" w:cs="Times New Roman"/>
          <w:szCs w:val="24"/>
        </w:rPr>
        <w:t>(228160022)</w:t>
      </w:r>
      <w:r w:rsidR="00F660D2" w:rsidRPr="00D70A29">
        <w:rPr>
          <w:rFonts w:eastAsia="Times New Roman" w:cs="Times New Roman"/>
          <w:szCs w:val="24"/>
        </w:rPr>
        <w:t xml:space="preserve"> </w:t>
      </w:r>
      <w:proofErr w:type="spellStart"/>
      <w:r w:rsidR="00066A2A" w:rsidRPr="00D70A29">
        <w:rPr>
          <w:rFonts w:eastAsia="Times New Roman" w:cs="Times New Roman"/>
          <w:szCs w:val="24"/>
        </w:rPr>
        <w:t>Membuat</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Sistem</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Informasi</w:t>
      </w:r>
      <w:proofErr w:type="spellEnd"/>
      <w:r w:rsidR="00F660D2" w:rsidRPr="00D70A29">
        <w:rPr>
          <w:rFonts w:eastAsia="Times New Roman" w:cs="Times New Roman"/>
          <w:szCs w:val="24"/>
        </w:rPr>
        <w:t xml:space="preserve"> </w:t>
      </w:r>
      <w:proofErr w:type="spellStart"/>
      <w:r w:rsidR="0046376E" w:rsidRPr="00D70A29">
        <w:rPr>
          <w:rFonts w:eastAsia="Times New Roman" w:cs="Times New Roman"/>
          <w:szCs w:val="24"/>
        </w:rPr>
        <w:t>berbasis</w:t>
      </w:r>
      <w:proofErr w:type="spellEnd"/>
      <w:r w:rsidR="00F660D2" w:rsidRPr="00D70A29">
        <w:rPr>
          <w:rFonts w:eastAsia="Times New Roman" w:cs="Times New Roman"/>
          <w:szCs w:val="24"/>
        </w:rPr>
        <w:t xml:space="preserve"> </w:t>
      </w:r>
      <w:r w:rsidR="0046376E" w:rsidRPr="00D70A29">
        <w:rPr>
          <w:rFonts w:eastAsia="Times New Roman" w:cs="Times New Roman"/>
          <w:szCs w:val="24"/>
        </w:rPr>
        <w:t>web</w:t>
      </w:r>
      <w:r w:rsidR="00F660D2" w:rsidRPr="00D70A29">
        <w:rPr>
          <w:rFonts w:eastAsia="Times New Roman" w:cs="Times New Roman"/>
          <w:szCs w:val="24"/>
        </w:rPr>
        <w:t xml:space="preserve"> </w:t>
      </w:r>
      <w:proofErr w:type="spellStart"/>
      <w:r w:rsidR="0046376E" w:rsidRPr="00D70A29">
        <w:rPr>
          <w:rFonts w:eastAsia="Times New Roman" w:cs="Times New Roman"/>
          <w:szCs w:val="24"/>
        </w:rPr>
        <w:t>untuk</w:t>
      </w:r>
      <w:proofErr w:type="spellEnd"/>
      <w:r w:rsidR="00F660D2" w:rsidRPr="00D70A29">
        <w:rPr>
          <w:rFonts w:eastAsia="Times New Roman" w:cs="Times New Roman"/>
          <w:szCs w:val="24"/>
        </w:rPr>
        <w:t xml:space="preserve"> </w:t>
      </w:r>
      <w:r w:rsidR="0046376E" w:rsidRPr="00D70A29">
        <w:rPr>
          <w:rFonts w:eastAsia="Times New Roman" w:cs="Times New Roman"/>
          <w:szCs w:val="24"/>
        </w:rPr>
        <w:t>proses</w:t>
      </w:r>
      <w:r w:rsidR="00F660D2" w:rsidRPr="00D70A29">
        <w:rPr>
          <w:rFonts w:eastAsia="Times New Roman" w:cs="Times New Roman"/>
          <w:szCs w:val="24"/>
        </w:rPr>
        <w:t xml:space="preserve"> </w:t>
      </w:r>
      <w:proofErr w:type="spellStart"/>
      <w:r w:rsidR="0046376E" w:rsidRPr="00D70A29">
        <w:rPr>
          <w:rFonts w:eastAsia="Times New Roman" w:cs="Times New Roman"/>
          <w:szCs w:val="24"/>
        </w:rPr>
        <w:t>peminjaman</w:t>
      </w:r>
      <w:proofErr w:type="spellEnd"/>
      <w:r w:rsidR="00F660D2" w:rsidRPr="00D70A29">
        <w:rPr>
          <w:rFonts w:eastAsia="Times New Roman" w:cs="Times New Roman"/>
          <w:szCs w:val="24"/>
        </w:rPr>
        <w:t xml:space="preserve"> </w:t>
      </w:r>
      <w:r w:rsidR="0046376E" w:rsidRPr="00D70A29">
        <w:rPr>
          <w:rFonts w:eastAsia="Times New Roman" w:cs="Times New Roman"/>
          <w:szCs w:val="24"/>
        </w:rPr>
        <w:t>dan</w:t>
      </w:r>
      <w:r w:rsidR="00F660D2" w:rsidRPr="00D70A29">
        <w:rPr>
          <w:rFonts w:eastAsia="Times New Roman" w:cs="Times New Roman"/>
          <w:szCs w:val="24"/>
        </w:rPr>
        <w:t xml:space="preserve"> </w:t>
      </w:r>
      <w:proofErr w:type="spellStart"/>
      <w:r w:rsidR="0046376E" w:rsidRPr="00D70A29">
        <w:rPr>
          <w:rFonts w:eastAsia="Times New Roman" w:cs="Times New Roman"/>
          <w:szCs w:val="24"/>
        </w:rPr>
        <w:t>pengembalian</w:t>
      </w:r>
      <w:proofErr w:type="spellEnd"/>
      <w:r w:rsidR="00F660D2" w:rsidRPr="00D70A29">
        <w:rPr>
          <w:rFonts w:eastAsia="Times New Roman" w:cs="Times New Roman"/>
          <w:szCs w:val="24"/>
        </w:rPr>
        <w:t xml:space="preserve"> </w:t>
      </w:r>
      <w:proofErr w:type="spellStart"/>
      <w:r w:rsidR="0046376E" w:rsidRPr="00D70A29">
        <w:rPr>
          <w:rFonts w:eastAsia="Times New Roman" w:cs="Times New Roman"/>
          <w:szCs w:val="24"/>
        </w:rPr>
        <w:t>buku</w:t>
      </w:r>
      <w:proofErr w:type="spellEnd"/>
      <w:r w:rsidR="0046376E" w:rsidRPr="00D70A29">
        <w:rPr>
          <w:rFonts w:eastAsia="Times New Roman" w:cs="Times New Roman"/>
          <w:szCs w:val="24"/>
        </w:rPr>
        <w:t>.</w:t>
      </w:r>
    </w:p>
    <w:p w14:paraId="138D29AD" w14:textId="77777777" w:rsidR="00D70A29" w:rsidRDefault="00B842C8" w:rsidP="00B91E2C">
      <w:pPr>
        <w:widowControl w:val="0"/>
        <w:numPr>
          <w:ilvl w:val="0"/>
          <w:numId w:val="16"/>
        </w:numPr>
        <w:autoSpaceDE w:val="0"/>
        <w:autoSpaceDN w:val="0"/>
        <w:spacing w:after="0" w:line="360" w:lineRule="auto"/>
        <w:ind w:left="851" w:hanging="425"/>
        <w:rPr>
          <w:rFonts w:eastAsia="Times New Roman" w:cs="Times New Roman"/>
          <w:szCs w:val="24"/>
        </w:rPr>
      </w:pPr>
      <w:r w:rsidRPr="00D70A29">
        <w:rPr>
          <w:rFonts w:eastAsia="Times New Roman" w:cs="Times New Roman"/>
          <w:szCs w:val="24"/>
        </w:rPr>
        <w:t>Viktor</w:t>
      </w:r>
      <w:r w:rsidR="00F660D2" w:rsidRPr="00D70A29">
        <w:rPr>
          <w:rFonts w:eastAsia="Times New Roman" w:cs="Times New Roman"/>
          <w:szCs w:val="24"/>
        </w:rPr>
        <w:t xml:space="preserve"> </w:t>
      </w:r>
      <w:proofErr w:type="spellStart"/>
      <w:r w:rsidRPr="00D70A29">
        <w:rPr>
          <w:rFonts w:eastAsia="Times New Roman" w:cs="Times New Roman"/>
          <w:szCs w:val="24"/>
        </w:rPr>
        <w:t>Kevintaro</w:t>
      </w:r>
      <w:proofErr w:type="spellEnd"/>
      <w:r w:rsidR="00F660D2" w:rsidRPr="00D70A29">
        <w:rPr>
          <w:rFonts w:eastAsia="Times New Roman" w:cs="Times New Roman"/>
          <w:szCs w:val="24"/>
        </w:rPr>
        <w:t xml:space="preserve"> </w:t>
      </w:r>
      <w:r w:rsidRPr="00D70A29">
        <w:rPr>
          <w:rFonts w:eastAsia="Times New Roman" w:cs="Times New Roman"/>
          <w:szCs w:val="24"/>
        </w:rPr>
        <w:t>Hia</w:t>
      </w:r>
      <w:r w:rsidR="00F660D2" w:rsidRPr="00D70A29">
        <w:rPr>
          <w:rFonts w:eastAsia="Times New Roman" w:cs="Times New Roman"/>
          <w:szCs w:val="24"/>
        </w:rPr>
        <w:t xml:space="preserve"> </w:t>
      </w:r>
      <w:r w:rsidRPr="00D70A29">
        <w:rPr>
          <w:rFonts w:eastAsia="Times New Roman" w:cs="Times New Roman"/>
          <w:szCs w:val="24"/>
        </w:rPr>
        <w:t>(228160052)</w:t>
      </w:r>
      <w:r w:rsidR="00F660D2" w:rsidRPr="00D70A29">
        <w:rPr>
          <w:rFonts w:eastAsia="Times New Roman" w:cs="Times New Roman"/>
          <w:szCs w:val="24"/>
        </w:rPr>
        <w:t xml:space="preserve"> </w:t>
      </w:r>
      <w:proofErr w:type="spellStart"/>
      <w:r w:rsidR="00066A2A" w:rsidRPr="00D70A29">
        <w:rPr>
          <w:rFonts w:eastAsia="Times New Roman" w:cs="Times New Roman"/>
          <w:szCs w:val="24"/>
        </w:rPr>
        <w:t>Membuat</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Sistem</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Informasi</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Pengelolaan</w:t>
      </w:r>
      <w:proofErr w:type="spellEnd"/>
      <w:r w:rsidR="00F660D2" w:rsidRPr="00D70A29">
        <w:rPr>
          <w:rFonts w:eastAsia="Times New Roman" w:cs="Times New Roman"/>
          <w:szCs w:val="24"/>
        </w:rPr>
        <w:t xml:space="preserve"> </w:t>
      </w:r>
      <w:r w:rsidRPr="00D70A29">
        <w:rPr>
          <w:rFonts w:eastAsia="Times New Roman" w:cs="Times New Roman"/>
          <w:szCs w:val="24"/>
        </w:rPr>
        <w:t>Data</w:t>
      </w:r>
      <w:r w:rsidR="00F660D2" w:rsidRPr="00D70A29">
        <w:rPr>
          <w:rFonts w:eastAsia="Times New Roman" w:cs="Times New Roman"/>
          <w:szCs w:val="24"/>
        </w:rPr>
        <w:t xml:space="preserve"> </w:t>
      </w:r>
      <w:proofErr w:type="spellStart"/>
      <w:r w:rsidRPr="00D70A29">
        <w:rPr>
          <w:rFonts w:eastAsia="Times New Roman" w:cs="Times New Roman"/>
          <w:szCs w:val="24"/>
        </w:rPr>
        <w:t>Anggota</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Perpustakaan</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Berbasis</w:t>
      </w:r>
      <w:proofErr w:type="spellEnd"/>
      <w:r w:rsidR="00F660D2" w:rsidRPr="00D70A29">
        <w:rPr>
          <w:rFonts w:eastAsia="Times New Roman" w:cs="Times New Roman"/>
          <w:szCs w:val="24"/>
        </w:rPr>
        <w:t xml:space="preserve"> </w:t>
      </w:r>
      <w:r w:rsidRPr="00D70A29">
        <w:rPr>
          <w:rFonts w:eastAsia="Times New Roman" w:cs="Times New Roman"/>
          <w:szCs w:val="24"/>
        </w:rPr>
        <w:t>Web</w:t>
      </w:r>
      <w:r w:rsidR="00F660D2" w:rsidRPr="00D70A29">
        <w:rPr>
          <w:rFonts w:eastAsia="Times New Roman" w:cs="Times New Roman"/>
          <w:szCs w:val="24"/>
        </w:rPr>
        <w:t xml:space="preserve"> </w:t>
      </w:r>
    </w:p>
    <w:p w14:paraId="438BA797" w14:textId="0E4804FD" w:rsidR="00327318" w:rsidRPr="00327318" w:rsidRDefault="00B842C8" w:rsidP="00B91E2C">
      <w:pPr>
        <w:widowControl w:val="0"/>
        <w:numPr>
          <w:ilvl w:val="0"/>
          <w:numId w:val="16"/>
        </w:numPr>
        <w:autoSpaceDE w:val="0"/>
        <w:autoSpaceDN w:val="0"/>
        <w:spacing w:after="0" w:line="360" w:lineRule="auto"/>
        <w:ind w:left="851" w:hanging="425"/>
        <w:rPr>
          <w:rFonts w:eastAsia="Times New Roman" w:cs="Times New Roman"/>
          <w:szCs w:val="24"/>
        </w:rPr>
      </w:pPr>
      <w:proofErr w:type="spellStart"/>
      <w:r w:rsidRPr="00D70A29">
        <w:rPr>
          <w:rFonts w:eastAsia="Times New Roman" w:cs="Times New Roman"/>
          <w:szCs w:val="24"/>
        </w:rPr>
        <w:t>Resvi</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Apriani</w:t>
      </w:r>
      <w:proofErr w:type="spellEnd"/>
      <w:r w:rsidR="00F660D2" w:rsidRPr="00D70A29">
        <w:rPr>
          <w:rFonts w:eastAsia="Times New Roman" w:cs="Times New Roman"/>
          <w:szCs w:val="24"/>
        </w:rPr>
        <w:t xml:space="preserve"> </w:t>
      </w:r>
      <w:r w:rsidRPr="00D70A29">
        <w:rPr>
          <w:rFonts w:eastAsia="Times New Roman" w:cs="Times New Roman"/>
          <w:szCs w:val="24"/>
        </w:rPr>
        <w:t>Siregar</w:t>
      </w:r>
      <w:r w:rsidR="00F660D2" w:rsidRPr="00D70A29">
        <w:rPr>
          <w:rFonts w:eastAsia="Times New Roman" w:cs="Times New Roman"/>
          <w:szCs w:val="24"/>
        </w:rPr>
        <w:t xml:space="preserve"> </w:t>
      </w:r>
      <w:r w:rsidRPr="00D70A29">
        <w:rPr>
          <w:rFonts w:eastAsia="Times New Roman" w:cs="Times New Roman"/>
          <w:szCs w:val="24"/>
        </w:rPr>
        <w:t>(228160065)</w:t>
      </w:r>
      <w:r w:rsidR="00F660D2" w:rsidRPr="00D70A29">
        <w:rPr>
          <w:rFonts w:eastAsia="Times New Roman" w:cs="Times New Roman"/>
          <w:szCs w:val="24"/>
        </w:rPr>
        <w:t xml:space="preserve"> </w:t>
      </w:r>
      <w:proofErr w:type="spellStart"/>
      <w:r w:rsidR="00066A2A" w:rsidRPr="00D70A29">
        <w:rPr>
          <w:rFonts w:eastAsia="Times New Roman" w:cs="Times New Roman"/>
          <w:szCs w:val="24"/>
        </w:rPr>
        <w:t>Membuat</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Sistem</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Informasi</w:t>
      </w:r>
      <w:proofErr w:type="spellEnd"/>
      <w:r w:rsidR="00F660D2" w:rsidRPr="00D70A29">
        <w:rPr>
          <w:rFonts w:eastAsia="Times New Roman" w:cs="Times New Roman"/>
          <w:szCs w:val="24"/>
        </w:rPr>
        <w:t xml:space="preserve"> </w:t>
      </w:r>
      <w:r w:rsidRPr="00D70A29">
        <w:rPr>
          <w:rFonts w:eastAsia="Times New Roman" w:cs="Times New Roman"/>
          <w:szCs w:val="24"/>
        </w:rPr>
        <w:t>Daftar</w:t>
      </w:r>
      <w:r w:rsidR="00F660D2" w:rsidRPr="00D70A29">
        <w:rPr>
          <w:rFonts w:eastAsia="Times New Roman" w:cs="Times New Roman"/>
          <w:szCs w:val="24"/>
        </w:rPr>
        <w:t xml:space="preserve"> </w:t>
      </w:r>
      <w:proofErr w:type="spellStart"/>
      <w:r w:rsidRPr="00D70A29">
        <w:rPr>
          <w:rFonts w:eastAsia="Times New Roman" w:cs="Times New Roman"/>
          <w:szCs w:val="24"/>
        </w:rPr>
        <w:t>Kunjungan</w:t>
      </w:r>
      <w:proofErr w:type="spellEnd"/>
      <w:r w:rsidR="00F660D2" w:rsidRPr="00D70A29">
        <w:rPr>
          <w:rFonts w:eastAsia="Times New Roman" w:cs="Times New Roman"/>
          <w:szCs w:val="24"/>
        </w:rPr>
        <w:t xml:space="preserve"> </w:t>
      </w:r>
      <w:proofErr w:type="spellStart"/>
      <w:r w:rsidRPr="00D70A29">
        <w:rPr>
          <w:rFonts w:eastAsia="Times New Roman" w:cs="Times New Roman"/>
          <w:szCs w:val="24"/>
        </w:rPr>
        <w:t>Berbasis</w:t>
      </w:r>
      <w:proofErr w:type="spellEnd"/>
      <w:r w:rsidR="00F660D2" w:rsidRPr="00D70A29">
        <w:rPr>
          <w:rFonts w:eastAsia="Times New Roman" w:cs="Times New Roman"/>
          <w:szCs w:val="24"/>
        </w:rPr>
        <w:t xml:space="preserve"> </w:t>
      </w:r>
      <w:r w:rsidRPr="00D70A29">
        <w:rPr>
          <w:rFonts w:eastAsia="Times New Roman" w:cs="Times New Roman"/>
          <w:szCs w:val="24"/>
        </w:rPr>
        <w:t>Digital</w:t>
      </w:r>
      <w:r w:rsidR="00D70A29">
        <w:rPr>
          <w:rFonts w:eastAsia="Times New Roman" w:cs="Times New Roman"/>
          <w:szCs w:val="24"/>
        </w:rPr>
        <w:t>.</w:t>
      </w:r>
    </w:p>
    <w:p w14:paraId="162FB89B" w14:textId="6D1410B3" w:rsidR="00B842C8" w:rsidRPr="00387AD0" w:rsidRDefault="00B842C8" w:rsidP="00D70A29">
      <w:pPr>
        <w:widowControl w:val="0"/>
        <w:autoSpaceDE w:val="0"/>
        <w:autoSpaceDN w:val="0"/>
        <w:spacing w:after="0" w:line="360" w:lineRule="auto"/>
        <w:rPr>
          <w:rFonts w:eastAsia="Times New Roman" w:cs="Times New Roman"/>
          <w:szCs w:val="24"/>
        </w:rPr>
      </w:pPr>
      <w:proofErr w:type="spellStart"/>
      <w:r w:rsidRPr="00387AD0">
        <w:rPr>
          <w:rFonts w:eastAsia="Times New Roman" w:cs="Times New Roman"/>
          <w:szCs w:val="24"/>
        </w:rPr>
        <w:lastRenderedPageBreak/>
        <w:t>Semua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hasil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perancangan</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akan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dibuat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diintegrasikan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satu</w:t>
      </w:r>
      <w:proofErr w:type="spellEnd"/>
      <w:r w:rsidR="00F660D2" w:rsidRPr="00387AD0">
        <w:rPr>
          <w:rFonts w:eastAsia="Times New Roman" w:cs="Times New Roman"/>
          <w:szCs w:val="24"/>
        </w:rPr>
        <w:t xml:space="preserve"> </w:t>
      </w:r>
      <w:r w:rsidRPr="00387AD0">
        <w:rPr>
          <w:rFonts w:eastAsia="Times New Roman" w:cs="Times New Roman"/>
          <w:szCs w:val="24"/>
        </w:rPr>
        <w:t>website</w:t>
      </w:r>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sama</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akan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menjadi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hak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milik</w:t>
      </w:r>
      <w:proofErr w:type="spellEnd"/>
      <w:r w:rsidR="00F660D2" w:rsidRPr="00387AD0">
        <w:rPr>
          <w:rFonts w:eastAsia="Times New Roman" w:cs="Times New Roman"/>
          <w:szCs w:val="24"/>
        </w:rPr>
        <w:t xml:space="preserve"> </w:t>
      </w:r>
      <w:r w:rsidRPr="00387AD0">
        <w:rPr>
          <w:rFonts w:eastAsia="Times New Roman" w:cs="Times New Roman"/>
          <w:szCs w:val="24"/>
        </w:rPr>
        <w:t>Taman</w:t>
      </w:r>
      <w:r w:rsidR="00F660D2" w:rsidRPr="00387AD0">
        <w:rPr>
          <w:rFonts w:eastAsia="Times New Roman" w:cs="Times New Roman"/>
          <w:szCs w:val="24"/>
        </w:rPr>
        <w:t xml:space="preserve"> </w:t>
      </w:r>
      <w:r w:rsidRPr="00387AD0">
        <w:rPr>
          <w:rFonts w:eastAsia="Times New Roman" w:cs="Times New Roman"/>
          <w:szCs w:val="24"/>
        </w:rPr>
        <w:t>Baca</w:t>
      </w:r>
      <w:r w:rsidR="00F660D2" w:rsidRPr="00387AD0">
        <w:rPr>
          <w:rFonts w:eastAsia="Times New Roman" w:cs="Times New Roman"/>
          <w:szCs w:val="24"/>
        </w:rPr>
        <w:t xml:space="preserve"> </w:t>
      </w:r>
      <w:r w:rsidRPr="00387AD0">
        <w:rPr>
          <w:rFonts w:eastAsia="Times New Roman" w:cs="Times New Roman"/>
          <w:szCs w:val="24"/>
        </w:rPr>
        <w:t>Al</w:t>
      </w:r>
      <w:r w:rsidR="00F660D2" w:rsidRPr="00387AD0">
        <w:rPr>
          <w:rFonts w:eastAsia="Times New Roman" w:cs="Times New Roman"/>
          <w:szCs w:val="24"/>
        </w:rPr>
        <w:t xml:space="preserve"> </w:t>
      </w:r>
      <w:r w:rsidRPr="00387AD0">
        <w:rPr>
          <w:rFonts w:eastAsia="Times New Roman" w:cs="Times New Roman"/>
          <w:szCs w:val="24"/>
        </w:rPr>
        <w:t>Azhari.</w:t>
      </w:r>
    </w:p>
    <w:p w14:paraId="3FC9CD21" w14:textId="77777777" w:rsidR="00B842C8" w:rsidRPr="00387AD0" w:rsidRDefault="00B842C8" w:rsidP="00D70A29">
      <w:pPr>
        <w:widowControl w:val="0"/>
        <w:autoSpaceDE w:val="0"/>
        <w:autoSpaceDN w:val="0"/>
        <w:spacing w:after="0" w:line="360" w:lineRule="auto"/>
        <w:rPr>
          <w:rFonts w:eastAsia="Times New Roman" w:cs="Times New Roman"/>
          <w:szCs w:val="24"/>
          <w:lang w:val="id"/>
        </w:rPr>
        <w:sectPr w:rsidR="00B842C8" w:rsidRPr="00387AD0" w:rsidSect="00010864">
          <w:pgSz w:w="11907" w:h="16840" w:code="9"/>
          <w:pgMar w:top="1701" w:right="1701" w:bottom="1701" w:left="2268" w:header="0" w:footer="1021" w:gutter="0"/>
          <w:pgNumType w:start="1"/>
          <w:cols w:space="720"/>
          <w:docGrid w:linePitch="326"/>
        </w:sectPr>
      </w:pPr>
    </w:p>
    <w:p w14:paraId="6B84D465" w14:textId="392EEAD1" w:rsidR="00B842C8" w:rsidRPr="0003347B" w:rsidRDefault="00B842C8" w:rsidP="0097332F">
      <w:pPr>
        <w:pStyle w:val="Heading1"/>
      </w:pPr>
      <w:bookmarkStart w:id="47" w:name="_Toc204310515"/>
      <w:bookmarkStart w:id="48" w:name="_Toc205248718"/>
      <w:bookmarkStart w:id="49" w:name="_Toc205261365"/>
      <w:r w:rsidRPr="0003347B">
        <w:lastRenderedPageBreak/>
        <w:t>BAB</w:t>
      </w:r>
      <w:r w:rsidR="00F660D2" w:rsidRPr="0003347B">
        <w:t xml:space="preserve"> </w:t>
      </w:r>
      <w:bookmarkEnd w:id="47"/>
      <w:bookmarkEnd w:id="48"/>
      <w:r w:rsidR="0003347B">
        <w:t>II</w:t>
      </w:r>
      <w:r w:rsidR="00F660D2" w:rsidRPr="0003347B">
        <w:t xml:space="preserve"> </w:t>
      </w:r>
      <w:bookmarkStart w:id="50" w:name="_Toc204310516"/>
      <w:bookmarkStart w:id="51" w:name="_Toc205248719"/>
      <w:r w:rsidR="00AF1370" w:rsidRPr="0003347B">
        <w:br/>
      </w:r>
      <w:r w:rsidRPr="0003347B">
        <w:t>LANDASAN</w:t>
      </w:r>
      <w:r w:rsidR="00F660D2" w:rsidRPr="0003347B">
        <w:rPr>
          <w:spacing w:val="-18"/>
        </w:rPr>
        <w:t xml:space="preserve"> </w:t>
      </w:r>
      <w:r w:rsidRPr="0003347B">
        <w:t>TEORI</w:t>
      </w:r>
      <w:bookmarkEnd w:id="49"/>
      <w:bookmarkEnd w:id="50"/>
      <w:bookmarkEnd w:id="51"/>
    </w:p>
    <w:p w14:paraId="4936720C" w14:textId="77777777" w:rsidR="00BF305F" w:rsidRPr="00BF305F" w:rsidRDefault="00BF305F" w:rsidP="00BF305F">
      <w:pPr>
        <w:rPr>
          <w:lang w:val="id"/>
        </w:rPr>
      </w:pPr>
    </w:p>
    <w:p w14:paraId="5EA65E51" w14:textId="77777777" w:rsidR="00CD61B6" w:rsidRDefault="00CD61B6" w:rsidP="00B91E2C">
      <w:pPr>
        <w:pStyle w:val="Heading2"/>
        <w:numPr>
          <w:ilvl w:val="0"/>
          <w:numId w:val="25"/>
        </w:numPr>
        <w:spacing w:after="240" w:line="360" w:lineRule="auto"/>
        <w:ind w:left="0" w:firstLine="0"/>
        <w:rPr>
          <w:rFonts w:cs="Times New Roman"/>
          <w:szCs w:val="24"/>
          <w:lang w:val="id"/>
        </w:rPr>
      </w:pPr>
      <w:bookmarkStart w:id="52" w:name="_Toc205261366"/>
      <w:bookmarkStart w:id="53" w:name="_Toc204310517"/>
      <w:bookmarkStart w:id="54" w:name="_Toc205248720"/>
      <w:r>
        <w:rPr>
          <w:rFonts w:cs="Times New Roman"/>
          <w:szCs w:val="24"/>
          <w:lang w:val="id"/>
        </w:rPr>
        <w:t>Sejarah Taman Baan Al-Azhari</w:t>
      </w:r>
      <w:bookmarkEnd w:id="52"/>
    </w:p>
    <w:p w14:paraId="3704B896" w14:textId="1B58283D" w:rsidR="00421CC5" w:rsidRPr="00421CC5" w:rsidRDefault="00421CC5" w:rsidP="00421CC5">
      <w:pPr>
        <w:spacing w:line="360" w:lineRule="auto"/>
        <w:ind w:firstLine="720"/>
        <w:rPr>
          <w:lang w:val="id"/>
        </w:rPr>
      </w:pPr>
      <w:proofErr w:type="spellStart"/>
      <w:r w:rsidRPr="00421CC5">
        <w:t>Perpustakaan</w:t>
      </w:r>
      <w:proofErr w:type="spellEnd"/>
      <w:r w:rsidRPr="00421CC5">
        <w:t xml:space="preserve"> </w:t>
      </w:r>
      <w:proofErr w:type="spellStart"/>
      <w:r w:rsidRPr="00421CC5">
        <w:t>atau</w:t>
      </w:r>
      <w:proofErr w:type="spellEnd"/>
      <w:r w:rsidRPr="00421CC5">
        <w:t xml:space="preserve"> Taman </w:t>
      </w:r>
      <w:proofErr w:type="spellStart"/>
      <w:r w:rsidRPr="00421CC5">
        <w:t>Bacaan</w:t>
      </w:r>
      <w:proofErr w:type="spellEnd"/>
      <w:r w:rsidRPr="00421CC5">
        <w:t xml:space="preserve"> Masyarakat (TBM) Al-Azhari </w:t>
      </w:r>
      <w:proofErr w:type="spellStart"/>
      <w:r w:rsidRPr="00421CC5">
        <w:t>didirikan</w:t>
      </w:r>
      <w:proofErr w:type="spellEnd"/>
      <w:r w:rsidRPr="00421CC5">
        <w:t xml:space="preserve"> pada </w:t>
      </w:r>
      <w:proofErr w:type="spellStart"/>
      <w:r w:rsidRPr="00421CC5">
        <w:t>tanggal</w:t>
      </w:r>
      <w:proofErr w:type="spellEnd"/>
      <w:r w:rsidRPr="00421CC5">
        <w:t xml:space="preserve"> 2 Mei 2012, </w:t>
      </w:r>
      <w:proofErr w:type="spellStart"/>
      <w:r w:rsidRPr="00421CC5">
        <w:t>bertepatan</w:t>
      </w:r>
      <w:proofErr w:type="spellEnd"/>
      <w:r w:rsidRPr="00421CC5">
        <w:t xml:space="preserve"> </w:t>
      </w:r>
      <w:proofErr w:type="spellStart"/>
      <w:r w:rsidRPr="00421CC5">
        <w:t>dengan</w:t>
      </w:r>
      <w:proofErr w:type="spellEnd"/>
      <w:r w:rsidRPr="00421CC5">
        <w:t xml:space="preserve"> Hari Pendidikan Nasional. </w:t>
      </w:r>
      <w:proofErr w:type="spellStart"/>
      <w:r w:rsidRPr="00421CC5">
        <w:t>Tanggal</w:t>
      </w:r>
      <w:proofErr w:type="spellEnd"/>
      <w:r w:rsidRPr="00421CC5">
        <w:t xml:space="preserve"> </w:t>
      </w:r>
      <w:proofErr w:type="spellStart"/>
      <w:r w:rsidRPr="00421CC5">
        <w:t>ini</w:t>
      </w:r>
      <w:proofErr w:type="spellEnd"/>
      <w:r w:rsidRPr="00421CC5">
        <w:t xml:space="preserve"> </w:t>
      </w:r>
      <w:proofErr w:type="spellStart"/>
      <w:r w:rsidRPr="00421CC5">
        <w:t>dipilih</w:t>
      </w:r>
      <w:proofErr w:type="spellEnd"/>
      <w:r w:rsidRPr="00421CC5">
        <w:t xml:space="preserve"> </w:t>
      </w:r>
      <w:proofErr w:type="spellStart"/>
      <w:r w:rsidRPr="00421CC5">
        <w:t>sebagai</w:t>
      </w:r>
      <w:proofErr w:type="spellEnd"/>
      <w:r w:rsidRPr="00421CC5">
        <w:t xml:space="preserve"> momentum </w:t>
      </w:r>
      <w:proofErr w:type="spellStart"/>
      <w:r w:rsidRPr="00421CC5">
        <w:t>kelahiran</w:t>
      </w:r>
      <w:proofErr w:type="spellEnd"/>
      <w:r w:rsidRPr="00421CC5">
        <w:t xml:space="preserve"> TBM Al-Azhari </w:t>
      </w:r>
      <w:proofErr w:type="spellStart"/>
      <w:r w:rsidRPr="00421CC5">
        <w:t>mengingat</w:t>
      </w:r>
      <w:proofErr w:type="spellEnd"/>
      <w:r w:rsidRPr="00421CC5">
        <w:t xml:space="preserve"> </w:t>
      </w:r>
      <w:proofErr w:type="spellStart"/>
      <w:r w:rsidRPr="00421CC5">
        <w:t>peran</w:t>
      </w:r>
      <w:proofErr w:type="spellEnd"/>
      <w:r w:rsidRPr="00421CC5">
        <w:t xml:space="preserve"> </w:t>
      </w:r>
      <w:proofErr w:type="spellStart"/>
      <w:r w:rsidRPr="00421CC5">
        <w:t>penting</w:t>
      </w:r>
      <w:proofErr w:type="spellEnd"/>
      <w:r w:rsidRPr="00421CC5">
        <w:t xml:space="preserve"> </w:t>
      </w:r>
      <w:proofErr w:type="spellStart"/>
      <w:r w:rsidRPr="00421CC5">
        <w:t>perpustakaan</w:t>
      </w:r>
      <w:proofErr w:type="spellEnd"/>
      <w:r w:rsidRPr="00421CC5">
        <w:t xml:space="preserve"> </w:t>
      </w:r>
      <w:proofErr w:type="spellStart"/>
      <w:r w:rsidRPr="00421CC5">
        <w:t>sebagai</w:t>
      </w:r>
      <w:proofErr w:type="spellEnd"/>
      <w:r w:rsidRPr="00421CC5">
        <w:t xml:space="preserve"> </w:t>
      </w:r>
      <w:proofErr w:type="spellStart"/>
      <w:r w:rsidRPr="00421CC5">
        <w:t>jantung</w:t>
      </w:r>
      <w:proofErr w:type="spellEnd"/>
      <w:r w:rsidRPr="00421CC5">
        <w:t xml:space="preserve"> </w:t>
      </w:r>
      <w:proofErr w:type="spellStart"/>
      <w:r w:rsidRPr="00421CC5">
        <w:t>pendidikan</w:t>
      </w:r>
      <w:proofErr w:type="spellEnd"/>
      <w:r w:rsidRPr="00421CC5">
        <w:t xml:space="preserve">. </w:t>
      </w:r>
      <w:proofErr w:type="spellStart"/>
      <w:r w:rsidRPr="00421CC5">
        <w:t>Tanpa</w:t>
      </w:r>
      <w:proofErr w:type="spellEnd"/>
      <w:r w:rsidRPr="00421CC5">
        <w:t xml:space="preserve"> </w:t>
      </w:r>
      <w:proofErr w:type="spellStart"/>
      <w:r w:rsidRPr="00421CC5">
        <w:t>adanya</w:t>
      </w:r>
      <w:proofErr w:type="spellEnd"/>
      <w:r w:rsidRPr="00421CC5">
        <w:t xml:space="preserve"> </w:t>
      </w:r>
      <w:proofErr w:type="spellStart"/>
      <w:r w:rsidRPr="00421CC5">
        <w:t>perpustakaan</w:t>
      </w:r>
      <w:proofErr w:type="spellEnd"/>
      <w:r w:rsidRPr="00421CC5">
        <w:t xml:space="preserve"> yang </w:t>
      </w:r>
      <w:proofErr w:type="spellStart"/>
      <w:r w:rsidRPr="00421CC5">
        <w:t>baik</w:t>
      </w:r>
      <w:proofErr w:type="spellEnd"/>
      <w:r w:rsidRPr="00421CC5">
        <w:t xml:space="preserve"> dan </w:t>
      </w:r>
      <w:proofErr w:type="spellStart"/>
      <w:r w:rsidRPr="00421CC5">
        <w:t>lengkap</w:t>
      </w:r>
      <w:proofErr w:type="spellEnd"/>
      <w:r w:rsidRPr="00421CC5">
        <w:t xml:space="preserve">, </w:t>
      </w:r>
      <w:proofErr w:type="spellStart"/>
      <w:r w:rsidRPr="00421CC5">
        <w:t>mustahil</w:t>
      </w:r>
      <w:proofErr w:type="spellEnd"/>
      <w:r w:rsidRPr="00421CC5">
        <w:t xml:space="preserve"> </w:t>
      </w:r>
      <w:proofErr w:type="spellStart"/>
      <w:r w:rsidRPr="00421CC5">
        <w:t>tercipta</w:t>
      </w:r>
      <w:proofErr w:type="spellEnd"/>
      <w:r w:rsidRPr="00421CC5">
        <w:t xml:space="preserve"> </w:t>
      </w:r>
      <w:proofErr w:type="spellStart"/>
      <w:r w:rsidRPr="00421CC5">
        <w:t>sistem</w:t>
      </w:r>
      <w:proofErr w:type="spellEnd"/>
      <w:r w:rsidRPr="00421CC5">
        <w:t xml:space="preserve"> </w:t>
      </w:r>
      <w:proofErr w:type="spellStart"/>
      <w:r w:rsidRPr="00421CC5">
        <w:t>pendidikan</w:t>
      </w:r>
      <w:proofErr w:type="spellEnd"/>
      <w:r w:rsidRPr="00421CC5">
        <w:t xml:space="preserve"> yang </w:t>
      </w:r>
      <w:proofErr w:type="spellStart"/>
      <w:r w:rsidRPr="00421CC5">
        <w:t>maju</w:t>
      </w:r>
      <w:proofErr w:type="spellEnd"/>
      <w:r w:rsidRPr="00421CC5">
        <w:t xml:space="preserve"> dan </w:t>
      </w:r>
      <w:proofErr w:type="spellStart"/>
      <w:r w:rsidRPr="00421CC5">
        <w:t>berkualitas</w:t>
      </w:r>
      <w:proofErr w:type="spellEnd"/>
      <w:r w:rsidRPr="00421CC5">
        <w:t xml:space="preserve">. </w:t>
      </w:r>
      <w:proofErr w:type="spellStart"/>
      <w:r w:rsidRPr="00421CC5">
        <w:t>Kemajuan</w:t>
      </w:r>
      <w:proofErr w:type="spellEnd"/>
      <w:r w:rsidRPr="00421CC5">
        <w:t xml:space="preserve"> dan </w:t>
      </w:r>
      <w:proofErr w:type="spellStart"/>
      <w:r w:rsidRPr="00421CC5">
        <w:t>kualitas</w:t>
      </w:r>
      <w:proofErr w:type="spellEnd"/>
      <w:r w:rsidRPr="00421CC5">
        <w:t xml:space="preserve"> </w:t>
      </w:r>
      <w:proofErr w:type="spellStart"/>
      <w:r w:rsidRPr="00421CC5">
        <w:t>pendidikan</w:t>
      </w:r>
      <w:proofErr w:type="spellEnd"/>
      <w:r w:rsidRPr="00421CC5">
        <w:t xml:space="preserve"> </w:t>
      </w:r>
      <w:proofErr w:type="spellStart"/>
      <w:r w:rsidRPr="00421CC5">
        <w:t>suatu</w:t>
      </w:r>
      <w:proofErr w:type="spellEnd"/>
      <w:r w:rsidRPr="00421CC5">
        <w:t xml:space="preserve"> </w:t>
      </w:r>
      <w:proofErr w:type="spellStart"/>
      <w:r w:rsidRPr="00421CC5">
        <w:t>bangsa</w:t>
      </w:r>
      <w:proofErr w:type="spellEnd"/>
      <w:r w:rsidRPr="00421CC5">
        <w:t xml:space="preserve"> sangat </w:t>
      </w:r>
      <w:proofErr w:type="spellStart"/>
      <w:r w:rsidRPr="00421CC5">
        <w:t>ditentukan</w:t>
      </w:r>
      <w:proofErr w:type="spellEnd"/>
      <w:r w:rsidRPr="00421CC5">
        <w:t xml:space="preserve"> oleh </w:t>
      </w:r>
      <w:proofErr w:type="spellStart"/>
      <w:r w:rsidRPr="00421CC5">
        <w:t>tingkat</w:t>
      </w:r>
      <w:proofErr w:type="spellEnd"/>
      <w:r w:rsidRPr="00421CC5">
        <w:t xml:space="preserve"> </w:t>
      </w:r>
      <w:proofErr w:type="spellStart"/>
      <w:r w:rsidRPr="00421CC5">
        <w:t>literasi</w:t>
      </w:r>
      <w:proofErr w:type="spellEnd"/>
      <w:r w:rsidRPr="00421CC5">
        <w:t xml:space="preserve"> </w:t>
      </w:r>
      <w:proofErr w:type="spellStart"/>
      <w:r w:rsidRPr="00421CC5">
        <w:t>masyarakatnya</w:t>
      </w:r>
      <w:proofErr w:type="spellEnd"/>
      <w:r w:rsidRPr="00421CC5">
        <w:t>.</w:t>
      </w:r>
    </w:p>
    <w:p w14:paraId="4B2A200B" w14:textId="77777777" w:rsidR="00421CC5" w:rsidRPr="00421CC5" w:rsidRDefault="00421CC5" w:rsidP="00421CC5">
      <w:pPr>
        <w:spacing w:line="360" w:lineRule="auto"/>
        <w:ind w:firstLine="720"/>
      </w:pPr>
      <w:r w:rsidRPr="00421CC5">
        <w:t xml:space="preserve">Salah </w:t>
      </w:r>
      <w:proofErr w:type="spellStart"/>
      <w:r w:rsidRPr="00421CC5">
        <w:t>satu</w:t>
      </w:r>
      <w:proofErr w:type="spellEnd"/>
      <w:r w:rsidRPr="00421CC5">
        <w:t xml:space="preserve"> </w:t>
      </w:r>
      <w:proofErr w:type="spellStart"/>
      <w:r w:rsidRPr="00421CC5">
        <w:t>indikator</w:t>
      </w:r>
      <w:proofErr w:type="spellEnd"/>
      <w:r w:rsidRPr="00421CC5">
        <w:t xml:space="preserve"> </w:t>
      </w:r>
      <w:proofErr w:type="spellStart"/>
      <w:r w:rsidRPr="00421CC5">
        <w:t>literasi</w:t>
      </w:r>
      <w:proofErr w:type="spellEnd"/>
      <w:r w:rsidRPr="00421CC5">
        <w:t xml:space="preserve"> </w:t>
      </w:r>
      <w:proofErr w:type="spellStart"/>
      <w:r w:rsidRPr="00421CC5">
        <w:t>dapat</w:t>
      </w:r>
      <w:proofErr w:type="spellEnd"/>
      <w:r w:rsidRPr="00421CC5">
        <w:t xml:space="preserve"> </w:t>
      </w:r>
      <w:proofErr w:type="spellStart"/>
      <w:r w:rsidRPr="00421CC5">
        <w:t>dilihat</w:t>
      </w:r>
      <w:proofErr w:type="spellEnd"/>
      <w:r w:rsidRPr="00421CC5">
        <w:t xml:space="preserve"> </w:t>
      </w:r>
      <w:proofErr w:type="spellStart"/>
      <w:r w:rsidRPr="00421CC5">
        <w:t>dari</w:t>
      </w:r>
      <w:proofErr w:type="spellEnd"/>
      <w:r w:rsidRPr="00421CC5">
        <w:t xml:space="preserve"> </w:t>
      </w:r>
      <w:proofErr w:type="spellStart"/>
      <w:r w:rsidRPr="00421CC5">
        <w:t>jumlah</w:t>
      </w:r>
      <w:proofErr w:type="spellEnd"/>
      <w:r w:rsidRPr="00421CC5">
        <w:t xml:space="preserve"> </w:t>
      </w:r>
      <w:proofErr w:type="spellStart"/>
      <w:r w:rsidRPr="00421CC5">
        <w:t>buku</w:t>
      </w:r>
      <w:proofErr w:type="spellEnd"/>
      <w:r w:rsidRPr="00421CC5">
        <w:t xml:space="preserve"> yang </w:t>
      </w:r>
      <w:proofErr w:type="spellStart"/>
      <w:r w:rsidRPr="00421CC5">
        <w:t>dibaca</w:t>
      </w:r>
      <w:proofErr w:type="spellEnd"/>
      <w:r w:rsidRPr="00421CC5">
        <w:t xml:space="preserve"> </w:t>
      </w:r>
      <w:proofErr w:type="spellStart"/>
      <w:r w:rsidRPr="00421CC5">
        <w:t>serta</w:t>
      </w:r>
      <w:proofErr w:type="spellEnd"/>
      <w:r w:rsidRPr="00421CC5">
        <w:t xml:space="preserve"> </w:t>
      </w:r>
      <w:proofErr w:type="spellStart"/>
      <w:r w:rsidRPr="00421CC5">
        <w:t>informasi</w:t>
      </w:r>
      <w:proofErr w:type="spellEnd"/>
      <w:r w:rsidRPr="00421CC5">
        <w:t xml:space="preserve"> yang </w:t>
      </w:r>
      <w:proofErr w:type="spellStart"/>
      <w:r w:rsidRPr="00421CC5">
        <w:t>diakses</w:t>
      </w:r>
      <w:proofErr w:type="spellEnd"/>
      <w:r w:rsidRPr="00421CC5">
        <w:t xml:space="preserve"> oleh </w:t>
      </w:r>
      <w:proofErr w:type="spellStart"/>
      <w:r w:rsidRPr="00421CC5">
        <w:t>masyarakat</w:t>
      </w:r>
      <w:proofErr w:type="spellEnd"/>
      <w:r w:rsidRPr="00421CC5">
        <w:t xml:space="preserve">. Dalam </w:t>
      </w:r>
      <w:proofErr w:type="spellStart"/>
      <w:r w:rsidRPr="00421CC5">
        <w:t>konteks</w:t>
      </w:r>
      <w:proofErr w:type="spellEnd"/>
      <w:r w:rsidRPr="00421CC5">
        <w:t xml:space="preserve"> </w:t>
      </w:r>
      <w:proofErr w:type="spellStart"/>
      <w:r w:rsidRPr="00421CC5">
        <w:t>ini</w:t>
      </w:r>
      <w:proofErr w:type="spellEnd"/>
      <w:r w:rsidRPr="00421CC5">
        <w:t xml:space="preserve">, TBM </w:t>
      </w:r>
      <w:proofErr w:type="spellStart"/>
      <w:r w:rsidRPr="00421CC5">
        <w:t>berfungsi</w:t>
      </w:r>
      <w:proofErr w:type="spellEnd"/>
      <w:r w:rsidRPr="00421CC5">
        <w:t xml:space="preserve"> </w:t>
      </w:r>
      <w:proofErr w:type="spellStart"/>
      <w:r w:rsidRPr="00421CC5">
        <w:t>sebagai</w:t>
      </w:r>
      <w:proofErr w:type="spellEnd"/>
      <w:r w:rsidRPr="00421CC5">
        <w:t xml:space="preserve"> </w:t>
      </w:r>
      <w:proofErr w:type="spellStart"/>
      <w:r w:rsidRPr="00421CC5">
        <w:t>institusi</w:t>
      </w:r>
      <w:proofErr w:type="spellEnd"/>
      <w:r w:rsidRPr="00421CC5">
        <w:t xml:space="preserve"> </w:t>
      </w:r>
      <w:proofErr w:type="spellStart"/>
      <w:r w:rsidRPr="00421CC5">
        <w:t>pengumpulan</w:t>
      </w:r>
      <w:proofErr w:type="spellEnd"/>
      <w:r w:rsidRPr="00421CC5">
        <w:t xml:space="preserve">, </w:t>
      </w:r>
      <w:proofErr w:type="spellStart"/>
      <w:r w:rsidRPr="00421CC5">
        <w:t>pengelolaan</w:t>
      </w:r>
      <w:proofErr w:type="spellEnd"/>
      <w:r w:rsidRPr="00421CC5">
        <w:t xml:space="preserve">, dan </w:t>
      </w:r>
      <w:proofErr w:type="spellStart"/>
      <w:r w:rsidRPr="00421CC5">
        <w:t>penyebaran</w:t>
      </w:r>
      <w:proofErr w:type="spellEnd"/>
      <w:r w:rsidRPr="00421CC5">
        <w:t xml:space="preserve"> </w:t>
      </w:r>
      <w:proofErr w:type="spellStart"/>
      <w:r w:rsidRPr="00421CC5">
        <w:t>informasi</w:t>
      </w:r>
      <w:proofErr w:type="spellEnd"/>
      <w:r w:rsidRPr="00421CC5">
        <w:t xml:space="preserve"> </w:t>
      </w:r>
      <w:proofErr w:type="spellStart"/>
      <w:r w:rsidRPr="00421CC5">
        <w:t>dalam</w:t>
      </w:r>
      <w:proofErr w:type="spellEnd"/>
      <w:r w:rsidRPr="00421CC5">
        <w:t xml:space="preserve"> </w:t>
      </w:r>
      <w:proofErr w:type="spellStart"/>
      <w:r w:rsidRPr="00421CC5">
        <w:t>berbagai</w:t>
      </w:r>
      <w:proofErr w:type="spellEnd"/>
      <w:r w:rsidRPr="00421CC5">
        <w:t xml:space="preserve"> </w:t>
      </w:r>
      <w:proofErr w:type="spellStart"/>
      <w:r w:rsidRPr="00421CC5">
        <w:t>bentuk</w:t>
      </w:r>
      <w:proofErr w:type="spellEnd"/>
      <w:r w:rsidRPr="00421CC5">
        <w:t xml:space="preserve">, </w:t>
      </w:r>
      <w:proofErr w:type="spellStart"/>
      <w:r w:rsidRPr="00421CC5">
        <w:t>baik</w:t>
      </w:r>
      <w:proofErr w:type="spellEnd"/>
      <w:r w:rsidRPr="00421CC5">
        <w:t xml:space="preserve"> media </w:t>
      </w:r>
      <w:proofErr w:type="spellStart"/>
      <w:r w:rsidRPr="00421CC5">
        <w:t>cetak</w:t>
      </w:r>
      <w:proofErr w:type="spellEnd"/>
      <w:r w:rsidRPr="00421CC5">
        <w:t xml:space="preserve"> </w:t>
      </w:r>
      <w:proofErr w:type="spellStart"/>
      <w:r w:rsidRPr="00421CC5">
        <w:t>konvensional</w:t>
      </w:r>
      <w:proofErr w:type="spellEnd"/>
      <w:r w:rsidRPr="00421CC5">
        <w:t xml:space="preserve"> </w:t>
      </w:r>
      <w:proofErr w:type="spellStart"/>
      <w:r w:rsidRPr="00421CC5">
        <w:t>maupun</w:t>
      </w:r>
      <w:proofErr w:type="spellEnd"/>
      <w:r w:rsidRPr="00421CC5">
        <w:t xml:space="preserve"> media digital. </w:t>
      </w:r>
      <w:proofErr w:type="spellStart"/>
      <w:r w:rsidRPr="00421CC5">
        <w:t>Kedua</w:t>
      </w:r>
      <w:proofErr w:type="spellEnd"/>
      <w:r w:rsidRPr="00421CC5">
        <w:t xml:space="preserve"> </w:t>
      </w:r>
      <w:proofErr w:type="spellStart"/>
      <w:r w:rsidRPr="00421CC5">
        <w:t>jenis</w:t>
      </w:r>
      <w:proofErr w:type="spellEnd"/>
      <w:r w:rsidRPr="00421CC5">
        <w:t xml:space="preserve"> media </w:t>
      </w:r>
      <w:proofErr w:type="spellStart"/>
      <w:r w:rsidRPr="00421CC5">
        <w:t>ini</w:t>
      </w:r>
      <w:proofErr w:type="spellEnd"/>
      <w:r w:rsidRPr="00421CC5">
        <w:t xml:space="preserve"> </w:t>
      </w:r>
      <w:proofErr w:type="spellStart"/>
      <w:r w:rsidRPr="00421CC5">
        <w:t>memiliki</w:t>
      </w:r>
      <w:proofErr w:type="spellEnd"/>
      <w:r w:rsidRPr="00421CC5">
        <w:t xml:space="preserve"> </w:t>
      </w:r>
      <w:proofErr w:type="spellStart"/>
      <w:r w:rsidRPr="00421CC5">
        <w:t>karakteristik</w:t>
      </w:r>
      <w:proofErr w:type="spellEnd"/>
      <w:r w:rsidRPr="00421CC5">
        <w:t xml:space="preserve"> </w:t>
      </w:r>
      <w:proofErr w:type="spellStart"/>
      <w:r w:rsidRPr="00421CC5">
        <w:t>tersendiri</w:t>
      </w:r>
      <w:proofErr w:type="spellEnd"/>
      <w:r w:rsidRPr="00421CC5">
        <w:t xml:space="preserve">, masing-masing </w:t>
      </w:r>
      <w:proofErr w:type="spellStart"/>
      <w:r w:rsidRPr="00421CC5">
        <w:t>dengan</w:t>
      </w:r>
      <w:proofErr w:type="spellEnd"/>
      <w:r w:rsidRPr="00421CC5">
        <w:t xml:space="preserve"> </w:t>
      </w:r>
      <w:proofErr w:type="spellStart"/>
      <w:r w:rsidRPr="00421CC5">
        <w:t>kelebihan</w:t>
      </w:r>
      <w:proofErr w:type="spellEnd"/>
      <w:r w:rsidRPr="00421CC5">
        <w:t xml:space="preserve"> dan </w:t>
      </w:r>
      <w:proofErr w:type="spellStart"/>
      <w:r w:rsidRPr="00421CC5">
        <w:t>kekurangan</w:t>
      </w:r>
      <w:proofErr w:type="spellEnd"/>
      <w:r w:rsidRPr="00421CC5">
        <w:t>.</w:t>
      </w:r>
    </w:p>
    <w:p w14:paraId="2A1C1FC3" w14:textId="77777777" w:rsidR="00421CC5" w:rsidRPr="00421CC5" w:rsidRDefault="00421CC5" w:rsidP="00421CC5">
      <w:pPr>
        <w:spacing w:line="360" w:lineRule="auto"/>
        <w:ind w:firstLine="720"/>
      </w:pPr>
      <w:r w:rsidRPr="00421CC5">
        <w:t xml:space="preserve">Oleh </w:t>
      </w:r>
      <w:proofErr w:type="spellStart"/>
      <w:r w:rsidRPr="00421CC5">
        <w:t>karena</w:t>
      </w:r>
      <w:proofErr w:type="spellEnd"/>
      <w:r w:rsidRPr="00421CC5">
        <w:t xml:space="preserve"> </w:t>
      </w:r>
      <w:proofErr w:type="spellStart"/>
      <w:r w:rsidRPr="00421CC5">
        <w:t>itu</w:t>
      </w:r>
      <w:proofErr w:type="spellEnd"/>
      <w:r w:rsidRPr="00421CC5">
        <w:t xml:space="preserve">, </w:t>
      </w:r>
      <w:proofErr w:type="spellStart"/>
      <w:r w:rsidRPr="00421CC5">
        <w:t>pengembangan</w:t>
      </w:r>
      <w:proofErr w:type="spellEnd"/>
      <w:r w:rsidRPr="00421CC5">
        <w:t xml:space="preserve"> </w:t>
      </w:r>
      <w:proofErr w:type="spellStart"/>
      <w:r w:rsidRPr="00421CC5">
        <w:t>literasi</w:t>
      </w:r>
      <w:proofErr w:type="spellEnd"/>
      <w:r w:rsidRPr="00421CC5">
        <w:t xml:space="preserve"> </w:t>
      </w:r>
      <w:proofErr w:type="spellStart"/>
      <w:r w:rsidRPr="00421CC5">
        <w:t>tidak</w:t>
      </w:r>
      <w:proofErr w:type="spellEnd"/>
      <w:r w:rsidRPr="00421CC5">
        <w:t xml:space="preserve"> </w:t>
      </w:r>
      <w:proofErr w:type="spellStart"/>
      <w:r w:rsidRPr="00421CC5">
        <w:t>hanya</w:t>
      </w:r>
      <w:proofErr w:type="spellEnd"/>
      <w:r w:rsidRPr="00421CC5">
        <w:t xml:space="preserve"> </w:t>
      </w:r>
      <w:proofErr w:type="spellStart"/>
      <w:r w:rsidRPr="00421CC5">
        <w:t>bergantung</w:t>
      </w:r>
      <w:proofErr w:type="spellEnd"/>
      <w:r w:rsidRPr="00421CC5">
        <w:t xml:space="preserve"> pada </w:t>
      </w:r>
      <w:proofErr w:type="spellStart"/>
      <w:r w:rsidRPr="00421CC5">
        <w:t>buku</w:t>
      </w:r>
      <w:proofErr w:type="spellEnd"/>
      <w:r w:rsidRPr="00421CC5">
        <w:t xml:space="preserve">, </w:t>
      </w:r>
      <w:proofErr w:type="spellStart"/>
      <w:r w:rsidRPr="00421CC5">
        <w:t>tetapi</w:t>
      </w:r>
      <w:proofErr w:type="spellEnd"/>
      <w:r w:rsidRPr="00421CC5">
        <w:t xml:space="preserve"> juga pada </w:t>
      </w:r>
      <w:proofErr w:type="spellStart"/>
      <w:r w:rsidRPr="00421CC5">
        <w:t>alat</w:t>
      </w:r>
      <w:proofErr w:type="spellEnd"/>
      <w:r w:rsidRPr="00421CC5">
        <w:t xml:space="preserve"> </w:t>
      </w:r>
      <w:proofErr w:type="spellStart"/>
      <w:r w:rsidRPr="00421CC5">
        <w:t>bantu</w:t>
      </w:r>
      <w:proofErr w:type="spellEnd"/>
      <w:r w:rsidRPr="00421CC5">
        <w:t xml:space="preserve"> </w:t>
      </w:r>
      <w:proofErr w:type="spellStart"/>
      <w:r w:rsidRPr="00421CC5">
        <w:t>belajar</w:t>
      </w:r>
      <w:proofErr w:type="spellEnd"/>
      <w:r w:rsidRPr="00421CC5">
        <w:t xml:space="preserve"> non-</w:t>
      </w:r>
      <w:proofErr w:type="spellStart"/>
      <w:r w:rsidRPr="00421CC5">
        <w:t>buku</w:t>
      </w:r>
      <w:proofErr w:type="spellEnd"/>
      <w:r w:rsidRPr="00421CC5">
        <w:t xml:space="preserve">, </w:t>
      </w:r>
      <w:proofErr w:type="spellStart"/>
      <w:r w:rsidRPr="00421CC5">
        <w:t>baik</w:t>
      </w:r>
      <w:proofErr w:type="spellEnd"/>
      <w:r w:rsidRPr="00421CC5">
        <w:t xml:space="preserve"> </w:t>
      </w:r>
      <w:proofErr w:type="spellStart"/>
      <w:r w:rsidRPr="00421CC5">
        <w:t>konvensional</w:t>
      </w:r>
      <w:proofErr w:type="spellEnd"/>
      <w:r w:rsidRPr="00421CC5">
        <w:t xml:space="preserve"> </w:t>
      </w:r>
      <w:proofErr w:type="spellStart"/>
      <w:r w:rsidRPr="00421CC5">
        <w:t>maupun</w:t>
      </w:r>
      <w:proofErr w:type="spellEnd"/>
      <w:r w:rsidRPr="00421CC5">
        <w:t xml:space="preserve"> digital, </w:t>
      </w:r>
      <w:proofErr w:type="spellStart"/>
      <w:r w:rsidRPr="00421CC5">
        <w:t>seperti</w:t>
      </w:r>
      <w:proofErr w:type="spellEnd"/>
      <w:r w:rsidRPr="00421CC5">
        <w:t xml:space="preserve"> </w:t>
      </w:r>
      <w:proofErr w:type="spellStart"/>
      <w:r w:rsidRPr="00421CC5">
        <w:t>alat</w:t>
      </w:r>
      <w:proofErr w:type="spellEnd"/>
      <w:r w:rsidRPr="00421CC5">
        <w:t xml:space="preserve"> </w:t>
      </w:r>
      <w:proofErr w:type="spellStart"/>
      <w:r w:rsidRPr="00421CC5">
        <w:t>peraga</w:t>
      </w:r>
      <w:proofErr w:type="spellEnd"/>
      <w:r w:rsidRPr="00421CC5">
        <w:t xml:space="preserve"> </w:t>
      </w:r>
      <w:proofErr w:type="spellStart"/>
      <w:r w:rsidRPr="00421CC5">
        <w:t>tiga</w:t>
      </w:r>
      <w:proofErr w:type="spellEnd"/>
      <w:r w:rsidRPr="00421CC5">
        <w:t xml:space="preserve"> </w:t>
      </w:r>
      <w:proofErr w:type="spellStart"/>
      <w:r w:rsidRPr="00421CC5">
        <w:t>dimensi</w:t>
      </w:r>
      <w:proofErr w:type="spellEnd"/>
      <w:r w:rsidRPr="00421CC5">
        <w:t xml:space="preserve"> dan audio-visual. </w:t>
      </w:r>
      <w:proofErr w:type="spellStart"/>
      <w:r w:rsidRPr="00421CC5">
        <w:t>Contohnya</w:t>
      </w:r>
      <w:proofErr w:type="spellEnd"/>
      <w:r w:rsidRPr="00421CC5">
        <w:t xml:space="preserve"> </w:t>
      </w:r>
      <w:proofErr w:type="spellStart"/>
      <w:r w:rsidRPr="00421CC5">
        <w:t>meliputi</w:t>
      </w:r>
      <w:proofErr w:type="spellEnd"/>
      <w:r w:rsidRPr="00421CC5">
        <w:t xml:space="preserve"> model-model </w:t>
      </w:r>
      <w:proofErr w:type="spellStart"/>
      <w:r w:rsidRPr="00421CC5">
        <w:t>makhluk</w:t>
      </w:r>
      <w:proofErr w:type="spellEnd"/>
      <w:r w:rsidRPr="00421CC5">
        <w:t xml:space="preserve"> </w:t>
      </w:r>
      <w:proofErr w:type="spellStart"/>
      <w:r w:rsidRPr="00421CC5">
        <w:t>biologis</w:t>
      </w:r>
      <w:proofErr w:type="spellEnd"/>
      <w:r w:rsidRPr="00421CC5">
        <w:t xml:space="preserve"> (</w:t>
      </w:r>
      <w:proofErr w:type="spellStart"/>
      <w:r w:rsidRPr="00421CC5">
        <w:t>manusia</w:t>
      </w:r>
      <w:proofErr w:type="spellEnd"/>
      <w:r w:rsidRPr="00421CC5">
        <w:t xml:space="preserve">, </w:t>
      </w:r>
      <w:proofErr w:type="spellStart"/>
      <w:r w:rsidRPr="00421CC5">
        <w:t>hewan</w:t>
      </w:r>
      <w:proofErr w:type="spellEnd"/>
      <w:r w:rsidRPr="00421CC5">
        <w:t xml:space="preserve">, </w:t>
      </w:r>
      <w:proofErr w:type="spellStart"/>
      <w:r w:rsidRPr="00421CC5">
        <w:t>tumbuhan</w:t>
      </w:r>
      <w:proofErr w:type="spellEnd"/>
      <w:r w:rsidRPr="00421CC5">
        <w:t xml:space="preserve">), </w:t>
      </w:r>
      <w:proofErr w:type="spellStart"/>
      <w:r w:rsidRPr="00421CC5">
        <w:t>objek</w:t>
      </w:r>
      <w:proofErr w:type="spellEnd"/>
      <w:r w:rsidRPr="00421CC5">
        <w:t xml:space="preserve"> </w:t>
      </w:r>
      <w:proofErr w:type="spellStart"/>
      <w:r w:rsidRPr="00421CC5">
        <w:t>astronomi</w:t>
      </w:r>
      <w:proofErr w:type="spellEnd"/>
      <w:r w:rsidRPr="00421CC5">
        <w:t xml:space="preserve"> (</w:t>
      </w:r>
      <w:proofErr w:type="spellStart"/>
      <w:r w:rsidRPr="00421CC5">
        <w:t>bumi</w:t>
      </w:r>
      <w:proofErr w:type="spellEnd"/>
      <w:r w:rsidRPr="00421CC5">
        <w:t xml:space="preserve">, </w:t>
      </w:r>
      <w:proofErr w:type="spellStart"/>
      <w:r w:rsidRPr="00421CC5">
        <w:t>bulan</w:t>
      </w:r>
      <w:proofErr w:type="spellEnd"/>
      <w:r w:rsidRPr="00421CC5">
        <w:t xml:space="preserve">, </w:t>
      </w:r>
      <w:proofErr w:type="spellStart"/>
      <w:r w:rsidRPr="00421CC5">
        <w:t>matahari</w:t>
      </w:r>
      <w:proofErr w:type="spellEnd"/>
      <w:r w:rsidRPr="00421CC5">
        <w:t xml:space="preserve">, </w:t>
      </w:r>
      <w:proofErr w:type="spellStart"/>
      <w:r w:rsidRPr="00421CC5">
        <w:t>galaksi</w:t>
      </w:r>
      <w:proofErr w:type="spellEnd"/>
      <w:r w:rsidRPr="00421CC5">
        <w:t xml:space="preserve">), </w:t>
      </w:r>
      <w:proofErr w:type="spellStart"/>
      <w:r w:rsidRPr="00421CC5">
        <w:t>serta</w:t>
      </w:r>
      <w:proofErr w:type="spellEnd"/>
      <w:r w:rsidRPr="00421CC5">
        <w:t xml:space="preserve"> </w:t>
      </w:r>
      <w:proofErr w:type="spellStart"/>
      <w:r w:rsidRPr="00421CC5">
        <w:t>alat</w:t>
      </w:r>
      <w:proofErr w:type="spellEnd"/>
      <w:r w:rsidRPr="00421CC5">
        <w:t xml:space="preserve"> </w:t>
      </w:r>
      <w:proofErr w:type="spellStart"/>
      <w:r w:rsidRPr="00421CC5">
        <w:t>bantu</w:t>
      </w:r>
      <w:proofErr w:type="spellEnd"/>
      <w:r w:rsidRPr="00421CC5">
        <w:t xml:space="preserve"> </w:t>
      </w:r>
      <w:proofErr w:type="spellStart"/>
      <w:r w:rsidRPr="00421CC5">
        <w:t>untuk</w:t>
      </w:r>
      <w:proofErr w:type="spellEnd"/>
      <w:r w:rsidRPr="00421CC5">
        <w:t xml:space="preserve"> </w:t>
      </w:r>
      <w:proofErr w:type="spellStart"/>
      <w:r w:rsidRPr="00421CC5">
        <w:t>mempelajari</w:t>
      </w:r>
      <w:proofErr w:type="spellEnd"/>
      <w:r w:rsidRPr="00421CC5">
        <w:t xml:space="preserve"> </w:t>
      </w:r>
      <w:proofErr w:type="spellStart"/>
      <w:r w:rsidRPr="00421CC5">
        <w:t>geografi</w:t>
      </w:r>
      <w:proofErr w:type="spellEnd"/>
      <w:r w:rsidRPr="00421CC5">
        <w:t xml:space="preserve"> dan </w:t>
      </w:r>
      <w:proofErr w:type="spellStart"/>
      <w:r w:rsidRPr="00421CC5">
        <w:t>fenomena</w:t>
      </w:r>
      <w:proofErr w:type="spellEnd"/>
      <w:r w:rsidRPr="00421CC5">
        <w:t xml:space="preserve"> </w:t>
      </w:r>
      <w:proofErr w:type="spellStart"/>
      <w:r w:rsidRPr="00421CC5">
        <w:t>alam</w:t>
      </w:r>
      <w:proofErr w:type="spellEnd"/>
      <w:r w:rsidRPr="00421CC5">
        <w:t xml:space="preserve"> </w:t>
      </w:r>
      <w:proofErr w:type="spellStart"/>
      <w:r w:rsidRPr="00421CC5">
        <w:t>lainnya</w:t>
      </w:r>
      <w:proofErr w:type="spellEnd"/>
      <w:r w:rsidRPr="00421CC5">
        <w:t>.</w:t>
      </w:r>
    </w:p>
    <w:p w14:paraId="13FB468C" w14:textId="77777777" w:rsidR="00421CC5" w:rsidRPr="00421CC5" w:rsidRDefault="00421CC5" w:rsidP="00421CC5">
      <w:pPr>
        <w:spacing w:line="360" w:lineRule="auto"/>
        <w:ind w:firstLine="720"/>
      </w:pPr>
      <w:proofErr w:type="spellStart"/>
      <w:r w:rsidRPr="00421CC5">
        <w:t>Lebih</w:t>
      </w:r>
      <w:proofErr w:type="spellEnd"/>
      <w:r w:rsidRPr="00421CC5">
        <w:t xml:space="preserve"> </w:t>
      </w:r>
      <w:proofErr w:type="spellStart"/>
      <w:r w:rsidRPr="00421CC5">
        <w:t>jauh</w:t>
      </w:r>
      <w:proofErr w:type="spellEnd"/>
      <w:r w:rsidRPr="00421CC5">
        <w:t xml:space="preserve">, </w:t>
      </w:r>
      <w:proofErr w:type="spellStart"/>
      <w:r w:rsidRPr="00421CC5">
        <w:t>perpustakaan</w:t>
      </w:r>
      <w:proofErr w:type="spellEnd"/>
      <w:r w:rsidRPr="00421CC5">
        <w:t xml:space="preserve"> </w:t>
      </w:r>
      <w:proofErr w:type="spellStart"/>
      <w:r w:rsidRPr="00421CC5">
        <w:t>atau</w:t>
      </w:r>
      <w:proofErr w:type="spellEnd"/>
      <w:r w:rsidRPr="00421CC5">
        <w:t xml:space="preserve"> TBM juga </w:t>
      </w:r>
      <w:proofErr w:type="spellStart"/>
      <w:r w:rsidRPr="00421CC5">
        <w:t>berperan</w:t>
      </w:r>
      <w:proofErr w:type="spellEnd"/>
      <w:r w:rsidRPr="00421CC5">
        <w:t xml:space="preserve"> </w:t>
      </w:r>
      <w:proofErr w:type="spellStart"/>
      <w:r w:rsidRPr="00421CC5">
        <w:t>sebagai</w:t>
      </w:r>
      <w:proofErr w:type="spellEnd"/>
      <w:r w:rsidRPr="00421CC5">
        <w:t xml:space="preserve"> </w:t>
      </w:r>
      <w:proofErr w:type="spellStart"/>
      <w:r w:rsidRPr="00421CC5">
        <w:t>pusat</w:t>
      </w:r>
      <w:proofErr w:type="spellEnd"/>
      <w:r w:rsidRPr="00421CC5">
        <w:t xml:space="preserve"> </w:t>
      </w:r>
      <w:proofErr w:type="spellStart"/>
      <w:r w:rsidRPr="00421CC5">
        <w:t>pendidikan</w:t>
      </w:r>
      <w:proofErr w:type="spellEnd"/>
      <w:r w:rsidRPr="00421CC5">
        <w:t xml:space="preserve"> dan </w:t>
      </w:r>
      <w:proofErr w:type="spellStart"/>
      <w:r w:rsidRPr="00421CC5">
        <w:t>pelatihan</w:t>
      </w:r>
      <w:proofErr w:type="spellEnd"/>
      <w:r w:rsidRPr="00421CC5">
        <w:t xml:space="preserve">, </w:t>
      </w:r>
      <w:proofErr w:type="spellStart"/>
      <w:r w:rsidRPr="00421CC5">
        <w:t>dengan</w:t>
      </w:r>
      <w:proofErr w:type="spellEnd"/>
      <w:r w:rsidRPr="00421CC5">
        <w:t xml:space="preserve"> </w:t>
      </w:r>
      <w:proofErr w:type="spellStart"/>
      <w:r w:rsidRPr="00421CC5">
        <w:t>tujuan</w:t>
      </w:r>
      <w:proofErr w:type="spellEnd"/>
      <w:r w:rsidRPr="00421CC5">
        <w:t xml:space="preserve"> </w:t>
      </w:r>
      <w:proofErr w:type="spellStart"/>
      <w:r w:rsidRPr="00421CC5">
        <w:t>membentuk</w:t>
      </w:r>
      <w:proofErr w:type="spellEnd"/>
      <w:r w:rsidRPr="00421CC5">
        <w:t xml:space="preserve"> </w:t>
      </w:r>
      <w:proofErr w:type="spellStart"/>
      <w:r w:rsidRPr="00421CC5">
        <w:t>masyarakat</w:t>
      </w:r>
      <w:proofErr w:type="spellEnd"/>
      <w:r w:rsidRPr="00421CC5">
        <w:t xml:space="preserve"> yang </w:t>
      </w:r>
      <w:proofErr w:type="spellStart"/>
      <w:r w:rsidRPr="00421CC5">
        <w:t>cerdas</w:t>
      </w:r>
      <w:proofErr w:type="spellEnd"/>
      <w:r w:rsidRPr="00421CC5">
        <w:t xml:space="preserve">, </w:t>
      </w:r>
      <w:proofErr w:type="spellStart"/>
      <w:r w:rsidRPr="00421CC5">
        <w:t>terampil</w:t>
      </w:r>
      <w:proofErr w:type="spellEnd"/>
      <w:r w:rsidRPr="00421CC5">
        <w:t xml:space="preserve">, dan </w:t>
      </w:r>
      <w:proofErr w:type="spellStart"/>
      <w:r w:rsidRPr="00421CC5">
        <w:t>melek</w:t>
      </w:r>
      <w:proofErr w:type="spellEnd"/>
      <w:r w:rsidRPr="00421CC5">
        <w:t xml:space="preserve"> </w:t>
      </w:r>
      <w:proofErr w:type="spellStart"/>
      <w:r w:rsidRPr="00421CC5">
        <w:t>teknologi</w:t>
      </w:r>
      <w:proofErr w:type="spellEnd"/>
      <w:r w:rsidRPr="00421CC5">
        <w:t xml:space="preserve">. Oleh </w:t>
      </w:r>
      <w:proofErr w:type="spellStart"/>
      <w:r w:rsidRPr="00421CC5">
        <w:t>karena</w:t>
      </w:r>
      <w:proofErr w:type="spellEnd"/>
      <w:r w:rsidRPr="00421CC5">
        <w:t xml:space="preserve"> </w:t>
      </w:r>
      <w:proofErr w:type="spellStart"/>
      <w:r w:rsidRPr="00421CC5">
        <w:t>itu</w:t>
      </w:r>
      <w:proofErr w:type="spellEnd"/>
      <w:r w:rsidRPr="00421CC5">
        <w:t xml:space="preserve">, </w:t>
      </w:r>
      <w:proofErr w:type="spellStart"/>
      <w:r w:rsidRPr="00421CC5">
        <w:t>selain</w:t>
      </w:r>
      <w:proofErr w:type="spellEnd"/>
      <w:r w:rsidRPr="00421CC5">
        <w:t xml:space="preserve"> </w:t>
      </w:r>
      <w:proofErr w:type="spellStart"/>
      <w:r w:rsidRPr="00421CC5">
        <w:t>mengoleksi</w:t>
      </w:r>
      <w:proofErr w:type="spellEnd"/>
      <w:r w:rsidRPr="00421CC5">
        <w:t xml:space="preserve"> </w:t>
      </w:r>
      <w:proofErr w:type="spellStart"/>
      <w:r w:rsidRPr="00421CC5">
        <w:t>buku</w:t>
      </w:r>
      <w:proofErr w:type="spellEnd"/>
      <w:r w:rsidRPr="00421CC5">
        <w:t xml:space="preserve"> </w:t>
      </w:r>
      <w:proofErr w:type="spellStart"/>
      <w:r w:rsidRPr="00421CC5">
        <w:t>fisik</w:t>
      </w:r>
      <w:proofErr w:type="spellEnd"/>
      <w:r w:rsidRPr="00421CC5">
        <w:t xml:space="preserve"> dan digital, </w:t>
      </w:r>
      <w:proofErr w:type="spellStart"/>
      <w:r w:rsidRPr="00421CC5">
        <w:t>perpustakaan</w:t>
      </w:r>
      <w:proofErr w:type="spellEnd"/>
      <w:r w:rsidRPr="00421CC5">
        <w:t xml:space="preserve"> </w:t>
      </w:r>
      <w:proofErr w:type="spellStart"/>
      <w:r w:rsidRPr="00421CC5">
        <w:t>sebaiknya</w:t>
      </w:r>
      <w:proofErr w:type="spellEnd"/>
      <w:r w:rsidRPr="00421CC5">
        <w:t xml:space="preserve"> </w:t>
      </w:r>
      <w:proofErr w:type="spellStart"/>
      <w:r w:rsidRPr="00421CC5">
        <w:t>dilengkapi</w:t>
      </w:r>
      <w:proofErr w:type="spellEnd"/>
      <w:r w:rsidRPr="00421CC5">
        <w:t xml:space="preserve"> </w:t>
      </w:r>
      <w:proofErr w:type="spellStart"/>
      <w:r w:rsidRPr="00421CC5">
        <w:t>dengan</w:t>
      </w:r>
      <w:proofErr w:type="spellEnd"/>
      <w:r w:rsidRPr="00421CC5">
        <w:t xml:space="preserve"> </w:t>
      </w:r>
      <w:proofErr w:type="spellStart"/>
      <w:r w:rsidRPr="00421CC5">
        <w:t>ruang</w:t>
      </w:r>
      <w:proofErr w:type="spellEnd"/>
      <w:r w:rsidRPr="00421CC5">
        <w:t xml:space="preserve"> </w:t>
      </w:r>
      <w:proofErr w:type="spellStart"/>
      <w:r w:rsidRPr="00421CC5">
        <w:t>belajar</w:t>
      </w:r>
      <w:proofErr w:type="spellEnd"/>
      <w:r w:rsidRPr="00421CC5">
        <w:t xml:space="preserve"> yang </w:t>
      </w:r>
      <w:proofErr w:type="spellStart"/>
      <w:r w:rsidRPr="00421CC5">
        <w:t>memadai</w:t>
      </w:r>
      <w:proofErr w:type="spellEnd"/>
      <w:r w:rsidRPr="00421CC5">
        <w:t xml:space="preserve">, </w:t>
      </w:r>
      <w:proofErr w:type="spellStart"/>
      <w:r w:rsidRPr="00421CC5">
        <w:t>termasuk</w:t>
      </w:r>
      <w:proofErr w:type="spellEnd"/>
      <w:r w:rsidRPr="00421CC5">
        <w:t xml:space="preserve"> </w:t>
      </w:r>
      <w:proofErr w:type="spellStart"/>
      <w:r w:rsidRPr="00421CC5">
        <w:t>fasilitas</w:t>
      </w:r>
      <w:proofErr w:type="spellEnd"/>
      <w:r w:rsidRPr="00421CC5">
        <w:t xml:space="preserve"> multimedia dan audio-visual. </w:t>
      </w:r>
      <w:proofErr w:type="spellStart"/>
      <w:r w:rsidRPr="00421CC5">
        <w:t>Perpustakaan</w:t>
      </w:r>
      <w:proofErr w:type="spellEnd"/>
      <w:r w:rsidRPr="00421CC5">
        <w:t xml:space="preserve"> </w:t>
      </w:r>
      <w:proofErr w:type="spellStart"/>
      <w:r w:rsidRPr="00421CC5">
        <w:t>atau</w:t>
      </w:r>
      <w:proofErr w:type="spellEnd"/>
      <w:r w:rsidRPr="00421CC5">
        <w:t xml:space="preserve"> TBM juga </w:t>
      </w:r>
      <w:proofErr w:type="spellStart"/>
      <w:r w:rsidRPr="00421CC5">
        <w:t>memiliki</w:t>
      </w:r>
      <w:proofErr w:type="spellEnd"/>
      <w:r w:rsidRPr="00421CC5">
        <w:t xml:space="preserve"> </w:t>
      </w:r>
      <w:proofErr w:type="spellStart"/>
      <w:r w:rsidRPr="00421CC5">
        <w:t>fungsi</w:t>
      </w:r>
      <w:proofErr w:type="spellEnd"/>
      <w:r w:rsidRPr="00421CC5">
        <w:t xml:space="preserve"> </w:t>
      </w:r>
      <w:proofErr w:type="spellStart"/>
      <w:r w:rsidRPr="00421CC5">
        <w:t>sebagai</w:t>
      </w:r>
      <w:proofErr w:type="spellEnd"/>
      <w:r w:rsidRPr="00421CC5">
        <w:t xml:space="preserve"> </w:t>
      </w:r>
      <w:proofErr w:type="spellStart"/>
      <w:r w:rsidRPr="00421CC5">
        <w:t>pusat</w:t>
      </w:r>
      <w:proofErr w:type="spellEnd"/>
      <w:r w:rsidRPr="00421CC5">
        <w:t xml:space="preserve"> </w:t>
      </w:r>
      <w:proofErr w:type="spellStart"/>
      <w:r w:rsidRPr="00421CC5">
        <w:t>penelitian</w:t>
      </w:r>
      <w:proofErr w:type="spellEnd"/>
      <w:r w:rsidRPr="00421CC5">
        <w:t xml:space="preserve"> dan </w:t>
      </w:r>
      <w:proofErr w:type="spellStart"/>
      <w:r w:rsidRPr="00421CC5">
        <w:t>pengembangan</w:t>
      </w:r>
      <w:proofErr w:type="spellEnd"/>
      <w:r w:rsidRPr="00421CC5">
        <w:t xml:space="preserve"> (R&amp;D), </w:t>
      </w:r>
      <w:proofErr w:type="spellStart"/>
      <w:r w:rsidRPr="00421CC5">
        <w:t>khususnya</w:t>
      </w:r>
      <w:proofErr w:type="spellEnd"/>
      <w:r w:rsidRPr="00421CC5">
        <w:t xml:space="preserve"> </w:t>
      </w:r>
      <w:proofErr w:type="spellStart"/>
      <w:r w:rsidRPr="00421CC5">
        <w:t>dalam</w:t>
      </w:r>
      <w:proofErr w:type="spellEnd"/>
      <w:r w:rsidRPr="00421CC5">
        <w:t xml:space="preserve"> </w:t>
      </w:r>
      <w:proofErr w:type="spellStart"/>
      <w:r w:rsidRPr="00421CC5">
        <w:t>bidang</w:t>
      </w:r>
      <w:proofErr w:type="spellEnd"/>
      <w:r w:rsidRPr="00421CC5">
        <w:t xml:space="preserve"> </w:t>
      </w:r>
      <w:proofErr w:type="spellStart"/>
      <w:r w:rsidRPr="00421CC5">
        <w:t>sains</w:t>
      </w:r>
      <w:proofErr w:type="spellEnd"/>
      <w:r w:rsidRPr="00421CC5">
        <w:t xml:space="preserve">, </w:t>
      </w:r>
      <w:proofErr w:type="spellStart"/>
      <w:r w:rsidRPr="00421CC5">
        <w:t>teknologi</w:t>
      </w:r>
      <w:proofErr w:type="spellEnd"/>
      <w:r w:rsidRPr="00421CC5">
        <w:t xml:space="preserve">, dan </w:t>
      </w:r>
      <w:proofErr w:type="spellStart"/>
      <w:r w:rsidRPr="00421CC5">
        <w:t>sosial</w:t>
      </w:r>
      <w:proofErr w:type="spellEnd"/>
      <w:r w:rsidRPr="00421CC5">
        <w:t xml:space="preserve"> </w:t>
      </w:r>
      <w:proofErr w:type="spellStart"/>
      <w:r w:rsidRPr="00421CC5">
        <w:t>humaniora</w:t>
      </w:r>
      <w:proofErr w:type="spellEnd"/>
      <w:r w:rsidRPr="00421CC5">
        <w:t>.</w:t>
      </w:r>
    </w:p>
    <w:p w14:paraId="147EB428" w14:textId="66D4C834" w:rsidR="0003347B" w:rsidRDefault="00421CC5" w:rsidP="0003347B">
      <w:pPr>
        <w:spacing w:before="240" w:line="360" w:lineRule="auto"/>
        <w:ind w:firstLine="720"/>
      </w:pPr>
      <w:r w:rsidRPr="00421CC5">
        <w:lastRenderedPageBreak/>
        <w:t xml:space="preserve">Dalam proses </w:t>
      </w:r>
      <w:proofErr w:type="spellStart"/>
      <w:r w:rsidRPr="00421CC5">
        <w:t>penelitian</w:t>
      </w:r>
      <w:proofErr w:type="spellEnd"/>
      <w:r w:rsidRPr="00421CC5">
        <w:t xml:space="preserve"> </w:t>
      </w:r>
      <w:proofErr w:type="spellStart"/>
      <w:r w:rsidRPr="00421CC5">
        <w:t>ilmiah</w:t>
      </w:r>
      <w:proofErr w:type="spellEnd"/>
      <w:r w:rsidRPr="00421CC5">
        <w:t xml:space="preserve">, </w:t>
      </w:r>
      <w:proofErr w:type="spellStart"/>
      <w:r w:rsidRPr="00421CC5">
        <w:t>dibutuhkan</w:t>
      </w:r>
      <w:proofErr w:type="spellEnd"/>
      <w:r w:rsidRPr="00421CC5">
        <w:t xml:space="preserve"> </w:t>
      </w:r>
      <w:proofErr w:type="spellStart"/>
      <w:r w:rsidRPr="00421CC5">
        <w:t>referensi</w:t>
      </w:r>
      <w:proofErr w:type="spellEnd"/>
      <w:r w:rsidRPr="00421CC5">
        <w:t xml:space="preserve"> yang valid, </w:t>
      </w:r>
      <w:proofErr w:type="spellStart"/>
      <w:r w:rsidRPr="00421CC5">
        <w:t>terpercaya</w:t>
      </w:r>
      <w:proofErr w:type="spellEnd"/>
      <w:r w:rsidRPr="00421CC5">
        <w:t xml:space="preserve">, dan </w:t>
      </w:r>
      <w:proofErr w:type="spellStart"/>
      <w:r w:rsidRPr="00421CC5">
        <w:t>objektif</w:t>
      </w:r>
      <w:proofErr w:type="spellEnd"/>
      <w:r w:rsidRPr="00421CC5">
        <w:t xml:space="preserve">, yang </w:t>
      </w:r>
      <w:proofErr w:type="spellStart"/>
      <w:r w:rsidRPr="00421CC5">
        <w:t>dapat</w:t>
      </w:r>
      <w:proofErr w:type="spellEnd"/>
      <w:r w:rsidRPr="00421CC5">
        <w:t xml:space="preserve"> </w:t>
      </w:r>
      <w:proofErr w:type="spellStart"/>
      <w:r w:rsidRPr="00421CC5">
        <w:t>diperoleh</w:t>
      </w:r>
      <w:proofErr w:type="spellEnd"/>
      <w:r w:rsidRPr="00421CC5">
        <w:t xml:space="preserve"> </w:t>
      </w:r>
      <w:proofErr w:type="spellStart"/>
      <w:r w:rsidRPr="00421CC5">
        <w:t>melalui</w:t>
      </w:r>
      <w:proofErr w:type="spellEnd"/>
      <w:r w:rsidRPr="00421CC5">
        <w:t xml:space="preserve"> </w:t>
      </w:r>
      <w:proofErr w:type="spellStart"/>
      <w:r w:rsidRPr="00421CC5">
        <w:t>koleksi</w:t>
      </w:r>
      <w:proofErr w:type="spellEnd"/>
      <w:r w:rsidRPr="00421CC5">
        <w:t xml:space="preserve"> </w:t>
      </w:r>
      <w:proofErr w:type="spellStart"/>
      <w:r w:rsidRPr="00421CC5">
        <w:t>perpustakaan</w:t>
      </w:r>
      <w:proofErr w:type="spellEnd"/>
      <w:r w:rsidRPr="00421CC5">
        <w:t xml:space="preserve">, </w:t>
      </w:r>
      <w:proofErr w:type="spellStart"/>
      <w:r w:rsidRPr="00421CC5">
        <w:t>baik</w:t>
      </w:r>
      <w:proofErr w:type="spellEnd"/>
      <w:r w:rsidRPr="00421CC5">
        <w:t xml:space="preserve"> </w:t>
      </w:r>
      <w:proofErr w:type="spellStart"/>
      <w:r w:rsidRPr="00421CC5">
        <w:t>dalam</w:t>
      </w:r>
      <w:proofErr w:type="spellEnd"/>
      <w:r w:rsidRPr="00421CC5">
        <w:t xml:space="preserve"> </w:t>
      </w:r>
      <w:proofErr w:type="spellStart"/>
      <w:r w:rsidRPr="00421CC5">
        <w:t>bentuk</w:t>
      </w:r>
      <w:proofErr w:type="spellEnd"/>
      <w:r w:rsidRPr="00421CC5">
        <w:t xml:space="preserve"> </w:t>
      </w:r>
      <w:proofErr w:type="spellStart"/>
      <w:r w:rsidRPr="00421CC5">
        <w:t>buku</w:t>
      </w:r>
      <w:proofErr w:type="spellEnd"/>
      <w:r w:rsidRPr="00421CC5">
        <w:t xml:space="preserve"> </w:t>
      </w:r>
      <w:proofErr w:type="spellStart"/>
      <w:r w:rsidRPr="00421CC5">
        <w:t>maupun</w:t>
      </w:r>
      <w:proofErr w:type="spellEnd"/>
      <w:r w:rsidRPr="00421CC5">
        <w:t xml:space="preserve"> </w:t>
      </w:r>
      <w:proofErr w:type="spellStart"/>
      <w:r w:rsidRPr="00421CC5">
        <w:t>sumber</w:t>
      </w:r>
      <w:proofErr w:type="spellEnd"/>
      <w:r w:rsidRPr="00421CC5">
        <w:t xml:space="preserve"> non-</w:t>
      </w:r>
      <w:proofErr w:type="spellStart"/>
      <w:r w:rsidRPr="00421CC5">
        <w:t>buku</w:t>
      </w:r>
      <w:proofErr w:type="spellEnd"/>
      <w:r w:rsidRPr="00421CC5">
        <w:t xml:space="preserve">. </w:t>
      </w:r>
      <w:proofErr w:type="spellStart"/>
      <w:r w:rsidRPr="00421CC5">
        <w:t>Demikianlah</w:t>
      </w:r>
      <w:proofErr w:type="spellEnd"/>
      <w:r w:rsidRPr="00421CC5">
        <w:t xml:space="preserve"> </w:t>
      </w:r>
      <w:proofErr w:type="spellStart"/>
      <w:r w:rsidRPr="00421CC5">
        <w:t>sekilas</w:t>
      </w:r>
      <w:proofErr w:type="spellEnd"/>
      <w:r w:rsidRPr="00421CC5">
        <w:t xml:space="preserve"> </w:t>
      </w:r>
      <w:proofErr w:type="spellStart"/>
      <w:r w:rsidRPr="00421CC5">
        <w:t>pengantar</w:t>
      </w:r>
      <w:proofErr w:type="spellEnd"/>
      <w:r w:rsidRPr="00421CC5">
        <w:t xml:space="preserve"> </w:t>
      </w:r>
      <w:proofErr w:type="spellStart"/>
      <w:r w:rsidRPr="00421CC5">
        <w:t>mengenai</w:t>
      </w:r>
      <w:proofErr w:type="spellEnd"/>
      <w:r w:rsidRPr="00421CC5">
        <w:t xml:space="preserve"> </w:t>
      </w:r>
      <w:proofErr w:type="spellStart"/>
      <w:r w:rsidRPr="00421CC5">
        <w:t>profil</w:t>
      </w:r>
      <w:proofErr w:type="spellEnd"/>
      <w:r w:rsidRPr="00421CC5">
        <w:t xml:space="preserve"> </w:t>
      </w:r>
      <w:proofErr w:type="spellStart"/>
      <w:r w:rsidRPr="00421CC5">
        <w:t>Perpustakaan</w:t>
      </w:r>
      <w:proofErr w:type="spellEnd"/>
      <w:r w:rsidRPr="00421CC5">
        <w:t xml:space="preserve"> </w:t>
      </w:r>
      <w:proofErr w:type="spellStart"/>
      <w:r w:rsidRPr="00421CC5">
        <w:t>atau</w:t>
      </w:r>
      <w:proofErr w:type="spellEnd"/>
      <w:r w:rsidRPr="00421CC5">
        <w:t xml:space="preserve"> Taman </w:t>
      </w:r>
      <w:proofErr w:type="spellStart"/>
      <w:r w:rsidRPr="00421CC5">
        <w:t>Bacaan</w:t>
      </w:r>
      <w:proofErr w:type="spellEnd"/>
      <w:r w:rsidRPr="00421CC5">
        <w:t xml:space="preserve"> Masyarakat Al-Azhari. </w:t>
      </w:r>
      <w:proofErr w:type="spellStart"/>
      <w:r w:rsidRPr="00421CC5">
        <w:t>Semoga</w:t>
      </w:r>
      <w:proofErr w:type="spellEnd"/>
      <w:r w:rsidRPr="00421CC5">
        <w:t xml:space="preserve"> </w:t>
      </w:r>
      <w:proofErr w:type="spellStart"/>
      <w:r w:rsidRPr="00421CC5">
        <w:t>dapat</w:t>
      </w:r>
      <w:proofErr w:type="spellEnd"/>
      <w:r w:rsidRPr="00421CC5">
        <w:t xml:space="preserve"> </w:t>
      </w:r>
      <w:proofErr w:type="spellStart"/>
      <w:r w:rsidRPr="00421CC5">
        <w:t>menjadi</w:t>
      </w:r>
      <w:proofErr w:type="spellEnd"/>
      <w:r w:rsidRPr="00421CC5">
        <w:t xml:space="preserve"> </w:t>
      </w:r>
      <w:proofErr w:type="spellStart"/>
      <w:r w:rsidRPr="00421CC5">
        <w:t>dasar</w:t>
      </w:r>
      <w:proofErr w:type="spellEnd"/>
      <w:r w:rsidRPr="00421CC5">
        <w:t xml:space="preserve"> </w:t>
      </w:r>
      <w:proofErr w:type="spellStart"/>
      <w:r w:rsidRPr="00421CC5">
        <w:t>pemikiran</w:t>
      </w:r>
      <w:proofErr w:type="spellEnd"/>
      <w:r w:rsidRPr="00421CC5">
        <w:t xml:space="preserve"> dan </w:t>
      </w:r>
      <w:proofErr w:type="spellStart"/>
      <w:r w:rsidRPr="00421CC5">
        <w:t>arah</w:t>
      </w:r>
      <w:proofErr w:type="spellEnd"/>
      <w:r w:rsidRPr="00421CC5">
        <w:t xml:space="preserve"> </w:t>
      </w:r>
      <w:proofErr w:type="spellStart"/>
      <w:r w:rsidRPr="00421CC5">
        <w:t>kebijakan</w:t>
      </w:r>
      <w:proofErr w:type="spellEnd"/>
      <w:r w:rsidRPr="00421CC5">
        <w:t xml:space="preserve"> </w:t>
      </w:r>
      <w:proofErr w:type="spellStart"/>
      <w:r w:rsidRPr="00421CC5">
        <w:t>dalam</w:t>
      </w:r>
      <w:proofErr w:type="spellEnd"/>
      <w:r w:rsidRPr="00421CC5">
        <w:t xml:space="preserve"> </w:t>
      </w:r>
      <w:proofErr w:type="spellStart"/>
      <w:r w:rsidRPr="00421CC5">
        <w:t>menyusun</w:t>
      </w:r>
      <w:proofErr w:type="spellEnd"/>
      <w:r w:rsidRPr="00421CC5">
        <w:t xml:space="preserve"> program </w:t>
      </w:r>
      <w:proofErr w:type="spellStart"/>
      <w:r w:rsidRPr="00421CC5">
        <w:t>kerja</w:t>
      </w:r>
      <w:proofErr w:type="spellEnd"/>
      <w:r w:rsidRPr="00421CC5">
        <w:t xml:space="preserve">, </w:t>
      </w:r>
      <w:proofErr w:type="spellStart"/>
      <w:r w:rsidRPr="00421CC5">
        <w:t>serta</w:t>
      </w:r>
      <w:proofErr w:type="spellEnd"/>
      <w:r w:rsidRPr="00421CC5">
        <w:t xml:space="preserve"> </w:t>
      </w:r>
      <w:proofErr w:type="spellStart"/>
      <w:r w:rsidRPr="00421CC5">
        <w:t>semakin</w:t>
      </w:r>
      <w:proofErr w:type="spellEnd"/>
      <w:r w:rsidRPr="00421CC5">
        <w:t xml:space="preserve"> </w:t>
      </w:r>
      <w:proofErr w:type="spellStart"/>
      <w:r w:rsidRPr="00421CC5">
        <w:t>memperkuat</w:t>
      </w:r>
      <w:proofErr w:type="spellEnd"/>
      <w:r w:rsidRPr="00421CC5">
        <w:t xml:space="preserve"> </w:t>
      </w:r>
      <w:proofErr w:type="spellStart"/>
      <w:r w:rsidRPr="00421CC5">
        <w:t>eksistensi</w:t>
      </w:r>
      <w:proofErr w:type="spellEnd"/>
      <w:r w:rsidRPr="00421CC5">
        <w:t xml:space="preserve"> TBM </w:t>
      </w:r>
      <w:proofErr w:type="spellStart"/>
      <w:r w:rsidRPr="00421CC5">
        <w:t>sebagai</w:t>
      </w:r>
      <w:proofErr w:type="spellEnd"/>
      <w:r w:rsidRPr="00421CC5">
        <w:t xml:space="preserve"> </w:t>
      </w:r>
      <w:proofErr w:type="spellStart"/>
      <w:r w:rsidRPr="00421CC5">
        <w:t>pusat</w:t>
      </w:r>
      <w:proofErr w:type="spellEnd"/>
      <w:r w:rsidRPr="00421CC5">
        <w:t xml:space="preserve"> </w:t>
      </w:r>
      <w:proofErr w:type="spellStart"/>
      <w:r w:rsidRPr="00421CC5">
        <w:t>literasi</w:t>
      </w:r>
      <w:proofErr w:type="spellEnd"/>
      <w:r w:rsidRPr="00421CC5">
        <w:t xml:space="preserve"> dan </w:t>
      </w:r>
      <w:proofErr w:type="spellStart"/>
      <w:r w:rsidRPr="00421CC5">
        <w:t>pemberdayaan</w:t>
      </w:r>
      <w:proofErr w:type="spellEnd"/>
      <w:r w:rsidRPr="00421CC5">
        <w:t xml:space="preserve"> </w:t>
      </w:r>
      <w:proofErr w:type="spellStart"/>
      <w:r w:rsidRPr="00421CC5">
        <w:t>masyarakat</w:t>
      </w:r>
      <w:proofErr w:type="spellEnd"/>
      <w:r w:rsidRPr="00421CC5">
        <w:t>.</w:t>
      </w:r>
    </w:p>
    <w:p w14:paraId="70A76363" w14:textId="77777777" w:rsidR="00CD61B6" w:rsidRDefault="00CD61B6" w:rsidP="0076694C">
      <w:pPr>
        <w:pStyle w:val="Heading2"/>
        <w:numPr>
          <w:ilvl w:val="0"/>
          <w:numId w:val="25"/>
        </w:numPr>
        <w:spacing w:before="0" w:after="240" w:line="360" w:lineRule="auto"/>
        <w:ind w:left="0" w:firstLine="0"/>
        <w:rPr>
          <w:rFonts w:cs="Times New Roman"/>
          <w:szCs w:val="24"/>
          <w:lang w:val="id"/>
        </w:rPr>
      </w:pPr>
      <w:bookmarkStart w:id="55" w:name="_Toc205261367"/>
      <w:r>
        <w:rPr>
          <w:rFonts w:cs="Times New Roman"/>
          <w:szCs w:val="24"/>
          <w:lang w:val="id"/>
        </w:rPr>
        <w:t>Program Kerja TBM Al-Azhari</w:t>
      </w:r>
      <w:bookmarkEnd w:id="55"/>
      <w:r>
        <w:rPr>
          <w:rFonts w:cs="Times New Roman"/>
          <w:szCs w:val="24"/>
          <w:lang w:val="id"/>
        </w:rPr>
        <w:t xml:space="preserve"> </w:t>
      </w:r>
    </w:p>
    <w:p w14:paraId="4525F5AF" w14:textId="312E2C2D" w:rsidR="00427544" w:rsidRPr="00427544" w:rsidRDefault="00427544" w:rsidP="00427544">
      <w:pPr>
        <w:spacing w:line="360" w:lineRule="auto"/>
        <w:ind w:firstLine="720"/>
        <w:rPr>
          <w:lang w:val="id"/>
        </w:rPr>
      </w:pPr>
      <w:r w:rsidRPr="00427544">
        <w:rPr>
          <w:lang w:val="id"/>
        </w:rPr>
        <w:t>Sebagai lembaga literasi nonformal yang berperan aktif dalam peningkatan kualitas pendidikan masyarakat, Taman Bacaan Masyarakat (TBM) Al-Azhari menyadari pentingnya menyusun program kerja yang terarah dan berkelanjutan. Program kerja ini dirancang berdasarkan kebutuhan aktual masyarakat dan sejalan dengan visi TBM sebagai pusat literasi yang inklusif, adaptif terhadap perkembangan teknologi, serta berorientasi pada pemberdayaan komunitas.</w:t>
      </w:r>
    </w:p>
    <w:p w14:paraId="0189134F" w14:textId="766F9182" w:rsidR="00CD61B6" w:rsidRDefault="00427544" w:rsidP="00427544">
      <w:pPr>
        <w:spacing w:line="360" w:lineRule="auto"/>
        <w:ind w:firstLine="426"/>
        <w:rPr>
          <w:lang w:val="id"/>
        </w:rPr>
      </w:pPr>
      <w:r w:rsidRPr="00427544">
        <w:rPr>
          <w:lang w:val="id"/>
        </w:rPr>
        <w:t>Selama periode 2024 hingga 2029, TBM Al-Azhari menetapkan tujuh fokus utama kegiatan yang bertujuan untuk meningkatkan akses, kualitas, dan dampak literasi di lingkungan sekitar. Program-program ini tidak hanya menitikberatkan pada pengadaan dan pengelolaan koleksi bacaan, tetapi juga mencakup penguatan kapasitas sumber daya manusia, peningkatan sarana pendukung literasi digital, serta perluasan jaringan kerja sama lintas sektor.</w:t>
      </w:r>
      <w:r>
        <w:rPr>
          <w:lang w:val="id"/>
        </w:rPr>
        <w:t xml:space="preserve"> </w:t>
      </w:r>
      <w:r w:rsidRPr="00427544">
        <w:rPr>
          <w:lang w:val="id"/>
        </w:rPr>
        <w:t>Adapun rincian program kerja dan kegiatan yang dirancang adalah sebagai berikut</w:t>
      </w:r>
      <w:r>
        <w:rPr>
          <w:lang w:val="id"/>
        </w:rPr>
        <w:t>:</w:t>
      </w:r>
    </w:p>
    <w:p w14:paraId="5733A98D" w14:textId="77777777" w:rsidR="00CD61B6" w:rsidRDefault="00CD61B6" w:rsidP="00427544">
      <w:pPr>
        <w:pStyle w:val="ListParagraph"/>
        <w:numPr>
          <w:ilvl w:val="0"/>
          <w:numId w:val="42"/>
        </w:numPr>
        <w:spacing w:line="360" w:lineRule="auto"/>
        <w:ind w:left="851" w:hanging="425"/>
        <w:rPr>
          <w:lang w:val="id"/>
        </w:rPr>
      </w:pPr>
      <w:r w:rsidRPr="00CD61B6">
        <w:rPr>
          <w:lang w:val="id"/>
        </w:rPr>
        <w:t>Menyelenggarakan kegiatan pelestarian dan pengembangan literasi Masyarakat Melalui pengadaan fasilitas perpustakaan atau TBM dalam berbagai bentuk, baik secara   konvensional (cetak)  ,   analog  , maupun   digital/ online e-library</w:t>
      </w:r>
      <w:r>
        <w:rPr>
          <w:lang w:val="id"/>
        </w:rPr>
        <w:t>.</w:t>
      </w:r>
    </w:p>
    <w:p w14:paraId="6B93DBE5" w14:textId="77777777" w:rsidR="00CD61B6" w:rsidRDefault="00CD61B6" w:rsidP="00427544">
      <w:pPr>
        <w:pStyle w:val="ListParagraph"/>
        <w:numPr>
          <w:ilvl w:val="0"/>
          <w:numId w:val="42"/>
        </w:numPr>
        <w:spacing w:line="360" w:lineRule="auto"/>
        <w:ind w:left="851" w:hanging="425"/>
        <w:rPr>
          <w:lang w:val="id"/>
        </w:rPr>
      </w:pPr>
      <w:r w:rsidRPr="00CD61B6">
        <w:rPr>
          <w:lang w:val="id"/>
        </w:rPr>
        <w:t>Mengumpulkan berbagai jenis sumber informasi literasi untuk melengkapi dasn memajukan masyarakat.</w:t>
      </w:r>
    </w:p>
    <w:p w14:paraId="45C8478F" w14:textId="77777777" w:rsidR="00CD61B6" w:rsidRDefault="00CD61B6" w:rsidP="00427544">
      <w:pPr>
        <w:pStyle w:val="ListParagraph"/>
        <w:numPr>
          <w:ilvl w:val="0"/>
          <w:numId w:val="42"/>
        </w:numPr>
        <w:spacing w:line="360" w:lineRule="auto"/>
        <w:ind w:left="851" w:hanging="425"/>
        <w:rPr>
          <w:lang w:val="id"/>
        </w:rPr>
      </w:pPr>
      <w:r w:rsidRPr="00CD61B6">
        <w:rPr>
          <w:lang w:val="id"/>
        </w:rPr>
        <w:t>Memelihara, merawat, dan mengelola perpustakaan/TBM agar dapat digunakan seluruh lapisan Masyarakat dengan baik dan mudah.</w:t>
      </w:r>
    </w:p>
    <w:p w14:paraId="10D33B0B" w14:textId="77777777" w:rsidR="00CD61B6" w:rsidRDefault="00CD61B6" w:rsidP="00427544">
      <w:pPr>
        <w:pStyle w:val="ListParagraph"/>
        <w:numPr>
          <w:ilvl w:val="0"/>
          <w:numId w:val="42"/>
        </w:numPr>
        <w:spacing w:line="360" w:lineRule="auto"/>
        <w:ind w:left="851" w:hanging="425"/>
        <w:rPr>
          <w:lang w:val="id"/>
        </w:rPr>
      </w:pPr>
      <w:r w:rsidRPr="00CD61B6">
        <w:rPr>
          <w:lang w:val="id"/>
        </w:rPr>
        <w:lastRenderedPageBreak/>
        <w:t>Menjalin kerjasama dengan berbagai pihak, baik pemerintah, pendidikan, swasta, lembaga pendidikan, dan masyarakat dalam rangka melestarikan dan mengembangkan kegiatan literadi untuk terwujudnya bangsa yang cerdas.</w:t>
      </w:r>
    </w:p>
    <w:p w14:paraId="3895AFF4" w14:textId="77777777" w:rsidR="00427544" w:rsidRDefault="00CD61B6" w:rsidP="00427544">
      <w:pPr>
        <w:pStyle w:val="ListParagraph"/>
        <w:numPr>
          <w:ilvl w:val="0"/>
          <w:numId w:val="42"/>
        </w:numPr>
        <w:spacing w:line="360" w:lineRule="auto"/>
        <w:ind w:left="851" w:hanging="425"/>
        <w:rPr>
          <w:lang w:val="id"/>
        </w:rPr>
      </w:pPr>
      <w:r w:rsidRPr="00CD61B6">
        <w:rPr>
          <w:lang w:val="id"/>
        </w:rPr>
        <w:t>Menyelenggarakan kegiatan implementasi ilmu pengetahuan dan teknologi (Iptek) Dalam bentuk kegiatan edukatif dan produktif bagi masyarakat.</w:t>
      </w:r>
    </w:p>
    <w:p w14:paraId="42015923" w14:textId="77777777" w:rsidR="00427544" w:rsidRDefault="00CD61B6" w:rsidP="00427544">
      <w:pPr>
        <w:pStyle w:val="ListParagraph"/>
        <w:numPr>
          <w:ilvl w:val="0"/>
          <w:numId w:val="42"/>
        </w:numPr>
        <w:spacing w:line="360" w:lineRule="auto"/>
        <w:ind w:left="851" w:hanging="425"/>
        <w:rPr>
          <w:lang w:val="id"/>
        </w:rPr>
      </w:pPr>
      <w:r w:rsidRPr="00CD61B6">
        <w:rPr>
          <w:lang w:val="id"/>
        </w:rPr>
        <w:t>Mengadakan program pendidikan dan pelatihan (Diklat) untuk peningkatan keterampilan dan kualitas sumber daya manusia.</w:t>
      </w:r>
    </w:p>
    <w:p w14:paraId="54022BE9" w14:textId="7ABD5E80" w:rsidR="0076694C" w:rsidRDefault="00CD61B6" w:rsidP="0076694C">
      <w:pPr>
        <w:pStyle w:val="ListParagraph"/>
        <w:numPr>
          <w:ilvl w:val="0"/>
          <w:numId w:val="42"/>
        </w:numPr>
        <w:spacing w:line="360" w:lineRule="auto"/>
        <w:ind w:left="851" w:hanging="425"/>
        <w:rPr>
          <w:lang w:val="id"/>
        </w:rPr>
      </w:pPr>
      <w:r w:rsidRPr="00427544">
        <w:rPr>
          <w:lang w:val="id"/>
        </w:rPr>
        <w:t>Melaksanakan kegiatan penelitian dan pengembangan Untuk mendukung inovasi dan mutu program TBM secara berkelanjutan.</w:t>
      </w:r>
    </w:p>
    <w:p w14:paraId="5FF2427E" w14:textId="2F7D3001" w:rsidR="00CD61B6" w:rsidRDefault="00CD61B6" w:rsidP="00D430A7">
      <w:pPr>
        <w:pStyle w:val="Heading2"/>
        <w:numPr>
          <w:ilvl w:val="0"/>
          <w:numId w:val="25"/>
        </w:numPr>
        <w:spacing w:after="240" w:line="360" w:lineRule="auto"/>
        <w:ind w:left="0" w:firstLine="0"/>
        <w:rPr>
          <w:rFonts w:cs="Times New Roman"/>
          <w:szCs w:val="24"/>
          <w:lang w:val="id"/>
        </w:rPr>
      </w:pPr>
      <w:bookmarkStart w:id="56" w:name="_Toc205261368"/>
      <w:r>
        <w:rPr>
          <w:rFonts w:cs="Times New Roman"/>
          <w:szCs w:val="24"/>
          <w:lang w:val="id"/>
        </w:rPr>
        <w:t>Struktur Organisasi TBM Al-Azhari</w:t>
      </w:r>
      <w:bookmarkEnd w:id="56"/>
    </w:p>
    <w:p w14:paraId="3F5E1322" w14:textId="085AB9CE" w:rsidR="00427544" w:rsidRPr="00427544" w:rsidRDefault="00427544" w:rsidP="00427544">
      <w:pPr>
        <w:spacing w:line="360" w:lineRule="auto"/>
        <w:ind w:firstLine="720"/>
        <w:rPr>
          <w:lang w:val="id"/>
        </w:rPr>
      </w:pPr>
      <w:r w:rsidRPr="00427544">
        <w:rPr>
          <w:lang w:val="id"/>
        </w:rPr>
        <w:t>Dalam rangka menjalankan fungsinya sebagai pusat literasi dan pemberdayaan masyarakat, Taman Bacaan Masyarakat (TBM) Al-Azhari memiliki struktur organisasi yang tersusun secara sistematis dan proporsional. Struktur ini disusun untuk memastikan pelaksanaan program kerja berjalan secara efektif, terarah, dan dapat dipertanggung</w:t>
      </w:r>
      <w:r w:rsidR="00421CC5">
        <w:rPr>
          <w:lang w:val="id"/>
        </w:rPr>
        <w:t xml:space="preserve"> </w:t>
      </w:r>
      <w:r w:rsidRPr="00427544">
        <w:rPr>
          <w:lang w:val="id"/>
        </w:rPr>
        <w:t>jawabkan.</w:t>
      </w:r>
    </w:p>
    <w:p w14:paraId="7C54DF60" w14:textId="286C6D5B" w:rsidR="00427544" w:rsidRPr="00427544" w:rsidRDefault="00427544" w:rsidP="00427544">
      <w:pPr>
        <w:spacing w:line="360" w:lineRule="auto"/>
        <w:ind w:firstLine="720"/>
        <w:rPr>
          <w:lang w:val="id"/>
        </w:rPr>
      </w:pPr>
      <w:r w:rsidRPr="00427544">
        <w:rPr>
          <w:lang w:val="id"/>
        </w:rPr>
        <w:t>Pembagian tugas dan tanggung jawab pada setiap posisi dalam organisasi dirancang agar seluruh unsur pengurus dapat saling bersinergi sesuai dengan peran masing-masing. Dari pimpinan hingga koordinator bidang, seluruh elemen memiliki kontribusi penting dalam mewujudkan visi dan misi TBM, khususnya dalam mendukung peningkatan literasi masyarakat secara inklusif dan berkelanjutan.</w:t>
      </w:r>
    </w:p>
    <w:p w14:paraId="5E261388" w14:textId="6B50230B" w:rsidR="00427544" w:rsidRDefault="00427544" w:rsidP="00427544">
      <w:pPr>
        <w:spacing w:line="360" w:lineRule="auto"/>
        <w:ind w:firstLine="720"/>
        <w:rPr>
          <w:lang w:val="id"/>
        </w:rPr>
      </w:pPr>
      <w:r w:rsidRPr="00427544">
        <w:rPr>
          <w:lang w:val="id"/>
        </w:rPr>
        <w:t>Struktur organisasi ini tidak hanya merepresentasikan susunan jabatan, tetapi juga menggambarkan nilai kolaborasi, transparansi, dan dedikasi yang menjadi landasan utama dalam pengelolaan TBM Al-Azhari. Dengan struktur yang jelas dan terorganisir, diharapkan seluruh program dan kegiatan TBM dapat terlaksana dengan optimal dan memberikan manfaat yang luas bagi masyarakat.Berikut ini adalah bagan struktur kepengurusan Taman Bacaan Masyarakat Al-Azhari:</w:t>
      </w:r>
    </w:p>
    <w:p w14:paraId="12AC3DD7" w14:textId="77777777" w:rsidR="00BF78E9" w:rsidRDefault="00BF78E9" w:rsidP="00D63E5C">
      <w:pPr>
        <w:keepNext/>
        <w:jc w:val="center"/>
      </w:pPr>
      <w:r>
        <w:rPr>
          <w:noProof/>
          <w:lang w:val="id"/>
        </w:rPr>
        <w:lastRenderedPageBreak/>
        <w:drawing>
          <wp:inline distT="0" distB="0" distL="0" distR="0" wp14:anchorId="6C4A2AB9" wp14:editId="54A953CF">
            <wp:extent cx="3879850" cy="2628900"/>
            <wp:effectExtent l="0" t="0" r="6350" b="0"/>
            <wp:docPr id="11227566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56667" name="Picture 1122756667"/>
                    <pic:cNvPicPr/>
                  </pic:nvPicPr>
                  <pic:blipFill>
                    <a:blip r:embed="rId11"/>
                    <a:stretch>
                      <a:fillRect/>
                    </a:stretch>
                  </pic:blipFill>
                  <pic:spPr>
                    <a:xfrm>
                      <a:off x="0" y="0"/>
                      <a:ext cx="3910391" cy="2649594"/>
                    </a:xfrm>
                    <a:prstGeom prst="rect">
                      <a:avLst/>
                    </a:prstGeom>
                  </pic:spPr>
                </pic:pic>
              </a:graphicData>
            </a:graphic>
          </wp:inline>
        </w:drawing>
      </w:r>
    </w:p>
    <w:p w14:paraId="42ECA17D" w14:textId="099362D4" w:rsidR="00B03184" w:rsidRDefault="00BF78E9" w:rsidP="00BF78E9">
      <w:pPr>
        <w:pStyle w:val="Caption"/>
        <w:jc w:val="center"/>
        <w:rPr>
          <w:color w:val="auto"/>
          <w:sz w:val="20"/>
          <w:szCs w:val="20"/>
        </w:rPr>
      </w:pPr>
      <w:bookmarkStart w:id="57" w:name="_Toc205258537"/>
      <w:r w:rsidRPr="00BF78E9">
        <w:rPr>
          <w:color w:val="auto"/>
          <w:sz w:val="20"/>
          <w:szCs w:val="20"/>
        </w:rPr>
        <w:t xml:space="preserve">Gambar 2. </w:t>
      </w:r>
      <w:r w:rsidRPr="00BF78E9">
        <w:rPr>
          <w:color w:val="auto"/>
          <w:sz w:val="20"/>
          <w:szCs w:val="20"/>
        </w:rPr>
        <w:fldChar w:fldCharType="begin"/>
      </w:r>
      <w:r w:rsidRPr="00BF78E9">
        <w:rPr>
          <w:color w:val="auto"/>
          <w:sz w:val="20"/>
          <w:szCs w:val="20"/>
        </w:rPr>
        <w:instrText xml:space="preserve"> SEQ Gambar_2. \* ARABIC </w:instrText>
      </w:r>
      <w:r w:rsidRPr="00BF78E9">
        <w:rPr>
          <w:color w:val="auto"/>
          <w:sz w:val="20"/>
          <w:szCs w:val="20"/>
        </w:rPr>
        <w:fldChar w:fldCharType="separate"/>
      </w:r>
      <w:r w:rsidR="0003347B">
        <w:rPr>
          <w:noProof/>
          <w:color w:val="auto"/>
          <w:sz w:val="20"/>
          <w:szCs w:val="20"/>
        </w:rPr>
        <w:t>1</w:t>
      </w:r>
      <w:r w:rsidRPr="00BF78E9">
        <w:rPr>
          <w:color w:val="auto"/>
          <w:sz w:val="20"/>
          <w:szCs w:val="20"/>
        </w:rPr>
        <w:fldChar w:fldCharType="end"/>
      </w:r>
      <w:r w:rsidRPr="00BF78E9">
        <w:rPr>
          <w:color w:val="auto"/>
          <w:sz w:val="20"/>
          <w:szCs w:val="20"/>
        </w:rPr>
        <w:t xml:space="preserve"> </w:t>
      </w:r>
      <w:proofErr w:type="spellStart"/>
      <w:r w:rsidRPr="00BF305F">
        <w:rPr>
          <w:b w:val="0"/>
          <w:bCs w:val="0"/>
          <w:color w:val="auto"/>
          <w:sz w:val="20"/>
          <w:szCs w:val="20"/>
        </w:rPr>
        <w:t>Struktur</w:t>
      </w:r>
      <w:proofErr w:type="spellEnd"/>
      <w:r w:rsidRPr="00BF305F">
        <w:rPr>
          <w:b w:val="0"/>
          <w:bCs w:val="0"/>
          <w:color w:val="auto"/>
          <w:sz w:val="20"/>
          <w:szCs w:val="20"/>
        </w:rPr>
        <w:t xml:space="preserve"> </w:t>
      </w:r>
      <w:proofErr w:type="spellStart"/>
      <w:r w:rsidRPr="00BF305F">
        <w:rPr>
          <w:b w:val="0"/>
          <w:bCs w:val="0"/>
          <w:color w:val="auto"/>
          <w:sz w:val="20"/>
          <w:szCs w:val="20"/>
        </w:rPr>
        <w:t>Organisasi</w:t>
      </w:r>
      <w:bookmarkEnd w:id="57"/>
      <w:proofErr w:type="spellEnd"/>
    </w:p>
    <w:p w14:paraId="2940DFEB" w14:textId="77777777" w:rsidR="004959CF" w:rsidRPr="004959CF" w:rsidRDefault="004959CF" w:rsidP="004959CF"/>
    <w:p w14:paraId="3D63A776" w14:textId="09FBCFE6" w:rsidR="004959CF" w:rsidRPr="004959CF" w:rsidRDefault="004959CF" w:rsidP="004959CF">
      <w:pPr>
        <w:spacing w:line="360" w:lineRule="auto"/>
        <w:ind w:firstLine="720"/>
        <w:rPr>
          <w:lang w:val="id"/>
        </w:rPr>
      </w:pPr>
      <w:r w:rsidRPr="004959CF">
        <w:rPr>
          <w:lang w:val="id"/>
        </w:rPr>
        <w:t>Struktur organisasi TBM Al-Azhari disusun untuk mendukung pelaksanaan program kerja secara optimal, dengan susunan kepengurusan yang lengkap dan kolaboratif. Rincian kepengurusan tersebut mencakup berbagai unsur penting. Pelindung TBM Al-Azhari terdiri atas Walikota Medan dan Camat Medan Labuhan, yang berperan sebagai tokoh pelindung sekaligus pendukung utama dalam kebijakan literasi di tingkat daerah. Di tingkat pembina, organisasi ini mendapat dukungan dari empat institusi strategis, yaitu Yayasan Al-Azhari Education, Dinas Perpustakaan dan Kearsipan Kota Medan, Forum Masyarakat Medan Utara (FMMU), serta PD IBSMI Medan Utara. Keempat lembaga ini bertindak sebagai pembina utama dalam pengembangan program literasi dan penguatan kapasitas kelembagaan.</w:t>
      </w:r>
    </w:p>
    <w:p w14:paraId="5CB62FE4" w14:textId="103CDD20" w:rsidR="004959CF" w:rsidRPr="004959CF" w:rsidRDefault="004959CF" w:rsidP="004959CF">
      <w:pPr>
        <w:spacing w:line="360" w:lineRule="auto"/>
        <w:ind w:firstLine="720"/>
        <w:rPr>
          <w:lang w:val="id"/>
        </w:rPr>
      </w:pPr>
      <w:r w:rsidRPr="004959CF">
        <w:rPr>
          <w:lang w:val="id"/>
        </w:rPr>
        <w:t>Posisi penasehat diisi oleh tokoh-tokoh masyarakat yang memiliki perhatian besar terhadap dunia pendidikan, yaitu Hj. Dewi Zulkarnain (Ummi Zakiah), Aftuti, dan Mayor (L) Teddy Sutardi. Adapun kepemimpinan harian TBM dijalankan oleh Dr. Zakwan, STP, MAP selaku Pimpinan Umum, yang dibantu oleh dua wakil, yaitu Zul Ilmi, SH. sebagai Wakil Pimpinan Bidang Internal dan Pengorganisasian, serta Khairil Mirza, SE sebagai Wakil Pimpinan Bidang Eksternal.</w:t>
      </w:r>
    </w:p>
    <w:p w14:paraId="51FB5384" w14:textId="72CBD1CF" w:rsidR="004959CF" w:rsidRPr="004959CF" w:rsidRDefault="004959CF" w:rsidP="004959CF">
      <w:pPr>
        <w:spacing w:line="360" w:lineRule="auto"/>
        <w:ind w:firstLine="720"/>
        <w:rPr>
          <w:lang w:val="id"/>
        </w:rPr>
      </w:pPr>
      <w:r w:rsidRPr="004959CF">
        <w:rPr>
          <w:lang w:val="id"/>
        </w:rPr>
        <w:lastRenderedPageBreak/>
        <w:t>Untuk mendukung kelancaran administrasi, struktur ini juga mencakup Rahimah, S.Pd sebagai Sekretaris, dan Zakiah, Amd. sebagai Wakil Sekretaris. Dalam hal pengelolaan keuangan, peran Bendahara diemban oleh Dedi Nursyirwan, SE, bersama Zaitul Barkah sebagai Wakil Bendahara.</w:t>
      </w:r>
    </w:p>
    <w:p w14:paraId="28D3FF66" w14:textId="790292EF" w:rsidR="004959CF" w:rsidRPr="004959CF" w:rsidRDefault="004959CF" w:rsidP="004959CF">
      <w:pPr>
        <w:spacing w:line="360" w:lineRule="auto"/>
        <w:ind w:firstLine="720"/>
        <w:rPr>
          <w:lang w:val="id"/>
        </w:rPr>
      </w:pPr>
      <w:r w:rsidRPr="004959CF">
        <w:rPr>
          <w:lang w:val="id"/>
        </w:rPr>
        <w:t>TBM Al-Azhari juga memiliki beberapa bidang teknis sebagai pelaksana program. Bidang Humas dan Infokom dikelola oleh Susilawati, Amd. dan Azwar Nasution, sedangkan Bidang Logistik dijalankan oleh Teti dan Surdi. Bidang Pendidikan dan Pelatihan diampu oleh Halimatus Sakdiah, S.Pd. dan Sabran, sementara Bidang Penelitian dan Pengembangan (Litbang) TBM/Perpustakaan ditangani oleh Khairiah, SE dan Jelita Putri Suri.</w:t>
      </w:r>
    </w:p>
    <w:p w14:paraId="635C7F7A" w14:textId="25F2FE10" w:rsidR="00BF305F" w:rsidRDefault="004959CF" w:rsidP="00D430A7">
      <w:pPr>
        <w:spacing w:after="0" w:line="360" w:lineRule="auto"/>
        <w:ind w:firstLine="720"/>
        <w:rPr>
          <w:lang w:val="id"/>
        </w:rPr>
      </w:pPr>
      <w:r w:rsidRPr="004959CF">
        <w:rPr>
          <w:lang w:val="id"/>
        </w:rPr>
        <w:t>Selanjutnya, Bidang Advokasi dan Hukum dikoordinasikan oleh Zul Ilmi, SH., dan Bidang Pelayanan Perpustakaan/TBM dijalankan oleh Zefri dan Efika Sari. Untuk menjaga keberlangsungan dan kelayakan fasilitas, Bidang Pemeliharaan dan Perawatan Gedung digawangi oleh Zulfanandi, Fazrul Haq Al-Maghriby, Halim, dan Jelita Putri Suri. Terakhir, Bidang Keamanan, Keselamatan, dan Kesehatan (K3) dilaksanakan oleh Juliandi dan Fazrul Haq Al-Maghriby.</w:t>
      </w:r>
    </w:p>
    <w:p w14:paraId="61D518F5" w14:textId="59C46F64" w:rsidR="00B842C8" w:rsidRPr="00387AD0" w:rsidRDefault="00B842C8" w:rsidP="00B91E2C">
      <w:pPr>
        <w:pStyle w:val="Heading2"/>
        <w:numPr>
          <w:ilvl w:val="0"/>
          <w:numId w:val="25"/>
        </w:numPr>
        <w:spacing w:after="240" w:line="360" w:lineRule="auto"/>
        <w:ind w:left="0" w:firstLine="0"/>
        <w:rPr>
          <w:rFonts w:cs="Times New Roman"/>
          <w:szCs w:val="24"/>
          <w:lang w:val="id"/>
        </w:rPr>
      </w:pPr>
      <w:bookmarkStart w:id="58" w:name="_Toc205261369"/>
      <w:r w:rsidRPr="00387AD0">
        <w:rPr>
          <w:rFonts w:cs="Times New Roman"/>
          <w:szCs w:val="24"/>
          <w:lang w:val="id"/>
        </w:rPr>
        <w:t>Sistem</w:t>
      </w:r>
      <w:r w:rsidR="00F660D2" w:rsidRPr="00387AD0">
        <w:rPr>
          <w:rFonts w:cs="Times New Roman"/>
          <w:szCs w:val="24"/>
          <w:lang w:val="id"/>
        </w:rPr>
        <w:t xml:space="preserve"> </w:t>
      </w:r>
      <w:r w:rsidRPr="00387AD0">
        <w:rPr>
          <w:rFonts w:cs="Times New Roman"/>
          <w:szCs w:val="24"/>
          <w:lang w:val="id"/>
        </w:rPr>
        <w:t>Informasi</w:t>
      </w:r>
      <w:bookmarkEnd w:id="53"/>
      <w:bookmarkEnd w:id="54"/>
      <w:bookmarkEnd w:id="58"/>
    </w:p>
    <w:p w14:paraId="2320A318" w14:textId="77777777" w:rsidR="00BF305F" w:rsidRDefault="005828EC" w:rsidP="00B91E2C">
      <w:pPr>
        <w:widowControl w:val="0"/>
        <w:autoSpaceDE w:val="0"/>
        <w:autoSpaceDN w:val="0"/>
        <w:spacing w:after="0" w:line="360" w:lineRule="auto"/>
        <w:ind w:right="-285" w:firstLine="720"/>
        <w:rPr>
          <w:rFonts w:eastAsia="Times New Roman" w:cs="Times New Roman"/>
          <w:szCs w:val="24"/>
        </w:rPr>
      </w:pP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dapat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diartikan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himpunan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elemen</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saling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terhubung</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berfungsi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untuk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menghimpun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mengolah</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menyimpan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serta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menyebarkan</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proofErr w:type="spellStart"/>
      <w:r w:rsidRPr="00387AD0">
        <w:rPr>
          <w:rFonts w:eastAsia="Times New Roman" w:cs="Times New Roman"/>
          <w:szCs w:val="24"/>
        </w:rPr>
        <w:t>menjadi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berguna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mendukung</w:t>
      </w:r>
      <w:proofErr w:type="spellEnd"/>
      <w:r w:rsidR="00F660D2" w:rsidRPr="00387AD0">
        <w:rPr>
          <w:rFonts w:eastAsia="Times New Roman" w:cs="Times New Roman"/>
          <w:szCs w:val="24"/>
        </w:rPr>
        <w:t xml:space="preserve"> </w:t>
      </w:r>
      <w:r w:rsidRPr="00387AD0">
        <w:rPr>
          <w:rFonts w:eastAsia="Times New Roman" w:cs="Times New Roman"/>
          <w:szCs w:val="24"/>
        </w:rPr>
        <w:t>proses</w:t>
      </w:r>
      <w:r w:rsidR="00F660D2" w:rsidRPr="00387AD0">
        <w:rPr>
          <w:rFonts w:eastAsia="Times New Roman" w:cs="Times New Roman"/>
          <w:szCs w:val="24"/>
        </w:rPr>
        <w:t xml:space="preserve"> </w:t>
      </w:r>
      <w:proofErr w:type="spellStart"/>
      <w:r w:rsidRPr="00387AD0">
        <w:rPr>
          <w:rFonts w:eastAsia="Times New Roman" w:cs="Times New Roman"/>
          <w:szCs w:val="24"/>
        </w:rPr>
        <w:t>pengambilan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keputusan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pengendalian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koordinasi</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evaluasi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suatu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entitas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organisasi</w:t>
      </w:r>
      <w:proofErr w:type="spellEnd"/>
      <w:r w:rsidR="00F660D2" w:rsidRPr="00387AD0">
        <w:rPr>
          <w:rFonts w:eastAsia="Times New Roman" w:cs="Times New Roman"/>
          <w:szCs w:val="24"/>
        </w:rPr>
        <w:t xml:space="preserve"> </w:t>
      </w:r>
      <w:r w:rsidRPr="00387AD0">
        <w:rPr>
          <w:rFonts w:eastAsia="Times New Roman" w:cs="Times New Roman"/>
          <w:szCs w:val="24"/>
        </w:rPr>
        <w:t>(Laudon</w:t>
      </w:r>
      <w:r w:rsidR="00F660D2" w:rsidRPr="00387AD0">
        <w:rPr>
          <w:rFonts w:eastAsia="Times New Roman" w:cs="Times New Roman"/>
          <w:szCs w:val="24"/>
        </w:rPr>
        <w:t xml:space="preserve"> </w:t>
      </w:r>
      <w:r w:rsidRPr="00387AD0">
        <w:rPr>
          <w:rFonts w:eastAsia="Times New Roman" w:cs="Times New Roman"/>
          <w:szCs w:val="24"/>
        </w:rPr>
        <w:t>&amp;</w:t>
      </w:r>
      <w:r w:rsidR="00F660D2" w:rsidRPr="00387AD0">
        <w:rPr>
          <w:rFonts w:eastAsia="Times New Roman" w:cs="Times New Roman"/>
          <w:szCs w:val="24"/>
        </w:rPr>
        <w:t xml:space="preserve"> </w:t>
      </w:r>
      <w:r w:rsidRPr="00387AD0">
        <w:rPr>
          <w:rFonts w:eastAsia="Times New Roman" w:cs="Times New Roman"/>
          <w:szCs w:val="24"/>
        </w:rPr>
        <w:t>Laudon,</w:t>
      </w:r>
      <w:r w:rsidR="00F660D2" w:rsidRPr="00387AD0">
        <w:rPr>
          <w:rFonts w:eastAsia="Times New Roman" w:cs="Times New Roman"/>
          <w:szCs w:val="24"/>
        </w:rPr>
        <w:t xml:space="preserve"> </w:t>
      </w:r>
      <w:r w:rsidRPr="00387AD0">
        <w:rPr>
          <w:rFonts w:eastAsia="Times New Roman" w:cs="Times New Roman"/>
          <w:szCs w:val="24"/>
        </w:rPr>
        <w:t>2021).</w:t>
      </w:r>
      <w:r w:rsidR="00F660D2" w:rsidRPr="00387AD0">
        <w:rPr>
          <w:rFonts w:eastAsia="Times New Roman" w:cs="Times New Roman"/>
          <w:szCs w:val="24"/>
        </w:rPr>
        <w:t xml:space="preserve"> </w:t>
      </w:r>
      <w:r w:rsidRPr="00387AD0">
        <w:rPr>
          <w:rFonts w:eastAsia="Times New Roman" w:cs="Times New Roman"/>
          <w:szCs w:val="24"/>
        </w:rPr>
        <w:t>Seiring</w:t>
      </w:r>
      <w:r w:rsidR="00F660D2" w:rsidRPr="00387AD0">
        <w:rPr>
          <w:rFonts w:eastAsia="Times New Roman" w:cs="Times New Roman"/>
          <w:szCs w:val="24"/>
        </w:rPr>
        <w:t xml:space="preserve"> </w:t>
      </w:r>
      <w:proofErr w:type="spellStart"/>
      <w:r w:rsidRPr="00387AD0">
        <w:rPr>
          <w:rFonts w:eastAsia="Times New Roman" w:cs="Times New Roman"/>
          <w:szCs w:val="24"/>
        </w:rPr>
        <w:t>perkembangan</w:t>
      </w:r>
      <w:proofErr w:type="spellEnd"/>
      <w:r w:rsidR="00F660D2" w:rsidRPr="00387AD0">
        <w:rPr>
          <w:rFonts w:eastAsia="Times New Roman" w:cs="Times New Roman"/>
          <w:szCs w:val="24"/>
        </w:rPr>
        <w:t xml:space="preserve"> </w:t>
      </w:r>
      <w:r w:rsidRPr="00387AD0">
        <w:rPr>
          <w:rFonts w:eastAsia="Times New Roman" w:cs="Times New Roman"/>
          <w:szCs w:val="24"/>
        </w:rPr>
        <w:t>zaman,</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telah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beralih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dari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sekadar</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perangkat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bantu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operasional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menjadi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alat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strategis</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berperan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penting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mendorong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inovasi</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menciptakan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keunggulan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bersaing</w:t>
      </w:r>
      <w:proofErr w:type="spellEnd"/>
      <w:r w:rsidR="00F660D2" w:rsidRPr="00387AD0">
        <w:rPr>
          <w:rFonts w:eastAsia="Times New Roman" w:cs="Times New Roman"/>
          <w:szCs w:val="24"/>
        </w:rPr>
        <w:t xml:space="preserve"> </w:t>
      </w:r>
      <w:r w:rsidRPr="00387AD0">
        <w:rPr>
          <w:rFonts w:eastAsia="Times New Roman" w:cs="Times New Roman"/>
          <w:szCs w:val="24"/>
        </w:rPr>
        <w:t>(</w:t>
      </w:r>
      <w:proofErr w:type="spellStart"/>
      <w:r w:rsidRPr="00387AD0">
        <w:rPr>
          <w:rFonts w:eastAsia="Times New Roman" w:cs="Times New Roman"/>
          <w:szCs w:val="24"/>
        </w:rPr>
        <w:t>O'B</w:t>
      </w:r>
      <w:r w:rsidR="00327318">
        <w:rPr>
          <w:rFonts w:eastAsia="Times New Roman" w:cs="Times New Roman"/>
          <w:szCs w:val="24"/>
        </w:rPr>
        <w:t>ll</w:t>
      </w:r>
      <w:r w:rsidRPr="00387AD0">
        <w:rPr>
          <w:rFonts w:eastAsia="Times New Roman" w:cs="Times New Roman"/>
          <w:szCs w:val="24"/>
        </w:rPr>
        <w:t>rien</w:t>
      </w:r>
      <w:proofErr w:type="spellEnd"/>
      <w:r w:rsidR="00F660D2" w:rsidRPr="00387AD0">
        <w:rPr>
          <w:rFonts w:eastAsia="Times New Roman" w:cs="Times New Roman"/>
          <w:szCs w:val="24"/>
        </w:rPr>
        <w:t xml:space="preserve"> </w:t>
      </w:r>
      <w:r w:rsidRPr="00387AD0">
        <w:rPr>
          <w:rFonts w:eastAsia="Times New Roman" w:cs="Times New Roman"/>
          <w:szCs w:val="24"/>
        </w:rPr>
        <w:t>&amp;</w:t>
      </w:r>
      <w:r w:rsidR="00F660D2" w:rsidRPr="00387AD0">
        <w:rPr>
          <w:rFonts w:eastAsia="Times New Roman" w:cs="Times New Roman"/>
          <w:szCs w:val="24"/>
        </w:rPr>
        <w:t xml:space="preserve"> </w:t>
      </w:r>
      <w:proofErr w:type="spellStart"/>
      <w:r w:rsidRPr="00387AD0">
        <w:rPr>
          <w:rFonts w:eastAsia="Times New Roman" w:cs="Times New Roman"/>
          <w:szCs w:val="24"/>
        </w:rPr>
        <w:t>Marakas</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2020).</w:t>
      </w:r>
      <w:r w:rsidR="00F660D2" w:rsidRPr="00387AD0">
        <w:rPr>
          <w:rFonts w:eastAsia="Times New Roman" w:cs="Times New Roman"/>
          <w:szCs w:val="24"/>
        </w:rPr>
        <w:t xml:space="preserve"> </w:t>
      </w:r>
      <w:proofErr w:type="spellStart"/>
      <w:r w:rsidRPr="00387AD0">
        <w:rPr>
          <w:rFonts w:eastAsia="Times New Roman" w:cs="Times New Roman"/>
          <w:szCs w:val="24"/>
        </w:rPr>
        <w:t>Kemajuan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teknologi</w:t>
      </w:r>
      <w:proofErr w:type="spellEnd"/>
      <w:r w:rsidR="00F660D2" w:rsidRPr="00387AD0">
        <w:rPr>
          <w:rFonts w:eastAsia="Times New Roman" w:cs="Times New Roman"/>
          <w:szCs w:val="24"/>
        </w:rPr>
        <w:t xml:space="preserve"> </w:t>
      </w:r>
      <w:r w:rsidRPr="00387AD0">
        <w:rPr>
          <w:rFonts w:eastAsia="Times New Roman" w:cs="Times New Roman"/>
          <w:szCs w:val="24"/>
        </w:rPr>
        <w:t>digital</w:t>
      </w:r>
      <w:r w:rsidR="00F660D2" w:rsidRPr="00387AD0">
        <w:rPr>
          <w:rFonts w:eastAsia="Times New Roman" w:cs="Times New Roman"/>
          <w:szCs w:val="24"/>
        </w:rPr>
        <w:t xml:space="preserve"> </w:t>
      </w:r>
      <w:proofErr w:type="spellStart"/>
      <w:r w:rsidRPr="00387AD0">
        <w:rPr>
          <w:rFonts w:eastAsia="Times New Roman" w:cs="Times New Roman"/>
          <w:szCs w:val="24"/>
        </w:rPr>
        <w:t>telah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memperluas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cakupan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Pr="00387AD0">
        <w:rPr>
          <w:rFonts w:eastAsia="Times New Roman" w:cs="Times New Roman"/>
          <w:szCs w:val="24"/>
        </w:rPr>
        <w:t>—</w:t>
      </w:r>
      <w:proofErr w:type="spellStart"/>
      <w:r w:rsidRPr="00387AD0">
        <w:rPr>
          <w:rFonts w:eastAsia="Times New Roman" w:cs="Times New Roman"/>
          <w:szCs w:val="24"/>
        </w:rPr>
        <w:t>tidak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hanya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berorientasi</w:t>
      </w:r>
      <w:proofErr w:type="spellEnd"/>
      <w:r w:rsidR="00F660D2" w:rsidRPr="00387AD0">
        <w:rPr>
          <w:rFonts w:eastAsia="Times New Roman" w:cs="Times New Roman"/>
          <w:szCs w:val="24"/>
        </w:rPr>
        <w:t xml:space="preserve"> </w:t>
      </w:r>
      <w:r w:rsidRPr="00387AD0">
        <w:rPr>
          <w:rFonts w:eastAsia="Times New Roman" w:cs="Times New Roman"/>
          <w:szCs w:val="24"/>
        </w:rPr>
        <w:t>pada</w:t>
      </w:r>
      <w:r w:rsidR="00F660D2" w:rsidRPr="00387AD0">
        <w:rPr>
          <w:rFonts w:eastAsia="Times New Roman" w:cs="Times New Roman"/>
          <w:szCs w:val="24"/>
        </w:rPr>
        <w:t xml:space="preserve"> </w:t>
      </w:r>
      <w:proofErr w:type="spellStart"/>
      <w:r w:rsidRPr="00387AD0">
        <w:rPr>
          <w:rFonts w:eastAsia="Times New Roman" w:cs="Times New Roman"/>
          <w:szCs w:val="24"/>
        </w:rPr>
        <w:t>aspek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teknis</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tetapi</w:t>
      </w:r>
      <w:proofErr w:type="spellEnd"/>
      <w:r w:rsidR="00F660D2" w:rsidRPr="00387AD0">
        <w:rPr>
          <w:rFonts w:eastAsia="Times New Roman" w:cs="Times New Roman"/>
          <w:szCs w:val="24"/>
        </w:rPr>
        <w:t xml:space="preserve"> </w:t>
      </w:r>
      <w:r w:rsidRPr="00387AD0">
        <w:rPr>
          <w:rFonts w:eastAsia="Times New Roman" w:cs="Times New Roman"/>
          <w:szCs w:val="24"/>
        </w:rPr>
        <w:t>juga</w:t>
      </w:r>
      <w:r w:rsidR="00F660D2" w:rsidRPr="00387AD0">
        <w:rPr>
          <w:rFonts w:eastAsia="Times New Roman" w:cs="Times New Roman"/>
          <w:szCs w:val="24"/>
        </w:rPr>
        <w:t xml:space="preserve"> </w:t>
      </w:r>
      <w:proofErr w:type="spellStart"/>
      <w:r w:rsidRPr="00387AD0">
        <w:rPr>
          <w:rFonts w:eastAsia="Times New Roman" w:cs="Times New Roman"/>
          <w:szCs w:val="24"/>
        </w:rPr>
        <w:t>mencakup</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r w:rsidRPr="00387AD0">
        <w:rPr>
          <w:rFonts w:eastAsia="Times New Roman" w:cs="Times New Roman"/>
          <w:szCs w:val="24"/>
        </w:rPr>
        <w:t>proses</w:t>
      </w:r>
      <w:r w:rsidR="00F660D2" w:rsidRPr="00387AD0">
        <w:rPr>
          <w:rFonts w:eastAsia="Times New Roman" w:cs="Times New Roman"/>
          <w:szCs w:val="24"/>
        </w:rPr>
        <w:t xml:space="preserve"> </w:t>
      </w:r>
      <w:proofErr w:type="spellStart"/>
      <w:r w:rsidRPr="00387AD0">
        <w:rPr>
          <w:rFonts w:eastAsia="Times New Roman" w:cs="Times New Roman"/>
          <w:szCs w:val="24"/>
        </w:rPr>
        <w:t>bisnis</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keterlibatan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manusia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pengguna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akhir</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pengambil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keputusan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utama</w:t>
      </w:r>
      <w:proofErr w:type="spellEnd"/>
      <w:r w:rsidR="00F660D2" w:rsidRPr="00387AD0">
        <w:rPr>
          <w:rFonts w:eastAsia="Times New Roman" w:cs="Times New Roman"/>
          <w:szCs w:val="24"/>
        </w:rPr>
        <w:t xml:space="preserve"> </w:t>
      </w:r>
      <w:r w:rsidRPr="00387AD0">
        <w:rPr>
          <w:rFonts w:eastAsia="Times New Roman" w:cs="Times New Roman"/>
          <w:szCs w:val="24"/>
        </w:rPr>
        <w:t>(</w:t>
      </w:r>
      <w:proofErr w:type="spellStart"/>
      <w:r w:rsidRPr="00387AD0">
        <w:rPr>
          <w:rFonts w:eastAsia="Times New Roman" w:cs="Times New Roman"/>
          <w:szCs w:val="24"/>
        </w:rPr>
        <w:t>Baltzan</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2020).</w:t>
      </w:r>
    </w:p>
    <w:p w14:paraId="79A40F7C" w14:textId="77777777" w:rsidR="00D430A7" w:rsidRDefault="00D430A7" w:rsidP="00B91E2C">
      <w:pPr>
        <w:widowControl w:val="0"/>
        <w:autoSpaceDE w:val="0"/>
        <w:autoSpaceDN w:val="0"/>
        <w:spacing w:after="0" w:line="360" w:lineRule="auto"/>
        <w:ind w:right="-285" w:firstLine="720"/>
        <w:rPr>
          <w:rFonts w:eastAsia="Times New Roman" w:cs="Times New Roman"/>
          <w:szCs w:val="24"/>
        </w:rPr>
      </w:pPr>
    </w:p>
    <w:p w14:paraId="6BD497BC" w14:textId="7EBFE77D" w:rsidR="005828EC" w:rsidRDefault="005828EC" w:rsidP="00B91E2C">
      <w:pPr>
        <w:widowControl w:val="0"/>
        <w:autoSpaceDE w:val="0"/>
        <w:autoSpaceDN w:val="0"/>
        <w:spacing w:after="0" w:line="360" w:lineRule="auto"/>
        <w:ind w:right="-285" w:firstLine="720"/>
        <w:rPr>
          <w:rFonts w:eastAsia="Times New Roman" w:cs="Times New Roman"/>
          <w:szCs w:val="24"/>
        </w:rPr>
      </w:pPr>
      <w:r w:rsidRPr="00387AD0">
        <w:rPr>
          <w:rFonts w:eastAsia="Times New Roman" w:cs="Times New Roman"/>
          <w:szCs w:val="24"/>
        </w:rPr>
        <w:lastRenderedPageBreak/>
        <w:t>Dalam</w:t>
      </w:r>
      <w:r w:rsidR="00F660D2" w:rsidRPr="00387AD0">
        <w:rPr>
          <w:rFonts w:eastAsia="Times New Roman" w:cs="Times New Roman"/>
          <w:szCs w:val="24"/>
        </w:rPr>
        <w:t xml:space="preserve"> </w:t>
      </w:r>
      <w:proofErr w:type="spellStart"/>
      <w:r w:rsidRPr="00387AD0">
        <w:rPr>
          <w:rFonts w:eastAsia="Times New Roman" w:cs="Times New Roman"/>
          <w:szCs w:val="24"/>
        </w:rPr>
        <w:t>konteks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implementasi</w:t>
      </w:r>
      <w:proofErr w:type="spellEnd"/>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r w:rsidRPr="00387AD0">
        <w:rPr>
          <w:rFonts w:eastAsia="Times New Roman" w:cs="Times New Roman"/>
          <w:szCs w:val="24"/>
        </w:rPr>
        <w:t>Taman</w:t>
      </w:r>
      <w:r w:rsidR="00F660D2" w:rsidRPr="00387AD0">
        <w:rPr>
          <w:rFonts w:eastAsia="Times New Roman" w:cs="Times New Roman"/>
          <w:szCs w:val="24"/>
        </w:rPr>
        <w:t xml:space="preserve"> </w:t>
      </w:r>
      <w:r w:rsidRPr="00387AD0">
        <w:rPr>
          <w:rFonts w:eastAsia="Times New Roman" w:cs="Times New Roman"/>
          <w:szCs w:val="24"/>
        </w:rPr>
        <w:t>Baca</w:t>
      </w:r>
      <w:r w:rsidR="00F660D2" w:rsidRPr="00387AD0">
        <w:rPr>
          <w:rFonts w:eastAsia="Times New Roman" w:cs="Times New Roman"/>
          <w:szCs w:val="24"/>
        </w:rPr>
        <w:t xml:space="preserve"> </w:t>
      </w:r>
      <w:r w:rsidRPr="00387AD0">
        <w:rPr>
          <w:rFonts w:eastAsia="Times New Roman" w:cs="Times New Roman"/>
          <w:szCs w:val="24"/>
        </w:rPr>
        <w:t>Masyarakat</w:t>
      </w:r>
      <w:r w:rsidR="00F660D2" w:rsidRPr="00387AD0">
        <w:rPr>
          <w:rFonts w:eastAsia="Times New Roman" w:cs="Times New Roman"/>
          <w:szCs w:val="24"/>
        </w:rPr>
        <w:t xml:space="preserve"> </w:t>
      </w:r>
      <w:r w:rsidRPr="00387AD0">
        <w:rPr>
          <w:rFonts w:eastAsia="Times New Roman" w:cs="Times New Roman"/>
          <w:szCs w:val="24"/>
        </w:rPr>
        <w:t>Al-Azhari,</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katalog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buku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dirancang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tidak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hanya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sarana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digitalisasi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koleksi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tetapi</w:t>
      </w:r>
      <w:proofErr w:type="spellEnd"/>
      <w:r w:rsidR="00F660D2" w:rsidRPr="00387AD0">
        <w:rPr>
          <w:rFonts w:eastAsia="Times New Roman" w:cs="Times New Roman"/>
          <w:szCs w:val="24"/>
        </w:rPr>
        <w:t xml:space="preserve"> </w:t>
      </w:r>
      <w:r w:rsidRPr="00387AD0">
        <w:rPr>
          <w:rFonts w:eastAsia="Times New Roman" w:cs="Times New Roman"/>
          <w:szCs w:val="24"/>
        </w:rPr>
        <w:t>juga</w:t>
      </w:r>
      <w:r w:rsidR="00F660D2" w:rsidRPr="00387AD0">
        <w:rPr>
          <w:rFonts w:eastAsia="Times New Roman" w:cs="Times New Roman"/>
          <w:szCs w:val="24"/>
        </w:rPr>
        <w:t xml:space="preserve"> </w:t>
      </w:r>
      <w:proofErr w:type="spellStart"/>
      <w:r w:rsidRPr="00387AD0">
        <w:rPr>
          <w:rFonts w:eastAsia="Times New Roman" w:cs="Times New Roman"/>
          <w:szCs w:val="24"/>
        </w:rPr>
        <w:t>sebagai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pondasi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dari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ekosistem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menyatu</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dinamis</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mengelola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koleksi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menyeluruh</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termasuk</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proofErr w:type="spellStart"/>
      <w:r w:rsidRPr="00387AD0">
        <w:rPr>
          <w:rFonts w:eastAsia="Times New Roman" w:cs="Times New Roman"/>
          <w:szCs w:val="24"/>
        </w:rPr>
        <w:t>deskriptif</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buku</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status</w:t>
      </w:r>
      <w:r w:rsidR="00F660D2" w:rsidRPr="00387AD0">
        <w:rPr>
          <w:rFonts w:eastAsia="Times New Roman" w:cs="Times New Roman"/>
          <w:szCs w:val="24"/>
        </w:rPr>
        <w:t xml:space="preserve"> </w:t>
      </w:r>
      <w:proofErr w:type="spellStart"/>
      <w:r w:rsidRPr="00387AD0">
        <w:rPr>
          <w:rFonts w:eastAsia="Times New Roman" w:cs="Times New Roman"/>
          <w:szCs w:val="24"/>
        </w:rPr>
        <w:t>ketersediaan</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jejak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peminjaman</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Selain</w:t>
      </w:r>
      <w:r w:rsidR="00F660D2" w:rsidRPr="00387AD0">
        <w:rPr>
          <w:rFonts w:eastAsia="Times New Roman" w:cs="Times New Roman"/>
          <w:szCs w:val="24"/>
        </w:rPr>
        <w:t xml:space="preserve"> </w:t>
      </w:r>
      <w:proofErr w:type="spellStart"/>
      <w:r w:rsidRPr="00387AD0">
        <w:rPr>
          <w:rFonts w:eastAsia="Times New Roman" w:cs="Times New Roman"/>
          <w:szCs w:val="24"/>
        </w:rPr>
        <w:t>itu</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ini</w:t>
      </w:r>
      <w:proofErr w:type="spellEnd"/>
      <w:r w:rsidR="00F660D2" w:rsidRPr="00387AD0">
        <w:rPr>
          <w:rFonts w:eastAsia="Times New Roman" w:cs="Times New Roman"/>
          <w:szCs w:val="24"/>
        </w:rPr>
        <w:t xml:space="preserve"> </w:t>
      </w:r>
      <w:r w:rsidRPr="00387AD0">
        <w:rPr>
          <w:rFonts w:eastAsia="Times New Roman" w:cs="Times New Roman"/>
          <w:szCs w:val="24"/>
        </w:rPr>
        <w:t>juga</w:t>
      </w:r>
      <w:r w:rsidR="00F660D2" w:rsidRPr="00387AD0">
        <w:rPr>
          <w:rFonts w:eastAsia="Times New Roman" w:cs="Times New Roman"/>
          <w:szCs w:val="24"/>
        </w:rPr>
        <w:t xml:space="preserve"> </w:t>
      </w:r>
      <w:proofErr w:type="spellStart"/>
      <w:r w:rsidRPr="00387AD0">
        <w:rPr>
          <w:rFonts w:eastAsia="Times New Roman" w:cs="Times New Roman"/>
          <w:szCs w:val="24"/>
        </w:rPr>
        <w:t>mendukung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pengelolaan</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proofErr w:type="spellStart"/>
      <w:r w:rsidRPr="00387AD0">
        <w:rPr>
          <w:rFonts w:eastAsia="Times New Roman" w:cs="Times New Roman"/>
          <w:szCs w:val="24"/>
        </w:rPr>
        <w:t>anggota</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riwayat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transaksi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peminjaman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serta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otomatisasi</w:t>
      </w:r>
      <w:proofErr w:type="spellEnd"/>
      <w:r w:rsidR="00F660D2" w:rsidRPr="00387AD0">
        <w:rPr>
          <w:rFonts w:eastAsia="Times New Roman" w:cs="Times New Roman"/>
          <w:szCs w:val="24"/>
        </w:rPr>
        <w:t xml:space="preserve"> </w:t>
      </w:r>
      <w:r w:rsidRPr="00387AD0">
        <w:rPr>
          <w:rFonts w:eastAsia="Times New Roman" w:cs="Times New Roman"/>
          <w:szCs w:val="24"/>
        </w:rPr>
        <w:t>proses</w:t>
      </w:r>
      <w:r w:rsidR="00F660D2" w:rsidRPr="00387AD0">
        <w:rPr>
          <w:rFonts w:eastAsia="Times New Roman" w:cs="Times New Roman"/>
          <w:szCs w:val="24"/>
        </w:rPr>
        <w:t xml:space="preserve"> </w:t>
      </w:r>
      <w:proofErr w:type="spellStart"/>
      <w:r w:rsidRPr="00387AD0">
        <w:rPr>
          <w:rFonts w:eastAsia="Times New Roman" w:cs="Times New Roman"/>
          <w:szCs w:val="24"/>
        </w:rPr>
        <w:t>sirkulasi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Melalui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optimalisasi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pengelola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taman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baca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dapat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mengawasi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inventaris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akurat</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mempercepat</w:t>
      </w:r>
      <w:proofErr w:type="spellEnd"/>
      <w:r w:rsidR="00F660D2" w:rsidRPr="00387AD0">
        <w:rPr>
          <w:rFonts w:eastAsia="Times New Roman" w:cs="Times New Roman"/>
          <w:szCs w:val="24"/>
        </w:rPr>
        <w:t xml:space="preserve"> </w:t>
      </w:r>
      <w:r w:rsidRPr="00387AD0">
        <w:rPr>
          <w:rFonts w:eastAsia="Times New Roman" w:cs="Times New Roman"/>
          <w:szCs w:val="24"/>
        </w:rPr>
        <w:t>proses</w:t>
      </w:r>
      <w:r w:rsidR="00F660D2" w:rsidRPr="00387AD0">
        <w:rPr>
          <w:rFonts w:eastAsia="Times New Roman" w:cs="Times New Roman"/>
          <w:szCs w:val="24"/>
        </w:rPr>
        <w:t xml:space="preserve"> </w:t>
      </w:r>
      <w:proofErr w:type="spellStart"/>
      <w:r w:rsidRPr="00387AD0">
        <w:rPr>
          <w:rFonts w:eastAsia="Times New Roman" w:cs="Times New Roman"/>
          <w:szCs w:val="24"/>
        </w:rPr>
        <w:t>administrasi</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menghasilkan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laporan</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diperlukan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untuk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penilaian</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pengembangan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koleksi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Dengan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rancangan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antarmuka</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intuitif</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sistematis</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mendukung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penyimpanan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terstruktur</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pemrosesan</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efisien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serta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penyajian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mudah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dipahami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sehingga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keseluruhan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mampu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meningkatkan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kualitas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layanan</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efektivitas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operasional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mendukung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literasi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masyarakat</w:t>
      </w:r>
      <w:proofErr w:type="spellEnd"/>
      <w:r w:rsidR="00F660D2" w:rsidRPr="00387AD0">
        <w:rPr>
          <w:rFonts w:eastAsia="Times New Roman" w:cs="Times New Roman"/>
          <w:szCs w:val="24"/>
        </w:rPr>
        <w:t xml:space="preserve"> </w:t>
      </w:r>
      <w:r w:rsidRPr="00387AD0">
        <w:rPr>
          <w:rFonts w:eastAsia="Times New Roman" w:cs="Times New Roman"/>
          <w:szCs w:val="24"/>
        </w:rPr>
        <w:t>(Bidgoli,</w:t>
      </w:r>
      <w:r w:rsidR="00F660D2" w:rsidRPr="00387AD0">
        <w:rPr>
          <w:rFonts w:eastAsia="Times New Roman" w:cs="Times New Roman"/>
          <w:szCs w:val="24"/>
        </w:rPr>
        <w:t xml:space="preserve"> </w:t>
      </w:r>
      <w:r w:rsidRPr="00387AD0">
        <w:rPr>
          <w:rFonts w:eastAsia="Times New Roman" w:cs="Times New Roman"/>
          <w:szCs w:val="24"/>
        </w:rPr>
        <w:t>2021).</w:t>
      </w:r>
    </w:p>
    <w:p w14:paraId="298692FC" w14:textId="77777777" w:rsidR="0003347B" w:rsidRDefault="0003347B" w:rsidP="00B91E2C">
      <w:pPr>
        <w:widowControl w:val="0"/>
        <w:autoSpaceDE w:val="0"/>
        <w:autoSpaceDN w:val="0"/>
        <w:spacing w:after="0" w:line="360" w:lineRule="auto"/>
        <w:ind w:right="-285" w:firstLine="720"/>
        <w:rPr>
          <w:rFonts w:eastAsia="Times New Roman" w:cs="Times New Roman"/>
          <w:szCs w:val="24"/>
        </w:rPr>
      </w:pPr>
    </w:p>
    <w:p w14:paraId="3B8F083A" w14:textId="18088EB1" w:rsidR="00B842C8" w:rsidRPr="00387AD0" w:rsidRDefault="00B842C8" w:rsidP="00D430A7">
      <w:pPr>
        <w:pStyle w:val="Heading2"/>
        <w:numPr>
          <w:ilvl w:val="0"/>
          <w:numId w:val="25"/>
        </w:numPr>
        <w:spacing w:before="0" w:after="240" w:line="360" w:lineRule="auto"/>
        <w:ind w:left="0" w:firstLine="0"/>
        <w:rPr>
          <w:rFonts w:cs="Times New Roman"/>
          <w:szCs w:val="24"/>
          <w:lang w:val="id"/>
        </w:rPr>
      </w:pPr>
      <w:bookmarkStart w:id="59" w:name="_Toc204310518"/>
      <w:bookmarkStart w:id="60" w:name="_Toc205248721"/>
      <w:bookmarkStart w:id="61" w:name="_Toc205261370"/>
      <w:r w:rsidRPr="00387AD0">
        <w:rPr>
          <w:rFonts w:cs="Times New Roman"/>
          <w:szCs w:val="24"/>
          <w:lang w:val="id"/>
        </w:rPr>
        <w:t>Sistem</w:t>
      </w:r>
      <w:r w:rsidR="00F660D2" w:rsidRPr="00387AD0">
        <w:rPr>
          <w:rFonts w:cs="Times New Roman"/>
          <w:szCs w:val="24"/>
          <w:lang w:val="id"/>
        </w:rPr>
        <w:t xml:space="preserve"> </w:t>
      </w:r>
      <w:r w:rsidRPr="00387AD0">
        <w:rPr>
          <w:rFonts w:cs="Times New Roman"/>
          <w:szCs w:val="24"/>
          <w:lang w:val="id"/>
        </w:rPr>
        <w:t>Informasi</w:t>
      </w:r>
      <w:r w:rsidR="00F660D2" w:rsidRPr="00387AD0">
        <w:rPr>
          <w:rFonts w:cs="Times New Roman"/>
          <w:szCs w:val="24"/>
          <w:lang w:val="id"/>
        </w:rPr>
        <w:t xml:space="preserve"> </w:t>
      </w:r>
      <w:r w:rsidRPr="00387AD0">
        <w:rPr>
          <w:rFonts w:cs="Times New Roman"/>
          <w:szCs w:val="24"/>
          <w:lang w:val="id"/>
        </w:rPr>
        <w:t>Berbasis</w:t>
      </w:r>
      <w:r w:rsidR="00F660D2" w:rsidRPr="00387AD0">
        <w:rPr>
          <w:rFonts w:cs="Times New Roman"/>
          <w:szCs w:val="24"/>
          <w:lang w:val="id"/>
        </w:rPr>
        <w:t xml:space="preserve"> </w:t>
      </w:r>
      <w:r w:rsidRPr="00D430A7">
        <w:rPr>
          <w:rFonts w:cs="Times New Roman"/>
          <w:i/>
          <w:iCs/>
          <w:szCs w:val="24"/>
          <w:lang w:val="id"/>
        </w:rPr>
        <w:t>Web</w:t>
      </w:r>
      <w:bookmarkEnd w:id="59"/>
      <w:bookmarkEnd w:id="60"/>
      <w:bookmarkEnd w:id="61"/>
    </w:p>
    <w:p w14:paraId="75898AC9" w14:textId="1D7A7707" w:rsidR="00B842C8" w:rsidRDefault="00923DDF" w:rsidP="00B91E2C">
      <w:pPr>
        <w:widowControl w:val="0"/>
        <w:autoSpaceDE w:val="0"/>
        <w:autoSpaceDN w:val="0"/>
        <w:spacing w:after="0" w:line="360" w:lineRule="auto"/>
        <w:ind w:right="-285" w:firstLine="720"/>
        <w:rPr>
          <w:rFonts w:eastAsia="Times New Roman" w:cs="Times New Roman"/>
          <w:szCs w:val="24"/>
        </w:rPr>
      </w:pP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berbasis</w:t>
      </w:r>
      <w:proofErr w:type="spellEnd"/>
      <w:r w:rsidR="00F660D2" w:rsidRPr="00387AD0">
        <w:rPr>
          <w:rFonts w:eastAsia="Times New Roman" w:cs="Times New Roman"/>
          <w:szCs w:val="24"/>
        </w:rPr>
        <w:t xml:space="preserve"> </w:t>
      </w:r>
      <w:r w:rsidRPr="00387AD0">
        <w:rPr>
          <w:rFonts w:eastAsia="Times New Roman" w:cs="Times New Roman"/>
          <w:szCs w:val="24"/>
        </w:rPr>
        <w:t>web</w:t>
      </w:r>
      <w:r w:rsidR="00F660D2" w:rsidRPr="00387AD0">
        <w:rPr>
          <w:rFonts w:eastAsia="Times New Roman" w:cs="Times New Roman"/>
          <w:szCs w:val="24"/>
        </w:rPr>
        <w:t xml:space="preserve"> </w:t>
      </w:r>
      <w:proofErr w:type="spellStart"/>
      <w:r w:rsidRPr="00387AD0">
        <w:rPr>
          <w:rFonts w:eastAsia="Times New Roman" w:cs="Times New Roman"/>
          <w:szCs w:val="24"/>
        </w:rPr>
        <w:t>adalah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dirancang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dengan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memanfaatkan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infrastruktur</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jaringan</w:t>
      </w:r>
      <w:proofErr w:type="spellEnd"/>
      <w:r w:rsidR="00F660D2" w:rsidRPr="00387AD0">
        <w:rPr>
          <w:rFonts w:eastAsia="Times New Roman" w:cs="Times New Roman"/>
          <w:szCs w:val="24"/>
        </w:rPr>
        <w:t xml:space="preserve"> </w:t>
      </w:r>
      <w:r w:rsidRPr="00387AD0">
        <w:rPr>
          <w:rFonts w:eastAsia="Times New Roman" w:cs="Times New Roman"/>
          <w:szCs w:val="24"/>
        </w:rPr>
        <w:t>internet,</w:t>
      </w:r>
      <w:r w:rsidR="00F660D2" w:rsidRPr="00387AD0">
        <w:rPr>
          <w:rFonts w:eastAsia="Times New Roman" w:cs="Times New Roman"/>
          <w:szCs w:val="24"/>
        </w:rPr>
        <w:t xml:space="preserve"> </w:t>
      </w:r>
      <w:proofErr w:type="spellStart"/>
      <w:r w:rsidRPr="00387AD0">
        <w:rPr>
          <w:rFonts w:eastAsia="Times New Roman" w:cs="Times New Roman"/>
          <w:szCs w:val="24"/>
        </w:rPr>
        <w:t>sehingga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memungkinkan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pengguna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mengaksesnya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melalui</w:t>
      </w:r>
      <w:proofErr w:type="spellEnd"/>
      <w:r w:rsidR="00F660D2" w:rsidRPr="00387AD0">
        <w:rPr>
          <w:rFonts w:eastAsia="Times New Roman" w:cs="Times New Roman"/>
          <w:szCs w:val="24"/>
        </w:rPr>
        <w:t xml:space="preserve"> </w:t>
      </w:r>
      <w:r w:rsidRPr="00387AD0">
        <w:rPr>
          <w:rFonts w:eastAsia="Times New Roman" w:cs="Times New Roman"/>
          <w:szCs w:val="24"/>
        </w:rPr>
        <w:t>browser</w:t>
      </w:r>
      <w:r w:rsidR="00F660D2" w:rsidRPr="00387AD0">
        <w:rPr>
          <w:rFonts w:eastAsia="Times New Roman" w:cs="Times New Roman"/>
          <w:szCs w:val="24"/>
        </w:rPr>
        <w:t xml:space="preserve"> </w:t>
      </w:r>
      <w:proofErr w:type="spellStart"/>
      <w:r w:rsidRPr="00387AD0">
        <w:rPr>
          <w:rFonts w:eastAsia="Times New Roman" w:cs="Times New Roman"/>
          <w:szCs w:val="24"/>
        </w:rPr>
        <w:t>tanpa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perlu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menginstal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aplikasi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tambahan</w:t>
      </w:r>
      <w:proofErr w:type="spellEnd"/>
      <w:r w:rsidR="00F660D2" w:rsidRPr="00387AD0">
        <w:rPr>
          <w:rFonts w:eastAsia="Times New Roman" w:cs="Times New Roman"/>
          <w:szCs w:val="24"/>
        </w:rPr>
        <w:t xml:space="preserve"> </w:t>
      </w:r>
      <w:r w:rsidRPr="00387AD0">
        <w:rPr>
          <w:rFonts w:eastAsia="Times New Roman" w:cs="Times New Roman"/>
          <w:szCs w:val="24"/>
        </w:rPr>
        <w:t>pada</w:t>
      </w:r>
      <w:r w:rsidR="00F660D2" w:rsidRPr="00387AD0">
        <w:rPr>
          <w:rFonts w:eastAsia="Times New Roman" w:cs="Times New Roman"/>
          <w:szCs w:val="24"/>
        </w:rPr>
        <w:t xml:space="preserve"> </w:t>
      </w:r>
      <w:proofErr w:type="spellStart"/>
      <w:r w:rsidRPr="00387AD0">
        <w:rPr>
          <w:rFonts w:eastAsia="Times New Roman" w:cs="Times New Roman"/>
          <w:szCs w:val="24"/>
        </w:rPr>
        <w:t>perangkat</w:t>
      </w:r>
      <w:proofErr w:type="spellEnd"/>
      <w:r w:rsidR="00F660D2" w:rsidRPr="00387AD0">
        <w:rPr>
          <w:rFonts w:eastAsia="Times New Roman" w:cs="Times New Roman"/>
          <w:szCs w:val="24"/>
        </w:rPr>
        <w:t xml:space="preserve"> </w:t>
      </w:r>
      <w:r w:rsidRPr="00387AD0">
        <w:rPr>
          <w:rFonts w:eastAsia="Times New Roman" w:cs="Times New Roman"/>
          <w:szCs w:val="24"/>
        </w:rPr>
        <w:t>masing-masing</w:t>
      </w:r>
      <w:r w:rsidR="00F660D2" w:rsidRPr="00387AD0">
        <w:rPr>
          <w:rFonts w:eastAsia="Times New Roman" w:cs="Times New Roman"/>
          <w:szCs w:val="24"/>
        </w:rPr>
        <w:t xml:space="preserve"> </w:t>
      </w:r>
      <w:r w:rsidRPr="00387AD0">
        <w:rPr>
          <w:rFonts w:eastAsia="Times New Roman" w:cs="Times New Roman"/>
          <w:szCs w:val="24"/>
        </w:rPr>
        <w:t>(</w:t>
      </w:r>
      <w:proofErr w:type="spellStart"/>
      <w:r w:rsidRPr="00387AD0">
        <w:rPr>
          <w:rFonts w:eastAsia="Times New Roman" w:cs="Times New Roman"/>
          <w:szCs w:val="24"/>
        </w:rPr>
        <w:t>Kristanto</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2010).</w:t>
      </w:r>
      <w:r w:rsidR="00F660D2" w:rsidRPr="00387AD0">
        <w:rPr>
          <w:rFonts w:eastAsia="Times New Roman" w:cs="Times New Roman"/>
          <w:szCs w:val="24"/>
        </w:rPr>
        <w:t xml:space="preserve"> </w:t>
      </w:r>
      <w:proofErr w:type="spellStart"/>
      <w:r w:rsidRPr="00387AD0">
        <w:rPr>
          <w:rFonts w:eastAsia="Times New Roman" w:cs="Times New Roman"/>
          <w:szCs w:val="24"/>
        </w:rPr>
        <w:t>Keunggulan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utama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dari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pendekatan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terletak</w:t>
      </w:r>
      <w:proofErr w:type="spellEnd"/>
      <w:r w:rsidR="00F660D2" w:rsidRPr="00387AD0">
        <w:rPr>
          <w:rFonts w:eastAsia="Times New Roman" w:cs="Times New Roman"/>
          <w:szCs w:val="24"/>
        </w:rPr>
        <w:t xml:space="preserve"> </w:t>
      </w:r>
      <w:r w:rsidRPr="00387AD0">
        <w:rPr>
          <w:rFonts w:eastAsia="Times New Roman" w:cs="Times New Roman"/>
          <w:szCs w:val="24"/>
        </w:rPr>
        <w:t>pada</w:t>
      </w:r>
      <w:r w:rsidR="00F660D2" w:rsidRPr="00387AD0">
        <w:rPr>
          <w:rFonts w:eastAsia="Times New Roman" w:cs="Times New Roman"/>
          <w:szCs w:val="24"/>
        </w:rPr>
        <w:t xml:space="preserve"> </w:t>
      </w:r>
      <w:proofErr w:type="spellStart"/>
      <w:r w:rsidRPr="00387AD0">
        <w:rPr>
          <w:rFonts w:eastAsia="Times New Roman" w:cs="Times New Roman"/>
          <w:szCs w:val="24"/>
        </w:rPr>
        <w:t>kemudahan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akses</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kompatibilitas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antarplatform</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serta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fleksibilitas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untuk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berkembang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sesuai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kebutuhan</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seperti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ini</w:t>
      </w:r>
      <w:proofErr w:type="spellEnd"/>
      <w:r w:rsidR="00F660D2" w:rsidRPr="00387AD0">
        <w:rPr>
          <w:rFonts w:eastAsia="Times New Roman" w:cs="Times New Roman"/>
          <w:szCs w:val="24"/>
        </w:rPr>
        <w:t xml:space="preserve"> </w:t>
      </w:r>
      <w:r w:rsidRPr="00387AD0">
        <w:rPr>
          <w:rFonts w:eastAsia="Times New Roman" w:cs="Times New Roman"/>
          <w:szCs w:val="24"/>
        </w:rPr>
        <w:t>sangat</w:t>
      </w:r>
      <w:r w:rsidR="00F660D2" w:rsidRPr="00387AD0">
        <w:rPr>
          <w:rFonts w:eastAsia="Times New Roman" w:cs="Times New Roman"/>
          <w:szCs w:val="24"/>
        </w:rPr>
        <w:t xml:space="preserve"> </w:t>
      </w:r>
      <w:proofErr w:type="spellStart"/>
      <w:r w:rsidRPr="00387AD0">
        <w:rPr>
          <w:rFonts w:eastAsia="Times New Roman" w:cs="Times New Roman"/>
          <w:szCs w:val="24"/>
        </w:rPr>
        <w:t>cocok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digunakan</w:t>
      </w:r>
      <w:proofErr w:type="spellEnd"/>
      <w:r w:rsidR="00F660D2" w:rsidRPr="00387AD0">
        <w:rPr>
          <w:rFonts w:eastAsia="Times New Roman" w:cs="Times New Roman"/>
          <w:szCs w:val="24"/>
        </w:rPr>
        <w:t xml:space="preserve"> </w:t>
      </w:r>
      <w:r w:rsidRPr="00387AD0">
        <w:rPr>
          <w:rFonts w:eastAsia="Times New Roman" w:cs="Times New Roman"/>
          <w:szCs w:val="24"/>
        </w:rPr>
        <w:t>oleh</w:t>
      </w:r>
      <w:r w:rsidR="00F660D2" w:rsidRPr="00387AD0">
        <w:rPr>
          <w:rFonts w:eastAsia="Times New Roman" w:cs="Times New Roman"/>
          <w:szCs w:val="24"/>
        </w:rPr>
        <w:t xml:space="preserve"> </w:t>
      </w:r>
      <w:proofErr w:type="spellStart"/>
      <w:r w:rsidRPr="00387AD0">
        <w:rPr>
          <w:rFonts w:eastAsia="Times New Roman" w:cs="Times New Roman"/>
          <w:szCs w:val="24"/>
        </w:rPr>
        <w:t>organisasi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berbagai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skala</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baik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kecil</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maupun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besar</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membutuhkan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penyebaran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cepat</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luas</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Dalam</w:t>
      </w:r>
      <w:r w:rsidR="00F660D2" w:rsidRPr="00387AD0">
        <w:rPr>
          <w:rFonts w:eastAsia="Times New Roman" w:cs="Times New Roman"/>
          <w:szCs w:val="24"/>
        </w:rPr>
        <w:t xml:space="preserve"> </w:t>
      </w:r>
      <w:proofErr w:type="spellStart"/>
      <w:r w:rsidRPr="00387AD0">
        <w:rPr>
          <w:rFonts w:eastAsia="Times New Roman" w:cs="Times New Roman"/>
          <w:szCs w:val="24"/>
        </w:rPr>
        <w:t>penerapannya</w:t>
      </w:r>
      <w:proofErr w:type="spellEnd"/>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r w:rsidRPr="00387AD0">
        <w:rPr>
          <w:rFonts w:eastAsia="Times New Roman" w:cs="Times New Roman"/>
          <w:szCs w:val="24"/>
        </w:rPr>
        <w:t>Taman</w:t>
      </w:r>
      <w:r w:rsidR="00F660D2" w:rsidRPr="00387AD0">
        <w:rPr>
          <w:rFonts w:eastAsia="Times New Roman" w:cs="Times New Roman"/>
          <w:szCs w:val="24"/>
        </w:rPr>
        <w:t xml:space="preserve"> </w:t>
      </w:r>
      <w:r w:rsidRPr="00387AD0">
        <w:rPr>
          <w:rFonts w:eastAsia="Times New Roman" w:cs="Times New Roman"/>
          <w:szCs w:val="24"/>
        </w:rPr>
        <w:t>Baca</w:t>
      </w:r>
      <w:r w:rsidR="00F660D2" w:rsidRPr="00387AD0">
        <w:rPr>
          <w:rFonts w:eastAsia="Times New Roman" w:cs="Times New Roman"/>
          <w:szCs w:val="24"/>
        </w:rPr>
        <w:t xml:space="preserve"> </w:t>
      </w:r>
      <w:r w:rsidRPr="00387AD0">
        <w:rPr>
          <w:rFonts w:eastAsia="Times New Roman" w:cs="Times New Roman"/>
          <w:szCs w:val="24"/>
        </w:rPr>
        <w:t>Al-Azhari,</w:t>
      </w:r>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berbasis</w:t>
      </w:r>
      <w:proofErr w:type="spellEnd"/>
      <w:r w:rsidR="00F660D2" w:rsidRPr="00387AD0">
        <w:rPr>
          <w:rFonts w:eastAsia="Times New Roman" w:cs="Times New Roman"/>
          <w:szCs w:val="24"/>
        </w:rPr>
        <w:t xml:space="preserve"> </w:t>
      </w:r>
      <w:r w:rsidRPr="00387AD0">
        <w:rPr>
          <w:rFonts w:eastAsia="Times New Roman" w:cs="Times New Roman"/>
          <w:szCs w:val="24"/>
        </w:rPr>
        <w:t>web</w:t>
      </w:r>
      <w:r w:rsidR="00F660D2" w:rsidRPr="00387AD0">
        <w:rPr>
          <w:rFonts w:eastAsia="Times New Roman" w:cs="Times New Roman"/>
          <w:szCs w:val="24"/>
        </w:rPr>
        <w:t xml:space="preserve"> </w:t>
      </w:r>
      <w:proofErr w:type="spellStart"/>
      <w:r w:rsidRPr="00387AD0">
        <w:rPr>
          <w:rFonts w:eastAsia="Times New Roman" w:cs="Times New Roman"/>
          <w:szCs w:val="24"/>
        </w:rPr>
        <w:t>memungkinkan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pengelola</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r w:rsidR="00487BE5" w:rsidRPr="00387AD0">
        <w:rPr>
          <w:rFonts w:eastAsia="Times New Roman" w:cs="Times New Roman"/>
          <w:szCs w:val="24"/>
        </w:rPr>
        <w:t>Masyarakat</w:t>
      </w:r>
      <w:r w:rsidR="00F660D2" w:rsidRPr="00387AD0">
        <w:rPr>
          <w:rFonts w:eastAsia="Times New Roman" w:cs="Times New Roman"/>
          <w:szCs w:val="24"/>
        </w:rPr>
        <w:t xml:space="preserve"> </w:t>
      </w:r>
      <w:proofErr w:type="spellStart"/>
      <w:r w:rsidRPr="00387AD0">
        <w:rPr>
          <w:rFonts w:eastAsia="Times New Roman" w:cs="Times New Roman"/>
          <w:szCs w:val="24"/>
        </w:rPr>
        <w:t>untuk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mengakses</w:t>
      </w:r>
      <w:proofErr w:type="spellEnd"/>
      <w:r w:rsidR="00F660D2" w:rsidRPr="00387AD0">
        <w:rPr>
          <w:rFonts w:eastAsia="Times New Roman" w:cs="Times New Roman"/>
          <w:szCs w:val="24"/>
        </w:rPr>
        <w:t xml:space="preserve"> </w:t>
      </w:r>
      <w:r w:rsidRPr="00387AD0">
        <w:rPr>
          <w:rFonts w:eastAsia="Times New Roman" w:cs="Times New Roman"/>
          <w:szCs w:val="24"/>
        </w:rPr>
        <w:t>data</w:t>
      </w:r>
      <w:r w:rsidR="00F660D2" w:rsidRPr="00387AD0">
        <w:rPr>
          <w:rFonts w:eastAsia="Times New Roman" w:cs="Times New Roman"/>
          <w:szCs w:val="24"/>
        </w:rPr>
        <w:t xml:space="preserve"> </w:t>
      </w:r>
      <w:proofErr w:type="spellStart"/>
      <w:r w:rsidRPr="00387AD0">
        <w:rPr>
          <w:rFonts w:eastAsia="Times New Roman" w:cs="Times New Roman"/>
          <w:szCs w:val="24"/>
        </w:rPr>
        <w:t>koleksi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buku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fleksibel</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baik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dari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lokasi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manapun</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r w:rsidRPr="00387AD0">
        <w:rPr>
          <w:rFonts w:eastAsia="Times New Roman" w:cs="Times New Roman"/>
          <w:szCs w:val="24"/>
        </w:rPr>
        <w:t>pada</w:t>
      </w:r>
      <w:r w:rsidR="00F660D2" w:rsidRPr="00387AD0">
        <w:rPr>
          <w:rFonts w:eastAsia="Times New Roman" w:cs="Times New Roman"/>
          <w:szCs w:val="24"/>
        </w:rPr>
        <w:t xml:space="preserve"> </w:t>
      </w:r>
      <w:proofErr w:type="spellStart"/>
      <w:r w:rsidRPr="00387AD0">
        <w:rPr>
          <w:rFonts w:eastAsia="Times New Roman" w:cs="Times New Roman"/>
          <w:szCs w:val="24"/>
        </w:rPr>
        <w:t>waktu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kapanpun</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diinginkan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tanpa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keharusan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hadir</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fisik</w:t>
      </w:r>
      <w:proofErr w:type="spellEnd"/>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proofErr w:type="spellStart"/>
      <w:r w:rsidRPr="00387AD0">
        <w:rPr>
          <w:rFonts w:eastAsia="Times New Roman" w:cs="Times New Roman"/>
          <w:szCs w:val="24"/>
        </w:rPr>
        <w:t>tempat</w:t>
      </w:r>
      <w:proofErr w:type="spellEnd"/>
      <w:r w:rsidRPr="00387AD0">
        <w:rPr>
          <w:rFonts w:eastAsia="Times New Roman" w:cs="Times New Roman"/>
          <w:szCs w:val="24"/>
        </w:rPr>
        <w:t>.</w:t>
      </w:r>
    </w:p>
    <w:p w14:paraId="272C6FD6" w14:textId="77777777" w:rsidR="003D7B25" w:rsidRDefault="003D7B25" w:rsidP="003D7B25">
      <w:pPr>
        <w:widowControl w:val="0"/>
        <w:autoSpaceDE w:val="0"/>
        <w:autoSpaceDN w:val="0"/>
        <w:spacing w:after="0" w:line="360" w:lineRule="auto"/>
        <w:ind w:right="-285" w:firstLine="720"/>
        <w:rPr>
          <w:rFonts w:eastAsia="Times New Roman" w:cs="Times New Roman"/>
          <w:szCs w:val="24"/>
        </w:rPr>
      </w:pPr>
    </w:p>
    <w:p w14:paraId="703D9517" w14:textId="77777777" w:rsidR="00D430A7" w:rsidRDefault="003D7B25" w:rsidP="003D7B25">
      <w:pPr>
        <w:widowControl w:val="0"/>
        <w:autoSpaceDE w:val="0"/>
        <w:autoSpaceDN w:val="0"/>
        <w:spacing w:after="0" w:line="360" w:lineRule="auto"/>
        <w:ind w:right="-285" w:firstLine="720"/>
        <w:rPr>
          <w:rFonts w:eastAsia="Times New Roman" w:cs="Times New Roman"/>
          <w:szCs w:val="24"/>
        </w:rPr>
      </w:pPr>
      <w:r w:rsidRPr="003D7B25">
        <w:rPr>
          <w:rFonts w:eastAsia="Times New Roman" w:cs="Times New Roman"/>
          <w:szCs w:val="24"/>
        </w:rPr>
        <w:t xml:space="preserve">Hasil </w:t>
      </w:r>
      <w:proofErr w:type="spellStart"/>
      <w:r w:rsidRPr="003D7B25">
        <w:rPr>
          <w:rFonts w:eastAsia="Times New Roman" w:cs="Times New Roman"/>
          <w:szCs w:val="24"/>
        </w:rPr>
        <w:t>penelitian</w:t>
      </w:r>
      <w:proofErr w:type="spellEnd"/>
      <w:r w:rsidRPr="003D7B25">
        <w:rPr>
          <w:rFonts w:eastAsia="Times New Roman" w:cs="Times New Roman"/>
          <w:szCs w:val="24"/>
        </w:rPr>
        <w:t xml:space="preserve"> </w:t>
      </w:r>
      <w:proofErr w:type="spellStart"/>
      <w:r w:rsidRPr="003D7B25">
        <w:rPr>
          <w:rFonts w:eastAsia="Times New Roman" w:cs="Times New Roman"/>
          <w:szCs w:val="24"/>
        </w:rPr>
        <w:t>dalam</w:t>
      </w:r>
      <w:proofErr w:type="spellEnd"/>
      <w:r w:rsidRPr="003D7B25">
        <w:rPr>
          <w:rFonts w:eastAsia="Times New Roman" w:cs="Times New Roman"/>
          <w:szCs w:val="24"/>
        </w:rPr>
        <w:t xml:space="preserve"> </w:t>
      </w:r>
      <w:proofErr w:type="spellStart"/>
      <w:r w:rsidRPr="003D7B25">
        <w:rPr>
          <w:rFonts w:eastAsia="Times New Roman" w:cs="Times New Roman"/>
          <w:szCs w:val="24"/>
        </w:rPr>
        <w:t>beberapa</w:t>
      </w:r>
      <w:proofErr w:type="spellEnd"/>
      <w:r w:rsidRPr="003D7B25">
        <w:rPr>
          <w:rFonts w:eastAsia="Times New Roman" w:cs="Times New Roman"/>
          <w:szCs w:val="24"/>
        </w:rPr>
        <w:t xml:space="preserve"> </w:t>
      </w:r>
      <w:proofErr w:type="spellStart"/>
      <w:r w:rsidRPr="003D7B25">
        <w:rPr>
          <w:rFonts w:eastAsia="Times New Roman" w:cs="Times New Roman"/>
          <w:szCs w:val="24"/>
        </w:rPr>
        <w:t>tahun</w:t>
      </w:r>
      <w:proofErr w:type="spellEnd"/>
      <w:r w:rsidRPr="003D7B25">
        <w:rPr>
          <w:rFonts w:eastAsia="Times New Roman" w:cs="Times New Roman"/>
          <w:szCs w:val="24"/>
        </w:rPr>
        <w:t xml:space="preserve"> </w:t>
      </w:r>
      <w:proofErr w:type="spellStart"/>
      <w:r w:rsidRPr="003D7B25">
        <w:rPr>
          <w:rFonts w:eastAsia="Times New Roman" w:cs="Times New Roman"/>
          <w:szCs w:val="24"/>
        </w:rPr>
        <w:t>terakhir</w:t>
      </w:r>
      <w:proofErr w:type="spellEnd"/>
      <w:r w:rsidRPr="003D7B25">
        <w:rPr>
          <w:rFonts w:eastAsia="Times New Roman" w:cs="Times New Roman"/>
          <w:szCs w:val="24"/>
        </w:rPr>
        <w:t xml:space="preserve"> </w:t>
      </w:r>
      <w:proofErr w:type="spellStart"/>
      <w:r w:rsidRPr="003D7B25">
        <w:rPr>
          <w:rFonts w:eastAsia="Times New Roman" w:cs="Times New Roman"/>
          <w:szCs w:val="24"/>
        </w:rPr>
        <w:t>menunjukkan</w:t>
      </w:r>
      <w:proofErr w:type="spellEnd"/>
      <w:r w:rsidRPr="003D7B25">
        <w:rPr>
          <w:rFonts w:eastAsia="Times New Roman" w:cs="Times New Roman"/>
          <w:szCs w:val="24"/>
        </w:rPr>
        <w:t xml:space="preserve"> </w:t>
      </w:r>
      <w:proofErr w:type="spellStart"/>
      <w:r w:rsidRPr="003D7B25">
        <w:rPr>
          <w:rFonts w:eastAsia="Times New Roman" w:cs="Times New Roman"/>
          <w:szCs w:val="24"/>
        </w:rPr>
        <w:t>bahwa</w:t>
      </w:r>
      <w:proofErr w:type="spellEnd"/>
      <w:r w:rsidRPr="003D7B25">
        <w:rPr>
          <w:rFonts w:eastAsia="Times New Roman" w:cs="Times New Roman"/>
          <w:szCs w:val="24"/>
        </w:rPr>
        <w:t xml:space="preserve"> </w:t>
      </w:r>
      <w:proofErr w:type="spellStart"/>
      <w:r w:rsidRPr="003D7B25">
        <w:rPr>
          <w:rFonts w:eastAsia="Times New Roman" w:cs="Times New Roman"/>
          <w:szCs w:val="24"/>
        </w:rPr>
        <w:t>implementasi</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informasi</w:t>
      </w:r>
      <w:proofErr w:type="spellEnd"/>
      <w:r w:rsidRPr="003D7B25">
        <w:rPr>
          <w:rFonts w:eastAsia="Times New Roman" w:cs="Times New Roman"/>
          <w:szCs w:val="24"/>
        </w:rPr>
        <w:t xml:space="preserve"> </w:t>
      </w:r>
      <w:proofErr w:type="spellStart"/>
      <w:r w:rsidRPr="003D7B25">
        <w:rPr>
          <w:rFonts w:eastAsia="Times New Roman" w:cs="Times New Roman"/>
          <w:szCs w:val="24"/>
        </w:rPr>
        <w:t>berbasis</w:t>
      </w:r>
      <w:proofErr w:type="spellEnd"/>
      <w:r w:rsidRPr="003D7B25">
        <w:rPr>
          <w:rFonts w:eastAsia="Times New Roman" w:cs="Times New Roman"/>
          <w:szCs w:val="24"/>
        </w:rPr>
        <w:t xml:space="preserve"> web pada </w:t>
      </w:r>
      <w:proofErr w:type="spellStart"/>
      <w:r w:rsidRPr="003D7B25">
        <w:rPr>
          <w:rFonts w:eastAsia="Times New Roman" w:cs="Times New Roman"/>
          <w:szCs w:val="24"/>
        </w:rPr>
        <w:t>layanan</w:t>
      </w:r>
      <w:proofErr w:type="spellEnd"/>
      <w:r w:rsidRPr="003D7B25">
        <w:rPr>
          <w:rFonts w:eastAsia="Times New Roman" w:cs="Times New Roman"/>
          <w:szCs w:val="24"/>
        </w:rPr>
        <w:t xml:space="preserve"> </w:t>
      </w:r>
      <w:proofErr w:type="spellStart"/>
      <w:r w:rsidRPr="003D7B25">
        <w:rPr>
          <w:rFonts w:eastAsia="Times New Roman" w:cs="Times New Roman"/>
          <w:szCs w:val="24"/>
        </w:rPr>
        <w:t>perpustakaan</w:t>
      </w:r>
      <w:proofErr w:type="spellEnd"/>
      <w:r w:rsidRPr="003D7B25">
        <w:rPr>
          <w:rFonts w:eastAsia="Times New Roman" w:cs="Times New Roman"/>
          <w:szCs w:val="24"/>
        </w:rPr>
        <w:t xml:space="preserve"> </w:t>
      </w:r>
      <w:proofErr w:type="spellStart"/>
      <w:r w:rsidRPr="003D7B25">
        <w:rPr>
          <w:rFonts w:eastAsia="Times New Roman" w:cs="Times New Roman"/>
          <w:szCs w:val="24"/>
        </w:rPr>
        <w:t>memberikan</w:t>
      </w:r>
      <w:proofErr w:type="spellEnd"/>
      <w:r w:rsidRPr="003D7B25">
        <w:rPr>
          <w:rFonts w:eastAsia="Times New Roman" w:cs="Times New Roman"/>
          <w:szCs w:val="24"/>
        </w:rPr>
        <w:t xml:space="preserve"> </w:t>
      </w:r>
      <w:proofErr w:type="spellStart"/>
      <w:r w:rsidRPr="003D7B25">
        <w:rPr>
          <w:rFonts w:eastAsia="Times New Roman" w:cs="Times New Roman"/>
          <w:szCs w:val="24"/>
        </w:rPr>
        <w:t>dampak</w:t>
      </w:r>
      <w:proofErr w:type="spellEnd"/>
      <w:r w:rsidRPr="003D7B25">
        <w:rPr>
          <w:rFonts w:eastAsia="Times New Roman" w:cs="Times New Roman"/>
          <w:szCs w:val="24"/>
        </w:rPr>
        <w:t xml:space="preserve"> </w:t>
      </w:r>
      <w:proofErr w:type="spellStart"/>
      <w:r w:rsidRPr="003D7B25">
        <w:rPr>
          <w:rFonts w:eastAsia="Times New Roman" w:cs="Times New Roman"/>
          <w:szCs w:val="24"/>
        </w:rPr>
        <w:t>positif</w:t>
      </w:r>
      <w:proofErr w:type="spellEnd"/>
      <w:r w:rsidRPr="003D7B25">
        <w:rPr>
          <w:rFonts w:eastAsia="Times New Roman" w:cs="Times New Roman"/>
          <w:szCs w:val="24"/>
        </w:rPr>
        <w:t xml:space="preserve"> </w:t>
      </w:r>
      <w:proofErr w:type="spellStart"/>
      <w:r w:rsidRPr="003D7B25">
        <w:rPr>
          <w:rFonts w:eastAsia="Times New Roman" w:cs="Times New Roman"/>
          <w:szCs w:val="24"/>
        </w:rPr>
        <w:t>terhadap</w:t>
      </w:r>
      <w:proofErr w:type="spellEnd"/>
      <w:r w:rsidRPr="003D7B25">
        <w:rPr>
          <w:rFonts w:eastAsia="Times New Roman" w:cs="Times New Roman"/>
          <w:szCs w:val="24"/>
        </w:rPr>
        <w:t xml:space="preserve"> </w:t>
      </w:r>
      <w:proofErr w:type="spellStart"/>
      <w:r w:rsidRPr="003D7B25">
        <w:rPr>
          <w:rFonts w:eastAsia="Times New Roman" w:cs="Times New Roman"/>
          <w:szCs w:val="24"/>
        </w:rPr>
        <w:t>efisiensi</w:t>
      </w:r>
      <w:proofErr w:type="spellEnd"/>
      <w:r w:rsidRPr="003D7B25">
        <w:rPr>
          <w:rFonts w:eastAsia="Times New Roman" w:cs="Times New Roman"/>
          <w:szCs w:val="24"/>
        </w:rPr>
        <w:t xml:space="preserve"> </w:t>
      </w:r>
      <w:proofErr w:type="spellStart"/>
      <w:r w:rsidRPr="003D7B25">
        <w:rPr>
          <w:rFonts w:eastAsia="Times New Roman" w:cs="Times New Roman"/>
          <w:szCs w:val="24"/>
        </w:rPr>
        <w:t>pengelolaan</w:t>
      </w:r>
      <w:proofErr w:type="spellEnd"/>
      <w:r w:rsidRPr="003D7B25">
        <w:rPr>
          <w:rFonts w:eastAsia="Times New Roman" w:cs="Times New Roman"/>
          <w:szCs w:val="24"/>
        </w:rPr>
        <w:t xml:space="preserve"> data dan </w:t>
      </w:r>
      <w:proofErr w:type="spellStart"/>
      <w:r w:rsidRPr="003D7B25">
        <w:rPr>
          <w:rFonts w:eastAsia="Times New Roman" w:cs="Times New Roman"/>
          <w:szCs w:val="24"/>
        </w:rPr>
        <w:t>peningkatan</w:t>
      </w:r>
      <w:proofErr w:type="spellEnd"/>
      <w:r w:rsidRPr="003D7B25">
        <w:rPr>
          <w:rFonts w:eastAsia="Times New Roman" w:cs="Times New Roman"/>
          <w:szCs w:val="24"/>
        </w:rPr>
        <w:t xml:space="preserve"> </w:t>
      </w:r>
      <w:proofErr w:type="spellStart"/>
      <w:r w:rsidRPr="003D7B25">
        <w:rPr>
          <w:rFonts w:eastAsia="Times New Roman" w:cs="Times New Roman"/>
          <w:szCs w:val="24"/>
        </w:rPr>
        <w:t>akses</w:t>
      </w:r>
      <w:proofErr w:type="spellEnd"/>
      <w:r w:rsidRPr="003D7B25">
        <w:rPr>
          <w:rFonts w:eastAsia="Times New Roman" w:cs="Times New Roman"/>
          <w:szCs w:val="24"/>
        </w:rPr>
        <w:t xml:space="preserve"> </w:t>
      </w:r>
      <w:proofErr w:type="spellStart"/>
      <w:r w:rsidRPr="003D7B25">
        <w:rPr>
          <w:rFonts w:eastAsia="Times New Roman" w:cs="Times New Roman"/>
          <w:szCs w:val="24"/>
        </w:rPr>
        <w:t>pengguna</w:t>
      </w:r>
      <w:proofErr w:type="spellEnd"/>
      <w:r w:rsidRPr="003D7B25">
        <w:rPr>
          <w:rFonts w:eastAsia="Times New Roman" w:cs="Times New Roman"/>
          <w:szCs w:val="24"/>
        </w:rPr>
        <w:t xml:space="preserve">. </w:t>
      </w:r>
      <w:proofErr w:type="spellStart"/>
      <w:r w:rsidRPr="003D7B25">
        <w:rPr>
          <w:rFonts w:eastAsia="Times New Roman" w:cs="Times New Roman"/>
          <w:szCs w:val="24"/>
        </w:rPr>
        <w:t>Misalnya</w:t>
      </w:r>
      <w:proofErr w:type="spellEnd"/>
      <w:r w:rsidRPr="003D7B25">
        <w:rPr>
          <w:rFonts w:eastAsia="Times New Roman" w:cs="Times New Roman"/>
          <w:szCs w:val="24"/>
        </w:rPr>
        <w:t xml:space="preserve">, </w:t>
      </w:r>
      <w:proofErr w:type="spellStart"/>
      <w:r w:rsidRPr="003D7B25">
        <w:rPr>
          <w:rFonts w:eastAsia="Times New Roman" w:cs="Times New Roman"/>
          <w:szCs w:val="24"/>
        </w:rPr>
        <w:t>studi</w:t>
      </w:r>
      <w:proofErr w:type="spellEnd"/>
      <w:r w:rsidRPr="003D7B25">
        <w:rPr>
          <w:rFonts w:eastAsia="Times New Roman" w:cs="Times New Roman"/>
          <w:szCs w:val="24"/>
        </w:rPr>
        <w:t xml:space="preserve"> oleh Santoni dan Mulyono (2022) </w:t>
      </w:r>
      <w:proofErr w:type="spellStart"/>
      <w:r w:rsidRPr="003D7B25">
        <w:rPr>
          <w:rFonts w:eastAsia="Times New Roman" w:cs="Times New Roman"/>
          <w:szCs w:val="24"/>
        </w:rPr>
        <w:t>melaporkan</w:t>
      </w:r>
      <w:proofErr w:type="spellEnd"/>
      <w:r w:rsidRPr="003D7B25">
        <w:rPr>
          <w:rFonts w:eastAsia="Times New Roman" w:cs="Times New Roman"/>
          <w:szCs w:val="24"/>
        </w:rPr>
        <w:t xml:space="preserve"> </w:t>
      </w:r>
      <w:proofErr w:type="spellStart"/>
      <w:r w:rsidRPr="003D7B25">
        <w:rPr>
          <w:rFonts w:eastAsia="Times New Roman" w:cs="Times New Roman"/>
          <w:szCs w:val="24"/>
        </w:rPr>
        <w:t>bahwa</w:t>
      </w:r>
      <w:proofErr w:type="spellEnd"/>
      <w:r w:rsidRPr="003D7B25">
        <w:rPr>
          <w:rFonts w:eastAsia="Times New Roman" w:cs="Times New Roman"/>
          <w:szCs w:val="24"/>
        </w:rPr>
        <w:t xml:space="preserve"> </w:t>
      </w:r>
      <w:proofErr w:type="spellStart"/>
      <w:r w:rsidRPr="003D7B25">
        <w:rPr>
          <w:rFonts w:eastAsia="Times New Roman" w:cs="Times New Roman"/>
          <w:szCs w:val="24"/>
        </w:rPr>
        <w:t>penerapan</w:t>
      </w:r>
      <w:proofErr w:type="spellEnd"/>
      <w:r w:rsidRPr="003D7B25">
        <w:rPr>
          <w:rFonts w:eastAsia="Times New Roman" w:cs="Times New Roman"/>
          <w:szCs w:val="24"/>
        </w:rPr>
        <w:t xml:space="preserve"> </w:t>
      </w:r>
      <w:proofErr w:type="spellStart"/>
      <w:r w:rsidRPr="003D7B25">
        <w:rPr>
          <w:rFonts w:eastAsia="Times New Roman" w:cs="Times New Roman"/>
          <w:szCs w:val="24"/>
        </w:rPr>
        <w:lastRenderedPageBreak/>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berbasis</w:t>
      </w:r>
      <w:proofErr w:type="spellEnd"/>
      <w:r w:rsidRPr="003D7B25">
        <w:rPr>
          <w:rFonts w:eastAsia="Times New Roman" w:cs="Times New Roman"/>
          <w:szCs w:val="24"/>
        </w:rPr>
        <w:t xml:space="preserve"> web di SMKN 1 </w:t>
      </w:r>
      <w:proofErr w:type="spellStart"/>
      <w:r w:rsidRPr="003D7B25">
        <w:rPr>
          <w:rFonts w:eastAsia="Times New Roman" w:cs="Times New Roman"/>
          <w:szCs w:val="24"/>
        </w:rPr>
        <w:t>Pancung</w:t>
      </w:r>
      <w:proofErr w:type="spellEnd"/>
      <w:r w:rsidRPr="003D7B25">
        <w:rPr>
          <w:rFonts w:eastAsia="Times New Roman" w:cs="Times New Roman"/>
          <w:szCs w:val="24"/>
        </w:rPr>
        <w:t xml:space="preserve"> Soal </w:t>
      </w:r>
      <w:proofErr w:type="spellStart"/>
      <w:r w:rsidRPr="003D7B25">
        <w:rPr>
          <w:rFonts w:eastAsia="Times New Roman" w:cs="Times New Roman"/>
          <w:szCs w:val="24"/>
        </w:rPr>
        <w:t>mampu</w:t>
      </w:r>
      <w:proofErr w:type="spellEnd"/>
      <w:r w:rsidRPr="003D7B25">
        <w:rPr>
          <w:rFonts w:eastAsia="Times New Roman" w:cs="Times New Roman"/>
          <w:szCs w:val="24"/>
        </w:rPr>
        <w:t xml:space="preserve"> </w:t>
      </w:r>
      <w:proofErr w:type="spellStart"/>
      <w:r w:rsidRPr="003D7B25">
        <w:rPr>
          <w:rFonts w:eastAsia="Times New Roman" w:cs="Times New Roman"/>
          <w:szCs w:val="24"/>
        </w:rPr>
        <w:t>mempercepat</w:t>
      </w:r>
      <w:proofErr w:type="spellEnd"/>
      <w:r w:rsidRPr="003D7B25">
        <w:rPr>
          <w:rFonts w:eastAsia="Times New Roman" w:cs="Times New Roman"/>
          <w:szCs w:val="24"/>
        </w:rPr>
        <w:t xml:space="preserve"> proses </w:t>
      </w:r>
      <w:proofErr w:type="spellStart"/>
      <w:r w:rsidRPr="003D7B25">
        <w:rPr>
          <w:rFonts w:eastAsia="Times New Roman" w:cs="Times New Roman"/>
          <w:szCs w:val="24"/>
        </w:rPr>
        <w:t>administrasi</w:t>
      </w:r>
      <w:proofErr w:type="spellEnd"/>
      <w:r w:rsidRPr="003D7B25">
        <w:rPr>
          <w:rFonts w:eastAsia="Times New Roman" w:cs="Times New Roman"/>
          <w:szCs w:val="24"/>
        </w:rPr>
        <w:t xml:space="preserve"> </w:t>
      </w:r>
      <w:proofErr w:type="spellStart"/>
      <w:r w:rsidRPr="003D7B25">
        <w:rPr>
          <w:rFonts w:eastAsia="Times New Roman" w:cs="Times New Roman"/>
          <w:szCs w:val="24"/>
        </w:rPr>
        <w:t>seperti</w:t>
      </w:r>
      <w:proofErr w:type="spellEnd"/>
      <w:r w:rsidRPr="003D7B25">
        <w:rPr>
          <w:rFonts w:eastAsia="Times New Roman" w:cs="Times New Roman"/>
          <w:szCs w:val="24"/>
        </w:rPr>
        <w:t xml:space="preserve"> </w:t>
      </w:r>
      <w:proofErr w:type="spellStart"/>
      <w:r w:rsidRPr="003D7B25">
        <w:rPr>
          <w:rFonts w:eastAsia="Times New Roman" w:cs="Times New Roman"/>
          <w:szCs w:val="24"/>
        </w:rPr>
        <w:t>peminjaman</w:t>
      </w:r>
      <w:proofErr w:type="spellEnd"/>
      <w:r w:rsidRPr="003D7B25">
        <w:rPr>
          <w:rFonts w:eastAsia="Times New Roman" w:cs="Times New Roman"/>
          <w:szCs w:val="24"/>
        </w:rPr>
        <w:t xml:space="preserve">, </w:t>
      </w:r>
      <w:proofErr w:type="spellStart"/>
      <w:r w:rsidRPr="003D7B25">
        <w:rPr>
          <w:rFonts w:eastAsia="Times New Roman" w:cs="Times New Roman"/>
          <w:szCs w:val="24"/>
        </w:rPr>
        <w:t>pengembalian</w:t>
      </w:r>
      <w:proofErr w:type="spellEnd"/>
      <w:r w:rsidRPr="003D7B25">
        <w:rPr>
          <w:rFonts w:eastAsia="Times New Roman" w:cs="Times New Roman"/>
          <w:szCs w:val="24"/>
        </w:rPr>
        <w:t xml:space="preserve">, dan </w:t>
      </w:r>
      <w:proofErr w:type="spellStart"/>
      <w:r w:rsidRPr="003D7B25">
        <w:rPr>
          <w:rFonts w:eastAsia="Times New Roman" w:cs="Times New Roman"/>
          <w:szCs w:val="24"/>
        </w:rPr>
        <w:t>pelaporan</w:t>
      </w:r>
      <w:proofErr w:type="spellEnd"/>
      <w:r w:rsidRPr="003D7B25">
        <w:rPr>
          <w:rFonts w:eastAsia="Times New Roman" w:cs="Times New Roman"/>
          <w:szCs w:val="24"/>
        </w:rPr>
        <w:t xml:space="preserve"> </w:t>
      </w:r>
      <w:proofErr w:type="spellStart"/>
      <w:r w:rsidRPr="003D7B25">
        <w:rPr>
          <w:rFonts w:eastAsia="Times New Roman" w:cs="Times New Roman"/>
          <w:szCs w:val="24"/>
        </w:rPr>
        <w:t>buku</w:t>
      </w:r>
      <w:proofErr w:type="spellEnd"/>
      <w:r w:rsidRPr="003D7B25">
        <w:rPr>
          <w:rFonts w:eastAsia="Times New Roman" w:cs="Times New Roman"/>
          <w:szCs w:val="24"/>
        </w:rPr>
        <w:t xml:space="preserve">, </w:t>
      </w:r>
      <w:proofErr w:type="spellStart"/>
      <w:r w:rsidRPr="003D7B25">
        <w:rPr>
          <w:rFonts w:eastAsia="Times New Roman" w:cs="Times New Roman"/>
          <w:szCs w:val="24"/>
        </w:rPr>
        <w:t>berkat</w:t>
      </w:r>
      <w:proofErr w:type="spellEnd"/>
      <w:r w:rsidRPr="003D7B25">
        <w:rPr>
          <w:rFonts w:eastAsia="Times New Roman" w:cs="Times New Roman"/>
          <w:szCs w:val="24"/>
        </w:rPr>
        <w:t xml:space="preserve"> </w:t>
      </w:r>
      <w:proofErr w:type="spellStart"/>
      <w:r w:rsidRPr="003D7B25">
        <w:rPr>
          <w:rFonts w:eastAsia="Times New Roman" w:cs="Times New Roman"/>
          <w:szCs w:val="24"/>
        </w:rPr>
        <w:t>desain</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yang </w:t>
      </w:r>
      <w:proofErr w:type="spellStart"/>
      <w:r w:rsidRPr="003D7B25">
        <w:rPr>
          <w:rFonts w:eastAsia="Times New Roman" w:cs="Times New Roman"/>
          <w:szCs w:val="24"/>
        </w:rPr>
        <w:t>memanfaatkan</w:t>
      </w:r>
      <w:proofErr w:type="spellEnd"/>
      <w:r w:rsidRPr="003D7B25">
        <w:rPr>
          <w:rFonts w:eastAsia="Times New Roman" w:cs="Times New Roman"/>
          <w:szCs w:val="24"/>
        </w:rPr>
        <w:t xml:space="preserve"> </w:t>
      </w:r>
      <w:proofErr w:type="spellStart"/>
      <w:r w:rsidRPr="003D7B25">
        <w:rPr>
          <w:rFonts w:eastAsia="Times New Roman" w:cs="Times New Roman"/>
          <w:szCs w:val="24"/>
        </w:rPr>
        <w:t>metode</w:t>
      </w:r>
      <w:proofErr w:type="spellEnd"/>
      <w:r w:rsidRPr="003D7B25">
        <w:rPr>
          <w:rFonts w:eastAsia="Times New Roman" w:cs="Times New Roman"/>
          <w:szCs w:val="24"/>
        </w:rPr>
        <w:t xml:space="preserve"> </w:t>
      </w:r>
      <w:proofErr w:type="spellStart"/>
      <w:r w:rsidRPr="003D7B25">
        <w:rPr>
          <w:rFonts w:eastAsia="Times New Roman" w:cs="Times New Roman"/>
          <w:szCs w:val="24"/>
        </w:rPr>
        <w:t>pengembangan</w:t>
      </w:r>
      <w:proofErr w:type="spellEnd"/>
      <w:r w:rsidRPr="003D7B25">
        <w:rPr>
          <w:rFonts w:eastAsia="Times New Roman" w:cs="Times New Roman"/>
          <w:szCs w:val="24"/>
        </w:rPr>
        <w:t xml:space="preserve"> </w:t>
      </w:r>
      <w:proofErr w:type="spellStart"/>
      <w:r w:rsidRPr="003D7B25">
        <w:rPr>
          <w:rFonts w:eastAsia="Times New Roman" w:cs="Times New Roman"/>
          <w:szCs w:val="24"/>
        </w:rPr>
        <w:t>perangkat</w:t>
      </w:r>
      <w:proofErr w:type="spellEnd"/>
      <w:r w:rsidRPr="003D7B25">
        <w:rPr>
          <w:rFonts w:eastAsia="Times New Roman" w:cs="Times New Roman"/>
          <w:szCs w:val="24"/>
        </w:rPr>
        <w:t xml:space="preserve"> </w:t>
      </w:r>
      <w:proofErr w:type="spellStart"/>
      <w:r w:rsidRPr="003D7B25">
        <w:rPr>
          <w:rFonts w:eastAsia="Times New Roman" w:cs="Times New Roman"/>
          <w:szCs w:val="24"/>
        </w:rPr>
        <w:t>lunak</w:t>
      </w:r>
      <w:proofErr w:type="spellEnd"/>
      <w:r w:rsidRPr="003D7B25">
        <w:rPr>
          <w:rFonts w:eastAsia="Times New Roman" w:cs="Times New Roman"/>
          <w:szCs w:val="24"/>
        </w:rPr>
        <w:t xml:space="preserve"> </w:t>
      </w:r>
      <w:proofErr w:type="spellStart"/>
      <w:r w:rsidRPr="003D7B25">
        <w:rPr>
          <w:rFonts w:eastAsia="Times New Roman" w:cs="Times New Roman"/>
          <w:szCs w:val="24"/>
        </w:rPr>
        <w:t>terstruktur</w:t>
      </w:r>
      <w:proofErr w:type="spellEnd"/>
      <w:r w:rsidRPr="003D7B25">
        <w:rPr>
          <w:rFonts w:eastAsia="Times New Roman" w:cs="Times New Roman"/>
          <w:szCs w:val="24"/>
        </w:rPr>
        <w:t xml:space="preserve"> </w:t>
      </w:r>
      <w:proofErr w:type="spellStart"/>
      <w:r w:rsidRPr="003D7B25">
        <w:rPr>
          <w:rFonts w:eastAsia="Times New Roman" w:cs="Times New Roman"/>
          <w:szCs w:val="24"/>
        </w:rPr>
        <w:t>berbasis</w:t>
      </w:r>
      <w:proofErr w:type="spellEnd"/>
      <w:r w:rsidRPr="003D7B25">
        <w:rPr>
          <w:rFonts w:eastAsia="Times New Roman" w:cs="Times New Roman"/>
          <w:szCs w:val="24"/>
        </w:rPr>
        <w:t xml:space="preserve"> UML </w:t>
      </w:r>
      <w:proofErr w:type="spellStart"/>
      <w:r w:rsidRPr="003D7B25">
        <w:rPr>
          <w:rFonts w:eastAsia="Times New Roman" w:cs="Times New Roman"/>
          <w:szCs w:val="24"/>
        </w:rPr>
        <w:t>dengan</w:t>
      </w:r>
      <w:proofErr w:type="spellEnd"/>
      <w:r w:rsidRPr="003D7B25">
        <w:rPr>
          <w:rFonts w:eastAsia="Times New Roman" w:cs="Times New Roman"/>
          <w:szCs w:val="24"/>
        </w:rPr>
        <w:t xml:space="preserve"> </w:t>
      </w:r>
      <w:proofErr w:type="spellStart"/>
      <w:r w:rsidRPr="003D7B25">
        <w:rPr>
          <w:rFonts w:eastAsia="Times New Roman" w:cs="Times New Roman"/>
          <w:szCs w:val="24"/>
        </w:rPr>
        <w:t>dukungan</w:t>
      </w:r>
      <w:proofErr w:type="spellEnd"/>
      <w:r w:rsidRPr="003D7B25">
        <w:rPr>
          <w:rFonts w:eastAsia="Times New Roman" w:cs="Times New Roman"/>
          <w:szCs w:val="24"/>
        </w:rPr>
        <w:t xml:space="preserve"> </w:t>
      </w:r>
      <w:proofErr w:type="spellStart"/>
      <w:r w:rsidRPr="003D7B25">
        <w:rPr>
          <w:rFonts w:eastAsia="Times New Roman" w:cs="Times New Roman"/>
          <w:szCs w:val="24"/>
        </w:rPr>
        <w:t>teknologi</w:t>
      </w:r>
      <w:proofErr w:type="spellEnd"/>
      <w:r w:rsidRPr="003D7B25">
        <w:rPr>
          <w:rFonts w:eastAsia="Times New Roman" w:cs="Times New Roman"/>
          <w:szCs w:val="24"/>
        </w:rPr>
        <w:t xml:space="preserve"> PHP dan MySQL.</w:t>
      </w:r>
    </w:p>
    <w:p w14:paraId="57D2F7FB" w14:textId="77777777" w:rsidR="00D430A7" w:rsidRDefault="00D430A7" w:rsidP="003D7B25">
      <w:pPr>
        <w:widowControl w:val="0"/>
        <w:autoSpaceDE w:val="0"/>
        <w:autoSpaceDN w:val="0"/>
        <w:spacing w:after="0" w:line="360" w:lineRule="auto"/>
        <w:ind w:right="-285" w:firstLine="720"/>
        <w:rPr>
          <w:rFonts w:eastAsia="Times New Roman" w:cs="Times New Roman"/>
          <w:szCs w:val="24"/>
        </w:rPr>
      </w:pPr>
    </w:p>
    <w:p w14:paraId="1EE25D13" w14:textId="3B898185" w:rsidR="003D7B25" w:rsidRPr="003D7B25" w:rsidRDefault="003D7B25" w:rsidP="003D7B25">
      <w:pPr>
        <w:widowControl w:val="0"/>
        <w:autoSpaceDE w:val="0"/>
        <w:autoSpaceDN w:val="0"/>
        <w:spacing w:after="0" w:line="360" w:lineRule="auto"/>
        <w:ind w:right="-285" w:firstLine="720"/>
        <w:rPr>
          <w:rFonts w:eastAsia="Times New Roman" w:cs="Times New Roman"/>
          <w:szCs w:val="24"/>
        </w:rPr>
      </w:pPr>
      <w:r w:rsidRPr="003D7B25">
        <w:rPr>
          <w:rFonts w:eastAsia="Times New Roman" w:cs="Times New Roman"/>
          <w:szCs w:val="24"/>
        </w:rPr>
        <w:t xml:space="preserve">Dalam </w:t>
      </w:r>
      <w:proofErr w:type="spellStart"/>
      <w:r w:rsidRPr="003D7B25">
        <w:rPr>
          <w:rFonts w:eastAsia="Times New Roman" w:cs="Times New Roman"/>
          <w:szCs w:val="24"/>
        </w:rPr>
        <w:t>konteks</w:t>
      </w:r>
      <w:proofErr w:type="spellEnd"/>
      <w:r w:rsidRPr="003D7B25">
        <w:rPr>
          <w:rFonts w:eastAsia="Times New Roman" w:cs="Times New Roman"/>
          <w:szCs w:val="24"/>
        </w:rPr>
        <w:t xml:space="preserve"> </w:t>
      </w:r>
      <w:proofErr w:type="spellStart"/>
      <w:r w:rsidRPr="003D7B25">
        <w:rPr>
          <w:rFonts w:eastAsia="Times New Roman" w:cs="Times New Roman"/>
          <w:szCs w:val="24"/>
        </w:rPr>
        <w:t>berbeda</w:t>
      </w:r>
      <w:proofErr w:type="spellEnd"/>
      <w:r w:rsidRPr="003D7B25">
        <w:rPr>
          <w:rFonts w:eastAsia="Times New Roman" w:cs="Times New Roman"/>
          <w:szCs w:val="24"/>
        </w:rPr>
        <w:t xml:space="preserve">, Putra dan Muflih (2024) </w:t>
      </w:r>
      <w:proofErr w:type="spellStart"/>
      <w:r w:rsidRPr="003D7B25">
        <w:rPr>
          <w:rFonts w:eastAsia="Times New Roman" w:cs="Times New Roman"/>
          <w:szCs w:val="24"/>
        </w:rPr>
        <w:t>mengembangkan</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serupa</w:t>
      </w:r>
      <w:proofErr w:type="spellEnd"/>
      <w:r w:rsidRPr="003D7B25">
        <w:rPr>
          <w:rFonts w:eastAsia="Times New Roman" w:cs="Times New Roman"/>
          <w:szCs w:val="24"/>
        </w:rPr>
        <w:t xml:space="preserve"> di SMA Negeri 1 </w:t>
      </w:r>
      <w:proofErr w:type="spellStart"/>
      <w:r w:rsidRPr="003D7B25">
        <w:rPr>
          <w:rFonts w:eastAsia="Times New Roman" w:cs="Times New Roman"/>
          <w:szCs w:val="24"/>
        </w:rPr>
        <w:t>Gombong</w:t>
      </w:r>
      <w:proofErr w:type="spellEnd"/>
      <w:r w:rsidRPr="003D7B25">
        <w:rPr>
          <w:rFonts w:eastAsia="Times New Roman" w:cs="Times New Roman"/>
          <w:szCs w:val="24"/>
        </w:rPr>
        <w:t xml:space="preserve"> yang </w:t>
      </w:r>
      <w:proofErr w:type="spellStart"/>
      <w:r w:rsidRPr="003D7B25">
        <w:rPr>
          <w:rFonts w:eastAsia="Times New Roman" w:cs="Times New Roman"/>
          <w:szCs w:val="24"/>
        </w:rPr>
        <w:t>menekankan</w:t>
      </w:r>
      <w:proofErr w:type="spellEnd"/>
      <w:r w:rsidRPr="003D7B25">
        <w:rPr>
          <w:rFonts w:eastAsia="Times New Roman" w:cs="Times New Roman"/>
          <w:szCs w:val="24"/>
        </w:rPr>
        <w:t xml:space="preserve"> </w:t>
      </w:r>
      <w:proofErr w:type="spellStart"/>
      <w:r w:rsidRPr="003D7B25">
        <w:rPr>
          <w:rFonts w:eastAsia="Times New Roman" w:cs="Times New Roman"/>
          <w:szCs w:val="24"/>
        </w:rPr>
        <w:t>antarmuka</w:t>
      </w:r>
      <w:proofErr w:type="spellEnd"/>
      <w:r w:rsidRPr="003D7B25">
        <w:rPr>
          <w:rFonts w:eastAsia="Times New Roman" w:cs="Times New Roman"/>
          <w:szCs w:val="24"/>
        </w:rPr>
        <w:t xml:space="preserve"> yang </w:t>
      </w:r>
      <w:proofErr w:type="spellStart"/>
      <w:r w:rsidRPr="003D7B25">
        <w:rPr>
          <w:rFonts w:eastAsia="Times New Roman" w:cs="Times New Roman"/>
          <w:szCs w:val="24"/>
        </w:rPr>
        <w:t>mudah</w:t>
      </w:r>
      <w:proofErr w:type="spellEnd"/>
      <w:r w:rsidRPr="003D7B25">
        <w:rPr>
          <w:rFonts w:eastAsia="Times New Roman" w:cs="Times New Roman"/>
          <w:szCs w:val="24"/>
        </w:rPr>
        <w:t xml:space="preserve"> </w:t>
      </w:r>
      <w:proofErr w:type="spellStart"/>
      <w:r w:rsidRPr="003D7B25">
        <w:rPr>
          <w:rFonts w:eastAsia="Times New Roman" w:cs="Times New Roman"/>
          <w:szCs w:val="24"/>
        </w:rPr>
        <w:t>digunakan</w:t>
      </w:r>
      <w:proofErr w:type="spellEnd"/>
      <w:r w:rsidRPr="003D7B25">
        <w:rPr>
          <w:rFonts w:eastAsia="Times New Roman" w:cs="Times New Roman"/>
          <w:szCs w:val="24"/>
        </w:rPr>
        <w:t xml:space="preserve"> dan </w:t>
      </w:r>
      <w:proofErr w:type="spellStart"/>
      <w:r w:rsidRPr="003D7B25">
        <w:rPr>
          <w:rFonts w:eastAsia="Times New Roman" w:cs="Times New Roman"/>
          <w:szCs w:val="24"/>
        </w:rPr>
        <w:t>dapat</w:t>
      </w:r>
      <w:proofErr w:type="spellEnd"/>
      <w:r w:rsidRPr="003D7B25">
        <w:rPr>
          <w:rFonts w:eastAsia="Times New Roman" w:cs="Times New Roman"/>
          <w:szCs w:val="24"/>
        </w:rPr>
        <w:t xml:space="preserve"> </w:t>
      </w:r>
      <w:proofErr w:type="spellStart"/>
      <w:r w:rsidRPr="003D7B25">
        <w:rPr>
          <w:rFonts w:eastAsia="Times New Roman" w:cs="Times New Roman"/>
          <w:szCs w:val="24"/>
        </w:rPr>
        <w:t>diakses</w:t>
      </w:r>
      <w:proofErr w:type="spellEnd"/>
      <w:r w:rsidRPr="003D7B25">
        <w:rPr>
          <w:rFonts w:eastAsia="Times New Roman" w:cs="Times New Roman"/>
          <w:szCs w:val="24"/>
        </w:rPr>
        <w:t xml:space="preserve"> oleh </w:t>
      </w:r>
      <w:proofErr w:type="spellStart"/>
      <w:r w:rsidRPr="003D7B25">
        <w:rPr>
          <w:rFonts w:eastAsia="Times New Roman" w:cs="Times New Roman"/>
          <w:szCs w:val="24"/>
        </w:rPr>
        <w:t>siswa</w:t>
      </w:r>
      <w:proofErr w:type="spellEnd"/>
      <w:r w:rsidRPr="003D7B25">
        <w:rPr>
          <w:rFonts w:eastAsia="Times New Roman" w:cs="Times New Roman"/>
          <w:szCs w:val="24"/>
        </w:rPr>
        <w:t xml:space="preserve"> dan </w:t>
      </w:r>
      <w:proofErr w:type="spellStart"/>
      <w:r w:rsidRPr="003D7B25">
        <w:rPr>
          <w:rFonts w:eastAsia="Times New Roman" w:cs="Times New Roman"/>
          <w:szCs w:val="24"/>
        </w:rPr>
        <w:t>staf</w:t>
      </w:r>
      <w:proofErr w:type="spellEnd"/>
      <w:r w:rsidRPr="003D7B25">
        <w:rPr>
          <w:rFonts w:eastAsia="Times New Roman" w:cs="Times New Roman"/>
          <w:szCs w:val="24"/>
        </w:rPr>
        <w:t xml:space="preserve"> </w:t>
      </w:r>
      <w:proofErr w:type="spellStart"/>
      <w:r w:rsidRPr="003D7B25">
        <w:rPr>
          <w:rFonts w:eastAsia="Times New Roman" w:cs="Times New Roman"/>
          <w:szCs w:val="24"/>
        </w:rPr>
        <w:t>secara</w:t>
      </w:r>
      <w:proofErr w:type="spellEnd"/>
      <w:r w:rsidRPr="003D7B25">
        <w:rPr>
          <w:rFonts w:eastAsia="Times New Roman" w:cs="Times New Roman"/>
          <w:szCs w:val="24"/>
        </w:rPr>
        <w:t xml:space="preserve"> daring. </w:t>
      </w:r>
      <w:proofErr w:type="spellStart"/>
      <w:r w:rsidRPr="003D7B25">
        <w:rPr>
          <w:rFonts w:eastAsia="Times New Roman" w:cs="Times New Roman"/>
          <w:szCs w:val="24"/>
        </w:rPr>
        <w:t>Mereka</w:t>
      </w:r>
      <w:proofErr w:type="spellEnd"/>
      <w:r w:rsidRPr="003D7B25">
        <w:rPr>
          <w:rFonts w:eastAsia="Times New Roman" w:cs="Times New Roman"/>
          <w:szCs w:val="24"/>
        </w:rPr>
        <w:t xml:space="preserve"> </w:t>
      </w:r>
      <w:proofErr w:type="spellStart"/>
      <w:r w:rsidRPr="003D7B25">
        <w:rPr>
          <w:rFonts w:eastAsia="Times New Roman" w:cs="Times New Roman"/>
          <w:szCs w:val="24"/>
        </w:rPr>
        <w:t>mencatat</w:t>
      </w:r>
      <w:proofErr w:type="spellEnd"/>
      <w:r w:rsidRPr="003D7B25">
        <w:rPr>
          <w:rFonts w:eastAsia="Times New Roman" w:cs="Times New Roman"/>
          <w:szCs w:val="24"/>
        </w:rPr>
        <w:t xml:space="preserve"> </w:t>
      </w:r>
      <w:proofErr w:type="spellStart"/>
      <w:r w:rsidRPr="003D7B25">
        <w:rPr>
          <w:rFonts w:eastAsia="Times New Roman" w:cs="Times New Roman"/>
          <w:szCs w:val="24"/>
        </w:rPr>
        <w:t>bahwa</w:t>
      </w:r>
      <w:proofErr w:type="spellEnd"/>
      <w:r w:rsidRPr="003D7B25">
        <w:rPr>
          <w:rFonts w:eastAsia="Times New Roman" w:cs="Times New Roman"/>
          <w:szCs w:val="24"/>
        </w:rPr>
        <w:t xml:space="preserve"> </w:t>
      </w:r>
      <w:proofErr w:type="spellStart"/>
      <w:r w:rsidRPr="003D7B25">
        <w:rPr>
          <w:rFonts w:eastAsia="Times New Roman" w:cs="Times New Roman"/>
          <w:szCs w:val="24"/>
        </w:rPr>
        <w:t>penerapan</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ini</w:t>
      </w:r>
      <w:proofErr w:type="spellEnd"/>
      <w:r w:rsidRPr="003D7B25">
        <w:rPr>
          <w:rFonts w:eastAsia="Times New Roman" w:cs="Times New Roman"/>
          <w:szCs w:val="24"/>
        </w:rPr>
        <w:t xml:space="preserve"> </w:t>
      </w:r>
      <w:proofErr w:type="spellStart"/>
      <w:r w:rsidRPr="003D7B25">
        <w:rPr>
          <w:rFonts w:eastAsia="Times New Roman" w:cs="Times New Roman"/>
          <w:szCs w:val="24"/>
        </w:rPr>
        <w:t>meningkatkan</w:t>
      </w:r>
      <w:proofErr w:type="spellEnd"/>
      <w:r w:rsidRPr="003D7B25">
        <w:rPr>
          <w:rFonts w:eastAsia="Times New Roman" w:cs="Times New Roman"/>
          <w:szCs w:val="24"/>
        </w:rPr>
        <w:t xml:space="preserve"> </w:t>
      </w:r>
      <w:proofErr w:type="spellStart"/>
      <w:r w:rsidRPr="003D7B25">
        <w:rPr>
          <w:rFonts w:eastAsia="Times New Roman" w:cs="Times New Roman"/>
          <w:szCs w:val="24"/>
        </w:rPr>
        <w:t>minat</w:t>
      </w:r>
      <w:proofErr w:type="spellEnd"/>
      <w:r w:rsidRPr="003D7B25">
        <w:rPr>
          <w:rFonts w:eastAsia="Times New Roman" w:cs="Times New Roman"/>
          <w:szCs w:val="24"/>
        </w:rPr>
        <w:t xml:space="preserve"> dan </w:t>
      </w:r>
      <w:proofErr w:type="spellStart"/>
      <w:r w:rsidRPr="003D7B25">
        <w:rPr>
          <w:rFonts w:eastAsia="Times New Roman" w:cs="Times New Roman"/>
          <w:szCs w:val="24"/>
        </w:rPr>
        <w:t>kemudahan</w:t>
      </w:r>
      <w:proofErr w:type="spellEnd"/>
      <w:r w:rsidRPr="003D7B25">
        <w:rPr>
          <w:rFonts w:eastAsia="Times New Roman" w:cs="Times New Roman"/>
          <w:szCs w:val="24"/>
        </w:rPr>
        <w:t xml:space="preserve"> </w:t>
      </w:r>
      <w:proofErr w:type="spellStart"/>
      <w:r w:rsidRPr="003D7B25">
        <w:rPr>
          <w:rFonts w:eastAsia="Times New Roman" w:cs="Times New Roman"/>
          <w:szCs w:val="24"/>
        </w:rPr>
        <w:t>siswa</w:t>
      </w:r>
      <w:proofErr w:type="spellEnd"/>
      <w:r w:rsidRPr="003D7B25">
        <w:rPr>
          <w:rFonts w:eastAsia="Times New Roman" w:cs="Times New Roman"/>
          <w:szCs w:val="24"/>
        </w:rPr>
        <w:t xml:space="preserve"> </w:t>
      </w:r>
      <w:proofErr w:type="spellStart"/>
      <w:r w:rsidRPr="003D7B25">
        <w:rPr>
          <w:rFonts w:eastAsia="Times New Roman" w:cs="Times New Roman"/>
          <w:szCs w:val="24"/>
        </w:rPr>
        <w:t>dalam</w:t>
      </w:r>
      <w:proofErr w:type="spellEnd"/>
      <w:r w:rsidRPr="003D7B25">
        <w:rPr>
          <w:rFonts w:eastAsia="Times New Roman" w:cs="Times New Roman"/>
          <w:szCs w:val="24"/>
        </w:rPr>
        <w:t xml:space="preserve"> </w:t>
      </w:r>
      <w:proofErr w:type="spellStart"/>
      <w:r w:rsidRPr="003D7B25">
        <w:rPr>
          <w:rFonts w:eastAsia="Times New Roman" w:cs="Times New Roman"/>
          <w:szCs w:val="24"/>
        </w:rPr>
        <w:t>menggunakan</w:t>
      </w:r>
      <w:proofErr w:type="spellEnd"/>
      <w:r w:rsidRPr="003D7B25">
        <w:rPr>
          <w:rFonts w:eastAsia="Times New Roman" w:cs="Times New Roman"/>
          <w:szCs w:val="24"/>
        </w:rPr>
        <w:t xml:space="preserve"> </w:t>
      </w:r>
      <w:proofErr w:type="spellStart"/>
      <w:r w:rsidRPr="003D7B25">
        <w:rPr>
          <w:rFonts w:eastAsia="Times New Roman" w:cs="Times New Roman"/>
          <w:szCs w:val="24"/>
        </w:rPr>
        <w:t>fasilitas</w:t>
      </w:r>
      <w:proofErr w:type="spellEnd"/>
      <w:r w:rsidRPr="003D7B25">
        <w:rPr>
          <w:rFonts w:eastAsia="Times New Roman" w:cs="Times New Roman"/>
          <w:szCs w:val="24"/>
        </w:rPr>
        <w:t xml:space="preserve"> </w:t>
      </w:r>
      <w:proofErr w:type="spellStart"/>
      <w:r w:rsidRPr="003D7B25">
        <w:rPr>
          <w:rFonts w:eastAsia="Times New Roman" w:cs="Times New Roman"/>
          <w:szCs w:val="24"/>
        </w:rPr>
        <w:t>perpustakaan</w:t>
      </w:r>
      <w:proofErr w:type="spellEnd"/>
      <w:r w:rsidRPr="003D7B25">
        <w:rPr>
          <w:rFonts w:eastAsia="Times New Roman" w:cs="Times New Roman"/>
          <w:szCs w:val="24"/>
        </w:rPr>
        <w:t xml:space="preserve"> digital. Di </w:t>
      </w:r>
      <w:proofErr w:type="spellStart"/>
      <w:r w:rsidRPr="003D7B25">
        <w:rPr>
          <w:rFonts w:eastAsia="Times New Roman" w:cs="Times New Roman"/>
          <w:szCs w:val="24"/>
        </w:rPr>
        <w:t>sisi</w:t>
      </w:r>
      <w:proofErr w:type="spellEnd"/>
      <w:r w:rsidRPr="003D7B25">
        <w:rPr>
          <w:rFonts w:eastAsia="Times New Roman" w:cs="Times New Roman"/>
          <w:szCs w:val="24"/>
        </w:rPr>
        <w:t xml:space="preserve"> lain, Aini dan Santosa (2023) </w:t>
      </w:r>
      <w:proofErr w:type="spellStart"/>
      <w:r w:rsidRPr="003D7B25">
        <w:rPr>
          <w:rFonts w:eastAsia="Times New Roman" w:cs="Times New Roman"/>
          <w:szCs w:val="24"/>
        </w:rPr>
        <w:t>menerapkan</w:t>
      </w:r>
      <w:proofErr w:type="spellEnd"/>
      <w:r w:rsidRPr="003D7B25">
        <w:rPr>
          <w:rFonts w:eastAsia="Times New Roman" w:cs="Times New Roman"/>
          <w:szCs w:val="24"/>
        </w:rPr>
        <w:t xml:space="preserve"> </w:t>
      </w:r>
      <w:proofErr w:type="spellStart"/>
      <w:r w:rsidRPr="003D7B25">
        <w:rPr>
          <w:rFonts w:eastAsia="Times New Roman" w:cs="Times New Roman"/>
          <w:szCs w:val="24"/>
        </w:rPr>
        <w:t>pendekatan</w:t>
      </w:r>
      <w:proofErr w:type="spellEnd"/>
      <w:r w:rsidRPr="003D7B25">
        <w:rPr>
          <w:rFonts w:eastAsia="Times New Roman" w:cs="Times New Roman"/>
          <w:szCs w:val="24"/>
        </w:rPr>
        <w:t xml:space="preserve"> Extreme Programming </w:t>
      </w:r>
      <w:proofErr w:type="spellStart"/>
      <w:r w:rsidRPr="003D7B25">
        <w:rPr>
          <w:rFonts w:eastAsia="Times New Roman" w:cs="Times New Roman"/>
          <w:szCs w:val="24"/>
        </w:rPr>
        <w:t>dalam</w:t>
      </w:r>
      <w:proofErr w:type="spellEnd"/>
      <w:r w:rsidRPr="003D7B25">
        <w:rPr>
          <w:rFonts w:eastAsia="Times New Roman" w:cs="Times New Roman"/>
          <w:szCs w:val="24"/>
        </w:rPr>
        <w:t xml:space="preserve"> </w:t>
      </w:r>
      <w:proofErr w:type="spellStart"/>
      <w:r w:rsidRPr="003D7B25">
        <w:rPr>
          <w:rFonts w:eastAsia="Times New Roman" w:cs="Times New Roman"/>
          <w:szCs w:val="24"/>
        </w:rPr>
        <w:t>pengembangan</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informasi</w:t>
      </w:r>
      <w:proofErr w:type="spellEnd"/>
      <w:r w:rsidRPr="003D7B25">
        <w:rPr>
          <w:rFonts w:eastAsia="Times New Roman" w:cs="Times New Roman"/>
          <w:szCs w:val="24"/>
        </w:rPr>
        <w:t xml:space="preserve"> </w:t>
      </w:r>
      <w:proofErr w:type="spellStart"/>
      <w:r w:rsidRPr="003D7B25">
        <w:rPr>
          <w:rFonts w:eastAsia="Times New Roman" w:cs="Times New Roman"/>
          <w:szCs w:val="24"/>
        </w:rPr>
        <w:t>perpustakaan</w:t>
      </w:r>
      <w:proofErr w:type="spellEnd"/>
      <w:r w:rsidRPr="003D7B25">
        <w:rPr>
          <w:rFonts w:eastAsia="Times New Roman" w:cs="Times New Roman"/>
          <w:szCs w:val="24"/>
        </w:rPr>
        <w:t xml:space="preserve"> </w:t>
      </w:r>
      <w:proofErr w:type="spellStart"/>
      <w:r w:rsidRPr="003D7B25">
        <w:rPr>
          <w:rFonts w:eastAsia="Times New Roman" w:cs="Times New Roman"/>
          <w:szCs w:val="24"/>
        </w:rPr>
        <w:t>untuk</w:t>
      </w:r>
      <w:proofErr w:type="spellEnd"/>
      <w:r w:rsidRPr="003D7B25">
        <w:rPr>
          <w:rFonts w:eastAsia="Times New Roman" w:cs="Times New Roman"/>
          <w:szCs w:val="24"/>
        </w:rPr>
        <w:t xml:space="preserve"> MTs Daarul </w:t>
      </w:r>
      <w:proofErr w:type="spellStart"/>
      <w:r w:rsidRPr="003D7B25">
        <w:rPr>
          <w:rFonts w:eastAsia="Times New Roman" w:cs="Times New Roman"/>
          <w:szCs w:val="24"/>
        </w:rPr>
        <w:t>Muqimien</w:t>
      </w:r>
      <w:proofErr w:type="spellEnd"/>
      <w:r w:rsidRPr="003D7B25">
        <w:rPr>
          <w:rFonts w:eastAsia="Times New Roman" w:cs="Times New Roman"/>
          <w:szCs w:val="24"/>
        </w:rPr>
        <w:t xml:space="preserve">, yang </w:t>
      </w:r>
      <w:proofErr w:type="spellStart"/>
      <w:r w:rsidRPr="003D7B25">
        <w:rPr>
          <w:rFonts w:eastAsia="Times New Roman" w:cs="Times New Roman"/>
          <w:szCs w:val="24"/>
        </w:rPr>
        <w:t>terbukti</w:t>
      </w:r>
      <w:proofErr w:type="spellEnd"/>
      <w:r w:rsidRPr="003D7B25">
        <w:rPr>
          <w:rFonts w:eastAsia="Times New Roman" w:cs="Times New Roman"/>
          <w:szCs w:val="24"/>
        </w:rPr>
        <w:t xml:space="preserve"> </w:t>
      </w:r>
      <w:proofErr w:type="spellStart"/>
      <w:r w:rsidRPr="003D7B25">
        <w:rPr>
          <w:rFonts w:eastAsia="Times New Roman" w:cs="Times New Roman"/>
          <w:szCs w:val="24"/>
        </w:rPr>
        <w:t>mempercepat</w:t>
      </w:r>
      <w:proofErr w:type="spellEnd"/>
      <w:r w:rsidRPr="003D7B25">
        <w:rPr>
          <w:rFonts w:eastAsia="Times New Roman" w:cs="Times New Roman"/>
          <w:szCs w:val="24"/>
        </w:rPr>
        <w:t xml:space="preserve"> proses </w:t>
      </w:r>
      <w:proofErr w:type="spellStart"/>
      <w:r w:rsidRPr="003D7B25">
        <w:rPr>
          <w:rFonts w:eastAsia="Times New Roman" w:cs="Times New Roman"/>
          <w:szCs w:val="24"/>
        </w:rPr>
        <w:t>perancangan</w:t>
      </w:r>
      <w:proofErr w:type="spellEnd"/>
      <w:r w:rsidRPr="003D7B25">
        <w:rPr>
          <w:rFonts w:eastAsia="Times New Roman" w:cs="Times New Roman"/>
          <w:szCs w:val="24"/>
        </w:rPr>
        <w:t xml:space="preserve"> </w:t>
      </w:r>
      <w:proofErr w:type="spellStart"/>
      <w:r w:rsidRPr="003D7B25">
        <w:rPr>
          <w:rFonts w:eastAsia="Times New Roman" w:cs="Times New Roman"/>
          <w:szCs w:val="24"/>
        </w:rPr>
        <w:t>sekaligus</w:t>
      </w:r>
      <w:proofErr w:type="spellEnd"/>
      <w:r w:rsidRPr="003D7B25">
        <w:rPr>
          <w:rFonts w:eastAsia="Times New Roman" w:cs="Times New Roman"/>
          <w:szCs w:val="24"/>
        </w:rPr>
        <w:t xml:space="preserve"> </w:t>
      </w:r>
      <w:proofErr w:type="spellStart"/>
      <w:r w:rsidRPr="003D7B25">
        <w:rPr>
          <w:rFonts w:eastAsia="Times New Roman" w:cs="Times New Roman"/>
          <w:szCs w:val="24"/>
        </w:rPr>
        <w:t>menghasilkan</w:t>
      </w:r>
      <w:proofErr w:type="spellEnd"/>
      <w:r w:rsidRPr="003D7B25">
        <w:rPr>
          <w:rFonts w:eastAsia="Times New Roman" w:cs="Times New Roman"/>
          <w:szCs w:val="24"/>
        </w:rPr>
        <w:t xml:space="preserve"> </w:t>
      </w:r>
      <w:proofErr w:type="spellStart"/>
      <w:r w:rsidRPr="003D7B25">
        <w:rPr>
          <w:rFonts w:eastAsia="Times New Roman" w:cs="Times New Roman"/>
          <w:szCs w:val="24"/>
        </w:rPr>
        <w:t>fitur</w:t>
      </w:r>
      <w:proofErr w:type="spellEnd"/>
      <w:r w:rsidRPr="003D7B25">
        <w:rPr>
          <w:rFonts w:eastAsia="Times New Roman" w:cs="Times New Roman"/>
          <w:szCs w:val="24"/>
        </w:rPr>
        <w:t xml:space="preserve"> yang </w:t>
      </w:r>
      <w:proofErr w:type="spellStart"/>
      <w:r w:rsidRPr="003D7B25">
        <w:rPr>
          <w:rFonts w:eastAsia="Times New Roman" w:cs="Times New Roman"/>
          <w:szCs w:val="24"/>
        </w:rPr>
        <w:t>adaptif</w:t>
      </w:r>
      <w:proofErr w:type="spellEnd"/>
      <w:r w:rsidRPr="003D7B25">
        <w:rPr>
          <w:rFonts w:eastAsia="Times New Roman" w:cs="Times New Roman"/>
          <w:szCs w:val="24"/>
        </w:rPr>
        <w:t xml:space="preserve"> </w:t>
      </w:r>
      <w:proofErr w:type="spellStart"/>
      <w:r w:rsidRPr="003D7B25">
        <w:rPr>
          <w:rFonts w:eastAsia="Times New Roman" w:cs="Times New Roman"/>
          <w:szCs w:val="24"/>
        </w:rPr>
        <w:t>dengan</w:t>
      </w:r>
      <w:proofErr w:type="spellEnd"/>
      <w:r w:rsidRPr="003D7B25">
        <w:rPr>
          <w:rFonts w:eastAsia="Times New Roman" w:cs="Times New Roman"/>
          <w:szCs w:val="24"/>
        </w:rPr>
        <w:t xml:space="preserve"> </w:t>
      </w:r>
      <w:proofErr w:type="spellStart"/>
      <w:r w:rsidRPr="003D7B25">
        <w:rPr>
          <w:rFonts w:eastAsia="Times New Roman" w:cs="Times New Roman"/>
          <w:szCs w:val="24"/>
        </w:rPr>
        <w:t>kebutuhan</w:t>
      </w:r>
      <w:proofErr w:type="spellEnd"/>
      <w:r w:rsidRPr="003D7B25">
        <w:rPr>
          <w:rFonts w:eastAsia="Times New Roman" w:cs="Times New Roman"/>
          <w:szCs w:val="24"/>
        </w:rPr>
        <w:t xml:space="preserve"> </w:t>
      </w:r>
      <w:proofErr w:type="spellStart"/>
      <w:r w:rsidRPr="003D7B25">
        <w:rPr>
          <w:rFonts w:eastAsia="Times New Roman" w:cs="Times New Roman"/>
          <w:szCs w:val="24"/>
        </w:rPr>
        <w:t>pengguna</w:t>
      </w:r>
      <w:proofErr w:type="spellEnd"/>
      <w:r w:rsidRPr="003D7B25">
        <w:rPr>
          <w:rFonts w:eastAsia="Times New Roman" w:cs="Times New Roman"/>
          <w:szCs w:val="24"/>
        </w:rPr>
        <w:t>.</w:t>
      </w:r>
    </w:p>
    <w:p w14:paraId="43200C52" w14:textId="646B89A6" w:rsidR="005B7971" w:rsidRDefault="003D7B25" w:rsidP="003D7B25">
      <w:pPr>
        <w:widowControl w:val="0"/>
        <w:autoSpaceDE w:val="0"/>
        <w:autoSpaceDN w:val="0"/>
        <w:spacing w:after="0" w:line="360" w:lineRule="auto"/>
        <w:ind w:right="-285" w:firstLine="720"/>
        <w:rPr>
          <w:rFonts w:eastAsia="Times New Roman" w:cs="Times New Roman"/>
          <w:szCs w:val="24"/>
        </w:rPr>
      </w:pPr>
      <w:proofErr w:type="spellStart"/>
      <w:r w:rsidRPr="003D7B25">
        <w:rPr>
          <w:rFonts w:eastAsia="Times New Roman" w:cs="Times New Roman"/>
          <w:szCs w:val="24"/>
        </w:rPr>
        <w:t>Secara</w:t>
      </w:r>
      <w:proofErr w:type="spellEnd"/>
      <w:r w:rsidRPr="003D7B25">
        <w:rPr>
          <w:rFonts w:eastAsia="Times New Roman" w:cs="Times New Roman"/>
          <w:szCs w:val="24"/>
        </w:rPr>
        <w:t xml:space="preserve"> </w:t>
      </w:r>
      <w:proofErr w:type="spellStart"/>
      <w:r w:rsidRPr="003D7B25">
        <w:rPr>
          <w:rFonts w:eastAsia="Times New Roman" w:cs="Times New Roman"/>
          <w:szCs w:val="24"/>
        </w:rPr>
        <w:t>keseluruhan</w:t>
      </w:r>
      <w:proofErr w:type="spellEnd"/>
      <w:r w:rsidRPr="003D7B25">
        <w:rPr>
          <w:rFonts w:eastAsia="Times New Roman" w:cs="Times New Roman"/>
          <w:szCs w:val="24"/>
        </w:rPr>
        <w:t xml:space="preserve">, </w:t>
      </w:r>
      <w:proofErr w:type="spellStart"/>
      <w:r w:rsidRPr="003D7B25">
        <w:rPr>
          <w:rFonts w:eastAsia="Times New Roman" w:cs="Times New Roman"/>
          <w:szCs w:val="24"/>
        </w:rPr>
        <w:t>berbagai</w:t>
      </w:r>
      <w:proofErr w:type="spellEnd"/>
      <w:r w:rsidRPr="003D7B25">
        <w:rPr>
          <w:rFonts w:eastAsia="Times New Roman" w:cs="Times New Roman"/>
          <w:szCs w:val="24"/>
        </w:rPr>
        <w:t xml:space="preserve"> </w:t>
      </w:r>
      <w:proofErr w:type="spellStart"/>
      <w:r w:rsidRPr="003D7B25">
        <w:rPr>
          <w:rFonts w:eastAsia="Times New Roman" w:cs="Times New Roman"/>
          <w:szCs w:val="24"/>
        </w:rPr>
        <w:t>temuan</w:t>
      </w:r>
      <w:proofErr w:type="spellEnd"/>
      <w:r w:rsidRPr="003D7B25">
        <w:rPr>
          <w:rFonts w:eastAsia="Times New Roman" w:cs="Times New Roman"/>
          <w:szCs w:val="24"/>
        </w:rPr>
        <w:t xml:space="preserve"> </w:t>
      </w:r>
      <w:proofErr w:type="spellStart"/>
      <w:r w:rsidRPr="003D7B25">
        <w:rPr>
          <w:rFonts w:eastAsia="Times New Roman" w:cs="Times New Roman"/>
          <w:szCs w:val="24"/>
        </w:rPr>
        <w:t>tersebut</w:t>
      </w:r>
      <w:proofErr w:type="spellEnd"/>
      <w:r w:rsidRPr="003D7B25">
        <w:rPr>
          <w:rFonts w:eastAsia="Times New Roman" w:cs="Times New Roman"/>
          <w:szCs w:val="24"/>
        </w:rPr>
        <w:t xml:space="preserve"> </w:t>
      </w:r>
      <w:proofErr w:type="spellStart"/>
      <w:r w:rsidRPr="003D7B25">
        <w:rPr>
          <w:rFonts w:eastAsia="Times New Roman" w:cs="Times New Roman"/>
          <w:szCs w:val="24"/>
        </w:rPr>
        <w:t>memperkuat</w:t>
      </w:r>
      <w:proofErr w:type="spellEnd"/>
      <w:r w:rsidRPr="003D7B25">
        <w:rPr>
          <w:rFonts w:eastAsia="Times New Roman" w:cs="Times New Roman"/>
          <w:szCs w:val="24"/>
        </w:rPr>
        <w:t xml:space="preserve"> </w:t>
      </w:r>
      <w:proofErr w:type="spellStart"/>
      <w:r w:rsidRPr="003D7B25">
        <w:rPr>
          <w:rFonts w:eastAsia="Times New Roman" w:cs="Times New Roman"/>
          <w:szCs w:val="24"/>
        </w:rPr>
        <w:t>bahwa</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perpustakaan</w:t>
      </w:r>
      <w:proofErr w:type="spellEnd"/>
      <w:r w:rsidRPr="003D7B25">
        <w:rPr>
          <w:rFonts w:eastAsia="Times New Roman" w:cs="Times New Roman"/>
          <w:szCs w:val="24"/>
        </w:rPr>
        <w:t xml:space="preserve"> </w:t>
      </w:r>
      <w:proofErr w:type="spellStart"/>
      <w:r w:rsidRPr="003D7B25">
        <w:rPr>
          <w:rFonts w:eastAsia="Times New Roman" w:cs="Times New Roman"/>
          <w:szCs w:val="24"/>
        </w:rPr>
        <w:t>berbasis</w:t>
      </w:r>
      <w:proofErr w:type="spellEnd"/>
      <w:r w:rsidRPr="003D7B25">
        <w:rPr>
          <w:rFonts w:eastAsia="Times New Roman" w:cs="Times New Roman"/>
          <w:szCs w:val="24"/>
        </w:rPr>
        <w:t xml:space="preserve"> web </w:t>
      </w:r>
      <w:proofErr w:type="spellStart"/>
      <w:r w:rsidRPr="003D7B25">
        <w:rPr>
          <w:rFonts w:eastAsia="Times New Roman" w:cs="Times New Roman"/>
          <w:szCs w:val="24"/>
        </w:rPr>
        <w:t>merupakan</w:t>
      </w:r>
      <w:proofErr w:type="spellEnd"/>
      <w:r w:rsidRPr="003D7B25">
        <w:rPr>
          <w:rFonts w:eastAsia="Times New Roman" w:cs="Times New Roman"/>
          <w:szCs w:val="24"/>
        </w:rPr>
        <w:t xml:space="preserve"> </w:t>
      </w:r>
      <w:proofErr w:type="spellStart"/>
      <w:r w:rsidRPr="003D7B25">
        <w:rPr>
          <w:rFonts w:eastAsia="Times New Roman" w:cs="Times New Roman"/>
          <w:szCs w:val="24"/>
        </w:rPr>
        <w:t>solusi</w:t>
      </w:r>
      <w:proofErr w:type="spellEnd"/>
      <w:r w:rsidRPr="003D7B25">
        <w:rPr>
          <w:rFonts w:eastAsia="Times New Roman" w:cs="Times New Roman"/>
          <w:szCs w:val="24"/>
        </w:rPr>
        <w:t xml:space="preserve"> </w:t>
      </w:r>
      <w:proofErr w:type="spellStart"/>
      <w:r w:rsidRPr="003D7B25">
        <w:rPr>
          <w:rFonts w:eastAsia="Times New Roman" w:cs="Times New Roman"/>
          <w:szCs w:val="24"/>
        </w:rPr>
        <w:t>tepat</w:t>
      </w:r>
      <w:proofErr w:type="spellEnd"/>
      <w:r w:rsidRPr="003D7B25">
        <w:rPr>
          <w:rFonts w:eastAsia="Times New Roman" w:cs="Times New Roman"/>
          <w:szCs w:val="24"/>
        </w:rPr>
        <w:t xml:space="preserve"> </w:t>
      </w:r>
      <w:proofErr w:type="spellStart"/>
      <w:r w:rsidRPr="003D7B25">
        <w:rPr>
          <w:rFonts w:eastAsia="Times New Roman" w:cs="Times New Roman"/>
          <w:szCs w:val="24"/>
        </w:rPr>
        <w:t>dalam</w:t>
      </w:r>
      <w:proofErr w:type="spellEnd"/>
      <w:r w:rsidRPr="003D7B25">
        <w:rPr>
          <w:rFonts w:eastAsia="Times New Roman" w:cs="Times New Roman"/>
          <w:szCs w:val="24"/>
        </w:rPr>
        <w:t xml:space="preserve"> </w:t>
      </w:r>
      <w:proofErr w:type="spellStart"/>
      <w:r w:rsidRPr="003D7B25">
        <w:rPr>
          <w:rFonts w:eastAsia="Times New Roman" w:cs="Times New Roman"/>
          <w:szCs w:val="24"/>
        </w:rPr>
        <w:t>mendukung</w:t>
      </w:r>
      <w:proofErr w:type="spellEnd"/>
      <w:r w:rsidRPr="003D7B25">
        <w:rPr>
          <w:rFonts w:eastAsia="Times New Roman" w:cs="Times New Roman"/>
          <w:szCs w:val="24"/>
        </w:rPr>
        <w:t xml:space="preserve"> </w:t>
      </w:r>
      <w:proofErr w:type="spellStart"/>
      <w:r w:rsidRPr="003D7B25">
        <w:rPr>
          <w:rFonts w:eastAsia="Times New Roman" w:cs="Times New Roman"/>
          <w:szCs w:val="24"/>
        </w:rPr>
        <w:t>transformasi</w:t>
      </w:r>
      <w:proofErr w:type="spellEnd"/>
      <w:r w:rsidRPr="003D7B25">
        <w:rPr>
          <w:rFonts w:eastAsia="Times New Roman" w:cs="Times New Roman"/>
          <w:szCs w:val="24"/>
        </w:rPr>
        <w:t xml:space="preserve"> digital TBM Al-Azhari. Tidak </w:t>
      </w:r>
      <w:proofErr w:type="spellStart"/>
      <w:r w:rsidRPr="003D7B25">
        <w:rPr>
          <w:rFonts w:eastAsia="Times New Roman" w:cs="Times New Roman"/>
          <w:szCs w:val="24"/>
        </w:rPr>
        <w:t>hanya</w:t>
      </w:r>
      <w:proofErr w:type="spellEnd"/>
      <w:r w:rsidRPr="003D7B25">
        <w:rPr>
          <w:rFonts w:eastAsia="Times New Roman" w:cs="Times New Roman"/>
          <w:szCs w:val="24"/>
        </w:rPr>
        <w:t xml:space="preserve"> </w:t>
      </w:r>
      <w:proofErr w:type="spellStart"/>
      <w:r w:rsidRPr="003D7B25">
        <w:rPr>
          <w:rFonts w:eastAsia="Times New Roman" w:cs="Times New Roman"/>
          <w:szCs w:val="24"/>
        </w:rPr>
        <w:t>mampu</w:t>
      </w:r>
      <w:proofErr w:type="spellEnd"/>
      <w:r w:rsidRPr="003D7B25">
        <w:rPr>
          <w:rFonts w:eastAsia="Times New Roman" w:cs="Times New Roman"/>
          <w:szCs w:val="24"/>
        </w:rPr>
        <w:t xml:space="preserve"> </w:t>
      </w:r>
      <w:proofErr w:type="spellStart"/>
      <w:r w:rsidRPr="003D7B25">
        <w:rPr>
          <w:rFonts w:eastAsia="Times New Roman" w:cs="Times New Roman"/>
          <w:szCs w:val="24"/>
        </w:rPr>
        <w:t>meningkatkan</w:t>
      </w:r>
      <w:proofErr w:type="spellEnd"/>
      <w:r w:rsidRPr="003D7B25">
        <w:rPr>
          <w:rFonts w:eastAsia="Times New Roman" w:cs="Times New Roman"/>
          <w:szCs w:val="24"/>
        </w:rPr>
        <w:t xml:space="preserve"> </w:t>
      </w:r>
      <w:proofErr w:type="spellStart"/>
      <w:r w:rsidRPr="003D7B25">
        <w:rPr>
          <w:rFonts w:eastAsia="Times New Roman" w:cs="Times New Roman"/>
          <w:szCs w:val="24"/>
        </w:rPr>
        <w:t>efisiensi</w:t>
      </w:r>
      <w:proofErr w:type="spellEnd"/>
      <w:r w:rsidRPr="003D7B25">
        <w:rPr>
          <w:rFonts w:eastAsia="Times New Roman" w:cs="Times New Roman"/>
          <w:szCs w:val="24"/>
        </w:rPr>
        <w:t xml:space="preserve"> </w:t>
      </w:r>
      <w:proofErr w:type="spellStart"/>
      <w:r w:rsidRPr="003D7B25">
        <w:rPr>
          <w:rFonts w:eastAsia="Times New Roman" w:cs="Times New Roman"/>
          <w:szCs w:val="24"/>
        </w:rPr>
        <w:t>operasional</w:t>
      </w:r>
      <w:proofErr w:type="spellEnd"/>
      <w:r w:rsidRPr="003D7B25">
        <w:rPr>
          <w:rFonts w:eastAsia="Times New Roman" w:cs="Times New Roman"/>
          <w:szCs w:val="24"/>
        </w:rPr>
        <w:t xml:space="preserve">, </w:t>
      </w:r>
      <w:proofErr w:type="spellStart"/>
      <w:r w:rsidRPr="003D7B25">
        <w:rPr>
          <w:rFonts w:eastAsia="Times New Roman" w:cs="Times New Roman"/>
          <w:szCs w:val="24"/>
        </w:rPr>
        <w:t>sistem</w:t>
      </w:r>
      <w:proofErr w:type="spellEnd"/>
      <w:r w:rsidRPr="003D7B25">
        <w:rPr>
          <w:rFonts w:eastAsia="Times New Roman" w:cs="Times New Roman"/>
          <w:szCs w:val="24"/>
        </w:rPr>
        <w:t xml:space="preserve"> </w:t>
      </w:r>
      <w:proofErr w:type="spellStart"/>
      <w:r w:rsidRPr="003D7B25">
        <w:rPr>
          <w:rFonts w:eastAsia="Times New Roman" w:cs="Times New Roman"/>
          <w:szCs w:val="24"/>
        </w:rPr>
        <w:t>ini</w:t>
      </w:r>
      <w:proofErr w:type="spellEnd"/>
      <w:r w:rsidRPr="003D7B25">
        <w:rPr>
          <w:rFonts w:eastAsia="Times New Roman" w:cs="Times New Roman"/>
          <w:szCs w:val="24"/>
        </w:rPr>
        <w:t xml:space="preserve"> juga </w:t>
      </w:r>
      <w:proofErr w:type="spellStart"/>
      <w:r w:rsidRPr="003D7B25">
        <w:rPr>
          <w:rFonts w:eastAsia="Times New Roman" w:cs="Times New Roman"/>
          <w:szCs w:val="24"/>
        </w:rPr>
        <w:t>memperluas</w:t>
      </w:r>
      <w:proofErr w:type="spellEnd"/>
      <w:r w:rsidRPr="003D7B25">
        <w:rPr>
          <w:rFonts w:eastAsia="Times New Roman" w:cs="Times New Roman"/>
          <w:szCs w:val="24"/>
        </w:rPr>
        <w:t xml:space="preserve"> </w:t>
      </w:r>
      <w:proofErr w:type="spellStart"/>
      <w:r w:rsidRPr="003D7B25">
        <w:rPr>
          <w:rFonts w:eastAsia="Times New Roman" w:cs="Times New Roman"/>
          <w:szCs w:val="24"/>
        </w:rPr>
        <w:t>akses</w:t>
      </w:r>
      <w:proofErr w:type="spellEnd"/>
      <w:r w:rsidRPr="003D7B25">
        <w:rPr>
          <w:rFonts w:eastAsia="Times New Roman" w:cs="Times New Roman"/>
          <w:szCs w:val="24"/>
        </w:rPr>
        <w:t xml:space="preserve"> </w:t>
      </w:r>
      <w:proofErr w:type="spellStart"/>
      <w:r w:rsidRPr="003D7B25">
        <w:rPr>
          <w:rFonts w:eastAsia="Times New Roman" w:cs="Times New Roman"/>
          <w:szCs w:val="24"/>
        </w:rPr>
        <w:t>layanan</w:t>
      </w:r>
      <w:proofErr w:type="spellEnd"/>
      <w:r w:rsidRPr="003D7B25">
        <w:rPr>
          <w:rFonts w:eastAsia="Times New Roman" w:cs="Times New Roman"/>
          <w:szCs w:val="24"/>
        </w:rPr>
        <w:t xml:space="preserve"> </w:t>
      </w:r>
      <w:proofErr w:type="spellStart"/>
      <w:r w:rsidRPr="003D7B25">
        <w:rPr>
          <w:rFonts w:eastAsia="Times New Roman" w:cs="Times New Roman"/>
          <w:szCs w:val="24"/>
        </w:rPr>
        <w:t>literasi</w:t>
      </w:r>
      <w:proofErr w:type="spellEnd"/>
      <w:r w:rsidRPr="003D7B25">
        <w:rPr>
          <w:rFonts w:eastAsia="Times New Roman" w:cs="Times New Roman"/>
          <w:szCs w:val="24"/>
        </w:rPr>
        <w:t xml:space="preserve"> </w:t>
      </w:r>
      <w:proofErr w:type="spellStart"/>
      <w:r w:rsidRPr="003D7B25">
        <w:rPr>
          <w:rFonts w:eastAsia="Times New Roman" w:cs="Times New Roman"/>
          <w:szCs w:val="24"/>
        </w:rPr>
        <w:t>kepada</w:t>
      </w:r>
      <w:proofErr w:type="spellEnd"/>
      <w:r w:rsidRPr="003D7B25">
        <w:rPr>
          <w:rFonts w:eastAsia="Times New Roman" w:cs="Times New Roman"/>
          <w:szCs w:val="24"/>
        </w:rPr>
        <w:t xml:space="preserve"> </w:t>
      </w:r>
      <w:proofErr w:type="spellStart"/>
      <w:r w:rsidRPr="003D7B25">
        <w:rPr>
          <w:rFonts w:eastAsia="Times New Roman" w:cs="Times New Roman"/>
          <w:szCs w:val="24"/>
        </w:rPr>
        <w:t>masyarakat</w:t>
      </w:r>
      <w:proofErr w:type="spellEnd"/>
      <w:r w:rsidRPr="003D7B25">
        <w:rPr>
          <w:rFonts w:eastAsia="Times New Roman" w:cs="Times New Roman"/>
          <w:szCs w:val="24"/>
        </w:rPr>
        <w:t xml:space="preserve"> </w:t>
      </w:r>
      <w:proofErr w:type="spellStart"/>
      <w:r w:rsidRPr="003D7B25">
        <w:rPr>
          <w:rFonts w:eastAsia="Times New Roman" w:cs="Times New Roman"/>
          <w:szCs w:val="24"/>
        </w:rPr>
        <w:t>secara</w:t>
      </w:r>
      <w:proofErr w:type="spellEnd"/>
      <w:r w:rsidRPr="003D7B25">
        <w:rPr>
          <w:rFonts w:eastAsia="Times New Roman" w:cs="Times New Roman"/>
          <w:szCs w:val="24"/>
        </w:rPr>
        <w:t xml:space="preserve"> real-time, </w:t>
      </w:r>
      <w:proofErr w:type="spellStart"/>
      <w:r w:rsidRPr="003D7B25">
        <w:rPr>
          <w:rFonts w:eastAsia="Times New Roman" w:cs="Times New Roman"/>
          <w:szCs w:val="24"/>
        </w:rPr>
        <w:t>tanpa</w:t>
      </w:r>
      <w:proofErr w:type="spellEnd"/>
      <w:r w:rsidRPr="003D7B25">
        <w:rPr>
          <w:rFonts w:eastAsia="Times New Roman" w:cs="Times New Roman"/>
          <w:szCs w:val="24"/>
        </w:rPr>
        <w:t xml:space="preserve"> </w:t>
      </w:r>
      <w:proofErr w:type="spellStart"/>
      <w:r w:rsidRPr="003D7B25">
        <w:rPr>
          <w:rFonts w:eastAsia="Times New Roman" w:cs="Times New Roman"/>
          <w:szCs w:val="24"/>
        </w:rPr>
        <w:t>batasan</w:t>
      </w:r>
      <w:proofErr w:type="spellEnd"/>
      <w:r w:rsidRPr="003D7B25">
        <w:rPr>
          <w:rFonts w:eastAsia="Times New Roman" w:cs="Times New Roman"/>
          <w:szCs w:val="24"/>
        </w:rPr>
        <w:t xml:space="preserve"> </w:t>
      </w:r>
      <w:proofErr w:type="spellStart"/>
      <w:r w:rsidRPr="003D7B25">
        <w:rPr>
          <w:rFonts w:eastAsia="Times New Roman" w:cs="Times New Roman"/>
          <w:szCs w:val="24"/>
        </w:rPr>
        <w:t>lokasi</w:t>
      </w:r>
      <w:proofErr w:type="spellEnd"/>
      <w:r w:rsidRPr="003D7B25">
        <w:rPr>
          <w:rFonts w:eastAsia="Times New Roman" w:cs="Times New Roman"/>
          <w:szCs w:val="24"/>
        </w:rPr>
        <w:t xml:space="preserve"> dan </w:t>
      </w:r>
      <w:proofErr w:type="spellStart"/>
      <w:r w:rsidRPr="003D7B25">
        <w:rPr>
          <w:rFonts w:eastAsia="Times New Roman" w:cs="Times New Roman"/>
          <w:szCs w:val="24"/>
        </w:rPr>
        <w:t>waktu</w:t>
      </w:r>
      <w:proofErr w:type="spellEnd"/>
      <w:r w:rsidRPr="003D7B25">
        <w:rPr>
          <w:rFonts w:eastAsia="Times New Roman" w:cs="Times New Roman"/>
          <w:szCs w:val="24"/>
        </w:rPr>
        <w:t>.</w:t>
      </w:r>
    </w:p>
    <w:p w14:paraId="6226445B" w14:textId="6CFA3B3A" w:rsidR="006379F9" w:rsidRPr="00387AD0" w:rsidRDefault="00B842C8" w:rsidP="00B91E2C">
      <w:pPr>
        <w:pStyle w:val="Heading2"/>
        <w:numPr>
          <w:ilvl w:val="0"/>
          <w:numId w:val="25"/>
        </w:numPr>
        <w:spacing w:after="240" w:line="360" w:lineRule="auto"/>
        <w:ind w:left="0" w:firstLine="0"/>
        <w:rPr>
          <w:rFonts w:cs="Times New Roman"/>
          <w:szCs w:val="24"/>
          <w:lang w:val="id"/>
        </w:rPr>
      </w:pPr>
      <w:bookmarkStart w:id="62" w:name="_Toc204310519"/>
      <w:bookmarkStart w:id="63" w:name="_Toc205248722"/>
      <w:bookmarkStart w:id="64" w:name="_Toc205261371"/>
      <w:r w:rsidRPr="00387AD0">
        <w:rPr>
          <w:rFonts w:cs="Times New Roman"/>
          <w:szCs w:val="24"/>
          <w:lang w:val="id"/>
        </w:rPr>
        <w:t>Katalog</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Digital</w:t>
      </w:r>
      <w:bookmarkEnd w:id="62"/>
      <w:bookmarkEnd w:id="63"/>
      <w:bookmarkEnd w:id="64"/>
    </w:p>
    <w:p w14:paraId="289E0590" w14:textId="77777777" w:rsidR="00B91E2C" w:rsidRDefault="006379F9" w:rsidP="00B91E2C">
      <w:pPr>
        <w:widowControl w:val="0"/>
        <w:autoSpaceDE w:val="0"/>
        <w:autoSpaceDN w:val="0"/>
        <w:spacing w:after="0" w:line="360" w:lineRule="auto"/>
        <w:ind w:right="-285" w:firstLine="720"/>
        <w:rPr>
          <w:rFonts w:eastAsia="Times New Roman" w:cs="Times New Roman"/>
          <w:szCs w:val="24"/>
          <w:lang w:val="id"/>
        </w:rPr>
      </w:pP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merupakan</w:t>
      </w:r>
      <w:r w:rsidR="00F660D2" w:rsidRPr="00387AD0">
        <w:rPr>
          <w:rFonts w:eastAsia="Times New Roman" w:cs="Times New Roman"/>
          <w:szCs w:val="24"/>
          <w:lang w:val="id"/>
        </w:rPr>
        <w:t xml:space="preserve"> </w:t>
      </w:r>
      <w:r w:rsidRPr="00387AD0">
        <w:rPr>
          <w:rFonts w:eastAsia="Times New Roman" w:cs="Times New Roman"/>
          <w:szCs w:val="24"/>
          <w:lang w:val="id"/>
        </w:rPr>
        <w:t>bentuk</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dari</w:t>
      </w:r>
      <w:r w:rsidR="00F660D2" w:rsidRPr="00387AD0">
        <w:rPr>
          <w:rFonts w:eastAsia="Times New Roman" w:cs="Times New Roman"/>
          <w:szCs w:val="24"/>
          <w:lang w:val="id"/>
        </w:rPr>
        <w:t xml:space="preserve"> </w:t>
      </w:r>
      <w:r w:rsidRPr="00387AD0">
        <w:rPr>
          <w:rFonts w:eastAsia="Times New Roman" w:cs="Times New Roman"/>
          <w:szCs w:val="24"/>
          <w:lang w:val="id"/>
        </w:rPr>
        <w:t>daftar</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dimiliki</w:t>
      </w:r>
      <w:r w:rsidR="00F660D2" w:rsidRPr="00387AD0">
        <w:rPr>
          <w:rFonts w:eastAsia="Times New Roman" w:cs="Times New Roman"/>
          <w:szCs w:val="24"/>
          <w:lang w:val="id"/>
        </w:rPr>
        <w:t xml:space="preserve"> </w:t>
      </w:r>
      <w:r w:rsidRPr="00387AD0">
        <w:rPr>
          <w:rFonts w:eastAsia="Times New Roman" w:cs="Times New Roman"/>
          <w:szCs w:val="24"/>
          <w:lang w:val="id"/>
        </w:rPr>
        <w:t>oleh</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atau</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dirancang</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mempermudah</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bibliografi.</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memungkinkan</w:t>
      </w:r>
      <w:r w:rsidR="00F660D2" w:rsidRPr="00387AD0">
        <w:rPr>
          <w:rFonts w:eastAsia="Times New Roman" w:cs="Times New Roman"/>
          <w:szCs w:val="24"/>
          <w:lang w:val="id"/>
        </w:rPr>
        <w:t xml:space="preserve"> </w:t>
      </w:r>
      <w:r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berdasarkan</w:t>
      </w:r>
      <w:r w:rsidR="00F660D2" w:rsidRPr="00387AD0">
        <w:rPr>
          <w:rFonts w:eastAsia="Times New Roman" w:cs="Times New Roman"/>
          <w:szCs w:val="24"/>
          <w:lang w:val="id"/>
        </w:rPr>
        <w:t xml:space="preserve"> </w:t>
      </w:r>
      <w:r w:rsidRPr="00387AD0">
        <w:rPr>
          <w:rFonts w:eastAsia="Times New Roman" w:cs="Times New Roman"/>
          <w:szCs w:val="24"/>
          <w:lang w:val="id"/>
        </w:rPr>
        <w:t>berbagai</w:t>
      </w:r>
      <w:r w:rsidR="00F660D2" w:rsidRPr="00387AD0">
        <w:rPr>
          <w:rFonts w:eastAsia="Times New Roman" w:cs="Times New Roman"/>
          <w:szCs w:val="24"/>
          <w:lang w:val="id"/>
        </w:rPr>
        <w:t xml:space="preserve"> </w:t>
      </w:r>
      <w:r w:rsidRPr="00387AD0">
        <w:rPr>
          <w:rFonts w:eastAsia="Times New Roman" w:cs="Times New Roman"/>
          <w:szCs w:val="24"/>
          <w:lang w:val="id"/>
        </w:rPr>
        <w:t>kriteria</w:t>
      </w:r>
      <w:r w:rsidR="00F660D2" w:rsidRPr="00387AD0">
        <w:rPr>
          <w:rFonts w:eastAsia="Times New Roman" w:cs="Times New Roman"/>
          <w:szCs w:val="24"/>
          <w:lang w:val="id"/>
        </w:rPr>
        <w:t xml:space="preserve"> </w:t>
      </w:r>
      <w:r w:rsidRPr="00387AD0">
        <w:rPr>
          <w:rFonts w:eastAsia="Times New Roman" w:cs="Times New Roman"/>
          <w:szCs w:val="24"/>
          <w:lang w:val="id"/>
        </w:rPr>
        <w:t>seperti</w:t>
      </w:r>
      <w:r w:rsidR="00F660D2" w:rsidRPr="00387AD0">
        <w:rPr>
          <w:rFonts w:eastAsia="Times New Roman" w:cs="Times New Roman"/>
          <w:szCs w:val="24"/>
          <w:lang w:val="id"/>
        </w:rPr>
        <w:t xml:space="preserve"> </w:t>
      </w:r>
      <w:r w:rsidRPr="00387AD0">
        <w:rPr>
          <w:rFonts w:eastAsia="Times New Roman" w:cs="Times New Roman"/>
          <w:szCs w:val="24"/>
          <w:lang w:val="id"/>
        </w:rPr>
        <w:t>judul,</w:t>
      </w:r>
      <w:r w:rsidR="00F660D2" w:rsidRPr="00387AD0">
        <w:rPr>
          <w:rFonts w:eastAsia="Times New Roman" w:cs="Times New Roman"/>
          <w:szCs w:val="24"/>
          <w:lang w:val="id"/>
        </w:rPr>
        <w:t xml:space="preserve"> </w:t>
      </w:r>
      <w:r w:rsidRPr="00387AD0">
        <w:rPr>
          <w:rFonts w:eastAsia="Times New Roman" w:cs="Times New Roman"/>
          <w:szCs w:val="24"/>
          <w:lang w:val="id"/>
        </w:rPr>
        <w:t>penulis,</w:t>
      </w:r>
      <w:r w:rsidR="00F660D2" w:rsidRPr="00387AD0">
        <w:rPr>
          <w:rFonts w:eastAsia="Times New Roman" w:cs="Times New Roman"/>
          <w:szCs w:val="24"/>
          <w:lang w:val="id"/>
        </w:rPr>
        <w:t xml:space="preserve"> </w:t>
      </w:r>
      <w:r w:rsidRPr="00387AD0">
        <w:rPr>
          <w:rFonts w:eastAsia="Times New Roman" w:cs="Times New Roman"/>
          <w:szCs w:val="24"/>
          <w:lang w:val="id"/>
        </w:rPr>
        <w:t>topik,</w:t>
      </w:r>
      <w:r w:rsidR="00F660D2" w:rsidRPr="00387AD0">
        <w:rPr>
          <w:rFonts w:eastAsia="Times New Roman" w:cs="Times New Roman"/>
          <w:szCs w:val="24"/>
          <w:lang w:val="id"/>
        </w:rPr>
        <w:t xml:space="preserve"> </w:t>
      </w:r>
      <w:r w:rsidRPr="00387AD0">
        <w:rPr>
          <w:rFonts w:eastAsia="Times New Roman" w:cs="Times New Roman"/>
          <w:szCs w:val="24"/>
          <w:lang w:val="id"/>
        </w:rPr>
        <w:t>atau</w:t>
      </w:r>
      <w:r w:rsidR="00F660D2" w:rsidRPr="00387AD0">
        <w:rPr>
          <w:rFonts w:eastAsia="Times New Roman" w:cs="Times New Roman"/>
          <w:szCs w:val="24"/>
          <w:lang w:val="id"/>
        </w:rPr>
        <w:t xml:space="preserve"> </w:t>
      </w:r>
      <w:r w:rsidRPr="00387AD0">
        <w:rPr>
          <w:rFonts w:eastAsia="Times New Roman" w:cs="Times New Roman"/>
          <w:szCs w:val="24"/>
          <w:lang w:val="id"/>
        </w:rPr>
        <w:t>kategori</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efisien</w:t>
      </w:r>
      <w:r w:rsidR="00F660D2" w:rsidRPr="00387AD0">
        <w:rPr>
          <w:rFonts w:eastAsia="Times New Roman" w:cs="Times New Roman"/>
          <w:szCs w:val="24"/>
          <w:lang w:val="id"/>
        </w:rPr>
        <w:t xml:space="preserve"> </w:t>
      </w:r>
      <w:r w:rsidRPr="00387AD0">
        <w:rPr>
          <w:rFonts w:eastAsia="Times New Roman" w:cs="Times New Roman"/>
          <w:szCs w:val="24"/>
          <w:lang w:val="id"/>
        </w:rPr>
        <w:t>dibandingkan</w:t>
      </w:r>
      <w:r w:rsidR="00F660D2" w:rsidRPr="00387AD0">
        <w:rPr>
          <w:rFonts w:eastAsia="Times New Roman" w:cs="Times New Roman"/>
          <w:szCs w:val="24"/>
          <w:lang w:val="id"/>
        </w:rPr>
        <w:t xml:space="preserve"> </w:t>
      </w:r>
      <w:r w:rsidRPr="00387AD0">
        <w:rPr>
          <w:rFonts w:eastAsia="Times New Roman" w:cs="Times New Roman"/>
          <w:szCs w:val="24"/>
          <w:lang w:val="id"/>
        </w:rPr>
        <w:t>metode</w:t>
      </w:r>
      <w:r w:rsidR="00F660D2" w:rsidRPr="00387AD0">
        <w:rPr>
          <w:rFonts w:eastAsia="Times New Roman" w:cs="Times New Roman"/>
          <w:szCs w:val="24"/>
          <w:lang w:val="id"/>
        </w:rPr>
        <w:t xml:space="preserve"> </w:t>
      </w:r>
      <w:r w:rsidRPr="00387AD0">
        <w:rPr>
          <w:rFonts w:eastAsia="Times New Roman" w:cs="Times New Roman"/>
          <w:szCs w:val="24"/>
          <w:lang w:val="id"/>
        </w:rPr>
        <w:t>manual</w:t>
      </w:r>
      <w:r w:rsidR="00F660D2" w:rsidRPr="00387AD0">
        <w:rPr>
          <w:rFonts w:eastAsia="Times New Roman" w:cs="Times New Roman"/>
          <w:szCs w:val="24"/>
          <w:lang w:val="id"/>
        </w:rPr>
        <w:t xml:space="preserve"> </w:t>
      </w:r>
      <w:r w:rsidRPr="00387AD0">
        <w:rPr>
          <w:rFonts w:eastAsia="Times New Roman" w:cs="Times New Roman"/>
          <w:szCs w:val="24"/>
          <w:lang w:val="id"/>
        </w:rPr>
        <w:t>seperti</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kartu</w:t>
      </w:r>
      <w:r w:rsidR="00F660D2" w:rsidRPr="00387AD0">
        <w:rPr>
          <w:rFonts w:eastAsia="Times New Roman" w:cs="Times New Roman"/>
          <w:szCs w:val="24"/>
          <w:lang w:val="id"/>
        </w:rPr>
        <w:t xml:space="preserve"> </w:t>
      </w:r>
      <w:r w:rsidRPr="00387AD0">
        <w:rPr>
          <w:rFonts w:eastAsia="Times New Roman" w:cs="Times New Roman"/>
          <w:szCs w:val="24"/>
          <w:lang w:val="id"/>
        </w:rPr>
        <w:t>(OPAC).</w:t>
      </w:r>
      <w:r w:rsidR="00F660D2" w:rsidRPr="00387AD0">
        <w:rPr>
          <w:rFonts w:eastAsia="Times New Roman" w:cs="Times New Roman"/>
          <w:szCs w:val="24"/>
          <w:lang w:val="id"/>
        </w:rPr>
        <w:t xml:space="preserve"> </w:t>
      </w:r>
      <w:r w:rsidRPr="00387AD0">
        <w:rPr>
          <w:rFonts w:eastAsia="Times New Roman" w:cs="Times New Roman"/>
          <w:szCs w:val="24"/>
          <w:lang w:val="id"/>
        </w:rPr>
        <w:t>Hasibuan</w:t>
      </w:r>
      <w:r w:rsidR="00F660D2" w:rsidRPr="00387AD0">
        <w:rPr>
          <w:rFonts w:eastAsia="Times New Roman" w:cs="Times New Roman"/>
          <w:szCs w:val="24"/>
          <w:lang w:val="id"/>
        </w:rPr>
        <w:t xml:space="preserve"> </w:t>
      </w:r>
      <w:r w:rsidRPr="00387AD0">
        <w:rPr>
          <w:rFonts w:eastAsia="Times New Roman" w:cs="Times New Roman"/>
          <w:szCs w:val="24"/>
          <w:lang w:val="id"/>
        </w:rPr>
        <w:t>(2013)</w:t>
      </w:r>
      <w:r w:rsidR="00F660D2" w:rsidRPr="00387AD0">
        <w:rPr>
          <w:rFonts w:eastAsia="Times New Roman" w:cs="Times New Roman"/>
          <w:szCs w:val="24"/>
          <w:lang w:val="id"/>
        </w:rPr>
        <w:t xml:space="preserve"> </w:t>
      </w:r>
      <w:r w:rsidRPr="00387AD0">
        <w:rPr>
          <w:rFonts w:eastAsia="Times New Roman" w:cs="Times New Roman"/>
          <w:szCs w:val="24"/>
          <w:lang w:val="id"/>
        </w:rPr>
        <w:t>menyatakan</w:t>
      </w:r>
      <w:r w:rsidR="00F660D2" w:rsidRPr="00387AD0">
        <w:rPr>
          <w:rFonts w:eastAsia="Times New Roman" w:cs="Times New Roman"/>
          <w:szCs w:val="24"/>
          <w:lang w:val="id"/>
        </w:rPr>
        <w:t xml:space="preserve"> </w:t>
      </w:r>
      <w:r w:rsidRPr="00387AD0">
        <w:rPr>
          <w:rFonts w:eastAsia="Times New Roman" w:cs="Times New Roman"/>
          <w:szCs w:val="24"/>
          <w:lang w:val="id"/>
        </w:rPr>
        <w:t>bahwa</w:t>
      </w:r>
      <w:r w:rsidR="00F660D2" w:rsidRPr="00387AD0">
        <w:rPr>
          <w:rFonts w:eastAsia="Times New Roman" w:cs="Times New Roman"/>
          <w:szCs w:val="24"/>
          <w:lang w:val="id"/>
        </w:rPr>
        <w:t xml:space="preserve"> </w:t>
      </w:r>
      <w:r w:rsidRPr="00387AD0">
        <w:rPr>
          <w:rFonts w:eastAsia="Times New Roman" w:cs="Times New Roman"/>
          <w:szCs w:val="24"/>
          <w:lang w:val="id"/>
        </w:rPr>
        <w:t>penggunaan</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meningkatkan</w:t>
      </w:r>
      <w:r w:rsidR="00F660D2" w:rsidRPr="00387AD0">
        <w:rPr>
          <w:rFonts w:eastAsia="Times New Roman" w:cs="Times New Roman"/>
          <w:szCs w:val="24"/>
          <w:lang w:val="id"/>
        </w:rPr>
        <w:t xml:space="preserve"> </w:t>
      </w:r>
      <w:r w:rsidRPr="00387AD0">
        <w:rPr>
          <w:rFonts w:eastAsia="Times New Roman" w:cs="Times New Roman"/>
          <w:szCs w:val="24"/>
          <w:lang w:val="id"/>
        </w:rPr>
        <w:t>efektivitas</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menemukan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melacak</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sekaligus</w:t>
      </w:r>
      <w:r w:rsidR="00F660D2" w:rsidRPr="00387AD0">
        <w:rPr>
          <w:rFonts w:eastAsia="Times New Roman" w:cs="Times New Roman"/>
          <w:szCs w:val="24"/>
          <w:lang w:val="id"/>
        </w:rPr>
        <w:t xml:space="preserve"> </w:t>
      </w:r>
      <w:r w:rsidRPr="00387AD0">
        <w:rPr>
          <w:rFonts w:eastAsia="Times New Roman" w:cs="Times New Roman"/>
          <w:szCs w:val="24"/>
          <w:lang w:val="id"/>
        </w:rPr>
        <w:t>memperkuat</w:t>
      </w:r>
      <w:r w:rsidR="00F660D2" w:rsidRPr="00387AD0">
        <w:rPr>
          <w:rFonts w:eastAsia="Times New Roman" w:cs="Times New Roman"/>
          <w:szCs w:val="24"/>
          <w:lang w:val="id"/>
        </w:rPr>
        <w:t xml:space="preserve"> </w:t>
      </w:r>
      <w:r w:rsidRPr="00387AD0">
        <w:rPr>
          <w:rFonts w:eastAsia="Times New Roman" w:cs="Times New Roman"/>
          <w:szCs w:val="24"/>
          <w:lang w:val="id"/>
        </w:rPr>
        <w:t>layanan</w:t>
      </w:r>
      <w:r w:rsidR="00F660D2" w:rsidRPr="00387AD0">
        <w:rPr>
          <w:rFonts w:eastAsia="Times New Roman" w:cs="Times New Roman"/>
          <w:szCs w:val="24"/>
          <w:lang w:val="id"/>
        </w:rPr>
        <w:t xml:space="preserve"> </w:t>
      </w:r>
      <w:r w:rsidRPr="00387AD0">
        <w:rPr>
          <w:rFonts w:eastAsia="Times New Roman" w:cs="Times New Roman"/>
          <w:szCs w:val="24"/>
          <w:lang w:val="id"/>
        </w:rPr>
        <w:t>sirkulasi.</w:t>
      </w:r>
    </w:p>
    <w:p w14:paraId="1DBF01B4" w14:textId="77777777" w:rsidR="00302053" w:rsidRDefault="00302053" w:rsidP="00B91E2C">
      <w:pPr>
        <w:widowControl w:val="0"/>
        <w:autoSpaceDE w:val="0"/>
        <w:autoSpaceDN w:val="0"/>
        <w:spacing w:after="0" w:line="360" w:lineRule="auto"/>
        <w:ind w:right="-285" w:firstLine="720"/>
        <w:rPr>
          <w:rFonts w:eastAsia="Times New Roman" w:cs="Times New Roman"/>
          <w:szCs w:val="24"/>
          <w:lang w:val="id"/>
        </w:rPr>
      </w:pPr>
    </w:p>
    <w:p w14:paraId="71168870" w14:textId="49780E07" w:rsidR="00BB5D2B" w:rsidRPr="00387AD0" w:rsidRDefault="006379F9" w:rsidP="00B91E2C">
      <w:pPr>
        <w:widowControl w:val="0"/>
        <w:autoSpaceDE w:val="0"/>
        <w:autoSpaceDN w:val="0"/>
        <w:spacing w:after="0" w:line="360" w:lineRule="auto"/>
        <w:ind w:right="-285" w:firstLine="720"/>
        <w:rPr>
          <w:rFonts w:eastAsia="Times New Roman" w:cs="Times New Roman"/>
          <w:szCs w:val="24"/>
          <w:lang w:val="id"/>
        </w:rPr>
      </w:pP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jauh</w:t>
      </w:r>
      <w:r w:rsidR="00F660D2" w:rsidRPr="00387AD0">
        <w:rPr>
          <w:rFonts w:eastAsia="Times New Roman" w:cs="Times New Roman"/>
          <w:szCs w:val="24"/>
          <w:lang w:val="id"/>
        </w:rPr>
        <w:t xml:space="preserve"> </w:t>
      </w:r>
      <w:r w:rsidRPr="00387AD0">
        <w:rPr>
          <w:rFonts w:eastAsia="Times New Roman" w:cs="Times New Roman"/>
          <w:szCs w:val="24"/>
          <w:lang w:val="id"/>
        </w:rPr>
        <w:t>lagi,</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memberikan</w:t>
      </w:r>
      <w:r w:rsidR="00F660D2" w:rsidRPr="00387AD0">
        <w:rPr>
          <w:rFonts w:eastAsia="Times New Roman" w:cs="Times New Roman"/>
          <w:szCs w:val="24"/>
          <w:lang w:val="id"/>
        </w:rPr>
        <w:t xml:space="preserve"> </w:t>
      </w:r>
      <w:r w:rsidRPr="00387AD0">
        <w:rPr>
          <w:rFonts w:eastAsia="Times New Roman" w:cs="Times New Roman"/>
          <w:szCs w:val="24"/>
          <w:lang w:val="id"/>
        </w:rPr>
        <w:t>kemudahan</w:t>
      </w:r>
      <w:r w:rsidR="00F660D2" w:rsidRPr="00387AD0">
        <w:rPr>
          <w:rFonts w:eastAsia="Times New Roman" w:cs="Times New Roman"/>
          <w:szCs w:val="24"/>
          <w:lang w:val="id"/>
        </w:rPr>
        <w:t xml:space="preserve"> </w:t>
      </w:r>
      <w:r w:rsidRPr="00387AD0">
        <w:rPr>
          <w:rFonts w:eastAsia="Times New Roman" w:cs="Times New Roman"/>
          <w:szCs w:val="24"/>
          <w:lang w:val="id"/>
        </w:rPr>
        <w:t>akses</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fleksibel,</w:t>
      </w:r>
      <w:r w:rsidR="00F660D2" w:rsidRPr="00387AD0">
        <w:rPr>
          <w:rFonts w:eastAsia="Times New Roman" w:cs="Times New Roman"/>
          <w:szCs w:val="24"/>
          <w:lang w:val="id"/>
        </w:rPr>
        <w:t xml:space="preserve"> </w:t>
      </w:r>
      <w:r w:rsidRPr="00387AD0">
        <w:rPr>
          <w:rFonts w:eastAsia="Times New Roman" w:cs="Times New Roman"/>
          <w:szCs w:val="24"/>
          <w:lang w:val="id"/>
        </w:rPr>
        <w:t>selama</w:t>
      </w:r>
      <w:r w:rsidR="00F660D2" w:rsidRPr="00387AD0">
        <w:rPr>
          <w:rFonts w:eastAsia="Times New Roman" w:cs="Times New Roman"/>
          <w:szCs w:val="24"/>
          <w:lang w:val="id"/>
        </w:rPr>
        <w:t xml:space="preserve"> </w:t>
      </w:r>
      <w:r w:rsidRPr="00387AD0">
        <w:rPr>
          <w:rFonts w:eastAsia="Times New Roman" w:cs="Times New Roman"/>
          <w:szCs w:val="24"/>
          <w:lang w:val="id"/>
        </w:rPr>
        <w:t>pengguna</w:t>
      </w:r>
      <w:r w:rsidR="00F660D2" w:rsidRPr="00387AD0">
        <w:rPr>
          <w:rFonts w:eastAsia="Times New Roman" w:cs="Times New Roman"/>
          <w:szCs w:val="24"/>
          <w:lang w:val="id"/>
        </w:rPr>
        <w:t xml:space="preserve"> </w:t>
      </w:r>
      <w:r w:rsidRPr="00387AD0">
        <w:rPr>
          <w:rFonts w:eastAsia="Times New Roman" w:cs="Times New Roman"/>
          <w:szCs w:val="24"/>
          <w:lang w:val="id"/>
        </w:rPr>
        <w:t>memiliki</w:t>
      </w:r>
      <w:r w:rsidR="00F660D2" w:rsidRPr="00387AD0">
        <w:rPr>
          <w:rFonts w:eastAsia="Times New Roman" w:cs="Times New Roman"/>
          <w:szCs w:val="24"/>
          <w:lang w:val="id"/>
        </w:rPr>
        <w:t xml:space="preserve"> </w:t>
      </w:r>
      <w:r w:rsidRPr="00387AD0">
        <w:rPr>
          <w:rFonts w:eastAsia="Times New Roman" w:cs="Times New Roman"/>
          <w:szCs w:val="24"/>
          <w:lang w:val="id"/>
        </w:rPr>
        <w:t>koneksi</w:t>
      </w:r>
      <w:r w:rsidR="00F660D2" w:rsidRPr="00387AD0">
        <w:rPr>
          <w:rFonts w:eastAsia="Times New Roman" w:cs="Times New Roman"/>
          <w:szCs w:val="24"/>
          <w:lang w:val="id"/>
        </w:rPr>
        <w:t xml:space="preserve"> </w:t>
      </w:r>
      <w:r w:rsidRPr="00387AD0">
        <w:rPr>
          <w:rFonts w:eastAsia="Times New Roman" w:cs="Times New Roman"/>
          <w:szCs w:val="24"/>
          <w:lang w:val="id"/>
        </w:rPr>
        <w:t>internet.</w:t>
      </w:r>
      <w:r w:rsidR="00F660D2" w:rsidRPr="00387AD0">
        <w:rPr>
          <w:rFonts w:eastAsia="Times New Roman" w:cs="Times New Roman"/>
          <w:szCs w:val="24"/>
          <w:lang w:val="id"/>
        </w:rPr>
        <w:t xml:space="preserve"> </w:t>
      </w:r>
      <w:r w:rsidRPr="00387AD0">
        <w:rPr>
          <w:rFonts w:eastAsia="Times New Roman" w:cs="Times New Roman"/>
          <w:szCs w:val="24"/>
          <w:lang w:val="id"/>
        </w:rPr>
        <w:t>Hal</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memberikan</w:t>
      </w:r>
      <w:r w:rsidR="00F660D2" w:rsidRPr="00387AD0">
        <w:rPr>
          <w:rFonts w:eastAsia="Times New Roman" w:cs="Times New Roman"/>
          <w:szCs w:val="24"/>
          <w:lang w:val="id"/>
        </w:rPr>
        <w:t xml:space="preserve"> </w:t>
      </w:r>
      <w:r w:rsidRPr="00387AD0">
        <w:rPr>
          <w:rFonts w:eastAsia="Times New Roman" w:cs="Times New Roman"/>
          <w:szCs w:val="24"/>
          <w:lang w:val="id"/>
        </w:rPr>
        <w:t>nilai</w:t>
      </w:r>
      <w:r w:rsidR="00F660D2" w:rsidRPr="00387AD0">
        <w:rPr>
          <w:rFonts w:eastAsia="Times New Roman" w:cs="Times New Roman"/>
          <w:szCs w:val="24"/>
          <w:lang w:val="id"/>
        </w:rPr>
        <w:t xml:space="preserve"> </w:t>
      </w:r>
      <w:r w:rsidRPr="00387AD0">
        <w:rPr>
          <w:rFonts w:eastAsia="Times New Roman" w:cs="Times New Roman"/>
          <w:szCs w:val="24"/>
          <w:lang w:val="id"/>
        </w:rPr>
        <w:t>tambah</w:t>
      </w:r>
      <w:r w:rsidR="00F660D2" w:rsidRPr="00387AD0">
        <w:rPr>
          <w:rFonts w:eastAsia="Times New Roman" w:cs="Times New Roman"/>
          <w:szCs w:val="24"/>
          <w:lang w:val="id"/>
        </w:rPr>
        <w:t xml:space="preserve"> </w:t>
      </w:r>
      <w:r w:rsidRPr="00387AD0">
        <w:rPr>
          <w:rFonts w:eastAsia="Times New Roman" w:cs="Times New Roman"/>
          <w:szCs w:val="24"/>
          <w:lang w:val="id"/>
        </w:rPr>
        <w:t>bagi</w:t>
      </w:r>
      <w:r w:rsidR="00F660D2" w:rsidRPr="00387AD0">
        <w:rPr>
          <w:rFonts w:eastAsia="Times New Roman" w:cs="Times New Roman"/>
          <w:szCs w:val="24"/>
          <w:lang w:val="id"/>
        </w:rPr>
        <w:t xml:space="preserve"> </w:t>
      </w:r>
      <w:r w:rsidRPr="00387AD0">
        <w:rPr>
          <w:rFonts w:eastAsia="Times New Roman" w:cs="Times New Roman"/>
          <w:szCs w:val="24"/>
          <w:lang w:val="id"/>
        </w:rPr>
        <w:t>lembaga</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menyediakan</w:t>
      </w:r>
      <w:r w:rsidR="00F660D2" w:rsidRPr="00387AD0">
        <w:rPr>
          <w:rFonts w:eastAsia="Times New Roman" w:cs="Times New Roman"/>
          <w:szCs w:val="24"/>
          <w:lang w:val="id"/>
        </w:rPr>
        <w:t xml:space="preserve"> </w:t>
      </w:r>
      <w:r w:rsidRPr="00387AD0">
        <w:rPr>
          <w:rFonts w:eastAsia="Times New Roman" w:cs="Times New Roman"/>
          <w:szCs w:val="24"/>
          <w:lang w:val="id"/>
        </w:rPr>
        <w:t>layanan</w:t>
      </w:r>
      <w:r w:rsidR="00F660D2" w:rsidRPr="00387AD0">
        <w:rPr>
          <w:rFonts w:eastAsia="Times New Roman" w:cs="Times New Roman"/>
          <w:szCs w:val="24"/>
          <w:lang w:val="id"/>
        </w:rPr>
        <w:t xml:space="preserve"> </w:t>
      </w:r>
      <w:r w:rsidRPr="00387AD0">
        <w:rPr>
          <w:rFonts w:eastAsia="Times New Roman" w:cs="Times New Roman"/>
          <w:szCs w:val="24"/>
          <w:lang w:val="id"/>
        </w:rPr>
        <w:lastRenderedPageBreak/>
        <w:t>modern</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teknologi</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responsif</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ramah</w:t>
      </w:r>
      <w:r w:rsidR="00F660D2" w:rsidRPr="00387AD0">
        <w:rPr>
          <w:rFonts w:eastAsia="Times New Roman" w:cs="Times New Roman"/>
          <w:szCs w:val="24"/>
          <w:lang w:val="id"/>
        </w:rPr>
        <w:t xml:space="preserve"> </w:t>
      </w:r>
      <w:r w:rsidRPr="00387AD0">
        <w:rPr>
          <w:rFonts w:eastAsia="Times New Roman" w:cs="Times New Roman"/>
          <w:szCs w:val="24"/>
          <w:lang w:val="id"/>
        </w:rPr>
        <w:t>pengguna.</w:t>
      </w:r>
      <w:r w:rsidR="00F660D2" w:rsidRPr="00387AD0">
        <w:rPr>
          <w:rFonts w:eastAsia="Times New Roman" w:cs="Times New Roman"/>
          <w:szCs w:val="24"/>
          <w:lang w:val="id"/>
        </w:rPr>
        <w:t xml:space="preserve"> </w:t>
      </w:r>
      <w:r w:rsidRPr="00387AD0">
        <w:rPr>
          <w:rFonts w:eastAsia="Times New Roman" w:cs="Times New Roman"/>
          <w:szCs w:val="24"/>
          <w:lang w:val="id"/>
        </w:rPr>
        <w:t>Ketika</w:t>
      </w:r>
      <w:r w:rsidR="00F660D2" w:rsidRPr="00387AD0">
        <w:rPr>
          <w:rFonts w:eastAsia="Times New Roman" w:cs="Times New Roman"/>
          <w:szCs w:val="24"/>
          <w:lang w:val="id"/>
        </w:rPr>
        <w:t xml:space="preserve"> </w:t>
      </w:r>
      <w:r w:rsidRPr="00387AD0">
        <w:rPr>
          <w:rFonts w:eastAsia="Times New Roman" w:cs="Times New Roman"/>
          <w:szCs w:val="24"/>
          <w:lang w:val="id"/>
        </w:rPr>
        <w:t>diintegrasikan</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sistem</w:t>
      </w:r>
      <w:r w:rsidR="00F660D2" w:rsidRPr="00387AD0">
        <w:rPr>
          <w:rFonts w:eastAsia="Times New Roman" w:cs="Times New Roman"/>
          <w:szCs w:val="24"/>
          <w:lang w:val="id"/>
        </w:rPr>
        <w:t xml:space="preserve"> </w:t>
      </w:r>
      <w:r w:rsidRPr="00387AD0">
        <w:rPr>
          <w:rFonts w:eastAsia="Times New Roman" w:cs="Times New Roman"/>
          <w:szCs w:val="24"/>
          <w:lang w:val="id"/>
        </w:rPr>
        <w:t>manajemen</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juga</w:t>
      </w:r>
      <w:r w:rsidR="00F660D2" w:rsidRPr="00387AD0">
        <w:rPr>
          <w:rFonts w:eastAsia="Times New Roman" w:cs="Times New Roman"/>
          <w:szCs w:val="24"/>
          <w:lang w:val="id"/>
        </w:rPr>
        <w:t xml:space="preserve"> </w:t>
      </w:r>
      <w:r w:rsidRPr="00387AD0">
        <w:rPr>
          <w:rFonts w:eastAsia="Times New Roman" w:cs="Times New Roman"/>
          <w:szCs w:val="24"/>
          <w:lang w:val="id"/>
        </w:rPr>
        <w:t>memungkinkan</w:t>
      </w:r>
      <w:r w:rsidR="00F660D2" w:rsidRPr="00387AD0">
        <w:rPr>
          <w:rFonts w:eastAsia="Times New Roman" w:cs="Times New Roman"/>
          <w:szCs w:val="24"/>
          <w:lang w:val="id"/>
        </w:rPr>
        <w:t xml:space="preserve"> </w:t>
      </w:r>
      <w:r w:rsidRPr="00387AD0">
        <w:rPr>
          <w:rFonts w:eastAsia="Times New Roman" w:cs="Times New Roman"/>
          <w:szCs w:val="24"/>
          <w:lang w:val="id"/>
        </w:rPr>
        <w:t>otomatisasi</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pemantauan</w:t>
      </w:r>
      <w:r w:rsidR="00F660D2" w:rsidRPr="00387AD0">
        <w:rPr>
          <w:rFonts w:eastAsia="Times New Roman" w:cs="Times New Roman"/>
          <w:szCs w:val="24"/>
          <w:lang w:val="id"/>
        </w:rPr>
        <w:t xml:space="preserve"> </w:t>
      </w:r>
      <w:r w:rsidRPr="00387AD0">
        <w:rPr>
          <w:rFonts w:eastAsia="Times New Roman" w:cs="Times New Roman"/>
          <w:szCs w:val="24"/>
          <w:lang w:val="id"/>
        </w:rPr>
        <w:t>ketersediaan</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proses</w:t>
      </w:r>
      <w:r w:rsidR="00F660D2" w:rsidRPr="00387AD0">
        <w:rPr>
          <w:rFonts w:eastAsia="Times New Roman" w:cs="Times New Roman"/>
          <w:szCs w:val="24"/>
          <w:lang w:val="id"/>
        </w:rPr>
        <w:t xml:space="preserve"> </w:t>
      </w:r>
      <w:r w:rsidRPr="00387AD0">
        <w:rPr>
          <w:rFonts w:eastAsia="Times New Roman" w:cs="Times New Roman"/>
          <w:szCs w:val="24"/>
          <w:lang w:val="id"/>
        </w:rPr>
        <w:t>peminjaman,</w:t>
      </w:r>
      <w:r w:rsidR="00F660D2" w:rsidRPr="00387AD0">
        <w:rPr>
          <w:rFonts w:eastAsia="Times New Roman" w:cs="Times New Roman"/>
          <w:szCs w:val="24"/>
          <w:lang w:val="id"/>
        </w:rPr>
        <w:t xml:space="preserve"> </w:t>
      </w:r>
      <w:r w:rsidRPr="00387AD0">
        <w:rPr>
          <w:rFonts w:eastAsia="Times New Roman" w:cs="Times New Roman"/>
          <w:szCs w:val="24"/>
          <w:lang w:val="id"/>
        </w:rPr>
        <w:t>hingga</w:t>
      </w:r>
      <w:r w:rsidR="00F660D2" w:rsidRPr="00387AD0">
        <w:rPr>
          <w:rFonts w:eastAsia="Times New Roman" w:cs="Times New Roman"/>
          <w:szCs w:val="24"/>
          <w:lang w:val="id"/>
        </w:rPr>
        <w:t xml:space="preserve"> </w:t>
      </w:r>
      <w:r w:rsidRPr="00387AD0">
        <w:rPr>
          <w:rFonts w:eastAsia="Times New Roman" w:cs="Times New Roman"/>
          <w:szCs w:val="24"/>
          <w:lang w:val="id"/>
        </w:rPr>
        <w:t>fitur</w:t>
      </w:r>
      <w:r w:rsidR="00F660D2" w:rsidRPr="00387AD0">
        <w:rPr>
          <w:rFonts w:eastAsia="Times New Roman" w:cs="Times New Roman"/>
          <w:szCs w:val="24"/>
          <w:lang w:val="id"/>
        </w:rPr>
        <w:t xml:space="preserve"> </w:t>
      </w:r>
      <w:r w:rsidRPr="00387AD0">
        <w:rPr>
          <w:rFonts w:eastAsia="Times New Roman" w:cs="Times New Roman"/>
          <w:szCs w:val="24"/>
          <w:lang w:val="id"/>
        </w:rPr>
        <w:t>reservasi.</w:t>
      </w:r>
    </w:p>
    <w:p w14:paraId="37CEC97E" w14:textId="77777777" w:rsidR="00905A8F" w:rsidRPr="00387AD0" w:rsidRDefault="00905A8F" w:rsidP="00D70A29">
      <w:pPr>
        <w:widowControl w:val="0"/>
        <w:autoSpaceDE w:val="0"/>
        <w:autoSpaceDN w:val="0"/>
        <w:spacing w:after="0" w:line="360" w:lineRule="auto"/>
        <w:ind w:right="-285"/>
        <w:rPr>
          <w:rFonts w:eastAsia="Times New Roman" w:cs="Times New Roman"/>
          <w:szCs w:val="24"/>
          <w:lang w:val="id"/>
        </w:rPr>
      </w:pPr>
    </w:p>
    <w:p w14:paraId="3492A3D8" w14:textId="77777777" w:rsidR="00BB5D2B" w:rsidRPr="00387AD0" w:rsidRDefault="006379F9" w:rsidP="00302053">
      <w:pPr>
        <w:widowControl w:val="0"/>
        <w:autoSpaceDE w:val="0"/>
        <w:autoSpaceDN w:val="0"/>
        <w:spacing w:after="0" w:line="360" w:lineRule="auto"/>
        <w:ind w:right="-285" w:firstLine="720"/>
        <w:rPr>
          <w:rFonts w:eastAsia="Times New Roman" w:cs="Times New Roman"/>
          <w:szCs w:val="24"/>
          <w:lang w:val="id"/>
        </w:rPr>
      </w:pPr>
      <w:r w:rsidRPr="00387AD0">
        <w:rPr>
          <w:rFonts w:eastAsia="Times New Roman" w:cs="Times New Roman"/>
          <w:szCs w:val="24"/>
          <w:lang w:val="id"/>
        </w:rPr>
        <w:t>Implementasi</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di</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memberikan</w:t>
      </w:r>
      <w:r w:rsidR="00F660D2" w:rsidRPr="00387AD0">
        <w:rPr>
          <w:rFonts w:eastAsia="Times New Roman" w:cs="Times New Roman"/>
          <w:szCs w:val="24"/>
          <w:lang w:val="id"/>
        </w:rPr>
        <w:t xml:space="preserve"> </w:t>
      </w:r>
      <w:r w:rsidRPr="00387AD0">
        <w:rPr>
          <w:rFonts w:eastAsia="Times New Roman" w:cs="Times New Roman"/>
          <w:szCs w:val="24"/>
          <w:lang w:val="id"/>
        </w:rPr>
        <w:t>kontribusi</w:t>
      </w:r>
      <w:r w:rsidR="00F660D2" w:rsidRPr="00387AD0">
        <w:rPr>
          <w:rFonts w:eastAsia="Times New Roman" w:cs="Times New Roman"/>
          <w:szCs w:val="24"/>
          <w:lang w:val="id"/>
        </w:rPr>
        <w:t xml:space="preserve"> </w:t>
      </w:r>
      <w:r w:rsidRPr="00387AD0">
        <w:rPr>
          <w:rFonts w:eastAsia="Times New Roman" w:cs="Times New Roman"/>
          <w:szCs w:val="24"/>
          <w:lang w:val="id"/>
        </w:rPr>
        <w:t>besar</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memperluas</w:t>
      </w:r>
      <w:r w:rsidR="00F660D2" w:rsidRPr="00387AD0">
        <w:rPr>
          <w:rFonts w:eastAsia="Times New Roman" w:cs="Times New Roman"/>
          <w:szCs w:val="24"/>
          <w:lang w:val="id"/>
        </w:rPr>
        <w:t xml:space="preserve"> </w:t>
      </w:r>
      <w:r w:rsidRPr="00387AD0">
        <w:rPr>
          <w:rFonts w:eastAsia="Times New Roman" w:cs="Times New Roman"/>
          <w:szCs w:val="24"/>
          <w:lang w:val="id"/>
        </w:rPr>
        <w:t>akses</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Pengguna</w:t>
      </w:r>
      <w:r w:rsidR="00F660D2" w:rsidRPr="00387AD0">
        <w:rPr>
          <w:rFonts w:eastAsia="Times New Roman" w:cs="Times New Roman"/>
          <w:szCs w:val="24"/>
          <w:lang w:val="id"/>
        </w:rPr>
        <w:t xml:space="preserve"> </w:t>
      </w:r>
      <w:r w:rsidRPr="00387AD0">
        <w:rPr>
          <w:rFonts w:eastAsia="Times New Roman" w:cs="Times New Roman"/>
          <w:szCs w:val="24"/>
          <w:lang w:val="id"/>
        </w:rPr>
        <w:t>tidak</w:t>
      </w:r>
      <w:r w:rsidR="00F660D2" w:rsidRPr="00387AD0">
        <w:rPr>
          <w:rFonts w:eastAsia="Times New Roman" w:cs="Times New Roman"/>
          <w:szCs w:val="24"/>
          <w:lang w:val="id"/>
        </w:rPr>
        <w:t xml:space="preserve"> </w:t>
      </w:r>
      <w:r w:rsidRPr="00387AD0">
        <w:rPr>
          <w:rFonts w:eastAsia="Times New Roman" w:cs="Times New Roman"/>
          <w:szCs w:val="24"/>
          <w:lang w:val="id"/>
        </w:rPr>
        <w:t>lagi</w:t>
      </w:r>
      <w:r w:rsidR="00F660D2" w:rsidRPr="00387AD0">
        <w:rPr>
          <w:rFonts w:eastAsia="Times New Roman" w:cs="Times New Roman"/>
          <w:szCs w:val="24"/>
          <w:lang w:val="id"/>
        </w:rPr>
        <w:t xml:space="preserve"> </w:t>
      </w:r>
      <w:r w:rsidRPr="00387AD0">
        <w:rPr>
          <w:rFonts w:eastAsia="Times New Roman" w:cs="Times New Roman"/>
          <w:szCs w:val="24"/>
          <w:lang w:val="id"/>
        </w:rPr>
        <w:t>diwajibkan</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hadir</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fisik</w:t>
      </w:r>
      <w:r w:rsidR="00F660D2" w:rsidRPr="00387AD0">
        <w:rPr>
          <w:rFonts w:eastAsia="Times New Roman" w:cs="Times New Roman"/>
          <w:szCs w:val="24"/>
          <w:lang w:val="id"/>
        </w:rPr>
        <w:t xml:space="preserve"> </w:t>
      </w:r>
      <w:r w:rsidRPr="00387AD0">
        <w:rPr>
          <w:rFonts w:eastAsia="Times New Roman" w:cs="Times New Roman"/>
          <w:szCs w:val="24"/>
          <w:lang w:val="id"/>
        </w:rPr>
        <w:t>hanya</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mengecek</w:t>
      </w:r>
      <w:r w:rsidR="00F660D2" w:rsidRPr="00387AD0">
        <w:rPr>
          <w:rFonts w:eastAsia="Times New Roman" w:cs="Times New Roman"/>
          <w:szCs w:val="24"/>
          <w:lang w:val="id"/>
        </w:rPr>
        <w:t xml:space="preserve"> </w:t>
      </w:r>
      <w:r w:rsidRPr="00387AD0">
        <w:rPr>
          <w:rFonts w:eastAsia="Times New Roman" w:cs="Times New Roman"/>
          <w:szCs w:val="24"/>
          <w:lang w:val="id"/>
        </w:rPr>
        <w:t>ketersediaan</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sehingga</w:t>
      </w:r>
      <w:r w:rsidR="00F660D2" w:rsidRPr="00387AD0">
        <w:rPr>
          <w:rFonts w:eastAsia="Times New Roman" w:cs="Times New Roman"/>
          <w:szCs w:val="24"/>
          <w:lang w:val="id"/>
        </w:rPr>
        <w:t xml:space="preserve"> </w:t>
      </w:r>
      <w:r w:rsidRPr="00387AD0">
        <w:rPr>
          <w:rFonts w:eastAsia="Times New Roman" w:cs="Times New Roman"/>
          <w:szCs w:val="24"/>
          <w:lang w:val="id"/>
        </w:rPr>
        <w:t>sangat</w:t>
      </w:r>
      <w:r w:rsidR="00F660D2" w:rsidRPr="00387AD0">
        <w:rPr>
          <w:rFonts w:eastAsia="Times New Roman" w:cs="Times New Roman"/>
          <w:szCs w:val="24"/>
          <w:lang w:val="id"/>
        </w:rPr>
        <w:t xml:space="preserve"> </w:t>
      </w:r>
      <w:r w:rsidRPr="00387AD0">
        <w:rPr>
          <w:rFonts w:eastAsia="Times New Roman" w:cs="Times New Roman"/>
          <w:szCs w:val="24"/>
          <w:lang w:val="id"/>
        </w:rPr>
        <w:t>membantu</w:t>
      </w:r>
      <w:r w:rsidR="00F660D2" w:rsidRPr="00387AD0">
        <w:rPr>
          <w:rFonts w:eastAsia="Times New Roman" w:cs="Times New Roman"/>
          <w:szCs w:val="24"/>
          <w:lang w:val="id"/>
        </w:rPr>
        <w:t xml:space="preserve"> </w:t>
      </w:r>
      <w:r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di</w:t>
      </w:r>
      <w:r w:rsidR="00F660D2" w:rsidRPr="00387AD0">
        <w:rPr>
          <w:rFonts w:eastAsia="Times New Roman" w:cs="Times New Roman"/>
          <w:szCs w:val="24"/>
          <w:lang w:val="id"/>
        </w:rPr>
        <w:t xml:space="preserve"> </w:t>
      </w:r>
      <w:r w:rsidRPr="00387AD0">
        <w:rPr>
          <w:rFonts w:eastAsia="Times New Roman" w:cs="Times New Roman"/>
          <w:szCs w:val="24"/>
          <w:lang w:val="id"/>
        </w:rPr>
        <w:t>wilayah</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memiliki</w:t>
      </w:r>
      <w:r w:rsidR="00F660D2" w:rsidRPr="00387AD0">
        <w:rPr>
          <w:rFonts w:eastAsia="Times New Roman" w:cs="Times New Roman"/>
          <w:szCs w:val="24"/>
          <w:lang w:val="id"/>
        </w:rPr>
        <w:t xml:space="preserve"> </w:t>
      </w:r>
      <w:r w:rsidRPr="00387AD0">
        <w:rPr>
          <w:rFonts w:eastAsia="Times New Roman" w:cs="Times New Roman"/>
          <w:szCs w:val="24"/>
          <w:lang w:val="id"/>
        </w:rPr>
        <w:t>keterbatasan</w:t>
      </w:r>
      <w:r w:rsidR="00F660D2" w:rsidRPr="00387AD0">
        <w:rPr>
          <w:rFonts w:eastAsia="Times New Roman" w:cs="Times New Roman"/>
          <w:szCs w:val="24"/>
          <w:lang w:val="id"/>
        </w:rPr>
        <w:t xml:space="preserve"> </w:t>
      </w:r>
      <w:r w:rsidRPr="00387AD0">
        <w:rPr>
          <w:rFonts w:eastAsia="Times New Roman" w:cs="Times New Roman"/>
          <w:szCs w:val="24"/>
          <w:lang w:val="id"/>
        </w:rPr>
        <w:t>petugas</w:t>
      </w:r>
      <w:r w:rsidR="00F660D2" w:rsidRPr="00387AD0">
        <w:rPr>
          <w:rFonts w:eastAsia="Times New Roman" w:cs="Times New Roman"/>
          <w:szCs w:val="24"/>
          <w:lang w:val="id"/>
        </w:rPr>
        <w:t xml:space="preserve"> </w:t>
      </w:r>
      <w:r w:rsidRPr="00387AD0">
        <w:rPr>
          <w:rFonts w:eastAsia="Times New Roman" w:cs="Times New Roman"/>
          <w:szCs w:val="24"/>
          <w:lang w:val="id"/>
        </w:rPr>
        <w:t>atau</w:t>
      </w:r>
      <w:r w:rsidR="00F660D2" w:rsidRPr="00387AD0">
        <w:rPr>
          <w:rFonts w:eastAsia="Times New Roman" w:cs="Times New Roman"/>
          <w:szCs w:val="24"/>
          <w:lang w:val="id"/>
        </w:rPr>
        <w:t xml:space="preserve"> </w:t>
      </w:r>
      <w:r w:rsidRPr="00387AD0">
        <w:rPr>
          <w:rFonts w:eastAsia="Times New Roman" w:cs="Times New Roman"/>
          <w:szCs w:val="24"/>
          <w:lang w:val="id"/>
        </w:rPr>
        <w:t>waktu</w:t>
      </w:r>
      <w:r w:rsidR="00F660D2" w:rsidRPr="00387AD0">
        <w:rPr>
          <w:rFonts w:eastAsia="Times New Roman" w:cs="Times New Roman"/>
          <w:szCs w:val="24"/>
          <w:lang w:val="id"/>
        </w:rPr>
        <w:t xml:space="preserve"> </w:t>
      </w:r>
      <w:r w:rsidRPr="00387AD0">
        <w:rPr>
          <w:rFonts w:eastAsia="Times New Roman" w:cs="Times New Roman"/>
          <w:szCs w:val="24"/>
          <w:lang w:val="id"/>
        </w:rPr>
        <w:t>operasional</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terbatas.</w:t>
      </w:r>
      <w:r w:rsidR="00F660D2" w:rsidRPr="00387AD0">
        <w:rPr>
          <w:rFonts w:eastAsia="Times New Roman" w:cs="Times New Roman"/>
          <w:szCs w:val="24"/>
          <w:lang w:val="id"/>
        </w:rPr>
        <w:t xml:space="preserve"> </w:t>
      </w:r>
      <w:r w:rsidRPr="00387AD0">
        <w:rPr>
          <w:rFonts w:eastAsia="Times New Roman" w:cs="Times New Roman"/>
          <w:szCs w:val="24"/>
          <w:lang w:val="id"/>
        </w:rPr>
        <w:t>Selain</w:t>
      </w:r>
      <w:r w:rsidR="00F660D2" w:rsidRPr="00387AD0">
        <w:rPr>
          <w:rFonts w:eastAsia="Times New Roman" w:cs="Times New Roman"/>
          <w:szCs w:val="24"/>
          <w:lang w:val="id"/>
        </w:rPr>
        <w:t xml:space="preserve"> </w:t>
      </w:r>
      <w:r w:rsidRPr="00387AD0">
        <w:rPr>
          <w:rFonts w:eastAsia="Times New Roman" w:cs="Times New Roman"/>
          <w:szCs w:val="24"/>
          <w:lang w:val="id"/>
        </w:rPr>
        <w:t>itu,</w:t>
      </w:r>
      <w:r w:rsidR="00F660D2" w:rsidRPr="00387AD0">
        <w:rPr>
          <w:rFonts w:eastAsia="Times New Roman" w:cs="Times New Roman"/>
          <w:szCs w:val="24"/>
          <w:lang w:val="id"/>
        </w:rPr>
        <w:t xml:space="preserve"> </w:t>
      </w:r>
      <w:r w:rsidRPr="00387AD0">
        <w:rPr>
          <w:rFonts w:eastAsia="Times New Roman" w:cs="Times New Roman"/>
          <w:szCs w:val="24"/>
          <w:lang w:val="id"/>
        </w:rPr>
        <w:t>kemudahan</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menemukan</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sesuai</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preferensi</w:t>
      </w:r>
      <w:r w:rsidR="00F660D2" w:rsidRPr="00387AD0">
        <w:rPr>
          <w:rFonts w:eastAsia="Times New Roman" w:cs="Times New Roman"/>
          <w:szCs w:val="24"/>
          <w:lang w:val="id"/>
        </w:rPr>
        <w:t xml:space="preserve"> </w:t>
      </w:r>
      <w:r w:rsidRPr="00387AD0">
        <w:rPr>
          <w:rFonts w:eastAsia="Times New Roman" w:cs="Times New Roman"/>
          <w:szCs w:val="24"/>
          <w:lang w:val="id"/>
        </w:rPr>
        <w:t>pembaca</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meningkatkan</w:t>
      </w:r>
      <w:r w:rsidR="00F660D2" w:rsidRPr="00387AD0">
        <w:rPr>
          <w:rFonts w:eastAsia="Times New Roman" w:cs="Times New Roman"/>
          <w:szCs w:val="24"/>
          <w:lang w:val="id"/>
        </w:rPr>
        <w:t xml:space="preserve"> </w:t>
      </w:r>
      <w:r w:rsidRPr="00387AD0">
        <w:rPr>
          <w:rFonts w:eastAsia="Times New Roman" w:cs="Times New Roman"/>
          <w:szCs w:val="24"/>
          <w:lang w:val="id"/>
        </w:rPr>
        <w:t>minat</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keseluruhan.</w:t>
      </w:r>
    </w:p>
    <w:p w14:paraId="53ABA546" w14:textId="77777777" w:rsidR="00BB5D2B" w:rsidRPr="00387AD0" w:rsidRDefault="00BB5D2B" w:rsidP="00D70A29">
      <w:pPr>
        <w:widowControl w:val="0"/>
        <w:autoSpaceDE w:val="0"/>
        <w:autoSpaceDN w:val="0"/>
        <w:spacing w:after="0" w:line="360" w:lineRule="auto"/>
        <w:ind w:right="-285"/>
        <w:rPr>
          <w:rFonts w:eastAsia="Times New Roman" w:cs="Times New Roman"/>
          <w:szCs w:val="24"/>
          <w:lang w:val="id"/>
        </w:rPr>
      </w:pPr>
    </w:p>
    <w:p w14:paraId="5611F12F" w14:textId="1E73F282" w:rsidR="00FF45C8" w:rsidRDefault="006379F9" w:rsidP="0076694C">
      <w:pPr>
        <w:widowControl w:val="0"/>
        <w:autoSpaceDE w:val="0"/>
        <w:autoSpaceDN w:val="0"/>
        <w:spacing w:after="0" w:line="360" w:lineRule="auto"/>
        <w:ind w:right="-285" w:firstLine="720"/>
        <w:rPr>
          <w:rFonts w:eastAsia="Times New Roman" w:cs="Times New Roman"/>
          <w:szCs w:val="24"/>
          <w:lang w:val="id"/>
        </w:rPr>
      </w:pP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tersedianya</w:t>
      </w:r>
      <w:r w:rsidR="00F660D2" w:rsidRPr="00387AD0">
        <w:rPr>
          <w:rFonts w:eastAsia="Times New Roman" w:cs="Times New Roman"/>
          <w:szCs w:val="24"/>
          <w:lang w:val="id"/>
        </w:rPr>
        <w:t xml:space="preserve"> </w:t>
      </w:r>
      <w:r w:rsidRPr="00387AD0">
        <w:rPr>
          <w:rFonts w:eastAsia="Times New Roman" w:cs="Times New Roman"/>
          <w:szCs w:val="24"/>
          <w:lang w:val="id"/>
        </w:rPr>
        <w:t>katalog</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taman</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mampu</w:t>
      </w:r>
      <w:r w:rsidR="00F660D2" w:rsidRPr="00387AD0">
        <w:rPr>
          <w:rFonts w:eastAsia="Times New Roman" w:cs="Times New Roman"/>
          <w:szCs w:val="24"/>
          <w:lang w:val="id"/>
        </w:rPr>
        <w:t xml:space="preserve"> </w:t>
      </w:r>
      <w:r w:rsidRPr="00387AD0">
        <w:rPr>
          <w:rFonts w:eastAsia="Times New Roman" w:cs="Times New Roman"/>
          <w:szCs w:val="24"/>
          <w:lang w:val="id"/>
        </w:rPr>
        <w:t>memberikan</w:t>
      </w:r>
      <w:r w:rsidR="00F660D2" w:rsidRPr="00387AD0">
        <w:rPr>
          <w:rFonts w:eastAsia="Times New Roman" w:cs="Times New Roman"/>
          <w:szCs w:val="24"/>
          <w:lang w:val="id"/>
        </w:rPr>
        <w:t xml:space="preserve"> </w:t>
      </w:r>
      <w:r w:rsidRPr="00387AD0">
        <w:rPr>
          <w:rFonts w:eastAsia="Times New Roman" w:cs="Times New Roman"/>
          <w:szCs w:val="24"/>
          <w:lang w:val="id"/>
        </w:rPr>
        <w:t>layanan</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adaptif</w:t>
      </w:r>
      <w:r w:rsidR="00F660D2" w:rsidRPr="00387AD0">
        <w:rPr>
          <w:rFonts w:eastAsia="Times New Roman" w:cs="Times New Roman"/>
          <w:szCs w:val="24"/>
          <w:lang w:val="id"/>
        </w:rPr>
        <w:t xml:space="preserve"> </w:t>
      </w:r>
      <w:r w:rsidRPr="00387AD0">
        <w:rPr>
          <w:rFonts w:eastAsia="Times New Roman" w:cs="Times New Roman"/>
          <w:szCs w:val="24"/>
          <w:lang w:val="id"/>
        </w:rPr>
        <w:t>terhadap</w:t>
      </w:r>
      <w:r w:rsidR="00F660D2" w:rsidRPr="00387AD0">
        <w:rPr>
          <w:rFonts w:eastAsia="Times New Roman" w:cs="Times New Roman"/>
          <w:szCs w:val="24"/>
          <w:lang w:val="id"/>
        </w:rPr>
        <w:t xml:space="preserve"> </w:t>
      </w:r>
      <w:r w:rsidRPr="00387AD0">
        <w:rPr>
          <w:rFonts w:eastAsia="Times New Roman" w:cs="Times New Roman"/>
          <w:szCs w:val="24"/>
          <w:lang w:val="id"/>
        </w:rPr>
        <w:t>perkembangan</w:t>
      </w:r>
      <w:r w:rsidR="00F660D2" w:rsidRPr="00387AD0">
        <w:rPr>
          <w:rFonts w:eastAsia="Times New Roman" w:cs="Times New Roman"/>
          <w:szCs w:val="24"/>
          <w:lang w:val="id"/>
        </w:rPr>
        <w:t xml:space="preserve"> </w:t>
      </w:r>
      <w:r w:rsidRPr="00387AD0">
        <w:rPr>
          <w:rFonts w:eastAsia="Times New Roman" w:cs="Times New Roman"/>
          <w:szCs w:val="24"/>
          <w:lang w:val="id"/>
        </w:rPr>
        <w:t>zaman.</w:t>
      </w:r>
      <w:r w:rsidR="00F660D2" w:rsidRPr="00387AD0">
        <w:rPr>
          <w:rFonts w:eastAsia="Times New Roman" w:cs="Times New Roman"/>
          <w:szCs w:val="24"/>
          <w:lang w:val="id"/>
        </w:rPr>
        <w:t xml:space="preserve"> </w:t>
      </w:r>
      <w:r w:rsidRPr="00387AD0">
        <w:rPr>
          <w:rFonts w:eastAsia="Times New Roman" w:cs="Times New Roman"/>
          <w:szCs w:val="24"/>
          <w:lang w:val="id"/>
        </w:rPr>
        <w:t>Pencarian,</w:t>
      </w:r>
      <w:r w:rsidR="00F660D2" w:rsidRPr="00387AD0">
        <w:rPr>
          <w:rFonts w:eastAsia="Times New Roman" w:cs="Times New Roman"/>
          <w:szCs w:val="24"/>
          <w:lang w:val="id"/>
        </w:rPr>
        <w:t xml:space="preserve"> </w:t>
      </w:r>
      <w:r w:rsidRPr="00387AD0">
        <w:rPr>
          <w:rFonts w:eastAsia="Times New Roman" w:cs="Times New Roman"/>
          <w:szCs w:val="24"/>
          <w:lang w:val="id"/>
        </w:rPr>
        <w:t>peminjaman,</w:t>
      </w:r>
      <w:r w:rsidR="00F660D2" w:rsidRPr="00387AD0">
        <w:rPr>
          <w:rFonts w:eastAsia="Times New Roman" w:cs="Times New Roman"/>
          <w:szCs w:val="24"/>
          <w:lang w:val="id"/>
        </w:rPr>
        <w:t xml:space="preserve"> </w:t>
      </w:r>
      <w:r w:rsidRPr="00387AD0">
        <w:rPr>
          <w:rFonts w:eastAsia="Times New Roman" w:cs="Times New Roman"/>
          <w:szCs w:val="24"/>
          <w:lang w:val="id"/>
        </w:rPr>
        <w:t>maupun</w:t>
      </w:r>
      <w:r w:rsidR="00F660D2" w:rsidRPr="00387AD0">
        <w:rPr>
          <w:rFonts w:eastAsia="Times New Roman" w:cs="Times New Roman"/>
          <w:szCs w:val="24"/>
          <w:lang w:val="id"/>
        </w:rPr>
        <w:t xml:space="preserve"> </w:t>
      </w:r>
      <w:r w:rsidRPr="00387AD0">
        <w:rPr>
          <w:rFonts w:eastAsia="Times New Roman" w:cs="Times New Roman"/>
          <w:szCs w:val="24"/>
          <w:lang w:val="id"/>
        </w:rPr>
        <w:t>reservasi</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dilakukan</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daring,</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pada</w:t>
      </w:r>
      <w:r w:rsidR="00F660D2" w:rsidRPr="00387AD0">
        <w:rPr>
          <w:rFonts w:eastAsia="Times New Roman" w:cs="Times New Roman"/>
          <w:szCs w:val="24"/>
          <w:lang w:val="id"/>
        </w:rPr>
        <w:t xml:space="preserve"> </w:t>
      </w:r>
      <w:r w:rsidRPr="00387AD0">
        <w:rPr>
          <w:rFonts w:eastAsia="Times New Roman" w:cs="Times New Roman"/>
          <w:szCs w:val="24"/>
          <w:lang w:val="id"/>
        </w:rPr>
        <w:t>akhirnya</w:t>
      </w:r>
      <w:r w:rsidR="00F660D2" w:rsidRPr="00387AD0">
        <w:rPr>
          <w:rFonts w:eastAsia="Times New Roman" w:cs="Times New Roman"/>
          <w:szCs w:val="24"/>
          <w:lang w:val="id"/>
        </w:rPr>
        <w:t xml:space="preserve"> </w:t>
      </w:r>
      <w:r w:rsidRPr="00387AD0">
        <w:rPr>
          <w:rFonts w:eastAsia="Times New Roman" w:cs="Times New Roman"/>
          <w:szCs w:val="24"/>
          <w:lang w:val="id"/>
        </w:rPr>
        <w:t>mendorong</w:t>
      </w:r>
      <w:r w:rsidR="00F660D2" w:rsidRPr="00387AD0">
        <w:rPr>
          <w:rFonts w:eastAsia="Times New Roman" w:cs="Times New Roman"/>
          <w:szCs w:val="24"/>
          <w:lang w:val="id"/>
        </w:rPr>
        <w:t xml:space="preserve"> </w:t>
      </w:r>
      <w:r w:rsidRPr="00387AD0">
        <w:rPr>
          <w:rFonts w:eastAsia="Times New Roman" w:cs="Times New Roman"/>
          <w:szCs w:val="24"/>
          <w:lang w:val="id"/>
        </w:rPr>
        <w:t>terciptanya</w:t>
      </w:r>
      <w:r w:rsidR="00F660D2" w:rsidRPr="00387AD0">
        <w:rPr>
          <w:rFonts w:eastAsia="Times New Roman" w:cs="Times New Roman"/>
          <w:szCs w:val="24"/>
          <w:lang w:val="id"/>
        </w:rPr>
        <w:t xml:space="preserve"> </w:t>
      </w:r>
      <w:r w:rsidRPr="00387AD0">
        <w:rPr>
          <w:rFonts w:eastAsia="Times New Roman" w:cs="Times New Roman"/>
          <w:szCs w:val="24"/>
          <w:lang w:val="id"/>
        </w:rPr>
        <w:t>budaya</w:t>
      </w:r>
      <w:r w:rsidR="00F660D2" w:rsidRPr="00387AD0">
        <w:rPr>
          <w:rFonts w:eastAsia="Times New Roman" w:cs="Times New Roman"/>
          <w:szCs w:val="24"/>
          <w:lang w:val="id"/>
        </w:rPr>
        <w:t xml:space="preserve"> </w:t>
      </w:r>
      <w:r w:rsidRPr="00387AD0">
        <w:rPr>
          <w:rFonts w:eastAsia="Times New Roman" w:cs="Times New Roman"/>
          <w:szCs w:val="24"/>
          <w:lang w:val="id"/>
        </w:rPr>
        <w:t>baca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inklusif</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berbasis</w:t>
      </w:r>
      <w:r w:rsidR="00F660D2" w:rsidRPr="00387AD0">
        <w:rPr>
          <w:rFonts w:eastAsia="Times New Roman" w:cs="Times New Roman"/>
          <w:szCs w:val="24"/>
          <w:lang w:val="id"/>
        </w:rPr>
        <w:t xml:space="preserve"> </w:t>
      </w:r>
      <w:r w:rsidRPr="00387AD0">
        <w:rPr>
          <w:rFonts w:eastAsia="Times New Roman" w:cs="Times New Roman"/>
          <w:szCs w:val="24"/>
          <w:lang w:val="id"/>
        </w:rPr>
        <w:t>teknologi.</w:t>
      </w:r>
      <w:r w:rsidR="00F660D2" w:rsidRPr="00387AD0">
        <w:rPr>
          <w:rFonts w:eastAsia="Times New Roman" w:cs="Times New Roman"/>
          <w:szCs w:val="24"/>
          <w:lang w:val="id"/>
        </w:rPr>
        <w:t xml:space="preserve"> </w:t>
      </w:r>
      <w:r w:rsidRPr="00387AD0">
        <w:rPr>
          <w:rFonts w:eastAsia="Times New Roman" w:cs="Times New Roman"/>
          <w:szCs w:val="24"/>
          <w:lang w:val="id"/>
        </w:rPr>
        <w:t>Inisiatif</w:t>
      </w:r>
      <w:r w:rsidR="00F660D2" w:rsidRPr="00387AD0">
        <w:rPr>
          <w:rFonts w:eastAsia="Times New Roman" w:cs="Times New Roman"/>
          <w:szCs w:val="24"/>
          <w:lang w:val="id"/>
        </w:rPr>
        <w:t xml:space="preserve"> </w:t>
      </w:r>
      <w:r w:rsidRPr="00387AD0">
        <w:rPr>
          <w:rFonts w:eastAsia="Times New Roman" w:cs="Times New Roman"/>
          <w:szCs w:val="24"/>
          <w:lang w:val="id"/>
        </w:rPr>
        <w:t>ini</w:t>
      </w:r>
      <w:r w:rsidR="00F660D2" w:rsidRPr="00387AD0">
        <w:rPr>
          <w:rFonts w:eastAsia="Times New Roman" w:cs="Times New Roman"/>
          <w:szCs w:val="24"/>
          <w:lang w:val="id"/>
        </w:rPr>
        <w:t xml:space="preserve"> </w:t>
      </w:r>
      <w:r w:rsidRPr="00387AD0">
        <w:rPr>
          <w:rFonts w:eastAsia="Times New Roman" w:cs="Times New Roman"/>
          <w:szCs w:val="24"/>
          <w:lang w:val="id"/>
        </w:rPr>
        <w:t>juga</w:t>
      </w:r>
      <w:r w:rsidR="00F660D2" w:rsidRPr="00387AD0">
        <w:rPr>
          <w:rFonts w:eastAsia="Times New Roman" w:cs="Times New Roman"/>
          <w:szCs w:val="24"/>
          <w:lang w:val="id"/>
        </w:rPr>
        <w:t xml:space="preserve"> </w:t>
      </w:r>
      <w:r w:rsidRPr="00387AD0">
        <w:rPr>
          <w:rFonts w:eastAsia="Times New Roman" w:cs="Times New Roman"/>
          <w:szCs w:val="24"/>
          <w:lang w:val="id"/>
        </w:rPr>
        <w:t>mendukung</w:t>
      </w:r>
      <w:r w:rsidR="00F660D2" w:rsidRPr="00387AD0">
        <w:rPr>
          <w:rFonts w:eastAsia="Times New Roman" w:cs="Times New Roman"/>
          <w:szCs w:val="24"/>
          <w:lang w:val="id"/>
        </w:rPr>
        <w:t xml:space="preserve"> </w:t>
      </w:r>
      <w:r w:rsidRPr="00387AD0">
        <w:rPr>
          <w:rFonts w:eastAsia="Times New Roman" w:cs="Times New Roman"/>
          <w:szCs w:val="24"/>
          <w:lang w:val="id"/>
        </w:rPr>
        <w:t>transformasi</w:t>
      </w:r>
      <w:r w:rsidR="00F660D2" w:rsidRPr="00387AD0">
        <w:rPr>
          <w:rFonts w:eastAsia="Times New Roman" w:cs="Times New Roman"/>
          <w:szCs w:val="24"/>
          <w:lang w:val="id"/>
        </w:rPr>
        <w:t xml:space="preserve"> </w:t>
      </w:r>
      <w:r w:rsidRPr="00387AD0">
        <w:rPr>
          <w:rFonts w:eastAsia="Times New Roman" w:cs="Times New Roman"/>
          <w:szCs w:val="24"/>
          <w:lang w:val="id"/>
        </w:rPr>
        <w:t>digital</w:t>
      </w:r>
      <w:r w:rsidR="00F660D2" w:rsidRPr="00387AD0">
        <w:rPr>
          <w:rFonts w:eastAsia="Times New Roman" w:cs="Times New Roman"/>
          <w:szCs w:val="24"/>
          <w:lang w:val="id"/>
        </w:rPr>
        <w:t xml:space="preserve"> </w:t>
      </w:r>
      <w:r w:rsidRPr="00387AD0">
        <w:rPr>
          <w:rFonts w:eastAsia="Times New Roman" w:cs="Times New Roman"/>
          <w:szCs w:val="24"/>
          <w:lang w:val="id"/>
        </w:rPr>
        <w:t>di</w:t>
      </w:r>
      <w:r w:rsidR="00F660D2" w:rsidRPr="00387AD0">
        <w:rPr>
          <w:rFonts w:eastAsia="Times New Roman" w:cs="Times New Roman"/>
          <w:szCs w:val="24"/>
          <w:lang w:val="id"/>
        </w:rPr>
        <w:t xml:space="preserve"> </w:t>
      </w:r>
      <w:r w:rsidRPr="00387AD0">
        <w:rPr>
          <w:rFonts w:eastAsia="Times New Roman" w:cs="Times New Roman"/>
          <w:szCs w:val="24"/>
          <w:lang w:val="id"/>
        </w:rPr>
        <w:t>sektor</w:t>
      </w:r>
      <w:r w:rsidR="00F660D2" w:rsidRPr="00387AD0">
        <w:rPr>
          <w:rFonts w:eastAsia="Times New Roman" w:cs="Times New Roman"/>
          <w:szCs w:val="24"/>
          <w:lang w:val="id"/>
        </w:rPr>
        <w:t xml:space="preserve"> </w:t>
      </w:r>
      <w:r w:rsidRPr="00387AD0">
        <w:rPr>
          <w:rFonts w:eastAsia="Times New Roman" w:cs="Times New Roman"/>
          <w:szCs w:val="24"/>
          <w:lang w:val="id"/>
        </w:rPr>
        <w:t>pendidikan</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pengembangan</w:t>
      </w:r>
      <w:r w:rsidR="00F660D2" w:rsidRPr="00387AD0">
        <w:rPr>
          <w:rFonts w:eastAsia="Times New Roman" w:cs="Times New Roman"/>
          <w:szCs w:val="24"/>
          <w:lang w:val="id"/>
        </w:rPr>
        <w:t xml:space="preserve"> </w:t>
      </w:r>
      <w:r w:rsidRPr="00387AD0">
        <w:rPr>
          <w:rFonts w:eastAsia="Times New Roman" w:cs="Times New Roman"/>
          <w:szCs w:val="24"/>
          <w:lang w:val="id"/>
        </w:rPr>
        <w:t>literasi</w:t>
      </w:r>
      <w:r w:rsidR="00F660D2" w:rsidRPr="00387AD0">
        <w:rPr>
          <w:rFonts w:eastAsia="Times New Roman" w:cs="Times New Roman"/>
          <w:szCs w:val="24"/>
          <w:lang w:val="id"/>
        </w:rPr>
        <w:t xml:space="preserve"> </w:t>
      </w:r>
      <w:r w:rsidRPr="00387AD0">
        <w:rPr>
          <w:rFonts w:eastAsia="Times New Roman" w:cs="Times New Roman"/>
          <w:szCs w:val="24"/>
          <w:lang w:val="id"/>
        </w:rPr>
        <w:t>di</w:t>
      </w:r>
      <w:r w:rsidR="00F660D2" w:rsidRPr="00387AD0">
        <w:rPr>
          <w:rFonts w:eastAsia="Times New Roman" w:cs="Times New Roman"/>
          <w:szCs w:val="24"/>
          <w:lang w:val="id"/>
        </w:rPr>
        <w:t xml:space="preserve"> </w:t>
      </w:r>
      <w:r w:rsidRPr="00387AD0">
        <w:rPr>
          <w:rFonts w:eastAsia="Times New Roman" w:cs="Times New Roman"/>
          <w:szCs w:val="24"/>
          <w:lang w:val="id"/>
        </w:rPr>
        <w:t>tingkat</w:t>
      </w:r>
      <w:r w:rsidR="00F660D2" w:rsidRPr="00387AD0">
        <w:rPr>
          <w:rFonts w:eastAsia="Times New Roman" w:cs="Times New Roman"/>
          <w:szCs w:val="24"/>
          <w:lang w:val="id"/>
        </w:rPr>
        <w:t xml:space="preserve"> </w:t>
      </w:r>
      <w:r w:rsidRPr="00387AD0">
        <w:rPr>
          <w:rFonts w:eastAsia="Times New Roman" w:cs="Times New Roman"/>
          <w:szCs w:val="24"/>
          <w:lang w:val="id"/>
        </w:rPr>
        <w:t>komunitas.</w:t>
      </w:r>
    </w:p>
    <w:p w14:paraId="7174C0E0" w14:textId="610BFCA9" w:rsidR="00B842C8" w:rsidRPr="00534C4B" w:rsidRDefault="00B842C8" w:rsidP="00302053">
      <w:pPr>
        <w:pStyle w:val="ListParagraph"/>
        <w:widowControl w:val="0"/>
        <w:numPr>
          <w:ilvl w:val="0"/>
          <w:numId w:val="25"/>
        </w:numPr>
        <w:autoSpaceDE w:val="0"/>
        <w:autoSpaceDN w:val="0"/>
        <w:spacing w:before="240" w:line="360" w:lineRule="auto"/>
        <w:ind w:left="0" w:right="-285" w:firstLine="0"/>
        <w:outlineLvl w:val="1"/>
        <w:rPr>
          <w:rFonts w:eastAsia="Times New Roman" w:cs="Times New Roman"/>
          <w:szCs w:val="24"/>
          <w:lang w:val="id"/>
        </w:rPr>
      </w:pPr>
      <w:bookmarkStart w:id="65" w:name="_Toc204310520"/>
      <w:bookmarkStart w:id="66" w:name="_Toc205248723"/>
      <w:bookmarkStart w:id="67" w:name="_Toc205261372"/>
      <w:r w:rsidRPr="00534C4B">
        <w:rPr>
          <w:rStyle w:val="Heading2Char"/>
          <w:rFonts w:cs="Times New Roman"/>
          <w:szCs w:val="24"/>
          <w:lang w:val="id"/>
        </w:rPr>
        <w:t>Taman</w:t>
      </w:r>
      <w:r w:rsidR="00F660D2" w:rsidRPr="00534C4B">
        <w:rPr>
          <w:rStyle w:val="Heading2Char"/>
          <w:rFonts w:cs="Times New Roman"/>
          <w:szCs w:val="24"/>
          <w:lang w:val="id"/>
        </w:rPr>
        <w:t xml:space="preserve"> </w:t>
      </w:r>
      <w:r w:rsidRPr="00534C4B">
        <w:rPr>
          <w:rStyle w:val="Heading2Char"/>
          <w:rFonts w:cs="Times New Roman"/>
          <w:szCs w:val="24"/>
          <w:lang w:val="id"/>
        </w:rPr>
        <w:t>Baca</w:t>
      </w:r>
      <w:r w:rsidR="00F660D2" w:rsidRPr="00534C4B">
        <w:rPr>
          <w:rStyle w:val="Heading2Char"/>
          <w:rFonts w:cs="Times New Roman"/>
          <w:szCs w:val="24"/>
          <w:lang w:val="id"/>
        </w:rPr>
        <w:t xml:space="preserve"> </w:t>
      </w:r>
      <w:r w:rsidRPr="00534C4B">
        <w:rPr>
          <w:rStyle w:val="Heading2Char"/>
          <w:rFonts w:cs="Times New Roman"/>
          <w:szCs w:val="24"/>
          <w:lang w:val="id"/>
        </w:rPr>
        <w:t>dan</w:t>
      </w:r>
      <w:r w:rsidR="00F660D2" w:rsidRPr="00534C4B">
        <w:rPr>
          <w:rStyle w:val="Heading2Char"/>
          <w:rFonts w:cs="Times New Roman"/>
          <w:szCs w:val="24"/>
          <w:lang w:val="id"/>
        </w:rPr>
        <w:t xml:space="preserve"> </w:t>
      </w:r>
      <w:r w:rsidRPr="00534C4B">
        <w:rPr>
          <w:rStyle w:val="Heading2Char"/>
          <w:rFonts w:cs="Times New Roman"/>
          <w:szCs w:val="24"/>
          <w:lang w:val="id"/>
        </w:rPr>
        <w:t>Literasi</w:t>
      </w:r>
      <w:r w:rsidR="00F660D2" w:rsidRPr="00534C4B">
        <w:rPr>
          <w:rStyle w:val="Heading2Char"/>
          <w:rFonts w:cs="Times New Roman"/>
          <w:szCs w:val="24"/>
          <w:lang w:val="id"/>
        </w:rPr>
        <w:t xml:space="preserve"> </w:t>
      </w:r>
      <w:r w:rsidRPr="00534C4B">
        <w:rPr>
          <w:rStyle w:val="Heading2Char"/>
          <w:rFonts w:cs="Times New Roman"/>
          <w:szCs w:val="24"/>
          <w:lang w:val="id"/>
        </w:rPr>
        <w:t>Digital</w:t>
      </w:r>
      <w:bookmarkEnd w:id="65"/>
      <w:bookmarkEnd w:id="66"/>
      <w:bookmarkEnd w:id="67"/>
    </w:p>
    <w:p w14:paraId="69F038AB" w14:textId="6906BD9B" w:rsidR="00B842C8" w:rsidRPr="00387AD0" w:rsidRDefault="00B842C8" w:rsidP="00302053">
      <w:pPr>
        <w:widowControl w:val="0"/>
        <w:autoSpaceDE w:val="0"/>
        <w:autoSpaceDN w:val="0"/>
        <w:spacing w:after="0" w:line="360" w:lineRule="auto"/>
        <w:ind w:right="-285" w:firstLine="720"/>
        <w:rPr>
          <w:rFonts w:eastAsia="Times New Roman" w:cs="Times New Roman"/>
          <w:szCs w:val="24"/>
        </w:rPr>
      </w:pPr>
      <w:r w:rsidRPr="00387AD0">
        <w:rPr>
          <w:rFonts w:eastAsia="Times New Roman" w:cs="Times New Roman"/>
          <w:szCs w:val="24"/>
        </w:rPr>
        <w:t>Taman</w:t>
      </w:r>
      <w:r w:rsidR="00F660D2" w:rsidRPr="00387AD0">
        <w:rPr>
          <w:rFonts w:eastAsia="Times New Roman" w:cs="Times New Roman"/>
          <w:szCs w:val="24"/>
        </w:rPr>
        <w:t xml:space="preserve"> </w:t>
      </w:r>
      <w:proofErr w:type="spellStart"/>
      <w:r w:rsidRPr="00387AD0">
        <w:rPr>
          <w:rFonts w:eastAsia="Times New Roman" w:cs="Times New Roman"/>
          <w:szCs w:val="24"/>
        </w:rPr>
        <w:t>baca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adalah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sarana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alternatif</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pendidikan</w:t>
      </w:r>
      <w:proofErr w:type="spellEnd"/>
      <w:r w:rsidR="00F660D2" w:rsidRPr="00387AD0">
        <w:rPr>
          <w:rFonts w:eastAsia="Times New Roman" w:cs="Times New Roman"/>
          <w:szCs w:val="24"/>
        </w:rPr>
        <w:t xml:space="preserve"> </w:t>
      </w:r>
      <w:r w:rsidRPr="00387AD0">
        <w:rPr>
          <w:rFonts w:eastAsia="Times New Roman" w:cs="Times New Roman"/>
          <w:szCs w:val="24"/>
        </w:rPr>
        <w:t>nonformal</w:t>
      </w:r>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bertujuan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meningkatkan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literasi</w:t>
      </w:r>
      <w:proofErr w:type="spellEnd"/>
      <w:r w:rsidR="00F660D2" w:rsidRPr="00387AD0">
        <w:rPr>
          <w:rFonts w:eastAsia="Times New Roman" w:cs="Times New Roman"/>
          <w:b/>
          <w:bCs/>
          <w:szCs w:val="24"/>
        </w:rPr>
        <w:t xml:space="preserve"> </w:t>
      </w:r>
      <w:proofErr w:type="spellStart"/>
      <w:r w:rsidRPr="00387AD0">
        <w:rPr>
          <w:rFonts w:eastAsia="Times New Roman" w:cs="Times New Roman"/>
          <w:szCs w:val="24"/>
        </w:rPr>
        <w:t>masyarakat</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khususnya</w:t>
      </w:r>
      <w:proofErr w:type="spellEnd"/>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r w:rsidRPr="00387AD0">
        <w:rPr>
          <w:rFonts w:eastAsia="Times New Roman" w:cs="Times New Roman"/>
          <w:szCs w:val="24"/>
        </w:rPr>
        <w:t>wilayah</w:t>
      </w:r>
      <w:r w:rsidR="00F660D2" w:rsidRPr="00387AD0">
        <w:rPr>
          <w:rFonts w:eastAsia="Times New Roman" w:cs="Times New Roman"/>
          <w:szCs w:val="24"/>
        </w:rPr>
        <w:t xml:space="preserve"> </w:t>
      </w:r>
      <w:proofErr w:type="spellStart"/>
      <w:r w:rsidRPr="00387AD0">
        <w:rPr>
          <w:rFonts w:eastAsia="Times New Roman" w:cs="Times New Roman"/>
          <w:szCs w:val="24"/>
        </w:rPr>
        <w:t>dengan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keterbatasan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akses</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terhadap</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perpustakaan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umum</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Seiring</w:t>
      </w:r>
      <w:r w:rsidR="00F660D2" w:rsidRPr="00387AD0">
        <w:rPr>
          <w:rFonts w:eastAsia="Times New Roman" w:cs="Times New Roman"/>
          <w:szCs w:val="24"/>
        </w:rPr>
        <w:t xml:space="preserve"> </w:t>
      </w:r>
      <w:proofErr w:type="spellStart"/>
      <w:r w:rsidRPr="00387AD0">
        <w:rPr>
          <w:rFonts w:eastAsia="Times New Roman" w:cs="Times New Roman"/>
          <w:szCs w:val="24"/>
        </w:rPr>
        <w:t>berkembangnya</w:t>
      </w:r>
      <w:proofErr w:type="spellEnd"/>
      <w:r w:rsidR="00F660D2" w:rsidRPr="00387AD0">
        <w:rPr>
          <w:rFonts w:eastAsia="Times New Roman" w:cs="Times New Roman"/>
          <w:szCs w:val="24"/>
        </w:rPr>
        <w:t xml:space="preserve"> </w:t>
      </w:r>
      <w:r w:rsidRPr="00387AD0">
        <w:rPr>
          <w:rFonts w:eastAsia="Times New Roman" w:cs="Times New Roman"/>
          <w:szCs w:val="24"/>
        </w:rPr>
        <w:t>zaman,</w:t>
      </w:r>
      <w:r w:rsidR="00F660D2" w:rsidRPr="00387AD0">
        <w:rPr>
          <w:rFonts w:eastAsia="Times New Roman" w:cs="Times New Roman"/>
          <w:szCs w:val="24"/>
        </w:rPr>
        <w:t xml:space="preserve"> </w:t>
      </w:r>
      <w:proofErr w:type="spellStart"/>
      <w:r w:rsidRPr="00387AD0">
        <w:rPr>
          <w:rFonts w:eastAsia="Times New Roman" w:cs="Times New Roman"/>
          <w:szCs w:val="24"/>
        </w:rPr>
        <w:t>taman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baca</w:t>
      </w:r>
      <w:proofErr w:type="spellEnd"/>
      <w:r w:rsidR="00F660D2" w:rsidRPr="00387AD0">
        <w:rPr>
          <w:rFonts w:eastAsia="Times New Roman" w:cs="Times New Roman"/>
          <w:szCs w:val="24"/>
        </w:rPr>
        <w:t xml:space="preserve"> </w:t>
      </w:r>
      <w:r w:rsidRPr="00387AD0">
        <w:rPr>
          <w:rFonts w:eastAsia="Times New Roman" w:cs="Times New Roman"/>
          <w:szCs w:val="24"/>
        </w:rPr>
        <w:t>juga</w:t>
      </w:r>
      <w:r w:rsidR="00F660D2" w:rsidRPr="00387AD0">
        <w:rPr>
          <w:rFonts w:eastAsia="Times New Roman" w:cs="Times New Roman"/>
          <w:szCs w:val="24"/>
        </w:rPr>
        <w:t xml:space="preserve"> </w:t>
      </w:r>
      <w:proofErr w:type="spellStart"/>
      <w:r w:rsidRPr="00387AD0">
        <w:rPr>
          <w:rFonts w:eastAsia="Times New Roman" w:cs="Times New Roman"/>
          <w:szCs w:val="24"/>
        </w:rPr>
        <w:t>perlu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beradaptasi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dengan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digitalisasi</w:t>
      </w:r>
      <w:proofErr w:type="spellEnd"/>
      <w:r w:rsidR="00F660D2" w:rsidRPr="00387AD0">
        <w:rPr>
          <w:rFonts w:eastAsia="Times New Roman" w:cs="Times New Roman"/>
          <w:szCs w:val="24"/>
        </w:rPr>
        <w:t xml:space="preserve"> </w:t>
      </w:r>
      <w:r w:rsidRPr="00387AD0">
        <w:rPr>
          <w:rFonts w:eastAsia="Times New Roman" w:cs="Times New Roman"/>
          <w:szCs w:val="24"/>
        </w:rPr>
        <w:t>agar</w:t>
      </w:r>
      <w:r w:rsidR="00F660D2" w:rsidRPr="00387AD0">
        <w:rPr>
          <w:rFonts w:eastAsia="Times New Roman" w:cs="Times New Roman"/>
          <w:szCs w:val="24"/>
        </w:rPr>
        <w:t xml:space="preserve"> </w:t>
      </w:r>
      <w:proofErr w:type="spellStart"/>
      <w:r w:rsidRPr="00387AD0">
        <w:rPr>
          <w:rFonts w:eastAsia="Times New Roman" w:cs="Times New Roman"/>
          <w:szCs w:val="24"/>
        </w:rPr>
        <w:t>dapat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menjangkau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lebih</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banyak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pemustaka</w:t>
      </w:r>
      <w:proofErr w:type="spellEnd"/>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memberikan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pelayanan</w:t>
      </w:r>
      <w:proofErr w:type="spellEnd"/>
      <w:r w:rsidR="00F660D2" w:rsidRPr="00387AD0">
        <w:rPr>
          <w:rFonts w:eastAsia="Times New Roman" w:cs="Times New Roman"/>
          <w:szCs w:val="24"/>
        </w:rPr>
        <w:t xml:space="preserve"> </w:t>
      </w:r>
      <w:r w:rsidRPr="00387AD0">
        <w:rPr>
          <w:rFonts w:eastAsia="Times New Roman" w:cs="Times New Roman"/>
          <w:szCs w:val="24"/>
        </w:rPr>
        <w:t>yang</w:t>
      </w:r>
      <w:r w:rsidR="00F660D2" w:rsidRPr="00387AD0">
        <w:rPr>
          <w:rFonts w:eastAsia="Times New Roman" w:cs="Times New Roman"/>
          <w:szCs w:val="24"/>
        </w:rPr>
        <w:t xml:space="preserve"> </w:t>
      </w:r>
      <w:proofErr w:type="spellStart"/>
      <w:r w:rsidRPr="00387AD0">
        <w:rPr>
          <w:rFonts w:eastAsia="Times New Roman" w:cs="Times New Roman"/>
          <w:szCs w:val="24"/>
        </w:rPr>
        <w:t>lebih</w:t>
      </w:r>
      <w:proofErr w:type="spellEnd"/>
      <w:r w:rsidR="00F660D2" w:rsidRPr="00387AD0">
        <w:rPr>
          <w:rFonts w:eastAsia="Times New Roman" w:cs="Times New Roman"/>
          <w:szCs w:val="24"/>
        </w:rPr>
        <w:t xml:space="preserve"> </w:t>
      </w:r>
      <w:r w:rsidRPr="00387AD0">
        <w:rPr>
          <w:rFonts w:eastAsia="Times New Roman" w:cs="Times New Roman"/>
          <w:szCs w:val="24"/>
        </w:rPr>
        <w:t>optimal</w:t>
      </w:r>
      <w:r w:rsidR="00F660D2" w:rsidRPr="00387AD0">
        <w:rPr>
          <w:rFonts w:eastAsia="Times New Roman" w:cs="Times New Roman"/>
          <w:szCs w:val="24"/>
        </w:rPr>
        <w:t xml:space="preserve"> </w:t>
      </w:r>
      <w:r w:rsidRPr="00387AD0">
        <w:rPr>
          <w:rFonts w:eastAsia="Times New Roman" w:cs="Times New Roman"/>
          <w:szCs w:val="24"/>
        </w:rPr>
        <w:t>(Fitriani</w:t>
      </w:r>
      <w:r w:rsidR="00F660D2" w:rsidRPr="00387AD0">
        <w:rPr>
          <w:rFonts w:eastAsia="Times New Roman" w:cs="Times New Roman"/>
          <w:szCs w:val="24"/>
        </w:rPr>
        <w:t xml:space="preserve"> </w:t>
      </w:r>
      <w:r w:rsidRPr="00387AD0">
        <w:rPr>
          <w:rFonts w:eastAsia="Times New Roman" w:cs="Times New Roman"/>
          <w:szCs w:val="24"/>
        </w:rPr>
        <w:t>&amp;</w:t>
      </w:r>
      <w:r w:rsidR="00F660D2" w:rsidRPr="00387AD0">
        <w:rPr>
          <w:rFonts w:eastAsia="Times New Roman" w:cs="Times New Roman"/>
          <w:szCs w:val="24"/>
        </w:rPr>
        <w:t xml:space="preserve"> </w:t>
      </w:r>
      <w:proofErr w:type="spellStart"/>
      <w:r w:rsidRPr="00387AD0">
        <w:rPr>
          <w:rFonts w:eastAsia="Times New Roman" w:cs="Times New Roman"/>
          <w:szCs w:val="24"/>
        </w:rPr>
        <w:t>Ambarwati</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2019).</w:t>
      </w:r>
      <w:r w:rsidR="00F660D2" w:rsidRPr="00387AD0">
        <w:rPr>
          <w:rFonts w:eastAsia="Times New Roman" w:cs="Times New Roman"/>
          <w:b/>
          <w:bCs/>
          <w:szCs w:val="24"/>
        </w:rPr>
        <w:t xml:space="preserve"> </w:t>
      </w:r>
      <w:proofErr w:type="spellStart"/>
      <w:r w:rsidRPr="00387AD0">
        <w:rPr>
          <w:rFonts w:eastAsia="Times New Roman" w:cs="Times New Roman"/>
          <w:szCs w:val="24"/>
        </w:rPr>
        <w:t>Implementasi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teknologi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seperti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sistem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katalog</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berbasis</w:t>
      </w:r>
      <w:proofErr w:type="spellEnd"/>
      <w:r w:rsidR="00F660D2" w:rsidRPr="00387AD0">
        <w:rPr>
          <w:rFonts w:eastAsia="Times New Roman" w:cs="Times New Roman"/>
          <w:szCs w:val="24"/>
        </w:rPr>
        <w:t xml:space="preserve"> </w:t>
      </w:r>
      <w:r w:rsidRPr="00387AD0">
        <w:rPr>
          <w:rFonts w:eastAsia="Times New Roman" w:cs="Times New Roman"/>
          <w:szCs w:val="24"/>
        </w:rPr>
        <w:t>web,</w:t>
      </w:r>
      <w:r w:rsidR="00F660D2" w:rsidRPr="00387AD0">
        <w:rPr>
          <w:rFonts w:eastAsia="Times New Roman" w:cs="Times New Roman"/>
          <w:szCs w:val="24"/>
        </w:rPr>
        <w:t xml:space="preserve"> </w:t>
      </w:r>
      <w:r w:rsidRPr="00387AD0">
        <w:rPr>
          <w:rFonts w:eastAsia="Times New Roman" w:cs="Times New Roman"/>
          <w:szCs w:val="24"/>
        </w:rPr>
        <w:t>di</w:t>
      </w:r>
      <w:r w:rsidR="00F660D2" w:rsidRPr="00387AD0">
        <w:rPr>
          <w:rFonts w:eastAsia="Times New Roman" w:cs="Times New Roman"/>
          <w:szCs w:val="24"/>
        </w:rPr>
        <w:t xml:space="preserve"> </w:t>
      </w:r>
      <w:proofErr w:type="spellStart"/>
      <w:r w:rsidRPr="00387AD0">
        <w:rPr>
          <w:rFonts w:eastAsia="Times New Roman" w:cs="Times New Roman"/>
          <w:szCs w:val="24"/>
        </w:rPr>
        <w:t>taman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baca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dapat</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menjadi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bentuk</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nyata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dari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literasi</w:t>
      </w:r>
      <w:proofErr w:type="spellEnd"/>
      <w:r w:rsidR="00F660D2" w:rsidRPr="00387AD0">
        <w:rPr>
          <w:rFonts w:eastAsia="Times New Roman" w:cs="Times New Roman"/>
          <w:szCs w:val="24"/>
        </w:rPr>
        <w:t xml:space="preserve"> </w:t>
      </w:r>
      <w:r w:rsidRPr="00387AD0">
        <w:rPr>
          <w:rFonts w:eastAsia="Times New Roman" w:cs="Times New Roman"/>
          <w:szCs w:val="24"/>
        </w:rPr>
        <w:t>digital,</w:t>
      </w:r>
      <w:r w:rsidR="00F660D2" w:rsidRPr="00387AD0">
        <w:rPr>
          <w:rFonts w:eastAsia="Times New Roman" w:cs="Times New Roman"/>
          <w:szCs w:val="24"/>
        </w:rPr>
        <w:t xml:space="preserve"> </w:t>
      </w:r>
      <w:proofErr w:type="spellStart"/>
      <w:r w:rsidRPr="00387AD0">
        <w:rPr>
          <w:rFonts w:eastAsia="Times New Roman" w:cs="Times New Roman"/>
          <w:szCs w:val="24"/>
        </w:rPr>
        <w:t>yaitu</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kemampuan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memanfaatkan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teknologi</w:t>
      </w:r>
      <w:proofErr w:type="spellEnd"/>
      <w:r w:rsidR="00F660D2" w:rsidRPr="00387AD0">
        <w:rPr>
          <w:rFonts w:eastAsia="Times New Roman" w:cs="Times New Roman"/>
          <w:b/>
          <w:bCs/>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dalam</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mencari</w:t>
      </w:r>
      <w:proofErr w:type="spellEnd"/>
      <w:r w:rsidRPr="00387AD0">
        <w:rPr>
          <w:rFonts w:eastAsia="Times New Roman" w:cs="Times New Roman"/>
          <w:szCs w:val="24"/>
        </w:rPr>
        <w:t>,</w:t>
      </w:r>
      <w:r w:rsidR="00F660D2" w:rsidRPr="00387AD0">
        <w:rPr>
          <w:rFonts w:eastAsia="Times New Roman" w:cs="Times New Roman"/>
          <w:szCs w:val="24"/>
        </w:rPr>
        <w:t xml:space="preserve"> </w:t>
      </w:r>
      <w:proofErr w:type="spellStart"/>
      <w:r w:rsidRPr="00387AD0">
        <w:rPr>
          <w:rFonts w:eastAsia="Times New Roman" w:cs="Times New Roman"/>
          <w:szCs w:val="24"/>
        </w:rPr>
        <w:t>memahami</w:t>
      </w:r>
      <w:proofErr w:type="spellEnd"/>
      <w:r w:rsidRPr="00387AD0">
        <w:rPr>
          <w:rFonts w:eastAsia="Times New Roman" w:cs="Times New Roman"/>
          <w:szCs w:val="24"/>
        </w:rPr>
        <w:t>,</w:t>
      </w:r>
      <w:r w:rsidR="00F660D2" w:rsidRPr="00387AD0">
        <w:rPr>
          <w:rFonts w:eastAsia="Times New Roman" w:cs="Times New Roman"/>
          <w:szCs w:val="24"/>
        </w:rPr>
        <w:t xml:space="preserve"> </w:t>
      </w:r>
      <w:r w:rsidRPr="00387AD0">
        <w:rPr>
          <w:rFonts w:eastAsia="Times New Roman" w:cs="Times New Roman"/>
          <w:szCs w:val="24"/>
        </w:rPr>
        <w:t>dan</w:t>
      </w:r>
      <w:r w:rsidR="00F660D2" w:rsidRPr="00387AD0">
        <w:rPr>
          <w:rFonts w:eastAsia="Times New Roman" w:cs="Times New Roman"/>
          <w:szCs w:val="24"/>
        </w:rPr>
        <w:t xml:space="preserve"> </w:t>
      </w:r>
      <w:proofErr w:type="spellStart"/>
      <w:r w:rsidRPr="00387AD0">
        <w:rPr>
          <w:rFonts w:eastAsia="Times New Roman" w:cs="Times New Roman"/>
          <w:szCs w:val="24"/>
        </w:rPr>
        <w:t>menyebarkan</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informasi</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secara</w:t>
      </w:r>
      <w:proofErr w:type="spellEnd"/>
      <w:r w:rsidR="00F660D2" w:rsidRPr="00387AD0">
        <w:rPr>
          <w:rFonts w:eastAsia="Times New Roman" w:cs="Times New Roman"/>
          <w:szCs w:val="24"/>
        </w:rPr>
        <w:t xml:space="preserve"> </w:t>
      </w:r>
      <w:proofErr w:type="spellStart"/>
      <w:r w:rsidRPr="00387AD0">
        <w:rPr>
          <w:rFonts w:eastAsia="Times New Roman" w:cs="Times New Roman"/>
          <w:szCs w:val="24"/>
        </w:rPr>
        <w:t>efektif</w:t>
      </w:r>
      <w:proofErr w:type="spellEnd"/>
      <w:r w:rsidRPr="00387AD0">
        <w:rPr>
          <w:rFonts w:eastAsia="Times New Roman" w:cs="Times New Roman"/>
          <w:szCs w:val="24"/>
        </w:rPr>
        <w:t>.</w:t>
      </w:r>
    </w:p>
    <w:p w14:paraId="417F8414" w14:textId="77777777" w:rsidR="00FF45C8" w:rsidRPr="00387AD0" w:rsidRDefault="00FF45C8" w:rsidP="00D70A29">
      <w:pPr>
        <w:widowControl w:val="0"/>
        <w:autoSpaceDE w:val="0"/>
        <w:autoSpaceDN w:val="0"/>
        <w:spacing w:after="0" w:line="360" w:lineRule="auto"/>
        <w:ind w:right="-285"/>
        <w:rPr>
          <w:rFonts w:eastAsia="Times New Roman" w:cs="Times New Roman"/>
          <w:b/>
          <w:bCs/>
          <w:szCs w:val="24"/>
        </w:rPr>
      </w:pPr>
    </w:p>
    <w:p w14:paraId="623036BF" w14:textId="60F5A38D" w:rsidR="00200B85" w:rsidRPr="00387AD0" w:rsidRDefault="00B842C8" w:rsidP="00302053">
      <w:pPr>
        <w:pStyle w:val="Heading2"/>
        <w:numPr>
          <w:ilvl w:val="0"/>
          <w:numId w:val="25"/>
        </w:numPr>
        <w:spacing w:after="240" w:line="360" w:lineRule="auto"/>
        <w:ind w:left="0" w:right="-285" w:firstLine="0"/>
        <w:rPr>
          <w:rFonts w:cs="Times New Roman"/>
          <w:szCs w:val="24"/>
          <w:lang w:val="id"/>
        </w:rPr>
      </w:pPr>
      <w:bookmarkStart w:id="68" w:name="_Toc204310521"/>
      <w:bookmarkStart w:id="69" w:name="_Toc205248724"/>
      <w:bookmarkStart w:id="70" w:name="_Toc205261373"/>
      <w:r w:rsidRPr="00387AD0">
        <w:rPr>
          <w:rFonts w:cs="Times New Roman"/>
          <w:szCs w:val="24"/>
          <w:lang w:val="id"/>
        </w:rPr>
        <w:lastRenderedPageBreak/>
        <w:t>Perpustakaan</w:t>
      </w:r>
      <w:bookmarkEnd w:id="68"/>
      <w:bookmarkEnd w:id="69"/>
      <w:bookmarkEnd w:id="70"/>
      <w:r w:rsidR="00F660D2" w:rsidRPr="00387AD0">
        <w:rPr>
          <w:rFonts w:cs="Times New Roman"/>
          <w:szCs w:val="24"/>
          <w:lang w:val="id"/>
        </w:rPr>
        <w:t xml:space="preserve"> </w:t>
      </w:r>
    </w:p>
    <w:p w14:paraId="2E7ACF6B" w14:textId="612B1601" w:rsidR="00BF305F" w:rsidRDefault="00200B85" w:rsidP="0076694C">
      <w:pPr>
        <w:spacing w:line="360" w:lineRule="auto"/>
        <w:ind w:right="-285" w:firstLine="720"/>
        <w:rPr>
          <w:rFonts w:eastAsia="Times New Roman" w:cs="Times New Roman"/>
          <w:szCs w:val="24"/>
          <w:lang w:val="id"/>
        </w:rPr>
      </w:pP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merupakan</w:t>
      </w:r>
      <w:r w:rsidR="00F660D2" w:rsidRPr="00387AD0">
        <w:rPr>
          <w:rFonts w:eastAsia="Times New Roman" w:cs="Times New Roman"/>
          <w:szCs w:val="24"/>
          <w:lang w:val="id"/>
        </w:rPr>
        <w:t xml:space="preserve"> </w:t>
      </w:r>
      <w:r w:rsidRPr="00387AD0">
        <w:rPr>
          <w:rFonts w:eastAsia="Times New Roman" w:cs="Times New Roman"/>
          <w:szCs w:val="24"/>
          <w:lang w:val="id"/>
        </w:rPr>
        <w:t>suatu</w:t>
      </w:r>
      <w:r w:rsidR="00F660D2" w:rsidRPr="00387AD0">
        <w:rPr>
          <w:rFonts w:eastAsia="Times New Roman" w:cs="Times New Roman"/>
          <w:szCs w:val="24"/>
          <w:lang w:val="id"/>
        </w:rPr>
        <w:t xml:space="preserve"> </w:t>
      </w:r>
      <w:r w:rsidRPr="00387AD0">
        <w:rPr>
          <w:rFonts w:eastAsia="Times New Roman" w:cs="Times New Roman"/>
          <w:szCs w:val="24"/>
          <w:lang w:val="id"/>
        </w:rPr>
        <w:t>fasilitas</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menyediakan</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bahan</w:t>
      </w:r>
      <w:r w:rsidR="00F660D2" w:rsidRPr="00387AD0">
        <w:rPr>
          <w:rFonts w:eastAsia="Times New Roman" w:cs="Times New Roman"/>
          <w:szCs w:val="24"/>
          <w:lang w:val="id"/>
        </w:rPr>
        <w:t xml:space="preserve"> </w:t>
      </w:r>
      <w:r w:rsidRPr="00387AD0">
        <w:rPr>
          <w:rFonts w:eastAsia="Times New Roman" w:cs="Times New Roman"/>
          <w:szCs w:val="24"/>
          <w:lang w:val="id"/>
        </w:rPr>
        <w:t>bacaan</w:t>
      </w:r>
      <w:r w:rsidR="00F660D2" w:rsidRPr="00387AD0">
        <w:rPr>
          <w:rFonts w:eastAsia="Times New Roman" w:cs="Times New Roman"/>
          <w:szCs w:val="24"/>
          <w:lang w:val="id"/>
        </w:rPr>
        <w:t xml:space="preserve"> </w:t>
      </w:r>
      <w:r w:rsidRPr="00387AD0">
        <w:rPr>
          <w:rFonts w:eastAsia="Times New Roman" w:cs="Times New Roman"/>
          <w:szCs w:val="24"/>
          <w:lang w:val="id"/>
        </w:rPr>
        <w:t>lainnya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ditata</w:t>
      </w:r>
      <w:r w:rsidR="00F660D2" w:rsidRPr="00387AD0">
        <w:rPr>
          <w:rFonts w:eastAsia="Times New Roman" w:cs="Times New Roman"/>
          <w:szCs w:val="24"/>
          <w:lang w:val="id"/>
        </w:rPr>
        <w:t xml:space="preserve"> </w:t>
      </w:r>
      <w:r w:rsidRPr="00387AD0">
        <w:rPr>
          <w:rFonts w:eastAsia="Times New Roman" w:cs="Times New Roman"/>
          <w:szCs w:val="24"/>
          <w:lang w:val="id"/>
        </w:rPr>
        <w:t>sedemikian</w:t>
      </w:r>
      <w:r w:rsidR="00F660D2" w:rsidRPr="00387AD0">
        <w:rPr>
          <w:rFonts w:eastAsia="Times New Roman" w:cs="Times New Roman"/>
          <w:szCs w:val="24"/>
          <w:lang w:val="id"/>
        </w:rPr>
        <w:t xml:space="preserve"> </w:t>
      </w:r>
      <w:r w:rsidRPr="00387AD0">
        <w:rPr>
          <w:rFonts w:eastAsia="Times New Roman" w:cs="Times New Roman"/>
          <w:szCs w:val="24"/>
          <w:lang w:val="id"/>
        </w:rPr>
        <w:t>rupa</w:t>
      </w:r>
      <w:r w:rsidR="00F660D2" w:rsidRPr="00387AD0">
        <w:rPr>
          <w:rFonts w:eastAsia="Times New Roman" w:cs="Times New Roman"/>
          <w:szCs w:val="24"/>
          <w:lang w:val="id"/>
        </w:rPr>
        <w:t xml:space="preserve"> </w:t>
      </w:r>
      <w:r w:rsidRPr="00387AD0">
        <w:rPr>
          <w:rFonts w:eastAsia="Times New Roman" w:cs="Times New Roman"/>
          <w:szCs w:val="24"/>
          <w:lang w:val="id"/>
        </w:rPr>
        <w:t>agar</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dimanfaatkan</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kegiatan</w:t>
      </w:r>
      <w:r w:rsidR="00F660D2" w:rsidRPr="00387AD0">
        <w:rPr>
          <w:rFonts w:eastAsia="Times New Roman" w:cs="Times New Roman"/>
          <w:szCs w:val="24"/>
          <w:lang w:val="id"/>
        </w:rPr>
        <w:t xml:space="preserve"> </w:t>
      </w:r>
      <w:r w:rsidRPr="00387AD0">
        <w:rPr>
          <w:rFonts w:eastAsia="Times New Roman" w:cs="Times New Roman"/>
          <w:szCs w:val="24"/>
          <w:lang w:val="id"/>
        </w:rPr>
        <w:t>membaca,</w:t>
      </w:r>
      <w:r w:rsidR="00F660D2" w:rsidRPr="00387AD0">
        <w:rPr>
          <w:rFonts w:eastAsia="Times New Roman" w:cs="Times New Roman"/>
          <w:szCs w:val="24"/>
          <w:lang w:val="id"/>
        </w:rPr>
        <w:t xml:space="preserve"> </w:t>
      </w:r>
      <w:r w:rsidRPr="00387AD0">
        <w:rPr>
          <w:rFonts w:eastAsia="Times New Roman" w:cs="Times New Roman"/>
          <w:szCs w:val="24"/>
          <w:lang w:val="id"/>
        </w:rPr>
        <w:t>belajar,</w:t>
      </w:r>
      <w:r w:rsidR="00F660D2" w:rsidRPr="00387AD0">
        <w:rPr>
          <w:rFonts w:eastAsia="Times New Roman" w:cs="Times New Roman"/>
          <w:szCs w:val="24"/>
          <w:lang w:val="id"/>
        </w:rPr>
        <w:t xml:space="preserve"> </w:t>
      </w:r>
      <w:r w:rsidRPr="00387AD0">
        <w:rPr>
          <w:rFonts w:eastAsia="Times New Roman" w:cs="Times New Roman"/>
          <w:szCs w:val="24"/>
          <w:lang w:val="id"/>
        </w:rPr>
        <w:t>ataupun</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referensi</w:t>
      </w:r>
      <w:r w:rsidR="00F660D2" w:rsidRPr="00387AD0">
        <w:rPr>
          <w:rFonts w:eastAsia="Times New Roman" w:cs="Times New Roman"/>
          <w:szCs w:val="24"/>
          <w:lang w:val="id"/>
        </w:rPr>
        <w:t xml:space="preserve"> </w:t>
      </w:r>
      <w:r w:rsidRPr="00387AD0">
        <w:rPr>
          <w:rFonts w:eastAsia="Times New Roman" w:cs="Times New Roman"/>
          <w:szCs w:val="24"/>
          <w:lang w:val="id"/>
        </w:rPr>
        <w:t>(Oxford</w:t>
      </w:r>
      <w:r w:rsidR="00F660D2" w:rsidRPr="00387AD0">
        <w:rPr>
          <w:rFonts w:eastAsia="Times New Roman" w:cs="Times New Roman"/>
          <w:szCs w:val="24"/>
          <w:lang w:val="id"/>
        </w:rPr>
        <w:t xml:space="preserve"> </w:t>
      </w:r>
      <w:r w:rsidRPr="00387AD0">
        <w:rPr>
          <w:rFonts w:eastAsia="Times New Roman" w:cs="Times New Roman"/>
          <w:szCs w:val="24"/>
          <w:lang w:val="id"/>
        </w:rPr>
        <w:t>English</w:t>
      </w:r>
      <w:r w:rsidR="00F660D2" w:rsidRPr="00387AD0">
        <w:rPr>
          <w:rFonts w:eastAsia="Times New Roman" w:cs="Times New Roman"/>
          <w:szCs w:val="24"/>
          <w:lang w:val="id"/>
        </w:rPr>
        <w:t xml:space="preserve"> </w:t>
      </w:r>
      <w:r w:rsidRPr="00387AD0">
        <w:rPr>
          <w:rFonts w:eastAsia="Times New Roman" w:cs="Times New Roman"/>
          <w:szCs w:val="24"/>
          <w:lang w:val="id"/>
        </w:rPr>
        <w:t>Dictionary).</w:t>
      </w:r>
      <w:r w:rsidR="00F660D2" w:rsidRPr="00387AD0">
        <w:rPr>
          <w:rFonts w:eastAsia="Times New Roman" w:cs="Times New Roman"/>
          <w:szCs w:val="24"/>
          <w:lang w:val="id"/>
        </w:rPr>
        <w:t xml:space="preserve"> </w:t>
      </w:r>
      <w:r w:rsidRPr="00387AD0">
        <w:rPr>
          <w:rFonts w:eastAsia="Times New Roman" w:cs="Times New Roman"/>
          <w:szCs w:val="24"/>
          <w:lang w:val="id"/>
        </w:rPr>
        <w:t>Lebih</w:t>
      </w:r>
      <w:r w:rsidR="00F660D2" w:rsidRPr="00387AD0">
        <w:rPr>
          <w:rFonts w:eastAsia="Times New Roman" w:cs="Times New Roman"/>
          <w:szCs w:val="24"/>
          <w:lang w:val="id"/>
        </w:rPr>
        <w:t xml:space="preserve"> </w:t>
      </w:r>
      <w:r w:rsidRPr="00387AD0">
        <w:rPr>
          <w:rFonts w:eastAsia="Times New Roman" w:cs="Times New Roman"/>
          <w:szCs w:val="24"/>
          <w:lang w:val="id"/>
        </w:rPr>
        <w:t>dari</w:t>
      </w:r>
      <w:r w:rsidR="00F660D2" w:rsidRPr="00387AD0">
        <w:rPr>
          <w:rFonts w:eastAsia="Times New Roman" w:cs="Times New Roman"/>
          <w:szCs w:val="24"/>
          <w:lang w:val="id"/>
        </w:rPr>
        <w:t xml:space="preserve"> </w:t>
      </w:r>
      <w:r w:rsidRPr="00387AD0">
        <w:rPr>
          <w:rFonts w:eastAsia="Times New Roman" w:cs="Times New Roman"/>
          <w:szCs w:val="24"/>
          <w:lang w:val="id"/>
        </w:rPr>
        <w:t>sekadar</w:t>
      </w:r>
      <w:r w:rsidR="00F660D2" w:rsidRPr="00387AD0">
        <w:rPr>
          <w:rFonts w:eastAsia="Times New Roman" w:cs="Times New Roman"/>
          <w:szCs w:val="24"/>
          <w:lang w:val="id"/>
        </w:rPr>
        <w:t xml:space="preserve"> </w:t>
      </w:r>
      <w:r w:rsidRPr="00387AD0">
        <w:rPr>
          <w:rFonts w:eastAsia="Times New Roman" w:cs="Times New Roman"/>
          <w:szCs w:val="24"/>
          <w:lang w:val="id"/>
        </w:rPr>
        <w:t>tempat</w:t>
      </w:r>
      <w:r w:rsidR="00F660D2" w:rsidRPr="00387AD0">
        <w:rPr>
          <w:rFonts w:eastAsia="Times New Roman" w:cs="Times New Roman"/>
          <w:szCs w:val="24"/>
          <w:lang w:val="id"/>
        </w:rPr>
        <w:t xml:space="preserve"> </w:t>
      </w:r>
      <w:r w:rsidRPr="00387AD0">
        <w:rPr>
          <w:rFonts w:eastAsia="Times New Roman" w:cs="Times New Roman"/>
          <w:szCs w:val="24"/>
          <w:lang w:val="id"/>
        </w:rPr>
        <w:t>menyimpan</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juga</w:t>
      </w:r>
      <w:r w:rsidR="00F660D2" w:rsidRPr="00387AD0">
        <w:rPr>
          <w:rFonts w:eastAsia="Times New Roman" w:cs="Times New Roman"/>
          <w:szCs w:val="24"/>
          <w:lang w:val="id"/>
        </w:rPr>
        <w:t xml:space="preserve"> </w:t>
      </w:r>
      <w:r w:rsidRPr="00387AD0">
        <w:rPr>
          <w:rFonts w:eastAsia="Times New Roman" w:cs="Times New Roman"/>
          <w:szCs w:val="24"/>
          <w:lang w:val="id"/>
        </w:rPr>
        <w:t>berfungsi</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pusat</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pendidikan,</w:t>
      </w:r>
      <w:r w:rsidR="00F660D2" w:rsidRPr="00387AD0">
        <w:rPr>
          <w:rFonts w:eastAsia="Times New Roman" w:cs="Times New Roman"/>
          <w:szCs w:val="24"/>
          <w:lang w:val="id"/>
        </w:rPr>
        <w:t xml:space="preserve"> </w:t>
      </w:r>
      <w:r w:rsidRPr="00387AD0">
        <w:rPr>
          <w:rFonts w:eastAsia="Times New Roman" w:cs="Times New Roman"/>
          <w:szCs w:val="24"/>
          <w:lang w:val="id"/>
        </w:rPr>
        <w:t>media,</w:t>
      </w:r>
      <w:r w:rsidR="00F660D2" w:rsidRPr="00387AD0">
        <w:rPr>
          <w:rFonts w:eastAsia="Times New Roman" w:cs="Times New Roman"/>
          <w:szCs w:val="24"/>
          <w:lang w:val="id"/>
        </w:rPr>
        <w:t xml:space="preserve"> </w:t>
      </w:r>
      <w:r w:rsidRPr="00387AD0">
        <w:rPr>
          <w:rFonts w:eastAsia="Times New Roman" w:cs="Times New Roman"/>
          <w:szCs w:val="24"/>
          <w:lang w:val="id"/>
        </w:rPr>
        <w:t>dokumentasi,</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referensi,</w:t>
      </w:r>
      <w:r w:rsidR="00F660D2" w:rsidRPr="00387AD0">
        <w:rPr>
          <w:rFonts w:eastAsia="Times New Roman" w:cs="Times New Roman"/>
          <w:szCs w:val="24"/>
          <w:lang w:val="id"/>
        </w:rPr>
        <w:t xml:space="preserve"> </w:t>
      </w:r>
      <w:r w:rsidRPr="00387AD0">
        <w:rPr>
          <w:rFonts w:eastAsia="Times New Roman" w:cs="Times New Roman"/>
          <w:szCs w:val="24"/>
          <w:lang w:val="id"/>
        </w:rPr>
        <w:t>sebagaimana</w:t>
      </w:r>
      <w:r w:rsidR="00F660D2" w:rsidRPr="00387AD0">
        <w:rPr>
          <w:rFonts w:cs="Times New Roman"/>
        </w:rPr>
        <w:t xml:space="preserve"> </w:t>
      </w:r>
      <w:r w:rsidRPr="00387AD0">
        <w:rPr>
          <w:rFonts w:eastAsia="Times New Roman" w:cs="Times New Roman"/>
          <w:szCs w:val="24"/>
          <w:lang w:val="id"/>
        </w:rPr>
        <w:t>menurut</w:t>
      </w:r>
      <w:r w:rsidR="00F660D2" w:rsidRPr="00387AD0">
        <w:rPr>
          <w:rFonts w:eastAsia="Times New Roman" w:cs="Times New Roman"/>
          <w:szCs w:val="24"/>
          <w:lang w:val="id"/>
        </w:rPr>
        <w:t xml:space="preserve"> </w:t>
      </w:r>
      <w:r w:rsidRPr="00387AD0">
        <w:rPr>
          <w:rFonts w:eastAsia="Times New Roman" w:cs="Times New Roman"/>
          <w:szCs w:val="24"/>
          <w:lang w:val="id"/>
        </w:rPr>
        <w:t>American</w:t>
      </w:r>
      <w:r w:rsidR="00F660D2" w:rsidRPr="00387AD0">
        <w:rPr>
          <w:rFonts w:eastAsia="Times New Roman" w:cs="Times New Roman"/>
          <w:szCs w:val="24"/>
          <w:lang w:val="id"/>
        </w:rPr>
        <w:t xml:space="preserve"> </w:t>
      </w:r>
      <w:r w:rsidRPr="00387AD0">
        <w:rPr>
          <w:rFonts w:eastAsia="Times New Roman" w:cs="Times New Roman"/>
          <w:szCs w:val="24"/>
          <w:lang w:val="id"/>
        </w:rPr>
        <w:t>Library</w:t>
      </w:r>
      <w:r w:rsidR="00F660D2" w:rsidRPr="00387AD0">
        <w:rPr>
          <w:rFonts w:eastAsia="Times New Roman" w:cs="Times New Roman"/>
          <w:szCs w:val="24"/>
          <w:lang w:val="id"/>
        </w:rPr>
        <w:t xml:space="preserve"> </w:t>
      </w:r>
      <w:r w:rsidRPr="00387AD0">
        <w:rPr>
          <w:rFonts w:eastAsia="Times New Roman" w:cs="Times New Roman"/>
          <w:szCs w:val="24"/>
          <w:lang w:val="id"/>
        </w:rPr>
        <w:t>Association</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Mahmudin</w:t>
      </w:r>
      <w:r w:rsidR="00F660D2" w:rsidRPr="00387AD0">
        <w:rPr>
          <w:rFonts w:eastAsia="Times New Roman" w:cs="Times New Roman"/>
          <w:szCs w:val="24"/>
          <w:lang w:val="id"/>
        </w:rPr>
        <w:t xml:space="preserve"> </w:t>
      </w:r>
      <w:r w:rsidRPr="00387AD0">
        <w:rPr>
          <w:rFonts w:eastAsia="Times New Roman" w:cs="Times New Roman"/>
          <w:szCs w:val="24"/>
          <w:lang w:val="id"/>
        </w:rPr>
        <w:t>(2006)</w:t>
      </w:r>
      <w:r w:rsidR="00F660D2" w:rsidRPr="00387AD0">
        <w:rPr>
          <w:rFonts w:eastAsia="Times New Roman" w:cs="Times New Roman"/>
          <w:szCs w:val="24"/>
          <w:lang w:val="id"/>
        </w:rPr>
        <w:t xml:space="preserve"> </w:t>
      </w:r>
      <w:r w:rsidRPr="00387AD0">
        <w:rPr>
          <w:rFonts w:eastAsia="Times New Roman" w:cs="Times New Roman"/>
          <w:szCs w:val="24"/>
          <w:lang w:val="id"/>
        </w:rPr>
        <w:t>serta</w:t>
      </w:r>
      <w:r w:rsidR="00F660D2" w:rsidRPr="00387AD0">
        <w:rPr>
          <w:rFonts w:eastAsia="Times New Roman" w:cs="Times New Roman"/>
          <w:szCs w:val="24"/>
          <w:lang w:val="id"/>
        </w:rPr>
        <w:t xml:space="preserve"> </w:t>
      </w:r>
      <w:r w:rsidRPr="00387AD0">
        <w:rPr>
          <w:rFonts w:eastAsia="Times New Roman" w:cs="Times New Roman"/>
          <w:szCs w:val="24"/>
          <w:lang w:val="id"/>
        </w:rPr>
        <w:t>Yusuf</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Suhendar</w:t>
      </w:r>
      <w:r w:rsidR="00F660D2" w:rsidRPr="00387AD0">
        <w:rPr>
          <w:rFonts w:eastAsia="Times New Roman" w:cs="Times New Roman"/>
          <w:szCs w:val="24"/>
          <w:lang w:val="id"/>
        </w:rPr>
        <w:t xml:space="preserve"> </w:t>
      </w:r>
      <w:r w:rsidRPr="00387AD0">
        <w:rPr>
          <w:rFonts w:eastAsia="Times New Roman" w:cs="Times New Roman"/>
          <w:szCs w:val="24"/>
          <w:lang w:val="id"/>
        </w:rPr>
        <w:t>(2005),</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merupakan</w:t>
      </w:r>
      <w:r w:rsidR="00F660D2" w:rsidRPr="00387AD0">
        <w:rPr>
          <w:rFonts w:eastAsia="Times New Roman" w:cs="Times New Roman"/>
          <w:szCs w:val="24"/>
          <w:lang w:val="id"/>
        </w:rPr>
        <w:t xml:space="preserve"> </w:t>
      </w:r>
      <w:r w:rsidRPr="00387AD0">
        <w:rPr>
          <w:rFonts w:eastAsia="Times New Roman" w:cs="Times New Roman"/>
          <w:szCs w:val="24"/>
          <w:lang w:val="id"/>
        </w:rPr>
        <w:t>sebuah</w:t>
      </w:r>
      <w:r w:rsidR="00F660D2" w:rsidRPr="00387AD0">
        <w:rPr>
          <w:rFonts w:eastAsia="Times New Roman" w:cs="Times New Roman"/>
          <w:szCs w:val="24"/>
          <w:lang w:val="id"/>
        </w:rPr>
        <w:t xml:space="preserve"> </w:t>
      </w:r>
      <w:r w:rsidRPr="00387AD0">
        <w:rPr>
          <w:rFonts w:eastAsia="Times New Roman" w:cs="Times New Roman"/>
          <w:szCs w:val="24"/>
          <w:lang w:val="id"/>
        </w:rPr>
        <w:t>institusi</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berfungsi</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tempat</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mengumpulkan,</w:t>
      </w:r>
      <w:r w:rsidR="00F660D2" w:rsidRPr="00387AD0">
        <w:rPr>
          <w:rFonts w:eastAsia="Times New Roman" w:cs="Times New Roman"/>
          <w:szCs w:val="24"/>
          <w:lang w:val="id"/>
        </w:rPr>
        <w:t xml:space="preserve"> </w:t>
      </w:r>
      <w:r w:rsidRPr="00387AD0">
        <w:rPr>
          <w:rFonts w:eastAsia="Times New Roman" w:cs="Times New Roman"/>
          <w:szCs w:val="24"/>
          <w:lang w:val="id"/>
        </w:rPr>
        <w:t>mengelola,</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menyediakan</w:t>
      </w:r>
      <w:r w:rsidR="00F660D2" w:rsidRPr="00387AD0">
        <w:rPr>
          <w:rFonts w:eastAsia="Times New Roman" w:cs="Times New Roman"/>
          <w:szCs w:val="24"/>
          <w:lang w:val="id"/>
        </w:rPr>
        <w:t xml:space="preserve"> </w:t>
      </w:r>
      <w:r w:rsidRPr="00387AD0">
        <w:rPr>
          <w:rFonts w:eastAsia="Times New Roman" w:cs="Times New Roman"/>
          <w:szCs w:val="24"/>
          <w:lang w:val="id"/>
        </w:rPr>
        <w:t>berbagai</w:t>
      </w:r>
      <w:r w:rsidR="00F660D2" w:rsidRPr="00387AD0">
        <w:rPr>
          <w:rFonts w:eastAsia="Times New Roman" w:cs="Times New Roman"/>
          <w:szCs w:val="24"/>
          <w:lang w:val="id"/>
        </w:rPr>
        <w:t xml:space="preserve"> </w:t>
      </w:r>
      <w:r w:rsidRPr="00387AD0">
        <w:rPr>
          <w:rFonts w:eastAsia="Times New Roman" w:cs="Times New Roman"/>
          <w:szCs w:val="24"/>
          <w:lang w:val="id"/>
        </w:rPr>
        <w:t>jenis</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seperti</w:t>
      </w:r>
      <w:r w:rsidR="00F660D2" w:rsidRPr="00387AD0">
        <w:rPr>
          <w:rFonts w:eastAsia="Times New Roman" w:cs="Times New Roman"/>
          <w:szCs w:val="24"/>
          <w:lang w:val="id"/>
        </w:rPr>
        <w:t xml:space="preserve"> </w:t>
      </w:r>
      <w:r w:rsidRPr="00387AD0">
        <w:rPr>
          <w:rFonts w:eastAsia="Times New Roman" w:cs="Times New Roman"/>
          <w:szCs w:val="24"/>
          <w:lang w:val="id"/>
        </w:rPr>
        <w:t>buku,</w:t>
      </w:r>
      <w:r w:rsidR="00F660D2" w:rsidRPr="00387AD0">
        <w:rPr>
          <w:rFonts w:eastAsia="Times New Roman" w:cs="Times New Roman"/>
          <w:szCs w:val="24"/>
          <w:lang w:val="id"/>
        </w:rPr>
        <w:t xml:space="preserve"> </w:t>
      </w:r>
      <w:r w:rsidRPr="00387AD0">
        <w:rPr>
          <w:rFonts w:eastAsia="Times New Roman" w:cs="Times New Roman"/>
          <w:szCs w:val="24"/>
          <w:lang w:val="id"/>
        </w:rPr>
        <w:t>majalah,</w:t>
      </w:r>
      <w:r w:rsidR="00F660D2" w:rsidRPr="00387AD0">
        <w:rPr>
          <w:rFonts w:eastAsia="Times New Roman" w:cs="Times New Roman"/>
          <w:szCs w:val="24"/>
          <w:lang w:val="id"/>
        </w:rPr>
        <w:t xml:space="preserve"> </w:t>
      </w:r>
      <w:r w:rsidRPr="00387AD0">
        <w:rPr>
          <w:rFonts w:eastAsia="Times New Roman" w:cs="Times New Roman"/>
          <w:szCs w:val="24"/>
          <w:lang w:val="id"/>
        </w:rPr>
        <w:t>surat</w:t>
      </w:r>
      <w:r w:rsidR="00F660D2" w:rsidRPr="00387AD0">
        <w:rPr>
          <w:rFonts w:eastAsia="Times New Roman" w:cs="Times New Roman"/>
          <w:szCs w:val="24"/>
          <w:lang w:val="id"/>
        </w:rPr>
        <w:t xml:space="preserve"> </w:t>
      </w:r>
      <w:r w:rsidRPr="00387AD0">
        <w:rPr>
          <w:rFonts w:eastAsia="Times New Roman" w:cs="Times New Roman"/>
          <w:szCs w:val="24"/>
          <w:lang w:val="id"/>
        </w:rPr>
        <w:t>kabar,</w:t>
      </w:r>
      <w:r w:rsidR="00F660D2" w:rsidRPr="00387AD0">
        <w:rPr>
          <w:rFonts w:eastAsia="Times New Roman" w:cs="Times New Roman"/>
          <w:szCs w:val="24"/>
          <w:lang w:val="id"/>
        </w:rPr>
        <w:t xml:space="preserve"> </w:t>
      </w:r>
      <w:r w:rsidRPr="00387AD0">
        <w:rPr>
          <w:rFonts w:eastAsia="Times New Roman" w:cs="Times New Roman"/>
          <w:szCs w:val="24"/>
          <w:lang w:val="id"/>
        </w:rPr>
        <w:t>film,</w:t>
      </w:r>
      <w:r w:rsidR="00F660D2" w:rsidRPr="00387AD0">
        <w:rPr>
          <w:rFonts w:eastAsia="Times New Roman" w:cs="Times New Roman"/>
          <w:szCs w:val="24"/>
          <w:lang w:val="id"/>
        </w:rPr>
        <w:t xml:space="preserve"> </w:t>
      </w:r>
      <w:r w:rsidRPr="00387AD0">
        <w:rPr>
          <w:rFonts w:eastAsia="Times New Roman" w:cs="Times New Roman"/>
          <w:szCs w:val="24"/>
          <w:lang w:val="id"/>
        </w:rPr>
        <w:t>dan</w:t>
      </w:r>
      <w:r w:rsidR="00F660D2" w:rsidRPr="00387AD0">
        <w:rPr>
          <w:rFonts w:eastAsia="Times New Roman" w:cs="Times New Roman"/>
          <w:szCs w:val="24"/>
          <w:lang w:val="id"/>
        </w:rPr>
        <w:t xml:space="preserve"> </w:t>
      </w:r>
      <w:r w:rsidRPr="00387AD0">
        <w:rPr>
          <w:rFonts w:eastAsia="Times New Roman" w:cs="Times New Roman"/>
          <w:szCs w:val="24"/>
          <w:lang w:val="id"/>
        </w:rPr>
        <w:t>video</w:t>
      </w:r>
      <w:r w:rsidR="00F660D2" w:rsidRPr="00387AD0">
        <w:rPr>
          <w:rFonts w:eastAsia="Times New Roman" w:cs="Times New Roman"/>
          <w:szCs w:val="24"/>
          <w:lang w:val="id"/>
        </w:rPr>
        <w:t xml:space="preserve"> </w:t>
      </w:r>
      <w:r w:rsidRPr="00387AD0">
        <w:rPr>
          <w:rFonts w:eastAsia="Times New Roman" w:cs="Times New Roman"/>
          <w:szCs w:val="24"/>
          <w:lang w:val="id"/>
        </w:rPr>
        <w:t>kepada</w:t>
      </w:r>
      <w:r w:rsidR="00F660D2" w:rsidRPr="00387AD0">
        <w:rPr>
          <w:rFonts w:eastAsia="Times New Roman" w:cs="Times New Roman"/>
          <w:szCs w:val="24"/>
          <w:lang w:val="id"/>
        </w:rPr>
        <w:t xml:space="preserve"> </w:t>
      </w:r>
      <w:r w:rsidRPr="00387AD0">
        <w:rPr>
          <w:rFonts w:eastAsia="Times New Roman" w:cs="Times New Roman"/>
          <w:szCs w:val="24"/>
          <w:lang w:val="id"/>
        </w:rPr>
        <w:t>masyarakat..</w:t>
      </w:r>
      <w:r w:rsidR="00F660D2" w:rsidRPr="00387AD0">
        <w:rPr>
          <w:rFonts w:eastAsia="Times New Roman" w:cs="Times New Roman"/>
          <w:szCs w:val="24"/>
          <w:lang w:val="id"/>
        </w:rPr>
        <w:t xml:space="preserve"> </w:t>
      </w:r>
      <w:r w:rsidRPr="00387AD0">
        <w:rPr>
          <w:rFonts w:eastAsia="Times New Roman" w:cs="Times New Roman"/>
          <w:szCs w:val="24"/>
          <w:lang w:val="id"/>
        </w:rPr>
        <w:t>Darmono</w:t>
      </w:r>
      <w:r w:rsidR="00F660D2" w:rsidRPr="00387AD0">
        <w:rPr>
          <w:rFonts w:eastAsia="Times New Roman" w:cs="Times New Roman"/>
          <w:szCs w:val="24"/>
          <w:lang w:val="id"/>
        </w:rPr>
        <w:t xml:space="preserve"> </w:t>
      </w:r>
      <w:r w:rsidRPr="00387AD0">
        <w:rPr>
          <w:rFonts w:eastAsia="Times New Roman" w:cs="Times New Roman"/>
          <w:szCs w:val="24"/>
          <w:lang w:val="id"/>
        </w:rPr>
        <w:t>(2002)</w:t>
      </w:r>
      <w:r w:rsidR="00F660D2" w:rsidRPr="00387AD0">
        <w:rPr>
          <w:rFonts w:eastAsia="Times New Roman" w:cs="Times New Roman"/>
          <w:szCs w:val="24"/>
          <w:lang w:val="id"/>
        </w:rPr>
        <w:t xml:space="preserve"> </w:t>
      </w:r>
      <w:r w:rsidRPr="00387AD0">
        <w:rPr>
          <w:rFonts w:eastAsia="Times New Roman" w:cs="Times New Roman"/>
          <w:szCs w:val="24"/>
          <w:lang w:val="id"/>
        </w:rPr>
        <w:t>menambahkan</w:t>
      </w:r>
      <w:r w:rsidR="00F660D2" w:rsidRPr="00387AD0">
        <w:rPr>
          <w:rFonts w:eastAsia="Times New Roman" w:cs="Times New Roman"/>
          <w:szCs w:val="24"/>
          <w:lang w:val="id"/>
        </w:rPr>
        <w:t xml:space="preserve"> </w:t>
      </w:r>
      <w:r w:rsidRPr="00387AD0">
        <w:rPr>
          <w:rFonts w:eastAsia="Times New Roman" w:cs="Times New Roman"/>
          <w:szCs w:val="24"/>
          <w:lang w:val="id"/>
        </w:rPr>
        <w:t>bahwa</w:t>
      </w:r>
      <w:r w:rsidR="00F660D2" w:rsidRPr="00387AD0">
        <w:rPr>
          <w:rFonts w:eastAsia="Times New Roman" w:cs="Times New Roman"/>
          <w:szCs w:val="24"/>
          <w:lang w:val="id"/>
        </w:rPr>
        <w:t xml:space="preserve"> </w:t>
      </w:r>
      <w:r w:rsidRPr="00387AD0">
        <w:rPr>
          <w:rFonts w:eastAsia="Times New Roman" w:cs="Times New Roman"/>
          <w:szCs w:val="24"/>
          <w:lang w:val="id"/>
        </w:rPr>
        <w:t>perpustakaan</w:t>
      </w:r>
      <w:r w:rsidR="00F660D2" w:rsidRPr="00387AD0">
        <w:rPr>
          <w:rFonts w:eastAsia="Times New Roman" w:cs="Times New Roman"/>
          <w:szCs w:val="24"/>
          <w:lang w:val="id"/>
        </w:rPr>
        <w:t xml:space="preserve"> </w:t>
      </w:r>
      <w:r w:rsidRPr="00387AD0">
        <w:rPr>
          <w:rFonts w:eastAsia="Times New Roman" w:cs="Times New Roman"/>
          <w:szCs w:val="24"/>
          <w:lang w:val="id"/>
        </w:rPr>
        <w:t>berperan</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unit</w:t>
      </w:r>
      <w:r w:rsidR="00F660D2" w:rsidRPr="00387AD0">
        <w:rPr>
          <w:rFonts w:eastAsia="Times New Roman" w:cs="Times New Roman"/>
          <w:szCs w:val="24"/>
          <w:lang w:val="id"/>
        </w:rPr>
        <w:t xml:space="preserve"> </w:t>
      </w:r>
      <w:r w:rsidRPr="00387AD0">
        <w:rPr>
          <w:rFonts w:eastAsia="Times New Roman" w:cs="Times New Roman"/>
          <w:szCs w:val="24"/>
          <w:lang w:val="id"/>
        </w:rPr>
        <w:t>kerja</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memiliki</w:t>
      </w:r>
      <w:r w:rsidR="00F660D2" w:rsidRPr="00387AD0">
        <w:rPr>
          <w:rFonts w:eastAsia="Times New Roman" w:cs="Times New Roman"/>
          <w:szCs w:val="24"/>
          <w:lang w:val="id"/>
        </w:rPr>
        <w:t xml:space="preserve"> </w:t>
      </w:r>
      <w:r w:rsidRPr="00387AD0">
        <w:rPr>
          <w:rFonts w:eastAsia="Times New Roman" w:cs="Times New Roman"/>
          <w:szCs w:val="24"/>
          <w:lang w:val="id"/>
        </w:rPr>
        <w:t>tugas</w:t>
      </w:r>
      <w:r w:rsidR="00F660D2" w:rsidRPr="00387AD0">
        <w:rPr>
          <w:rFonts w:eastAsia="Times New Roman" w:cs="Times New Roman"/>
          <w:szCs w:val="24"/>
          <w:lang w:val="id"/>
        </w:rPr>
        <w:t xml:space="preserve"> </w:t>
      </w:r>
      <w:r w:rsidRPr="00387AD0">
        <w:rPr>
          <w:rFonts w:eastAsia="Times New Roman" w:cs="Times New Roman"/>
          <w:szCs w:val="24"/>
          <w:lang w:val="id"/>
        </w:rPr>
        <w:t>utama</w:t>
      </w:r>
      <w:r w:rsidR="00F660D2" w:rsidRPr="00387AD0">
        <w:rPr>
          <w:rFonts w:eastAsia="Times New Roman" w:cs="Times New Roman"/>
          <w:szCs w:val="24"/>
          <w:lang w:val="id"/>
        </w:rPr>
        <w:t xml:space="preserve"> </w:t>
      </w:r>
      <w:r w:rsidRPr="00387AD0">
        <w:rPr>
          <w:rFonts w:eastAsia="Times New Roman" w:cs="Times New Roman"/>
          <w:szCs w:val="24"/>
          <w:lang w:val="id"/>
        </w:rPr>
        <w:t>dalam</w:t>
      </w:r>
      <w:r w:rsidR="00F660D2" w:rsidRPr="00387AD0">
        <w:rPr>
          <w:rFonts w:eastAsia="Times New Roman" w:cs="Times New Roman"/>
          <w:szCs w:val="24"/>
          <w:lang w:val="id"/>
        </w:rPr>
        <w:t xml:space="preserve"> </w:t>
      </w:r>
      <w:r w:rsidRPr="00387AD0">
        <w:rPr>
          <w:rFonts w:eastAsia="Times New Roman" w:cs="Times New Roman"/>
          <w:szCs w:val="24"/>
          <w:lang w:val="id"/>
        </w:rPr>
        <w:t>mengorganisasi</w:t>
      </w:r>
      <w:r w:rsidR="00F660D2" w:rsidRPr="00387AD0">
        <w:rPr>
          <w:rFonts w:eastAsia="Times New Roman" w:cs="Times New Roman"/>
          <w:szCs w:val="24"/>
          <w:lang w:val="id"/>
        </w:rPr>
        <w:t xml:space="preserve"> </w:t>
      </w:r>
      <w:r w:rsidRPr="00387AD0">
        <w:rPr>
          <w:rFonts w:eastAsia="Times New Roman" w:cs="Times New Roman"/>
          <w:szCs w:val="24"/>
          <w:lang w:val="id"/>
        </w:rPr>
        <w:t>koleksi</w:t>
      </w:r>
      <w:r w:rsidR="00F660D2" w:rsidRPr="00387AD0">
        <w:rPr>
          <w:rFonts w:eastAsia="Times New Roman" w:cs="Times New Roman"/>
          <w:szCs w:val="24"/>
          <w:lang w:val="id"/>
        </w:rPr>
        <w:t xml:space="preserve"> </w:t>
      </w:r>
      <w:r w:rsidRPr="00387AD0">
        <w:rPr>
          <w:rFonts w:eastAsia="Times New Roman" w:cs="Times New Roman"/>
          <w:szCs w:val="24"/>
          <w:lang w:val="id"/>
        </w:rPr>
        <w:t>bahan</w:t>
      </w:r>
      <w:r w:rsidR="00F660D2" w:rsidRPr="00387AD0">
        <w:rPr>
          <w:rFonts w:eastAsia="Times New Roman" w:cs="Times New Roman"/>
          <w:szCs w:val="24"/>
          <w:lang w:val="id"/>
        </w:rPr>
        <w:t xml:space="preserve"> </w:t>
      </w:r>
      <w:r w:rsidRPr="00387AD0">
        <w:rPr>
          <w:rFonts w:eastAsia="Times New Roman" w:cs="Times New Roman"/>
          <w:szCs w:val="24"/>
          <w:lang w:val="id"/>
        </w:rPr>
        <w:t>pustaka</w:t>
      </w:r>
      <w:r w:rsidR="00F660D2" w:rsidRPr="00387AD0">
        <w:rPr>
          <w:rFonts w:eastAsia="Times New Roman" w:cs="Times New Roman"/>
          <w:szCs w:val="24"/>
          <w:lang w:val="id"/>
        </w:rPr>
        <w:t xml:space="preserve"> </w:t>
      </w:r>
      <w:r w:rsidRPr="00387AD0">
        <w:rPr>
          <w:rFonts w:eastAsia="Times New Roman" w:cs="Times New Roman"/>
          <w:szCs w:val="24"/>
          <w:lang w:val="id"/>
        </w:rPr>
        <w:t>secara</w:t>
      </w:r>
      <w:r w:rsidR="00F660D2" w:rsidRPr="00387AD0">
        <w:rPr>
          <w:rFonts w:eastAsia="Times New Roman" w:cs="Times New Roman"/>
          <w:szCs w:val="24"/>
          <w:lang w:val="id"/>
        </w:rPr>
        <w:t xml:space="preserve"> </w:t>
      </w:r>
      <w:r w:rsidRPr="00387AD0">
        <w:rPr>
          <w:rFonts w:eastAsia="Times New Roman" w:cs="Times New Roman"/>
          <w:szCs w:val="24"/>
          <w:lang w:val="id"/>
        </w:rPr>
        <w:t>sistematis,</w:t>
      </w:r>
      <w:r w:rsidR="00F660D2" w:rsidRPr="00387AD0">
        <w:rPr>
          <w:rFonts w:eastAsia="Times New Roman" w:cs="Times New Roman"/>
          <w:szCs w:val="24"/>
          <w:lang w:val="id"/>
        </w:rPr>
        <w:t xml:space="preserve"> </w:t>
      </w:r>
      <w:r w:rsidRPr="00387AD0">
        <w:rPr>
          <w:rFonts w:eastAsia="Times New Roman" w:cs="Times New Roman"/>
          <w:szCs w:val="24"/>
          <w:lang w:val="id"/>
        </w:rPr>
        <w:t>sehingga</w:t>
      </w:r>
      <w:r w:rsidR="00F660D2" w:rsidRPr="00387AD0">
        <w:rPr>
          <w:rFonts w:eastAsia="Times New Roman" w:cs="Times New Roman"/>
          <w:szCs w:val="24"/>
          <w:lang w:val="id"/>
        </w:rPr>
        <w:t xml:space="preserve"> </w:t>
      </w:r>
      <w:r w:rsidRPr="00387AD0">
        <w:rPr>
          <w:rFonts w:eastAsia="Times New Roman" w:cs="Times New Roman"/>
          <w:szCs w:val="24"/>
          <w:lang w:val="id"/>
        </w:rPr>
        <w:t>dapat</w:t>
      </w:r>
      <w:r w:rsidR="00F660D2" w:rsidRPr="00387AD0">
        <w:rPr>
          <w:rFonts w:eastAsia="Times New Roman" w:cs="Times New Roman"/>
          <w:szCs w:val="24"/>
          <w:lang w:val="id"/>
        </w:rPr>
        <w:t xml:space="preserve"> </w:t>
      </w:r>
      <w:r w:rsidRPr="00387AD0">
        <w:rPr>
          <w:rFonts w:eastAsia="Times New Roman" w:cs="Times New Roman"/>
          <w:szCs w:val="24"/>
          <w:lang w:val="id"/>
        </w:rPr>
        <w:t>diakses</w:t>
      </w:r>
      <w:r w:rsidR="00F660D2" w:rsidRPr="00387AD0">
        <w:rPr>
          <w:rFonts w:eastAsia="Times New Roman" w:cs="Times New Roman"/>
          <w:szCs w:val="24"/>
          <w:lang w:val="id"/>
        </w:rPr>
        <w:t xml:space="preserve"> </w:t>
      </w:r>
      <w:r w:rsidRPr="00387AD0">
        <w:rPr>
          <w:rFonts w:eastAsia="Times New Roman" w:cs="Times New Roman"/>
          <w:szCs w:val="24"/>
          <w:lang w:val="id"/>
        </w:rPr>
        <w:t>dengan</w:t>
      </w:r>
      <w:r w:rsidR="00F660D2" w:rsidRPr="00387AD0">
        <w:rPr>
          <w:rFonts w:eastAsia="Times New Roman" w:cs="Times New Roman"/>
          <w:szCs w:val="24"/>
          <w:lang w:val="id"/>
        </w:rPr>
        <w:t xml:space="preserve"> </w:t>
      </w:r>
      <w:r w:rsidRPr="00387AD0">
        <w:rPr>
          <w:rFonts w:eastAsia="Times New Roman" w:cs="Times New Roman"/>
          <w:szCs w:val="24"/>
          <w:lang w:val="id"/>
        </w:rPr>
        <w:t>mudah</w:t>
      </w:r>
      <w:r w:rsidR="00F660D2" w:rsidRPr="00387AD0">
        <w:rPr>
          <w:rFonts w:eastAsia="Times New Roman" w:cs="Times New Roman"/>
          <w:szCs w:val="24"/>
          <w:lang w:val="id"/>
        </w:rPr>
        <w:t xml:space="preserve"> </w:t>
      </w:r>
      <w:r w:rsidRPr="00387AD0">
        <w:rPr>
          <w:rFonts w:eastAsia="Times New Roman" w:cs="Times New Roman"/>
          <w:szCs w:val="24"/>
          <w:lang w:val="id"/>
        </w:rPr>
        <w:t>oleh</w:t>
      </w:r>
      <w:r w:rsidR="00F660D2" w:rsidRPr="00387AD0">
        <w:rPr>
          <w:rFonts w:eastAsia="Times New Roman" w:cs="Times New Roman"/>
          <w:szCs w:val="24"/>
          <w:lang w:val="id"/>
        </w:rPr>
        <w:t xml:space="preserve"> </w:t>
      </w:r>
      <w:r w:rsidRPr="00387AD0">
        <w:rPr>
          <w:rFonts w:eastAsia="Times New Roman" w:cs="Times New Roman"/>
          <w:szCs w:val="24"/>
          <w:lang w:val="id"/>
        </w:rPr>
        <w:t>pengguna</w:t>
      </w:r>
      <w:r w:rsidR="00F660D2" w:rsidRPr="00387AD0">
        <w:rPr>
          <w:rFonts w:eastAsia="Times New Roman" w:cs="Times New Roman"/>
          <w:szCs w:val="24"/>
          <w:lang w:val="id"/>
        </w:rPr>
        <w:t xml:space="preserve"> </w:t>
      </w:r>
      <w:r w:rsidRPr="00387AD0">
        <w:rPr>
          <w:rFonts w:eastAsia="Times New Roman" w:cs="Times New Roman"/>
          <w:szCs w:val="24"/>
          <w:lang w:val="id"/>
        </w:rPr>
        <w:t>untuk</w:t>
      </w:r>
      <w:r w:rsidR="00F660D2" w:rsidRPr="00387AD0">
        <w:rPr>
          <w:rFonts w:eastAsia="Times New Roman" w:cs="Times New Roman"/>
          <w:szCs w:val="24"/>
          <w:lang w:val="id"/>
        </w:rPr>
        <w:t xml:space="preserve"> </w:t>
      </w:r>
      <w:r w:rsidRPr="00387AD0">
        <w:rPr>
          <w:rFonts w:eastAsia="Times New Roman" w:cs="Times New Roman"/>
          <w:szCs w:val="24"/>
          <w:lang w:val="id"/>
        </w:rPr>
        <w:t>keperluan</w:t>
      </w:r>
      <w:r w:rsidR="00F660D2" w:rsidRPr="00387AD0">
        <w:rPr>
          <w:rFonts w:eastAsia="Times New Roman" w:cs="Times New Roman"/>
          <w:szCs w:val="24"/>
          <w:lang w:val="id"/>
        </w:rPr>
        <w:t xml:space="preserve"> </w:t>
      </w:r>
      <w:r w:rsidRPr="00387AD0">
        <w:rPr>
          <w:rFonts w:eastAsia="Times New Roman" w:cs="Times New Roman"/>
          <w:szCs w:val="24"/>
          <w:lang w:val="id"/>
        </w:rPr>
        <w:t>informasi</w:t>
      </w:r>
      <w:r w:rsidR="00F660D2" w:rsidRPr="00387AD0">
        <w:rPr>
          <w:rFonts w:eastAsia="Times New Roman" w:cs="Times New Roman"/>
          <w:szCs w:val="24"/>
          <w:lang w:val="id"/>
        </w:rPr>
        <w:t xml:space="preserve"> </w:t>
      </w:r>
      <w:r w:rsidRPr="00387AD0">
        <w:rPr>
          <w:rFonts w:eastAsia="Times New Roman" w:cs="Times New Roman"/>
          <w:szCs w:val="24"/>
          <w:lang w:val="id"/>
        </w:rPr>
        <w:t>maupun</w:t>
      </w:r>
      <w:r w:rsidR="00F660D2" w:rsidRPr="00387AD0">
        <w:rPr>
          <w:rFonts w:eastAsia="Times New Roman" w:cs="Times New Roman"/>
          <w:szCs w:val="24"/>
          <w:lang w:val="id"/>
        </w:rPr>
        <w:t xml:space="preserve"> </w:t>
      </w:r>
      <w:r w:rsidRPr="00387AD0">
        <w:rPr>
          <w:rFonts w:eastAsia="Times New Roman" w:cs="Times New Roman"/>
          <w:szCs w:val="24"/>
          <w:lang w:val="id"/>
        </w:rPr>
        <w:t>sebagai</w:t>
      </w:r>
      <w:r w:rsidR="00F660D2" w:rsidRPr="00387AD0">
        <w:rPr>
          <w:rFonts w:eastAsia="Times New Roman" w:cs="Times New Roman"/>
          <w:szCs w:val="24"/>
          <w:lang w:val="id"/>
        </w:rPr>
        <w:t xml:space="preserve"> </w:t>
      </w:r>
      <w:r w:rsidRPr="00387AD0">
        <w:rPr>
          <w:rFonts w:eastAsia="Times New Roman" w:cs="Times New Roman"/>
          <w:szCs w:val="24"/>
          <w:lang w:val="id"/>
        </w:rPr>
        <w:t>sarana</w:t>
      </w:r>
      <w:r w:rsidR="00F660D2" w:rsidRPr="00387AD0">
        <w:rPr>
          <w:rFonts w:eastAsia="Times New Roman" w:cs="Times New Roman"/>
          <w:szCs w:val="24"/>
          <w:lang w:val="id"/>
        </w:rPr>
        <w:t xml:space="preserve"> </w:t>
      </w:r>
      <w:r w:rsidRPr="00387AD0">
        <w:rPr>
          <w:rFonts w:eastAsia="Times New Roman" w:cs="Times New Roman"/>
          <w:szCs w:val="24"/>
          <w:lang w:val="id"/>
        </w:rPr>
        <w:t>pembelajaran</w:t>
      </w:r>
      <w:r w:rsidR="00F660D2" w:rsidRPr="00387AD0">
        <w:rPr>
          <w:rFonts w:eastAsia="Times New Roman" w:cs="Times New Roman"/>
          <w:szCs w:val="24"/>
          <w:lang w:val="id"/>
        </w:rPr>
        <w:t xml:space="preserve"> </w:t>
      </w:r>
      <w:r w:rsidRPr="00387AD0">
        <w:rPr>
          <w:rFonts w:eastAsia="Times New Roman" w:cs="Times New Roman"/>
          <w:szCs w:val="24"/>
          <w:lang w:val="id"/>
        </w:rPr>
        <w:t>yang</w:t>
      </w:r>
      <w:r w:rsidR="00F660D2" w:rsidRPr="00387AD0">
        <w:rPr>
          <w:rFonts w:eastAsia="Times New Roman" w:cs="Times New Roman"/>
          <w:szCs w:val="24"/>
          <w:lang w:val="id"/>
        </w:rPr>
        <w:t xml:space="preserve"> </w:t>
      </w:r>
      <w:r w:rsidRPr="00387AD0">
        <w:rPr>
          <w:rFonts w:eastAsia="Times New Roman" w:cs="Times New Roman"/>
          <w:szCs w:val="24"/>
          <w:lang w:val="id"/>
        </w:rPr>
        <w:t>menyenangkan.</w:t>
      </w:r>
    </w:p>
    <w:p w14:paraId="72ABB877" w14:textId="77777777" w:rsidR="0076694C" w:rsidRPr="0076694C" w:rsidRDefault="0076694C" w:rsidP="0076694C">
      <w:pPr>
        <w:spacing w:line="360" w:lineRule="auto"/>
        <w:ind w:right="-285" w:firstLine="720"/>
        <w:rPr>
          <w:rFonts w:eastAsia="Times New Roman" w:cs="Times New Roman"/>
          <w:szCs w:val="24"/>
          <w:lang w:val="id"/>
        </w:rPr>
      </w:pPr>
    </w:p>
    <w:p w14:paraId="5E86CFF3" w14:textId="1710D987" w:rsidR="004500A0" w:rsidRPr="00387AD0" w:rsidRDefault="00CA1B38" w:rsidP="00302053">
      <w:pPr>
        <w:pStyle w:val="Heading2"/>
        <w:numPr>
          <w:ilvl w:val="0"/>
          <w:numId w:val="25"/>
        </w:numPr>
        <w:spacing w:after="240" w:line="360" w:lineRule="auto"/>
        <w:ind w:left="0" w:right="-285" w:firstLine="0"/>
        <w:rPr>
          <w:rFonts w:cs="Times New Roman"/>
          <w:szCs w:val="24"/>
          <w:lang w:val="id"/>
        </w:rPr>
      </w:pPr>
      <w:bookmarkStart w:id="71" w:name="_Toc205261374"/>
      <w:r w:rsidRPr="00CA1B38">
        <w:rPr>
          <w:rFonts w:cs="Times New Roman"/>
          <w:i/>
          <w:iCs/>
          <w:szCs w:val="24"/>
          <w:lang w:val="id"/>
        </w:rPr>
        <w:t>Flowchart</w:t>
      </w:r>
      <w:bookmarkEnd w:id="71"/>
    </w:p>
    <w:p w14:paraId="17E4F1E6" w14:textId="6433B141" w:rsidR="000F0D7C" w:rsidRDefault="00CA1B38" w:rsidP="004F419D">
      <w:pPr>
        <w:widowControl w:val="0"/>
        <w:autoSpaceDE w:val="0"/>
        <w:autoSpaceDN w:val="0"/>
        <w:spacing w:after="0" w:line="360" w:lineRule="auto"/>
        <w:ind w:right="-285" w:firstLine="720"/>
        <w:rPr>
          <w:rFonts w:cs="Times New Roman"/>
        </w:rPr>
      </w:pPr>
      <w:r w:rsidRPr="00CA1B38">
        <w:rPr>
          <w:rFonts w:cs="Times New Roman"/>
          <w:i/>
          <w:iCs/>
        </w:rPr>
        <w:t>Flowchart</w:t>
      </w:r>
      <w:r w:rsidR="00F660D2" w:rsidRPr="00387AD0">
        <w:rPr>
          <w:rFonts w:cs="Times New Roman"/>
        </w:rPr>
        <w:t xml:space="preserve"> </w:t>
      </w:r>
      <w:proofErr w:type="spellStart"/>
      <w:r w:rsidR="00806AF1" w:rsidRPr="00387AD0">
        <w:rPr>
          <w:rFonts w:cs="Times New Roman"/>
        </w:rPr>
        <w:t>adalah</w:t>
      </w:r>
      <w:proofErr w:type="spellEnd"/>
      <w:r w:rsidR="00F660D2" w:rsidRPr="00387AD0">
        <w:rPr>
          <w:rFonts w:cs="Times New Roman"/>
        </w:rPr>
        <w:t xml:space="preserve"> </w:t>
      </w:r>
      <w:r w:rsidR="00806AF1" w:rsidRPr="00387AD0">
        <w:rPr>
          <w:rFonts w:cs="Times New Roman"/>
        </w:rPr>
        <w:t>salah</w:t>
      </w:r>
      <w:r w:rsidR="00F660D2" w:rsidRPr="00387AD0">
        <w:rPr>
          <w:rFonts w:cs="Times New Roman"/>
        </w:rPr>
        <w:t xml:space="preserve"> </w:t>
      </w:r>
      <w:proofErr w:type="spellStart"/>
      <w:r w:rsidR="00806AF1" w:rsidRPr="00387AD0">
        <w:rPr>
          <w:rFonts w:cs="Times New Roman"/>
        </w:rPr>
        <w:t>satu</w:t>
      </w:r>
      <w:proofErr w:type="spellEnd"/>
      <w:r w:rsidR="00F660D2" w:rsidRPr="00387AD0">
        <w:rPr>
          <w:rFonts w:cs="Times New Roman"/>
        </w:rPr>
        <w:t xml:space="preserve"> </w:t>
      </w:r>
      <w:proofErr w:type="spellStart"/>
      <w:r w:rsidR="00806AF1" w:rsidRPr="00387AD0">
        <w:rPr>
          <w:rFonts w:cs="Times New Roman"/>
        </w:rPr>
        <w:t>bentuk</w:t>
      </w:r>
      <w:proofErr w:type="spellEnd"/>
      <w:r w:rsidR="00F660D2" w:rsidRPr="00387AD0">
        <w:rPr>
          <w:rFonts w:cs="Times New Roman"/>
        </w:rPr>
        <w:t xml:space="preserve"> </w:t>
      </w:r>
      <w:r w:rsidR="00806AF1" w:rsidRPr="00387AD0">
        <w:rPr>
          <w:rFonts w:cs="Times New Roman"/>
        </w:rPr>
        <w:t>diagram</w:t>
      </w:r>
      <w:r w:rsidR="00F660D2" w:rsidRPr="00387AD0">
        <w:rPr>
          <w:rFonts w:cs="Times New Roman"/>
        </w:rPr>
        <w:t xml:space="preserve"> </w:t>
      </w:r>
      <w:r w:rsidR="00806AF1" w:rsidRPr="00387AD0">
        <w:rPr>
          <w:rFonts w:cs="Times New Roman"/>
        </w:rPr>
        <w:t>yang</w:t>
      </w:r>
      <w:r w:rsidR="00F660D2" w:rsidRPr="00387AD0">
        <w:rPr>
          <w:rFonts w:cs="Times New Roman"/>
        </w:rPr>
        <w:t xml:space="preserve"> </w:t>
      </w:r>
      <w:proofErr w:type="spellStart"/>
      <w:r w:rsidR="00806AF1" w:rsidRPr="00387AD0">
        <w:rPr>
          <w:rFonts w:cs="Times New Roman"/>
        </w:rPr>
        <w:t>digunakan</w:t>
      </w:r>
      <w:proofErr w:type="spellEnd"/>
      <w:r w:rsidR="00F660D2" w:rsidRPr="00387AD0">
        <w:rPr>
          <w:rFonts w:cs="Times New Roman"/>
        </w:rPr>
        <w:t xml:space="preserve"> </w:t>
      </w:r>
      <w:proofErr w:type="spellStart"/>
      <w:r w:rsidR="00806AF1" w:rsidRPr="00387AD0">
        <w:rPr>
          <w:rFonts w:cs="Times New Roman"/>
        </w:rPr>
        <w:t>untuk</w:t>
      </w:r>
      <w:proofErr w:type="spellEnd"/>
      <w:r w:rsidR="00F660D2" w:rsidRPr="00387AD0">
        <w:rPr>
          <w:rFonts w:cs="Times New Roman"/>
        </w:rPr>
        <w:t xml:space="preserve"> </w:t>
      </w:r>
      <w:proofErr w:type="spellStart"/>
      <w:r w:rsidR="00806AF1" w:rsidRPr="00387AD0">
        <w:rPr>
          <w:rFonts w:cs="Times New Roman"/>
        </w:rPr>
        <w:t>menggambarkan</w:t>
      </w:r>
      <w:proofErr w:type="spellEnd"/>
      <w:r w:rsidR="00F660D2" w:rsidRPr="00387AD0">
        <w:rPr>
          <w:rFonts w:cs="Times New Roman"/>
        </w:rPr>
        <w:t xml:space="preserve"> </w:t>
      </w:r>
      <w:proofErr w:type="spellStart"/>
      <w:r w:rsidR="00806AF1" w:rsidRPr="00387AD0">
        <w:rPr>
          <w:rFonts w:cs="Times New Roman"/>
        </w:rPr>
        <w:t>alur</w:t>
      </w:r>
      <w:proofErr w:type="spellEnd"/>
      <w:r w:rsidR="00F660D2" w:rsidRPr="00387AD0">
        <w:rPr>
          <w:rFonts w:cs="Times New Roman"/>
        </w:rPr>
        <w:t xml:space="preserve"> </w:t>
      </w:r>
      <w:proofErr w:type="spellStart"/>
      <w:r w:rsidR="00806AF1" w:rsidRPr="00387AD0">
        <w:rPr>
          <w:rFonts w:cs="Times New Roman"/>
        </w:rPr>
        <w:t>kerja</w:t>
      </w:r>
      <w:proofErr w:type="spellEnd"/>
      <w:r w:rsidR="00806AF1" w:rsidRPr="00387AD0">
        <w:rPr>
          <w:rFonts w:cs="Times New Roman"/>
        </w:rPr>
        <w:t>,</w:t>
      </w:r>
      <w:r w:rsidR="00F660D2" w:rsidRPr="00387AD0">
        <w:rPr>
          <w:rFonts w:cs="Times New Roman"/>
        </w:rPr>
        <w:t xml:space="preserve"> </w:t>
      </w:r>
      <w:proofErr w:type="spellStart"/>
      <w:r w:rsidR="00806AF1" w:rsidRPr="00387AD0">
        <w:rPr>
          <w:rFonts w:cs="Times New Roman"/>
        </w:rPr>
        <w:t>algoritma</w:t>
      </w:r>
      <w:proofErr w:type="spellEnd"/>
      <w:r w:rsidR="00806AF1" w:rsidRPr="00387AD0">
        <w:rPr>
          <w:rFonts w:cs="Times New Roman"/>
        </w:rPr>
        <w:t>,</w:t>
      </w:r>
      <w:r w:rsidR="00F660D2" w:rsidRPr="00387AD0">
        <w:rPr>
          <w:rFonts w:cs="Times New Roman"/>
        </w:rPr>
        <w:t xml:space="preserve"> </w:t>
      </w:r>
      <w:proofErr w:type="spellStart"/>
      <w:r w:rsidR="00806AF1" w:rsidRPr="00387AD0">
        <w:rPr>
          <w:rFonts w:cs="Times New Roman"/>
        </w:rPr>
        <w:t>atau</w:t>
      </w:r>
      <w:proofErr w:type="spellEnd"/>
      <w:r w:rsidR="00F660D2" w:rsidRPr="00387AD0">
        <w:rPr>
          <w:rFonts w:cs="Times New Roman"/>
        </w:rPr>
        <w:t xml:space="preserve"> </w:t>
      </w:r>
      <w:proofErr w:type="spellStart"/>
      <w:r w:rsidR="00806AF1" w:rsidRPr="00387AD0">
        <w:rPr>
          <w:rFonts w:cs="Times New Roman"/>
        </w:rPr>
        <w:t>urutan</w:t>
      </w:r>
      <w:proofErr w:type="spellEnd"/>
      <w:r w:rsidR="00F660D2" w:rsidRPr="00387AD0">
        <w:rPr>
          <w:rFonts w:cs="Times New Roman"/>
        </w:rPr>
        <w:t xml:space="preserve"> </w:t>
      </w:r>
      <w:proofErr w:type="spellStart"/>
      <w:r w:rsidR="00806AF1" w:rsidRPr="00387AD0">
        <w:rPr>
          <w:rFonts w:cs="Times New Roman"/>
        </w:rPr>
        <w:t>instruksi</w:t>
      </w:r>
      <w:proofErr w:type="spellEnd"/>
      <w:r w:rsidR="00F660D2" w:rsidRPr="00387AD0">
        <w:rPr>
          <w:rFonts w:cs="Times New Roman"/>
        </w:rPr>
        <w:t xml:space="preserve"> </w:t>
      </w:r>
      <w:proofErr w:type="spellStart"/>
      <w:r w:rsidR="00806AF1" w:rsidRPr="00387AD0">
        <w:rPr>
          <w:rFonts w:cs="Times New Roman"/>
        </w:rPr>
        <w:t>dalam</w:t>
      </w:r>
      <w:proofErr w:type="spellEnd"/>
      <w:r w:rsidR="00F660D2" w:rsidRPr="00387AD0">
        <w:rPr>
          <w:rFonts w:cs="Times New Roman"/>
        </w:rPr>
        <w:t xml:space="preserve"> </w:t>
      </w:r>
      <w:proofErr w:type="spellStart"/>
      <w:r w:rsidR="00806AF1" w:rsidRPr="00387AD0">
        <w:rPr>
          <w:rFonts w:cs="Times New Roman"/>
        </w:rPr>
        <w:t>suatu</w:t>
      </w:r>
      <w:proofErr w:type="spellEnd"/>
      <w:r w:rsidR="00F660D2" w:rsidRPr="00387AD0">
        <w:rPr>
          <w:rFonts w:cs="Times New Roman"/>
        </w:rPr>
        <w:t xml:space="preserve"> </w:t>
      </w:r>
      <w:proofErr w:type="spellStart"/>
      <w:r w:rsidR="00806AF1" w:rsidRPr="00387AD0">
        <w:rPr>
          <w:rFonts w:cs="Times New Roman"/>
        </w:rPr>
        <w:t>sistem</w:t>
      </w:r>
      <w:proofErr w:type="spellEnd"/>
      <w:r w:rsidR="00F660D2" w:rsidRPr="00387AD0">
        <w:rPr>
          <w:rFonts w:cs="Times New Roman"/>
        </w:rPr>
        <w:t xml:space="preserve"> </w:t>
      </w:r>
      <w:proofErr w:type="spellStart"/>
      <w:r w:rsidR="00806AF1" w:rsidRPr="00387AD0">
        <w:rPr>
          <w:rFonts w:cs="Times New Roman"/>
        </w:rPr>
        <w:t>secara</w:t>
      </w:r>
      <w:proofErr w:type="spellEnd"/>
      <w:r w:rsidR="00F660D2" w:rsidRPr="00387AD0">
        <w:rPr>
          <w:rFonts w:cs="Times New Roman"/>
        </w:rPr>
        <w:t xml:space="preserve"> </w:t>
      </w:r>
      <w:proofErr w:type="spellStart"/>
      <w:r w:rsidR="00806AF1" w:rsidRPr="00387AD0">
        <w:rPr>
          <w:rFonts w:cs="Times New Roman"/>
        </w:rPr>
        <w:t>sistematis</w:t>
      </w:r>
      <w:proofErr w:type="spellEnd"/>
      <w:r w:rsidR="00806AF1" w:rsidRPr="00387AD0">
        <w:rPr>
          <w:rFonts w:cs="Times New Roman"/>
        </w:rPr>
        <w:t>.</w:t>
      </w:r>
      <w:r w:rsidR="00F660D2" w:rsidRPr="00387AD0">
        <w:rPr>
          <w:rFonts w:cs="Times New Roman"/>
        </w:rPr>
        <w:t xml:space="preserve"> </w:t>
      </w:r>
      <w:proofErr w:type="spellStart"/>
      <w:r w:rsidR="00806AF1" w:rsidRPr="00387AD0">
        <w:rPr>
          <w:rFonts w:cs="Times New Roman"/>
        </w:rPr>
        <w:t>Seorang</w:t>
      </w:r>
      <w:proofErr w:type="spellEnd"/>
      <w:r w:rsidR="00F660D2" w:rsidRPr="00387AD0">
        <w:rPr>
          <w:rFonts w:cs="Times New Roman"/>
        </w:rPr>
        <w:t xml:space="preserve"> </w:t>
      </w:r>
      <w:proofErr w:type="spellStart"/>
      <w:r w:rsidR="00806AF1" w:rsidRPr="00387AD0">
        <w:rPr>
          <w:rFonts w:cs="Times New Roman"/>
        </w:rPr>
        <w:t>analis</w:t>
      </w:r>
      <w:proofErr w:type="spellEnd"/>
      <w:r w:rsidR="00F660D2" w:rsidRPr="00387AD0">
        <w:rPr>
          <w:rFonts w:cs="Times New Roman"/>
        </w:rPr>
        <w:t xml:space="preserve"> </w:t>
      </w:r>
      <w:proofErr w:type="spellStart"/>
      <w:r w:rsidR="00806AF1" w:rsidRPr="00387AD0">
        <w:rPr>
          <w:rFonts w:cs="Times New Roman"/>
        </w:rPr>
        <w:t>sistem</w:t>
      </w:r>
      <w:proofErr w:type="spellEnd"/>
      <w:r w:rsidR="00F660D2" w:rsidRPr="00387AD0">
        <w:rPr>
          <w:rFonts w:cs="Times New Roman"/>
        </w:rPr>
        <w:t xml:space="preserve"> </w:t>
      </w:r>
      <w:proofErr w:type="spellStart"/>
      <w:r w:rsidR="00806AF1" w:rsidRPr="00387AD0">
        <w:rPr>
          <w:rFonts w:cs="Times New Roman"/>
        </w:rPr>
        <w:t>memanfaatkan</w:t>
      </w:r>
      <w:proofErr w:type="spellEnd"/>
      <w:r w:rsidR="00F660D2" w:rsidRPr="00387AD0">
        <w:rPr>
          <w:rFonts w:cs="Times New Roman"/>
        </w:rPr>
        <w:t xml:space="preserve"> </w:t>
      </w:r>
      <w:proofErr w:type="spellStart"/>
      <w:r w:rsidR="00806AF1" w:rsidRPr="00387AD0">
        <w:rPr>
          <w:rFonts w:cs="Times New Roman"/>
        </w:rPr>
        <w:t>bagan</w:t>
      </w:r>
      <w:proofErr w:type="spellEnd"/>
      <w:r w:rsidR="00F660D2" w:rsidRPr="00387AD0">
        <w:rPr>
          <w:rFonts w:cs="Times New Roman"/>
        </w:rPr>
        <w:t xml:space="preserve"> </w:t>
      </w:r>
      <w:proofErr w:type="spellStart"/>
      <w:r w:rsidR="00806AF1" w:rsidRPr="00387AD0">
        <w:rPr>
          <w:rFonts w:cs="Times New Roman"/>
        </w:rPr>
        <w:t>ini</w:t>
      </w:r>
      <w:proofErr w:type="spellEnd"/>
      <w:r w:rsidR="00F660D2" w:rsidRPr="00387AD0">
        <w:rPr>
          <w:rFonts w:cs="Times New Roman"/>
        </w:rPr>
        <w:t xml:space="preserve"> </w:t>
      </w:r>
      <w:proofErr w:type="spellStart"/>
      <w:r w:rsidR="00806AF1" w:rsidRPr="00387AD0">
        <w:rPr>
          <w:rFonts w:cs="Times New Roman"/>
        </w:rPr>
        <w:t>sebagai</w:t>
      </w:r>
      <w:proofErr w:type="spellEnd"/>
      <w:r w:rsidR="00F660D2" w:rsidRPr="00387AD0">
        <w:rPr>
          <w:rFonts w:cs="Times New Roman"/>
        </w:rPr>
        <w:t xml:space="preserve"> </w:t>
      </w:r>
      <w:proofErr w:type="spellStart"/>
      <w:r w:rsidR="00806AF1" w:rsidRPr="00387AD0">
        <w:rPr>
          <w:rFonts w:cs="Times New Roman"/>
        </w:rPr>
        <w:t>dokumen</w:t>
      </w:r>
      <w:proofErr w:type="spellEnd"/>
      <w:r w:rsidR="00F660D2" w:rsidRPr="00387AD0">
        <w:rPr>
          <w:rFonts w:cs="Times New Roman"/>
        </w:rPr>
        <w:t xml:space="preserve"> </w:t>
      </w:r>
      <w:proofErr w:type="spellStart"/>
      <w:r w:rsidR="00806AF1" w:rsidRPr="00387AD0">
        <w:rPr>
          <w:rFonts w:cs="Times New Roman"/>
        </w:rPr>
        <w:t>pendukung</w:t>
      </w:r>
      <w:proofErr w:type="spellEnd"/>
      <w:r w:rsidR="00F660D2" w:rsidRPr="00387AD0">
        <w:rPr>
          <w:rFonts w:cs="Times New Roman"/>
        </w:rPr>
        <w:t xml:space="preserve"> </w:t>
      </w:r>
      <w:proofErr w:type="spellStart"/>
      <w:r w:rsidR="00806AF1" w:rsidRPr="00387AD0">
        <w:rPr>
          <w:rFonts w:cs="Times New Roman"/>
        </w:rPr>
        <w:t>untuk</w:t>
      </w:r>
      <w:proofErr w:type="spellEnd"/>
      <w:r w:rsidR="00F660D2" w:rsidRPr="00387AD0">
        <w:rPr>
          <w:rFonts w:cs="Times New Roman"/>
        </w:rPr>
        <w:t xml:space="preserve"> </w:t>
      </w:r>
      <w:proofErr w:type="spellStart"/>
      <w:r w:rsidR="00806AF1" w:rsidRPr="00387AD0">
        <w:rPr>
          <w:rFonts w:cs="Times New Roman"/>
        </w:rPr>
        <w:t>menjelaskan</w:t>
      </w:r>
      <w:proofErr w:type="spellEnd"/>
      <w:r w:rsidR="00F660D2" w:rsidRPr="00387AD0">
        <w:rPr>
          <w:rFonts w:cs="Times New Roman"/>
        </w:rPr>
        <w:t xml:space="preserve"> </w:t>
      </w:r>
      <w:proofErr w:type="spellStart"/>
      <w:r w:rsidR="00806AF1" w:rsidRPr="00387AD0">
        <w:rPr>
          <w:rFonts w:cs="Times New Roman"/>
        </w:rPr>
        <w:t>logika</w:t>
      </w:r>
      <w:proofErr w:type="spellEnd"/>
      <w:r w:rsidR="00F660D2" w:rsidRPr="00387AD0">
        <w:rPr>
          <w:rFonts w:cs="Times New Roman"/>
        </w:rPr>
        <w:t xml:space="preserve"> </w:t>
      </w:r>
      <w:proofErr w:type="spellStart"/>
      <w:r w:rsidR="00806AF1" w:rsidRPr="00387AD0">
        <w:rPr>
          <w:rFonts w:cs="Times New Roman"/>
        </w:rPr>
        <w:t>sistem</w:t>
      </w:r>
      <w:proofErr w:type="spellEnd"/>
      <w:r w:rsidR="00F660D2" w:rsidRPr="00387AD0">
        <w:rPr>
          <w:rFonts w:cs="Times New Roman"/>
        </w:rPr>
        <w:t xml:space="preserve"> </w:t>
      </w:r>
      <w:proofErr w:type="spellStart"/>
      <w:r w:rsidR="00806AF1" w:rsidRPr="00387AD0">
        <w:rPr>
          <w:rFonts w:cs="Times New Roman"/>
        </w:rPr>
        <w:t>kepada</w:t>
      </w:r>
      <w:proofErr w:type="spellEnd"/>
      <w:r w:rsidR="00F660D2" w:rsidRPr="00387AD0">
        <w:rPr>
          <w:rFonts w:cs="Times New Roman"/>
        </w:rPr>
        <w:t xml:space="preserve"> </w:t>
      </w:r>
      <w:proofErr w:type="spellStart"/>
      <w:r w:rsidR="00806AF1" w:rsidRPr="00387AD0">
        <w:rPr>
          <w:rFonts w:cs="Times New Roman"/>
        </w:rPr>
        <w:t>tim</w:t>
      </w:r>
      <w:proofErr w:type="spellEnd"/>
      <w:r w:rsidR="00F660D2" w:rsidRPr="00387AD0">
        <w:rPr>
          <w:rFonts w:cs="Times New Roman"/>
        </w:rPr>
        <w:t xml:space="preserve"> </w:t>
      </w:r>
      <w:proofErr w:type="spellStart"/>
      <w:r w:rsidR="00806AF1" w:rsidRPr="00387AD0">
        <w:rPr>
          <w:rFonts w:cs="Times New Roman"/>
        </w:rPr>
        <w:t>pengembang</w:t>
      </w:r>
      <w:proofErr w:type="spellEnd"/>
      <w:r w:rsidR="00806AF1" w:rsidRPr="00387AD0">
        <w:rPr>
          <w:rFonts w:cs="Times New Roman"/>
        </w:rPr>
        <w:t>.</w:t>
      </w:r>
      <w:r w:rsidR="00F660D2" w:rsidRPr="00387AD0">
        <w:rPr>
          <w:rFonts w:cs="Times New Roman"/>
        </w:rPr>
        <w:t xml:space="preserve"> </w:t>
      </w:r>
      <w:r w:rsidR="00806AF1" w:rsidRPr="00387AD0">
        <w:rPr>
          <w:rFonts w:cs="Times New Roman"/>
        </w:rPr>
        <w:t>Hal</w:t>
      </w:r>
      <w:r w:rsidR="00F660D2" w:rsidRPr="00387AD0">
        <w:rPr>
          <w:rFonts w:cs="Times New Roman"/>
        </w:rPr>
        <w:t xml:space="preserve"> </w:t>
      </w:r>
      <w:proofErr w:type="spellStart"/>
      <w:r w:rsidR="00806AF1" w:rsidRPr="00387AD0">
        <w:rPr>
          <w:rFonts w:cs="Times New Roman"/>
        </w:rPr>
        <w:t>ini</w:t>
      </w:r>
      <w:proofErr w:type="spellEnd"/>
      <w:r w:rsidR="00F660D2" w:rsidRPr="00387AD0">
        <w:rPr>
          <w:rFonts w:cs="Times New Roman"/>
        </w:rPr>
        <w:t xml:space="preserve"> </w:t>
      </w:r>
      <w:proofErr w:type="spellStart"/>
      <w:r w:rsidR="00806AF1" w:rsidRPr="00387AD0">
        <w:rPr>
          <w:rFonts w:cs="Times New Roman"/>
        </w:rPr>
        <w:t>penting</w:t>
      </w:r>
      <w:proofErr w:type="spellEnd"/>
      <w:r w:rsidR="00F660D2" w:rsidRPr="00387AD0">
        <w:rPr>
          <w:rFonts w:cs="Times New Roman"/>
        </w:rPr>
        <w:t xml:space="preserve"> </w:t>
      </w:r>
      <w:proofErr w:type="spellStart"/>
      <w:r w:rsidR="00806AF1" w:rsidRPr="00387AD0">
        <w:rPr>
          <w:rFonts w:cs="Times New Roman"/>
        </w:rPr>
        <w:t>karena</w:t>
      </w:r>
      <w:proofErr w:type="spellEnd"/>
      <w:r w:rsidR="00F660D2" w:rsidRPr="00387AD0">
        <w:rPr>
          <w:rFonts w:cs="Times New Roman"/>
        </w:rPr>
        <w:t xml:space="preserve"> </w:t>
      </w:r>
      <w:r w:rsidRPr="00CA1B38">
        <w:rPr>
          <w:rFonts w:cs="Times New Roman"/>
          <w:i/>
          <w:iCs/>
        </w:rPr>
        <w:t>Flowchart</w:t>
      </w:r>
      <w:r w:rsidR="00F660D2" w:rsidRPr="00387AD0">
        <w:rPr>
          <w:rFonts w:cs="Times New Roman"/>
        </w:rPr>
        <w:t xml:space="preserve"> </w:t>
      </w:r>
      <w:proofErr w:type="spellStart"/>
      <w:r w:rsidR="00806AF1" w:rsidRPr="00387AD0">
        <w:rPr>
          <w:rFonts w:cs="Times New Roman"/>
        </w:rPr>
        <w:t>dapat</w:t>
      </w:r>
      <w:proofErr w:type="spellEnd"/>
      <w:r w:rsidR="00F660D2" w:rsidRPr="00387AD0">
        <w:rPr>
          <w:rFonts w:cs="Times New Roman"/>
        </w:rPr>
        <w:t xml:space="preserve"> </w:t>
      </w:r>
      <w:proofErr w:type="spellStart"/>
      <w:r w:rsidR="00806AF1" w:rsidRPr="00387AD0">
        <w:rPr>
          <w:rFonts w:cs="Times New Roman"/>
        </w:rPr>
        <w:t>membantu</w:t>
      </w:r>
      <w:proofErr w:type="spellEnd"/>
      <w:r w:rsidR="00F660D2" w:rsidRPr="00387AD0">
        <w:rPr>
          <w:rFonts w:cs="Times New Roman"/>
        </w:rPr>
        <w:t xml:space="preserve"> </w:t>
      </w:r>
      <w:proofErr w:type="spellStart"/>
      <w:r w:rsidR="00806AF1" w:rsidRPr="00387AD0">
        <w:rPr>
          <w:rFonts w:cs="Times New Roman"/>
        </w:rPr>
        <w:t>dalam</w:t>
      </w:r>
      <w:proofErr w:type="spellEnd"/>
      <w:r w:rsidR="00F660D2" w:rsidRPr="00387AD0">
        <w:rPr>
          <w:rFonts w:cs="Times New Roman"/>
        </w:rPr>
        <w:t xml:space="preserve"> </w:t>
      </w:r>
      <w:proofErr w:type="spellStart"/>
      <w:r w:rsidR="00806AF1" w:rsidRPr="00387AD0">
        <w:rPr>
          <w:rFonts w:cs="Times New Roman"/>
        </w:rPr>
        <w:t>mengidentifikasi</w:t>
      </w:r>
      <w:proofErr w:type="spellEnd"/>
      <w:r w:rsidR="00F660D2" w:rsidRPr="00387AD0">
        <w:rPr>
          <w:rFonts w:cs="Times New Roman"/>
        </w:rPr>
        <w:t xml:space="preserve"> </w:t>
      </w:r>
      <w:r w:rsidR="00806AF1" w:rsidRPr="00387AD0">
        <w:rPr>
          <w:rFonts w:cs="Times New Roman"/>
        </w:rPr>
        <w:t>dan</w:t>
      </w:r>
      <w:r w:rsidR="00F660D2" w:rsidRPr="00387AD0">
        <w:rPr>
          <w:rFonts w:cs="Times New Roman"/>
        </w:rPr>
        <w:t xml:space="preserve"> </w:t>
      </w:r>
      <w:proofErr w:type="spellStart"/>
      <w:r w:rsidR="00806AF1" w:rsidRPr="00387AD0">
        <w:rPr>
          <w:rFonts w:cs="Times New Roman"/>
        </w:rPr>
        <w:t>menyelesaikan</w:t>
      </w:r>
      <w:proofErr w:type="spellEnd"/>
      <w:r w:rsidR="00F660D2" w:rsidRPr="00387AD0">
        <w:rPr>
          <w:rFonts w:cs="Times New Roman"/>
        </w:rPr>
        <w:t xml:space="preserve"> </w:t>
      </w:r>
      <w:proofErr w:type="spellStart"/>
      <w:r w:rsidR="00806AF1" w:rsidRPr="00387AD0">
        <w:rPr>
          <w:rFonts w:cs="Times New Roman"/>
        </w:rPr>
        <w:t>potensi</w:t>
      </w:r>
      <w:proofErr w:type="spellEnd"/>
      <w:r w:rsidR="00F660D2" w:rsidRPr="00387AD0">
        <w:rPr>
          <w:rFonts w:cs="Times New Roman"/>
        </w:rPr>
        <w:t xml:space="preserve"> </w:t>
      </w:r>
      <w:proofErr w:type="spellStart"/>
      <w:r w:rsidR="00806AF1" w:rsidRPr="00387AD0">
        <w:rPr>
          <w:rFonts w:cs="Times New Roman"/>
        </w:rPr>
        <w:t>masalah</w:t>
      </w:r>
      <w:proofErr w:type="spellEnd"/>
      <w:r w:rsidR="00F660D2" w:rsidRPr="00387AD0">
        <w:rPr>
          <w:rFonts w:cs="Times New Roman"/>
        </w:rPr>
        <w:t xml:space="preserve"> </w:t>
      </w:r>
      <w:r w:rsidR="00806AF1" w:rsidRPr="00387AD0">
        <w:rPr>
          <w:rFonts w:cs="Times New Roman"/>
        </w:rPr>
        <w:t>yang</w:t>
      </w:r>
      <w:r w:rsidR="00F660D2" w:rsidRPr="00387AD0">
        <w:rPr>
          <w:rFonts w:cs="Times New Roman"/>
        </w:rPr>
        <w:t xml:space="preserve"> </w:t>
      </w:r>
      <w:proofErr w:type="spellStart"/>
      <w:r w:rsidR="00806AF1" w:rsidRPr="00387AD0">
        <w:rPr>
          <w:rFonts w:cs="Times New Roman"/>
        </w:rPr>
        <w:t>mungkin</w:t>
      </w:r>
      <w:proofErr w:type="spellEnd"/>
      <w:r w:rsidR="00F660D2" w:rsidRPr="00387AD0">
        <w:rPr>
          <w:rFonts w:cs="Times New Roman"/>
        </w:rPr>
        <w:t xml:space="preserve"> </w:t>
      </w:r>
      <w:proofErr w:type="spellStart"/>
      <w:r w:rsidR="00806AF1" w:rsidRPr="00387AD0">
        <w:rPr>
          <w:rFonts w:cs="Times New Roman"/>
        </w:rPr>
        <w:t>muncul</w:t>
      </w:r>
      <w:proofErr w:type="spellEnd"/>
      <w:r w:rsidR="00F660D2" w:rsidRPr="00387AD0">
        <w:rPr>
          <w:rFonts w:cs="Times New Roman"/>
        </w:rPr>
        <w:t xml:space="preserve"> </w:t>
      </w:r>
      <w:proofErr w:type="spellStart"/>
      <w:r w:rsidR="00806AF1" w:rsidRPr="00387AD0">
        <w:rPr>
          <w:rFonts w:cs="Times New Roman"/>
        </w:rPr>
        <w:t>selama</w:t>
      </w:r>
      <w:proofErr w:type="spellEnd"/>
      <w:r w:rsidR="00F660D2" w:rsidRPr="00387AD0">
        <w:rPr>
          <w:rFonts w:cs="Times New Roman"/>
        </w:rPr>
        <w:t xml:space="preserve"> </w:t>
      </w:r>
      <w:r w:rsidR="00806AF1" w:rsidRPr="00387AD0">
        <w:rPr>
          <w:rFonts w:cs="Times New Roman"/>
        </w:rPr>
        <w:t>proses</w:t>
      </w:r>
      <w:r w:rsidR="00F660D2" w:rsidRPr="00387AD0">
        <w:rPr>
          <w:rFonts w:cs="Times New Roman"/>
        </w:rPr>
        <w:t xml:space="preserve"> </w:t>
      </w:r>
      <w:proofErr w:type="spellStart"/>
      <w:r w:rsidR="00806AF1" w:rsidRPr="00387AD0">
        <w:rPr>
          <w:rFonts w:cs="Times New Roman"/>
        </w:rPr>
        <w:t>pengembangan</w:t>
      </w:r>
      <w:proofErr w:type="spellEnd"/>
      <w:r w:rsidR="00F660D2" w:rsidRPr="00387AD0">
        <w:rPr>
          <w:rFonts w:cs="Times New Roman"/>
        </w:rPr>
        <w:t xml:space="preserve"> </w:t>
      </w:r>
      <w:proofErr w:type="spellStart"/>
      <w:r w:rsidR="00806AF1" w:rsidRPr="00387AD0">
        <w:rPr>
          <w:rFonts w:cs="Times New Roman"/>
        </w:rPr>
        <w:t>sistem</w:t>
      </w:r>
      <w:proofErr w:type="spellEnd"/>
      <w:r w:rsidR="00F660D2" w:rsidRPr="00387AD0">
        <w:rPr>
          <w:rFonts w:cs="Times New Roman"/>
        </w:rPr>
        <w:t xml:space="preserve"> </w:t>
      </w:r>
      <w:proofErr w:type="spellStart"/>
      <w:r w:rsidR="00806AF1" w:rsidRPr="00387AD0">
        <w:rPr>
          <w:rFonts w:cs="Times New Roman"/>
        </w:rPr>
        <w:t>berlangsung</w:t>
      </w:r>
      <w:proofErr w:type="spellEnd"/>
      <w:r w:rsidR="00806AF1" w:rsidRPr="00387AD0">
        <w:rPr>
          <w:rFonts w:cs="Times New Roman"/>
        </w:rPr>
        <w:t>.</w:t>
      </w:r>
      <w:r w:rsidR="00F660D2" w:rsidRPr="00387AD0">
        <w:rPr>
          <w:rFonts w:cs="Times New Roman"/>
        </w:rPr>
        <w:t xml:space="preserve"> </w:t>
      </w:r>
      <w:r w:rsidRPr="00CA1B38">
        <w:rPr>
          <w:rFonts w:cs="Times New Roman"/>
          <w:i/>
          <w:iCs/>
        </w:rPr>
        <w:t>Flowchart</w:t>
      </w:r>
      <w:r w:rsidR="00F660D2" w:rsidRPr="00387AD0">
        <w:rPr>
          <w:rFonts w:cs="Times New Roman"/>
        </w:rPr>
        <w:t xml:space="preserve"> </w:t>
      </w:r>
      <w:proofErr w:type="spellStart"/>
      <w:r w:rsidR="00806AF1" w:rsidRPr="00387AD0">
        <w:rPr>
          <w:rFonts w:cs="Times New Roman"/>
        </w:rPr>
        <w:t>terdiri</w:t>
      </w:r>
      <w:proofErr w:type="spellEnd"/>
      <w:r w:rsidR="00F660D2" w:rsidRPr="00387AD0">
        <w:rPr>
          <w:rFonts w:cs="Times New Roman"/>
        </w:rPr>
        <w:t xml:space="preserve"> </w:t>
      </w:r>
      <w:proofErr w:type="spellStart"/>
      <w:r w:rsidR="00806AF1" w:rsidRPr="00387AD0">
        <w:rPr>
          <w:rFonts w:cs="Times New Roman"/>
        </w:rPr>
        <w:t>dari</w:t>
      </w:r>
      <w:proofErr w:type="spellEnd"/>
      <w:r w:rsidR="00F660D2" w:rsidRPr="00387AD0">
        <w:rPr>
          <w:rFonts w:cs="Times New Roman"/>
        </w:rPr>
        <w:t xml:space="preserve"> </w:t>
      </w:r>
      <w:proofErr w:type="spellStart"/>
      <w:r w:rsidR="00806AF1" w:rsidRPr="00387AD0">
        <w:rPr>
          <w:rFonts w:cs="Times New Roman"/>
        </w:rPr>
        <w:t>berbagai</w:t>
      </w:r>
      <w:proofErr w:type="spellEnd"/>
      <w:r w:rsidR="00F660D2" w:rsidRPr="00387AD0">
        <w:rPr>
          <w:rFonts w:cs="Times New Roman"/>
        </w:rPr>
        <w:t xml:space="preserve"> </w:t>
      </w:r>
      <w:proofErr w:type="spellStart"/>
      <w:r w:rsidR="00806AF1" w:rsidRPr="00387AD0">
        <w:rPr>
          <w:rFonts w:cs="Times New Roman"/>
        </w:rPr>
        <w:t>simbol</w:t>
      </w:r>
      <w:proofErr w:type="spellEnd"/>
      <w:r w:rsidR="00F660D2" w:rsidRPr="00387AD0">
        <w:rPr>
          <w:rFonts w:cs="Times New Roman"/>
        </w:rPr>
        <w:t xml:space="preserve"> </w:t>
      </w:r>
      <w:r w:rsidR="00806AF1" w:rsidRPr="00387AD0">
        <w:rPr>
          <w:rFonts w:cs="Times New Roman"/>
        </w:rPr>
        <w:t>yang</w:t>
      </w:r>
      <w:r w:rsidR="00F660D2" w:rsidRPr="00387AD0">
        <w:rPr>
          <w:rFonts w:cs="Times New Roman"/>
        </w:rPr>
        <w:t xml:space="preserve"> </w:t>
      </w:r>
      <w:r w:rsidR="00806AF1" w:rsidRPr="00387AD0">
        <w:rPr>
          <w:rFonts w:cs="Times New Roman"/>
        </w:rPr>
        <w:t>masing-masing</w:t>
      </w:r>
      <w:r w:rsidR="00F660D2" w:rsidRPr="00387AD0">
        <w:rPr>
          <w:rFonts w:cs="Times New Roman"/>
        </w:rPr>
        <w:t xml:space="preserve"> </w:t>
      </w:r>
      <w:proofErr w:type="spellStart"/>
      <w:r w:rsidR="00806AF1" w:rsidRPr="00387AD0">
        <w:rPr>
          <w:rFonts w:cs="Times New Roman"/>
        </w:rPr>
        <w:t>memiliki</w:t>
      </w:r>
      <w:proofErr w:type="spellEnd"/>
      <w:r w:rsidR="00F660D2" w:rsidRPr="00387AD0">
        <w:rPr>
          <w:rFonts w:cs="Times New Roman"/>
        </w:rPr>
        <w:t xml:space="preserve"> </w:t>
      </w:r>
      <w:proofErr w:type="spellStart"/>
      <w:r w:rsidR="00806AF1" w:rsidRPr="00387AD0">
        <w:rPr>
          <w:rFonts w:cs="Times New Roman"/>
        </w:rPr>
        <w:t>fungsi</w:t>
      </w:r>
      <w:proofErr w:type="spellEnd"/>
      <w:r w:rsidR="00F660D2" w:rsidRPr="00387AD0">
        <w:rPr>
          <w:rFonts w:cs="Times New Roman"/>
        </w:rPr>
        <w:t xml:space="preserve"> </w:t>
      </w:r>
      <w:proofErr w:type="spellStart"/>
      <w:r w:rsidR="00806AF1" w:rsidRPr="00387AD0">
        <w:rPr>
          <w:rFonts w:cs="Times New Roman"/>
        </w:rPr>
        <w:t>tertentu</w:t>
      </w:r>
      <w:proofErr w:type="spellEnd"/>
      <w:r w:rsidR="00806AF1" w:rsidRPr="00387AD0">
        <w:rPr>
          <w:rFonts w:cs="Times New Roman"/>
        </w:rPr>
        <w:t>.</w:t>
      </w:r>
      <w:r w:rsidR="00F660D2" w:rsidRPr="00387AD0">
        <w:rPr>
          <w:rFonts w:cs="Times New Roman"/>
        </w:rPr>
        <w:t xml:space="preserve"> </w:t>
      </w:r>
      <w:proofErr w:type="spellStart"/>
      <w:r w:rsidR="00806AF1" w:rsidRPr="00387AD0">
        <w:rPr>
          <w:rFonts w:cs="Times New Roman"/>
        </w:rPr>
        <w:t>Simbol-simbol</w:t>
      </w:r>
      <w:proofErr w:type="spellEnd"/>
      <w:r w:rsidR="00F660D2" w:rsidRPr="00387AD0">
        <w:rPr>
          <w:rFonts w:cs="Times New Roman"/>
        </w:rPr>
        <w:t xml:space="preserve"> </w:t>
      </w:r>
      <w:proofErr w:type="spellStart"/>
      <w:r w:rsidR="00806AF1" w:rsidRPr="00387AD0">
        <w:rPr>
          <w:rFonts w:cs="Times New Roman"/>
        </w:rPr>
        <w:t>ini</w:t>
      </w:r>
      <w:proofErr w:type="spellEnd"/>
      <w:r w:rsidR="00F660D2" w:rsidRPr="00387AD0">
        <w:rPr>
          <w:rFonts w:cs="Times New Roman"/>
        </w:rPr>
        <w:t xml:space="preserve"> </w:t>
      </w:r>
      <w:proofErr w:type="spellStart"/>
      <w:r w:rsidR="00806AF1" w:rsidRPr="00387AD0">
        <w:rPr>
          <w:rFonts w:cs="Times New Roman"/>
        </w:rPr>
        <w:t>digunakan</w:t>
      </w:r>
      <w:proofErr w:type="spellEnd"/>
      <w:r w:rsidR="00F660D2" w:rsidRPr="00387AD0">
        <w:rPr>
          <w:rFonts w:cs="Times New Roman"/>
        </w:rPr>
        <w:t xml:space="preserve"> </w:t>
      </w:r>
      <w:proofErr w:type="spellStart"/>
      <w:r w:rsidR="00806AF1" w:rsidRPr="00387AD0">
        <w:rPr>
          <w:rFonts w:cs="Times New Roman"/>
        </w:rPr>
        <w:t>untuk</w:t>
      </w:r>
      <w:proofErr w:type="spellEnd"/>
      <w:r w:rsidR="00F660D2" w:rsidRPr="00387AD0">
        <w:rPr>
          <w:rFonts w:cs="Times New Roman"/>
        </w:rPr>
        <w:t xml:space="preserve"> </w:t>
      </w:r>
      <w:proofErr w:type="spellStart"/>
      <w:r w:rsidR="00806AF1" w:rsidRPr="00387AD0">
        <w:rPr>
          <w:rFonts w:cs="Times New Roman"/>
        </w:rPr>
        <w:t>merepresentasikan</w:t>
      </w:r>
      <w:proofErr w:type="spellEnd"/>
      <w:r w:rsidR="00F660D2" w:rsidRPr="00387AD0">
        <w:rPr>
          <w:rFonts w:cs="Times New Roman"/>
        </w:rPr>
        <w:t xml:space="preserve"> </w:t>
      </w:r>
      <w:proofErr w:type="spellStart"/>
      <w:r w:rsidR="00806AF1" w:rsidRPr="00387AD0">
        <w:rPr>
          <w:rFonts w:cs="Times New Roman"/>
        </w:rPr>
        <w:t>jenis</w:t>
      </w:r>
      <w:proofErr w:type="spellEnd"/>
      <w:r w:rsidR="00F660D2" w:rsidRPr="00387AD0">
        <w:rPr>
          <w:rFonts w:cs="Times New Roman"/>
        </w:rPr>
        <w:t xml:space="preserve"> </w:t>
      </w:r>
      <w:r w:rsidR="00806AF1" w:rsidRPr="00387AD0">
        <w:rPr>
          <w:rFonts w:cs="Times New Roman"/>
        </w:rPr>
        <w:t>proses</w:t>
      </w:r>
      <w:r w:rsidR="00F660D2" w:rsidRPr="00387AD0">
        <w:rPr>
          <w:rFonts w:cs="Times New Roman"/>
        </w:rPr>
        <w:t xml:space="preserve"> </w:t>
      </w:r>
      <w:proofErr w:type="spellStart"/>
      <w:r w:rsidR="00806AF1" w:rsidRPr="00387AD0">
        <w:rPr>
          <w:rFonts w:cs="Times New Roman"/>
        </w:rPr>
        <w:t>atau</w:t>
      </w:r>
      <w:proofErr w:type="spellEnd"/>
      <w:r w:rsidR="00F660D2" w:rsidRPr="00387AD0">
        <w:rPr>
          <w:rFonts w:cs="Times New Roman"/>
        </w:rPr>
        <w:t xml:space="preserve"> </w:t>
      </w:r>
      <w:proofErr w:type="spellStart"/>
      <w:r w:rsidR="00806AF1" w:rsidRPr="00387AD0">
        <w:rPr>
          <w:rFonts w:cs="Times New Roman"/>
        </w:rPr>
        <w:t>tindakan</w:t>
      </w:r>
      <w:proofErr w:type="spellEnd"/>
      <w:r w:rsidR="00F660D2" w:rsidRPr="00387AD0">
        <w:rPr>
          <w:rFonts w:cs="Times New Roman"/>
        </w:rPr>
        <w:t xml:space="preserve"> </w:t>
      </w:r>
      <w:proofErr w:type="spellStart"/>
      <w:r w:rsidR="00806AF1" w:rsidRPr="00387AD0">
        <w:rPr>
          <w:rFonts w:cs="Times New Roman"/>
        </w:rPr>
        <w:t>tertentu</w:t>
      </w:r>
      <w:proofErr w:type="spellEnd"/>
      <w:r w:rsidR="00F660D2" w:rsidRPr="00387AD0">
        <w:rPr>
          <w:rFonts w:cs="Times New Roman"/>
        </w:rPr>
        <w:t xml:space="preserve"> </w:t>
      </w:r>
      <w:proofErr w:type="spellStart"/>
      <w:r w:rsidR="00806AF1" w:rsidRPr="00387AD0">
        <w:rPr>
          <w:rFonts w:cs="Times New Roman"/>
        </w:rPr>
        <w:t>dalam</w:t>
      </w:r>
      <w:proofErr w:type="spellEnd"/>
      <w:r w:rsidR="00F660D2" w:rsidRPr="00387AD0">
        <w:rPr>
          <w:rFonts w:cs="Times New Roman"/>
        </w:rPr>
        <w:t xml:space="preserve"> </w:t>
      </w:r>
      <w:proofErr w:type="spellStart"/>
      <w:r w:rsidR="00806AF1" w:rsidRPr="00387AD0">
        <w:rPr>
          <w:rFonts w:cs="Times New Roman"/>
        </w:rPr>
        <w:t>sistem</w:t>
      </w:r>
      <w:proofErr w:type="spellEnd"/>
      <w:r w:rsidR="00806AF1" w:rsidRPr="00387AD0">
        <w:rPr>
          <w:rFonts w:cs="Times New Roman"/>
        </w:rPr>
        <w:t>,</w:t>
      </w:r>
      <w:r w:rsidR="00F660D2" w:rsidRPr="00387AD0">
        <w:rPr>
          <w:rFonts w:cs="Times New Roman"/>
        </w:rPr>
        <w:t xml:space="preserve"> </w:t>
      </w:r>
      <w:proofErr w:type="spellStart"/>
      <w:r w:rsidR="00806AF1" w:rsidRPr="00387AD0">
        <w:rPr>
          <w:rFonts w:cs="Times New Roman"/>
        </w:rPr>
        <w:t>sedangkan</w:t>
      </w:r>
      <w:proofErr w:type="spellEnd"/>
      <w:r w:rsidR="00F660D2" w:rsidRPr="00387AD0">
        <w:rPr>
          <w:rFonts w:cs="Times New Roman"/>
        </w:rPr>
        <w:t xml:space="preserve"> </w:t>
      </w:r>
      <w:proofErr w:type="spellStart"/>
      <w:r w:rsidR="00806AF1" w:rsidRPr="00387AD0">
        <w:rPr>
          <w:rFonts w:cs="Times New Roman"/>
        </w:rPr>
        <w:t>hubungan</w:t>
      </w:r>
      <w:proofErr w:type="spellEnd"/>
      <w:r w:rsidR="00F660D2" w:rsidRPr="00387AD0">
        <w:rPr>
          <w:rFonts w:cs="Times New Roman"/>
        </w:rPr>
        <w:t xml:space="preserve"> </w:t>
      </w:r>
      <w:proofErr w:type="spellStart"/>
      <w:r w:rsidR="00806AF1" w:rsidRPr="00387AD0">
        <w:rPr>
          <w:rFonts w:cs="Times New Roman"/>
        </w:rPr>
        <w:t>antar</w:t>
      </w:r>
      <w:proofErr w:type="spellEnd"/>
      <w:r w:rsidR="00F660D2" w:rsidRPr="00387AD0">
        <w:rPr>
          <w:rFonts w:cs="Times New Roman"/>
        </w:rPr>
        <w:t xml:space="preserve"> </w:t>
      </w:r>
      <w:r w:rsidR="00806AF1" w:rsidRPr="00387AD0">
        <w:rPr>
          <w:rFonts w:cs="Times New Roman"/>
        </w:rPr>
        <w:t>proses</w:t>
      </w:r>
      <w:r w:rsidR="00F660D2" w:rsidRPr="00387AD0">
        <w:rPr>
          <w:rFonts w:cs="Times New Roman"/>
        </w:rPr>
        <w:t xml:space="preserve"> </w:t>
      </w:r>
      <w:proofErr w:type="spellStart"/>
      <w:r w:rsidR="00806AF1" w:rsidRPr="00387AD0">
        <w:rPr>
          <w:rFonts w:cs="Times New Roman"/>
        </w:rPr>
        <w:t>digambarkan</w:t>
      </w:r>
      <w:proofErr w:type="spellEnd"/>
      <w:r w:rsidR="00F660D2" w:rsidRPr="00387AD0">
        <w:rPr>
          <w:rFonts w:cs="Times New Roman"/>
        </w:rPr>
        <w:t xml:space="preserve"> </w:t>
      </w:r>
      <w:proofErr w:type="spellStart"/>
      <w:r w:rsidR="00806AF1" w:rsidRPr="00387AD0">
        <w:rPr>
          <w:rFonts w:cs="Times New Roman"/>
        </w:rPr>
        <w:t>dengan</w:t>
      </w:r>
      <w:proofErr w:type="spellEnd"/>
      <w:r w:rsidR="00F660D2" w:rsidRPr="00387AD0">
        <w:rPr>
          <w:rFonts w:cs="Times New Roman"/>
        </w:rPr>
        <w:t xml:space="preserve"> </w:t>
      </w:r>
      <w:r w:rsidR="00806AF1" w:rsidRPr="00387AD0">
        <w:rPr>
          <w:rFonts w:cs="Times New Roman"/>
        </w:rPr>
        <w:t>garis</w:t>
      </w:r>
      <w:r w:rsidR="00F660D2" w:rsidRPr="00387AD0">
        <w:rPr>
          <w:rFonts w:cs="Times New Roman"/>
        </w:rPr>
        <w:t xml:space="preserve"> </w:t>
      </w:r>
      <w:proofErr w:type="spellStart"/>
      <w:r w:rsidR="00806AF1" w:rsidRPr="00387AD0">
        <w:rPr>
          <w:rFonts w:cs="Times New Roman"/>
        </w:rPr>
        <w:t>penghubung</w:t>
      </w:r>
      <w:proofErr w:type="spellEnd"/>
      <w:r w:rsidR="00F660D2" w:rsidRPr="00387AD0">
        <w:rPr>
          <w:rFonts w:cs="Times New Roman"/>
        </w:rPr>
        <w:t xml:space="preserve"> </w:t>
      </w:r>
      <w:r w:rsidR="00806AF1" w:rsidRPr="00387AD0">
        <w:rPr>
          <w:rFonts w:cs="Times New Roman"/>
        </w:rPr>
        <w:t>yang</w:t>
      </w:r>
      <w:r w:rsidR="00F660D2" w:rsidRPr="00387AD0">
        <w:rPr>
          <w:rFonts w:cs="Times New Roman"/>
        </w:rPr>
        <w:t xml:space="preserve"> </w:t>
      </w:r>
      <w:proofErr w:type="spellStart"/>
      <w:r w:rsidR="00806AF1" w:rsidRPr="00387AD0">
        <w:rPr>
          <w:rFonts w:cs="Times New Roman"/>
        </w:rPr>
        <w:t>menunjukkan</w:t>
      </w:r>
      <w:proofErr w:type="spellEnd"/>
      <w:r w:rsidR="00F660D2" w:rsidRPr="00387AD0">
        <w:rPr>
          <w:rFonts w:cs="Times New Roman"/>
        </w:rPr>
        <w:t xml:space="preserve"> </w:t>
      </w:r>
      <w:proofErr w:type="spellStart"/>
      <w:r w:rsidR="00806AF1" w:rsidRPr="00387AD0">
        <w:rPr>
          <w:rFonts w:cs="Times New Roman"/>
        </w:rPr>
        <w:t>arah</w:t>
      </w:r>
      <w:proofErr w:type="spellEnd"/>
      <w:r w:rsidR="00F660D2" w:rsidRPr="00387AD0">
        <w:rPr>
          <w:rFonts w:cs="Times New Roman"/>
        </w:rPr>
        <w:t xml:space="preserve"> </w:t>
      </w:r>
      <w:proofErr w:type="spellStart"/>
      <w:r w:rsidR="00806AF1" w:rsidRPr="00387AD0">
        <w:rPr>
          <w:rFonts w:cs="Times New Roman"/>
        </w:rPr>
        <w:t>alur</w:t>
      </w:r>
      <w:proofErr w:type="spellEnd"/>
      <w:r w:rsidR="00F660D2" w:rsidRPr="00387AD0">
        <w:rPr>
          <w:rFonts w:cs="Times New Roman"/>
        </w:rPr>
        <w:t xml:space="preserve"> </w:t>
      </w:r>
      <w:proofErr w:type="spellStart"/>
      <w:r w:rsidR="00806AF1" w:rsidRPr="00387AD0">
        <w:rPr>
          <w:rFonts w:cs="Times New Roman"/>
        </w:rPr>
        <w:t>logika</w:t>
      </w:r>
      <w:proofErr w:type="spellEnd"/>
      <w:r w:rsidR="00F660D2" w:rsidRPr="00387AD0">
        <w:rPr>
          <w:rFonts w:cs="Times New Roman"/>
        </w:rPr>
        <w:t xml:space="preserve"> </w:t>
      </w:r>
      <w:proofErr w:type="spellStart"/>
      <w:r w:rsidR="00806AF1" w:rsidRPr="00387AD0">
        <w:rPr>
          <w:rFonts w:cs="Times New Roman"/>
        </w:rPr>
        <w:t>dari</w:t>
      </w:r>
      <w:proofErr w:type="spellEnd"/>
      <w:r w:rsidR="00F660D2" w:rsidRPr="00387AD0">
        <w:rPr>
          <w:rFonts w:cs="Times New Roman"/>
        </w:rPr>
        <w:t xml:space="preserve"> </w:t>
      </w:r>
      <w:proofErr w:type="spellStart"/>
      <w:r w:rsidR="00806AF1" w:rsidRPr="00387AD0">
        <w:rPr>
          <w:rFonts w:cs="Times New Roman"/>
        </w:rPr>
        <w:t>satu</w:t>
      </w:r>
      <w:proofErr w:type="spellEnd"/>
      <w:r w:rsidR="00F660D2" w:rsidRPr="00387AD0">
        <w:rPr>
          <w:rFonts w:cs="Times New Roman"/>
        </w:rPr>
        <w:t xml:space="preserve"> </w:t>
      </w:r>
      <w:proofErr w:type="spellStart"/>
      <w:r w:rsidR="00806AF1" w:rsidRPr="00387AD0">
        <w:rPr>
          <w:rFonts w:cs="Times New Roman"/>
        </w:rPr>
        <w:t>langkah</w:t>
      </w:r>
      <w:proofErr w:type="spellEnd"/>
      <w:r w:rsidR="00F660D2" w:rsidRPr="00387AD0">
        <w:rPr>
          <w:rFonts w:cs="Times New Roman"/>
        </w:rPr>
        <w:t xml:space="preserve"> </w:t>
      </w:r>
      <w:proofErr w:type="spellStart"/>
      <w:r w:rsidR="00806AF1" w:rsidRPr="00387AD0">
        <w:rPr>
          <w:rFonts w:cs="Times New Roman"/>
        </w:rPr>
        <w:t>ke</w:t>
      </w:r>
      <w:proofErr w:type="spellEnd"/>
      <w:r w:rsidR="00F660D2" w:rsidRPr="00387AD0">
        <w:rPr>
          <w:rFonts w:cs="Times New Roman"/>
        </w:rPr>
        <w:t xml:space="preserve"> </w:t>
      </w:r>
      <w:proofErr w:type="spellStart"/>
      <w:r w:rsidR="00806AF1" w:rsidRPr="00387AD0">
        <w:rPr>
          <w:rFonts w:cs="Times New Roman"/>
        </w:rPr>
        <w:t>langkah</w:t>
      </w:r>
      <w:proofErr w:type="spellEnd"/>
      <w:r w:rsidR="00F660D2" w:rsidRPr="00387AD0">
        <w:rPr>
          <w:rFonts w:cs="Times New Roman"/>
        </w:rPr>
        <w:t xml:space="preserve"> </w:t>
      </w:r>
      <w:proofErr w:type="spellStart"/>
      <w:r w:rsidR="00806AF1" w:rsidRPr="00387AD0">
        <w:rPr>
          <w:rFonts w:cs="Times New Roman"/>
        </w:rPr>
        <w:t>berikutnya</w:t>
      </w:r>
      <w:proofErr w:type="spellEnd"/>
      <w:r w:rsidR="00F660D2" w:rsidRPr="00387AD0">
        <w:rPr>
          <w:rFonts w:cs="Times New Roman"/>
        </w:rPr>
        <w:t xml:space="preserve"> </w:t>
      </w:r>
      <w:r w:rsidR="00806AF1" w:rsidRPr="00387AD0">
        <w:rPr>
          <w:rFonts w:cs="Times New Roman"/>
        </w:rPr>
        <w:t>(Yuliani</w:t>
      </w:r>
      <w:r w:rsidR="00F660D2" w:rsidRPr="00387AD0">
        <w:rPr>
          <w:rFonts w:cs="Times New Roman"/>
        </w:rPr>
        <w:t xml:space="preserve"> </w:t>
      </w:r>
      <w:r w:rsidR="00806AF1" w:rsidRPr="00387AD0">
        <w:rPr>
          <w:rFonts w:cs="Times New Roman"/>
        </w:rPr>
        <w:t>&amp;</w:t>
      </w:r>
      <w:r w:rsidR="00F660D2" w:rsidRPr="00387AD0">
        <w:rPr>
          <w:rFonts w:cs="Times New Roman"/>
        </w:rPr>
        <w:t xml:space="preserve"> </w:t>
      </w:r>
      <w:r w:rsidR="00806AF1" w:rsidRPr="00387AD0">
        <w:rPr>
          <w:rFonts w:cs="Times New Roman"/>
        </w:rPr>
        <w:t>Hartanto,</w:t>
      </w:r>
      <w:r w:rsidR="00F660D2" w:rsidRPr="00387AD0">
        <w:rPr>
          <w:rFonts w:cs="Times New Roman"/>
        </w:rPr>
        <w:t xml:space="preserve"> </w:t>
      </w:r>
      <w:r w:rsidR="00806AF1" w:rsidRPr="00387AD0">
        <w:rPr>
          <w:rFonts w:cs="Times New Roman"/>
        </w:rPr>
        <w:t>2023).</w:t>
      </w:r>
      <w:r w:rsidR="00905A8F" w:rsidRPr="00387AD0">
        <w:rPr>
          <w:rFonts w:cs="Times New Roman"/>
        </w:rPr>
        <w:t xml:space="preserve"> </w:t>
      </w:r>
      <w:bookmarkStart w:id="72" w:name="_Toc205199199"/>
      <w:bookmarkStart w:id="73" w:name="_Toc205099053"/>
    </w:p>
    <w:p w14:paraId="3378E3BB" w14:textId="77777777" w:rsidR="0003347B" w:rsidRDefault="0003347B" w:rsidP="004F419D">
      <w:pPr>
        <w:widowControl w:val="0"/>
        <w:autoSpaceDE w:val="0"/>
        <w:autoSpaceDN w:val="0"/>
        <w:spacing w:after="0" w:line="360" w:lineRule="auto"/>
        <w:ind w:right="-285" w:firstLine="720"/>
        <w:rPr>
          <w:rFonts w:cs="Times New Roman"/>
        </w:rPr>
      </w:pPr>
    </w:p>
    <w:p w14:paraId="6B9E3643" w14:textId="77777777" w:rsidR="0003347B" w:rsidRDefault="0003347B" w:rsidP="004F419D">
      <w:pPr>
        <w:widowControl w:val="0"/>
        <w:autoSpaceDE w:val="0"/>
        <w:autoSpaceDN w:val="0"/>
        <w:spacing w:after="0" w:line="360" w:lineRule="auto"/>
        <w:ind w:right="-285" w:firstLine="720"/>
        <w:rPr>
          <w:rFonts w:cs="Times New Roman"/>
        </w:rPr>
      </w:pPr>
    </w:p>
    <w:p w14:paraId="70F988E8" w14:textId="77777777" w:rsidR="0003347B" w:rsidRDefault="0003347B" w:rsidP="004F419D">
      <w:pPr>
        <w:widowControl w:val="0"/>
        <w:autoSpaceDE w:val="0"/>
        <w:autoSpaceDN w:val="0"/>
        <w:spacing w:after="0" w:line="360" w:lineRule="auto"/>
        <w:ind w:right="-285" w:firstLine="720"/>
        <w:rPr>
          <w:rFonts w:cs="Times New Roman"/>
        </w:rPr>
      </w:pPr>
    </w:p>
    <w:p w14:paraId="0886BFAD" w14:textId="77777777" w:rsidR="0076694C" w:rsidRDefault="0076694C" w:rsidP="0076694C">
      <w:pPr>
        <w:pStyle w:val="Caption"/>
        <w:spacing w:after="0"/>
        <w:jc w:val="center"/>
        <w:rPr>
          <w:color w:val="auto"/>
          <w:sz w:val="20"/>
          <w:szCs w:val="20"/>
        </w:rPr>
      </w:pPr>
    </w:p>
    <w:p w14:paraId="0B9599DB" w14:textId="770BC744" w:rsidR="00997052" w:rsidRPr="00302053" w:rsidRDefault="0010775C" w:rsidP="0076694C">
      <w:pPr>
        <w:pStyle w:val="Caption"/>
        <w:spacing w:after="0"/>
        <w:jc w:val="center"/>
        <w:rPr>
          <w:rFonts w:cs="Times New Roman"/>
          <w:color w:val="auto"/>
          <w:sz w:val="20"/>
          <w:szCs w:val="20"/>
        </w:rPr>
      </w:pPr>
      <w:r w:rsidRPr="00302053">
        <w:rPr>
          <w:color w:val="auto"/>
          <w:sz w:val="20"/>
          <w:szCs w:val="20"/>
        </w:rPr>
        <w:t xml:space="preserve">Table 2. </w:t>
      </w:r>
      <w:r w:rsidRPr="00302053">
        <w:rPr>
          <w:color w:val="auto"/>
          <w:sz w:val="20"/>
          <w:szCs w:val="20"/>
        </w:rPr>
        <w:fldChar w:fldCharType="begin"/>
      </w:r>
      <w:r w:rsidRPr="00302053">
        <w:rPr>
          <w:color w:val="auto"/>
          <w:sz w:val="20"/>
          <w:szCs w:val="20"/>
        </w:rPr>
        <w:instrText xml:space="preserve"> SEQ Table_2. \* ARABIC </w:instrText>
      </w:r>
      <w:r w:rsidRPr="00302053">
        <w:rPr>
          <w:color w:val="auto"/>
          <w:sz w:val="20"/>
          <w:szCs w:val="20"/>
        </w:rPr>
        <w:fldChar w:fldCharType="separate"/>
      </w:r>
      <w:r w:rsidR="0003347B">
        <w:rPr>
          <w:noProof/>
          <w:color w:val="auto"/>
          <w:sz w:val="20"/>
          <w:szCs w:val="20"/>
        </w:rPr>
        <w:t>1</w:t>
      </w:r>
      <w:r w:rsidRPr="00302053">
        <w:rPr>
          <w:color w:val="auto"/>
          <w:sz w:val="20"/>
          <w:szCs w:val="20"/>
        </w:rPr>
        <w:fldChar w:fldCharType="end"/>
      </w:r>
      <w:r w:rsidRPr="00302053">
        <w:rPr>
          <w:color w:val="auto"/>
          <w:sz w:val="20"/>
          <w:szCs w:val="20"/>
        </w:rPr>
        <w:t xml:space="preserve"> </w:t>
      </w:r>
      <w:proofErr w:type="spellStart"/>
      <w:r w:rsidRPr="00BF305F">
        <w:rPr>
          <w:b w:val="0"/>
          <w:bCs w:val="0"/>
          <w:color w:val="auto"/>
          <w:sz w:val="20"/>
          <w:szCs w:val="20"/>
        </w:rPr>
        <w:t>Simbol</w:t>
      </w:r>
      <w:proofErr w:type="spellEnd"/>
      <w:r w:rsidRPr="00BF305F">
        <w:rPr>
          <w:b w:val="0"/>
          <w:bCs w:val="0"/>
          <w:color w:val="auto"/>
          <w:sz w:val="20"/>
          <w:szCs w:val="20"/>
        </w:rPr>
        <w:t xml:space="preserve"> Diagram </w:t>
      </w:r>
      <w:r w:rsidR="00CA1B38" w:rsidRPr="00BF305F">
        <w:rPr>
          <w:b w:val="0"/>
          <w:bCs w:val="0"/>
          <w:i/>
          <w:iCs/>
          <w:color w:val="auto"/>
          <w:sz w:val="20"/>
          <w:szCs w:val="20"/>
        </w:rPr>
        <w:t>Flowchart</w:t>
      </w:r>
      <w:bookmarkEnd w:id="72"/>
      <w:bookmarkEnd w:id="73"/>
    </w:p>
    <w:tbl>
      <w:tblPr>
        <w:tblW w:w="8465" w:type="dxa"/>
        <w:tblInd w:w="108" w:type="dxa"/>
        <w:tblLook w:val="04A0" w:firstRow="1" w:lastRow="0" w:firstColumn="1" w:lastColumn="0" w:noHBand="0" w:noVBand="1"/>
      </w:tblPr>
      <w:tblGrid>
        <w:gridCol w:w="1843"/>
        <w:gridCol w:w="1800"/>
        <w:gridCol w:w="4822"/>
      </w:tblGrid>
      <w:tr w:rsidR="00997052" w:rsidRPr="004F419D" w14:paraId="0A3BE6C8" w14:textId="77777777" w:rsidTr="00302053">
        <w:trPr>
          <w:trHeight w:val="290"/>
        </w:trPr>
        <w:tc>
          <w:tcPr>
            <w:tcW w:w="1843" w:type="dxa"/>
            <w:tcBorders>
              <w:top w:val="single" w:sz="4" w:space="0" w:color="auto"/>
              <w:left w:val="single" w:sz="4" w:space="0" w:color="auto"/>
              <w:bottom w:val="single" w:sz="4" w:space="0" w:color="auto"/>
              <w:right w:val="single" w:sz="4" w:space="0" w:color="auto"/>
            </w:tcBorders>
            <w:vAlign w:val="center"/>
            <w:hideMark/>
          </w:tcPr>
          <w:p w14:paraId="333DF18F" w14:textId="77777777" w:rsidR="00997052" w:rsidRPr="004F419D" w:rsidRDefault="00997052" w:rsidP="004F419D">
            <w:pPr>
              <w:spacing w:after="0" w:line="240" w:lineRule="auto"/>
              <w:ind w:firstLineChars="100" w:firstLine="221"/>
              <w:jc w:val="left"/>
              <w:rPr>
                <w:rFonts w:eastAsia="Times New Roman" w:cs="Times New Roman"/>
                <w:b/>
                <w:bCs/>
                <w:color w:val="000000"/>
                <w:sz w:val="22"/>
                <w:lang w:eastAsia="zh-CN"/>
              </w:rPr>
            </w:pPr>
            <w:r w:rsidRPr="004F419D">
              <w:rPr>
                <w:rFonts w:eastAsia="Times New Roman" w:cs="Times New Roman"/>
                <w:b/>
                <w:bCs/>
                <w:color w:val="000000"/>
                <w:sz w:val="22"/>
                <w:lang w:eastAsia="zh-CN"/>
              </w:rPr>
              <w:t xml:space="preserve">Nama </w:t>
            </w:r>
            <w:proofErr w:type="spellStart"/>
            <w:r w:rsidRPr="004F419D">
              <w:rPr>
                <w:rFonts w:eastAsia="Times New Roman" w:cs="Times New Roman"/>
                <w:b/>
                <w:bCs/>
                <w:color w:val="000000"/>
                <w:sz w:val="22"/>
                <w:lang w:eastAsia="zh-CN"/>
              </w:rPr>
              <w:t>Simbol</w:t>
            </w:r>
            <w:proofErr w:type="spellEnd"/>
          </w:p>
        </w:tc>
        <w:tc>
          <w:tcPr>
            <w:tcW w:w="1800" w:type="dxa"/>
            <w:tcBorders>
              <w:top w:val="single" w:sz="4" w:space="0" w:color="auto"/>
              <w:left w:val="nil"/>
              <w:bottom w:val="single" w:sz="4" w:space="0" w:color="auto"/>
              <w:right w:val="single" w:sz="4" w:space="0" w:color="auto"/>
            </w:tcBorders>
            <w:vAlign w:val="center"/>
            <w:hideMark/>
          </w:tcPr>
          <w:p w14:paraId="6A68C0B5" w14:textId="77777777" w:rsidR="00997052" w:rsidRPr="004F419D" w:rsidRDefault="00997052" w:rsidP="004F419D">
            <w:pPr>
              <w:spacing w:after="0" w:line="240" w:lineRule="auto"/>
              <w:jc w:val="center"/>
              <w:rPr>
                <w:rFonts w:eastAsia="Times New Roman" w:cs="Times New Roman"/>
                <w:b/>
                <w:bCs/>
                <w:color w:val="000000"/>
                <w:sz w:val="22"/>
                <w:lang w:eastAsia="zh-CN"/>
              </w:rPr>
            </w:pPr>
            <w:proofErr w:type="spellStart"/>
            <w:r w:rsidRPr="004F419D">
              <w:rPr>
                <w:rFonts w:eastAsia="Times New Roman" w:cs="Times New Roman"/>
                <w:b/>
                <w:bCs/>
                <w:color w:val="000000"/>
                <w:sz w:val="22"/>
                <w:lang w:eastAsia="zh-CN"/>
              </w:rPr>
              <w:t>Bentuk</w:t>
            </w:r>
            <w:proofErr w:type="spellEnd"/>
          </w:p>
        </w:tc>
        <w:tc>
          <w:tcPr>
            <w:tcW w:w="4822" w:type="dxa"/>
            <w:tcBorders>
              <w:top w:val="single" w:sz="4" w:space="0" w:color="auto"/>
              <w:left w:val="nil"/>
              <w:bottom w:val="single" w:sz="4" w:space="0" w:color="auto"/>
              <w:right w:val="single" w:sz="4" w:space="0" w:color="auto"/>
            </w:tcBorders>
            <w:vAlign w:val="center"/>
            <w:hideMark/>
          </w:tcPr>
          <w:p w14:paraId="4FB5BDB7" w14:textId="77777777" w:rsidR="00997052" w:rsidRPr="004F419D" w:rsidRDefault="00997052" w:rsidP="004F419D">
            <w:pPr>
              <w:spacing w:after="0" w:line="240" w:lineRule="auto"/>
              <w:jc w:val="center"/>
              <w:rPr>
                <w:rFonts w:eastAsia="Times New Roman" w:cs="Times New Roman"/>
                <w:b/>
                <w:bCs/>
                <w:color w:val="000000"/>
                <w:sz w:val="22"/>
                <w:lang w:eastAsia="zh-CN"/>
              </w:rPr>
            </w:pPr>
            <w:proofErr w:type="spellStart"/>
            <w:r w:rsidRPr="004F419D">
              <w:rPr>
                <w:rFonts w:eastAsia="Times New Roman" w:cs="Times New Roman"/>
                <w:b/>
                <w:bCs/>
                <w:color w:val="000000"/>
                <w:sz w:val="22"/>
                <w:lang w:eastAsia="zh-CN"/>
              </w:rPr>
              <w:t>Fungsi</w:t>
            </w:r>
            <w:proofErr w:type="spellEnd"/>
          </w:p>
        </w:tc>
      </w:tr>
      <w:tr w:rsidR="00997052" w:rsidRPr="004F419D" w14:paraId="682CC693" w14:textId="77777777" w:rsidTr="00302053">
        <w:trPr>
          <w:trHeight w:val="840"/>
        </w:trPr>
        <w:tc>
          <w:tcPr>
            <w:tcW w:w="1843" w:type="dxa"/>
            <w:tcBorders>
              <w:top w:val="nil"/>
              <w:left w:val="single" w:sz="4" w:space="0" w:color="auto"/>
              <w:bottom w:val="single" w:sz="4" w:space="0" w:color="auto"/>
              <w:right w:val="single" w:sz="4" w:space="0" w:color="auto"/>
            </w:tcBorders>
            <w:vAlign w:val="center"/>
            <w:hideMark/>
          </w:tcPr>
          <w:p w14:paraId="37113D34"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Arah Alur (Flowline)</w:t>
            </w:r>
          </w:p>
        </w:tc>
        <w:tc>
          <w:tcPr>
            <w:tcW w:w="1800" w:type="dxa"/>
            <w:tcBorders>
              <w:top w:val="nil"/>
              <w:left w:val="nil"/>
              <w:bottom w:val="single" w:sz="4" w:space="0" w:color="auto"/>
              <w:right w:val="single" w:sz="4" w:space="0" w:color="auto"/>
            </w:tcBorders>
            <w:noWrap/>
            <w:vAlign w:val="center"/>
            <w:hideMark/>
          </w:tcPr>
          <w:p w14:paraId="2B65D6B9" w14:textId="2C4CB89A"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53632" behindDoc="0" locked="0" layoutInCell="1" allowOverlap="1" wp14:anchorId="6D491C9D" wp14:editId="3F5818EC">
                  <wp:simplePos x="0" y="0"/>
                  <wp:positionH relativeFrom="column">
                    <wp:posOffset>184150</wp:posOffset>
                  </wp:positionH>
                  <wp:positionV relativeFrom="paragraph">
                    <wp:posOffset>82550</wp:posOffset>
                  </wp:positionV>
                  <wp:extent cx="749300" cy="342900"/>
                  <wp:effectExtent l="0" t="0" r="0" b="0"/>
                  <wp:wrapNone/>
                  <wp:docPr id="8" name="Picture 15">
                    <a:extLst xmlns:a="http://schemas.openxmlformats.org/drawingml/2006/main">
                      <a:ext uri="{FF2B5EF4-FFF2-40B4-BE49-F238E27FC236}">
                        <a16:creationId xmlns:a16="http://schemas.microsoft.com/office/drawing/2014/main" id="{3B0F46C7-A11F-23E0-68BA-1C2921C7D0EE}"/>
                      </a:ext>
                    </a:extLst>
                  </wp:docPr>
                  <wp:cNvGraphicFramePr/>
                  <a:graphic xmlns:a="http://schemas.openxmlformats.org/drawingml/2006/main">
                    <a:graphicData uri="http://schemas.openxmlformats.org/drawingml/2006/picture">
                      <pic:pic xmlns:pic="http://schemas.openxmlformats.org/drawingml/2006/picture">
                        <pic:nvPicPr>
                          <pic:cNvPr id="8" name="Picture 31">
                            <a:extLst>
                              <a:ext uri="{FF2B5EF4-FFF2-40B4-BE49-F238E27FC236}">
                                <a16:creationId xmlns:a16="http://schemas.microsoft.com/office/drawing/2014/main" id="{3B0F46C7-A11F-23E0-68BA-1C2921C7D0E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077" t="2234" r="81754" b="86409"/>
                          <a:stretch>
                            <a:fillRect/>
                          </a:stretch>
                        </pic:blipFill>
                        <pic:spPr bwMode="auto">
                          <a:xfrm>
                            <a:off x="0" y="0"/>
                            <a:ext cx="745671"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7CEB4115"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Mengindikasikan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hubungan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aliran</w:t>
            </w:r>
            <w:proofErr w:type="spellEnd"/>
            <w:r w:rsidRPr="004F419D">
              <w:rPr>
                <w:rFonts w:eastAsia="Times New Roman" w:cs="Times New Roman"/>
                <w:color w:val="000000"/>
                <w:sz w:val="22"/>
                <w:lang w:eastAsia="zh-CN"/>
              </w:rPr>
              <w:t xml:space="preserve"> proses </w:t>
            </w:r>
            <w:proofErr w:type="spellStart"/>
            <w:r w:rsidRPr="004F419D">
              <w:rPr>
                <w:rFonts w:eastAsia="Times New Roman" w:cs="Times New Roman"/>
                <w:color w:val="000000"/>
                <w:sz w:val="22"/>
                <w:lang w:eastAsia="zh-CN"/>
              </w:rPr>
              <w:t>dari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satu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ke</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lainnya</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dikenal</w:t>
            </w:r>
            <w:proofErr w:type="spellEnd"/>
            <w:r w:rsidRPr="004F419D">
              <w:rPr>
                <w:rFonts w:eastAsia="Times New Roman" w:cs="Times New Roman"/>
                <w:color w:val="000000"/>
                <w:sz w:val="22"/>
                <w:lang w:eastAsia="zh-CN"/>
              </w:rPr>
              <w:t xml:space="preserve"> juga </w:t>
            </w:r>
            <w:proofErr w:type="spellStart"/>
            <w:r w:rsidRPr="004F419D">
              <w:rPr>
                <w:rFonts w:eastAsia="Times New Roman" w:cs="Times New Roman"/>
                <w:color w:val="000000"/>
                <w:sz w:val="22"/>
                <w:lang w:eastAsia="zh-CN"/>
              </w:rPr>
              <w:t>sebagai</w:t>
            </w:r>
            <w:proofErr w:type="spellEnd"/>
            <w:r w:rsidRPr="004F419D">
              <w:rPr>
                <w:rFonts w:eastAsia="Times New Roman" w:cs="Times New Roman"/>
                <w:color w:val="000000"/>
                <w:sz w:val="22"/>
                <w:lang w:eastAsia="zh-CN"/>
              </w:rPr>
              <w:t xml:space="preserve"> garis </w:t>
            </w:r>
            <w:proofErr w:type="spellStart"/>
            <w:r w:rsidRPr="004F419D">
              <w:rPr>
                <w:rFonts w:eastAsia="Times New Roman" w:cs="Times New Roman"/>
                <w:color w:val="000000"/>
                <w:sz w:val="22"/>
                <w:lang w:eastAsia="zh-CN"/>
              </w:rPr>
              <w:t>penghubung</w:t>
            </w:r>
            <w:proofErr w:type="spellEnd"/>
            <w:r w:rsidRPr="004F419D">
              <w:rPr>
                <w:rFonts w:eastAsia="Times New Roman" w:cs="Times New Roman"/>
                <w:color w:val="000000"/>
                <w:sz w:val="22"/>
                <w:lang w:eastAsia="zh-CN"/>
              </w:rPr>
              <w:t>.</w:t>
            </w:r>
          </w:p>
        </w:tc>
      </w:tr>
      <w:tr w:rsidR="00997052" w:rsidRPr="004F419D" w14:paraId="3B19723F" w14:textId="77777777" w:rsidTr="003D7B25">
        <w:trPr>
          <w:trHeight w:val="420"/>
        </w:trPr>
        <w:tc>
          <w:tcPr>
            <w:tcW w:w="1843" w:type="dxa"/>
            <w:tcBorders>
              <w:top w:val="single" w:sz="4" w:space="0" w:color="auto"/>
              <w:left w:val="single" w:sz="4" w:space="0" w:color="auto"/>
              <w:bottom w:val="single" w:sz="4" w:space="0" w:color="auto"/>
              <w:right w:val="single" w:sz="4" w:space="0" w:color="auto"/>
            </w:tcBorders>
            <w:vAlign w:val="center"/>
            <w:hideMark/>
          </w:tcPr>
          <w:p w14:paraId="18CAF0A9"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Terminator</w:t>
            </w:r>
          </w:p>
        </w:tc>
        <w:tc>
          <w:tcPr>
            <w:tcW w:w="1800" w:type="dxa"/>
            <w:tcBorders>
              <w:top w:val="single" w:sz="4" w:space="0" w:color="auto"/>
              <w:left w:val="nil"/>
              <w:bottom w:val="single" w:sz="4" w:space="0" w:color="auto"/>
              <w:right w:val="single" w:sz="4" w:space="0" w:color="auto"/>
            </w:tcBorders>
            <w:noWrap/>
            <w:vAlign w:val="center"/>
            <w:hideMark/>
          </w:tcPr>
          <w:p w14:paraId="3C7F5584" w14:textId="5BEE0DA1"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48512" behindDoc="0" locked="0" layoutInCell="1" allowOverlap="1" wp14:anchorId="28DBA0E2" wp14:editId="2A274393">
                  <wp:simplePos x="0" y="0"/>
                  <wp:positionH relativeFrom="column">
                    <wp:posOffset>279400</wp:posOffset>
                  </wp:positionH>
                  <wp:positionV relativeFrom="paragraph">
                    <wp:posOffset>57150</wp:posOffset>
                  </wp:positionV>
                  <wp:extent cx="539750" cy="190500"/>
                  <wp:effectExtent l="0" t="0" r="0" b="0"/>
                  <wp:wrapNone/>
                  <wp:docPr id="7" name="Picture 14">
                    <a:extLst xmlns:a="http://schemas.openxmlformats.org/drawingml/2006/main">
                      <a:ext uri="{FF2B5EF4-FFF2-40B4-BE49-F238E27FC236}">
                        <a16:creationId xmlns:a16="http://schemas.microsoft.com/office/drawing/2014/main" id="{A2AD5D8C-BE81-9F49-70D6-3966132C7505}"/>
                      </a:ext>
                    </a:extLst>
                  </wp:docPr>
                  <wp:cNvGraphicFramePr/>
                  <a:graphic xmlns:a="http://schemas.openxmlformats.org/drawingml/2006/main">
                    <a:graphicData uri="http://schemas.openxmlformats.org/drawingml/2006/picture">
                      <pic:pic xmlns:pic="http://schemas.openxmlformats.org/drawingml/2006/picture">
                        <pic:nvPicPr>
                          <pic:cNvPr id="7" name="Picture 30">
                            <a:extLst>
                              <a:ext uri="{FF2B5EF4-FFF2-40B4-BE49-F238E27FC236}">
                                <a16:creationId xmlns:a16="http://schemas.microsoft.com/office/drawing/2014/main" id="{A2AD5D8C-BE81-9F49-70D6-3966132C750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489" t="14813" r="81961" b="74239"/>
                          <a:stretch>
                            <a:fillRect/>
                          </a:stretch>
                        </pic:blipFill>
                        <pic:spPr bwMode="auto">
                          <a:xfrm>
                            <a:off x="0" y="0"/>
                            <a:ext cx="539750" cy="190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single" w:sz="4" w:space="0" w:color="auto"/>
              <w:left w:val="nil"/>
              <w:bottom w:val="single" w:sz="4" w:space="0" w:color="auto"/>
              <w:right w:val="single" w:sz="4" w:space="0" w:color="auto"/>
            </w:tcBorders>
            <w:vAlign w:val="center"/>
            <w:hideMark/>
          </w:tcPr>
          <w:p w14:paraId="7C0085C9"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Menandakan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awal</w:t>
            </w:r>
            <w:proofErr w:type="spellEnd"/>
            <w:r w:rsidRPr="004F419D">
              <w:rPr>
                <w:rFonts w:eastAsia="Times New Roman" w:cs="Times New Roman"/>
                <w:color w:val="000000"/>
                <w:sz w:val="22"/>
                <w:lang w:eastAsia="zh-CN"/>
              </w:rPr>
              <w:t xml:space="preserve"> (</w:t>
            </w:r>
            <w:r w:rsidRPr="004F419D">
              <w:rPr>
                <w:rFonts w:eastAsia="Times New Roman" w:cs="Times New Roman"/>
                <w:i/>
                <w:iCs/>
                <w:color w:val="000000"/>
                <w:sz w:val="22"/>
                <w:lang w:eastAsia="zh-CN"/>
              </w:rPr>
              <w:t>start</w:t>
            </w:r>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akhir</w:t>
            </w:r>
            <w:proofErr w:type="spellEnd"/>
            <w:r w:rsidRPr="004F419D">
              <w:rPr>
                <w:rFonts w:eastAsia="Times New Roman" w:cs="Times New Roman"/>
                <w:color w:val="000000"/>
                <w:sz w:val="22"/>
                <w:lang w:eastAsia="zh-CN"/>
              </w:rPr>
              <w:t xml:space="preserve"> (</w:t>
            </w:r>
            <w:r w:rsidRPr="004F419D">
              <w:rPr>
                <w:rFonts w:eastAsia="Times New Roman" w:cs="Times New Roman"/>
                <w:i/>
                <w:iCs/>
                <w:color w:val="000000"/>
                <w:sz w:val="22"/>
                <w:lang w:eastAsia="zh-CN"/>
              </w:rPr>
              <w:t>stop</w:t>
            </w:r>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dari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suatu</w:t>
            </w:r>
            <w:proofErr w:type="spellEnd"/>
            <w:r w:rsidRPr="004F419D">
              <w:rPr>
                <w:rFonts w:eastAsia="Times New Roman" w:cs="Times New Roman"/>
                <w:color w:val="000000"/>
                <w:sz w:val="22"/>
                <w:lang w:eastAsia="zh-CN"/>
              </w:rPr>
              <w:t xml:space="preserve"> proses.</w:t>
            </w:r>
          </w:p>
        </w:tc>
      </w:tr>
      <w:tr w:rsidR="00997052" w:rsidRPr="004F419D" w14:paraId="516F33AD"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5A40A909"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Penghubung</w:t>
            </w:r>
            <w:proofErr w:type="spellEnd"/>
            <w:r w:rsidRPr="004F419D">
              <w:rPr>
                <w:rFonts w:eastAsia="Times New Roman" w:cs="Times New Roman"/>
                <w:color w:val="000000"/>
                <w:sz w:val="22"/>
                <w:lang w:eastAsia="zh-CN"/>
              </w:rPr>
              <w:t xml:space="preserve"> (On-Page Connector)</w:t>
            </w:r>
          </w:p>
        </w:tc>
        <w:tc>
          <w:tcPr>
            <w:tcW w:w="1800" w:type="dxa"/>
            <w:tcBorders>
              <w:top w:val="nil"/>
              <w:left w:val="nil"/>
              <w:bottom w:val="single" w:sz="4" w:space="0" w:color="auto"/>
              <w:right w:val="single" w:sz="4" w:space="0" w:color="auto"/>
            </w:tcBorders>
            <w:noWrap/>
            <w:vAlign w:val="center"/>
            <w:hideMark/>
          </w:tcPr>
          <w:p w14:paraId="7DA1A96A" w14:textId="40C8FED0"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84352" behindDoc="0" locked="0" layoutInCell="1" allowOverlap="1" wp14:anchorId="0CB7BCAC" wp14:editId="317725BD">
                  <wp:simplePos x="0" y="0"/>
                  <wp:positionH relativeFrom="column">
                    <wp:posOffset>95250</wp:posOffset>
                  </wp:positionH>
                  <wp:positionV relativeFrom="paragraph">
                    <wp:posOffset>69850</wp:posOffset>
                  </wp:positionV>
                  <wp:extent cx="768350" cy="330200"/>
                  <wp:effectExtent l="0" t="0" r="0" b="0"/>
                  <wp:wrapNone/>
                  <wp:docPr id="14" name="Picture 13">
                    <a:extLst xmlns:a="http://schemas.openxmlformats.org/drawingml/2006/main">
                      <a:ext uri="{FF2B5EF4-FFF2-40B4-BE49-F238E27FC236}">
                        <a16:creationId xmlns:a16="http://schemas.microsoft.com/office/drawing/2014/main" id="{832564A3-6AA8-3097-9AC8-A34855082C3B}"/>
                      </a:ext>
                    </a:extLst>
                  </wp:docPr>
                  <wp:cNvGraphicFramePr/>
                  <a:graphic xmlns:a="http://schemas.openxmlformats.org/drawingml/2006/main">
                    <a:graphicData uri="http://schemas.openxmlformats.org/drawingml/2006/picture">
                      <pic:pic xmlns:pic="http://schemas.openxmlformats.org/drawingml/2006/picture">
                        <pic:nvPicPr>
                          <pic:cNvPr id="14" name="Picture 29">
                            <a:extLst>
                              <a:ext uri="{FF2B5EF4-FFF2-40B4-BE49-F238E27FC236}">
                                <a16:creationId xmlns:a16="http://schemas.microsoft.com/office/drawing/2014/main" id="{832564A3-6AA8-3097-9AC8-A34855082C3B}"/>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696" t="26788" r="82376" b="62675"/>
                          <a:stretch>
                            <a:fillRect/>
                          </a:stretch>
                        </pic:blipFill>
                        <pic:spPr bwMode="auto">
                          <a:xfrm>
                            <a:off x="0" y="0"/>
                            <a:ext cx="768350" cy="374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3DED3DF8"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Digunakan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untuk</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menyambungkan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bagian</w:t>
            </w:r>
            <w:proofErr w:type="spellEnd"/>
            <w:r w:rsidRPr="004F419D">
              <w:rPr>
                <w:rFonts w:eastAsia="Times New Roman" w:cs="Times New Roman"/>
                <w:color w:val="000000"/>
                <w:sz w:val="22"/>
                <w:lang w:eastAsia="zh-CN"/>
              </w:rPr>
              <w:t xml:space="preserve"> proses </w:t>
            </w:r>
            <w:proofErr w:type="spellStart"/>
            <w:r w:rsidRPr="004F419D">
              <w:rPr>
                <w:rFonts w:eastAsia="Times New Roman" w:cs="Times New Roman"/>
                <w:color w:val="000000"/>
                <w:sz w:val="22"/>
                <w:lang w:eastAsia="zh-CN"/>
              </w:rPr>
              <w:t>dalam</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halaman</w:t>
            </w:r>
            <w:proofErr w:type="spellEnd"/>
            <w:r w:rsidRPr="004F419D">
              <w:rPr>
                <w:rFonts w:eastAsia="Times New Roman" w:cs="Times New Roman"/>
                <w:color w:val="000000"/>
                <w:sz w:val="22"/>
                <w:lang w:eastAsia="zh-CN"/>
              </w:rPr>
              <w:t xml:space="preserve"> yang </w:t>
            </w:r>
            <w:proofErr w:type="spellStart"/>
            <w:r w:rsidRPr="004F419D">
              <w:rPr>
                <w:rFonts w:eastAsia="Times New Roman" w:cs="Times New Roman"/>
                <w:color w:val="000000"/>
                <w:sz w:val="22"/>
                <w:lang w:eastAsia="zh-CN"/>
              </w:rPr>
              <w:t>sama</w:t>
            </w:r>
            <w:proofErr w:type="spellEnd"/>
            <w:r w:rsidRPr="004F419D">
              <w:rPr>
                <w:rFonts w:eastAsia="Times New Roman" w:cs="Times New Roman"/>
                <w:color w:val="000000"/>
                <w:sz w:val="22"/>
                <w:lang w:eastAsia="zh-CN"/>
              </w:rPr>
              <w:t>.</w:t>
            </w:r>
          </w:p>
        </w:tc>
      </w:tr>
      <w:tr w:rsidR="00997052" w:rsidRPr="004F419D" w14:paraId="2917DE08"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321E52DC"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Penghubung</w:t>
            </w:r>
            <w:proofErr w:type="spellEnd"/>
            <w:r w:rsidRPr="004F419D">
              <w:rPr>
                <w:rFonts w:eastAsia="Times New Roman" w:cs="Times New Roman"/>
                <w:color w:val="000000"/>
                <w:sz w:val="22"/>
                <w:lang w:eastAsia="zh-CN"/>
              </w:rPr>
              <w:t xml:space="preserve"> Antar Halaman (Off-Page Connector)</w:t>
            </w:r>
          </w:p>
        </w:tc>
        <w:tc>
          <w:tcPr>
            <w:tcW w:w="1800" w:type="dxa"/>
            <w:tcBorders>
              <w:top w:val="nil"/>
              <w:left w:val="nil"/>
              <w:bottom w:val="single" w:sz="4" w:space="0" w:color="auto"/>
              <w:right w:val="single" w:sz="4" w:space="0" w:color="auto"/>
            </w:tcBorders>
            <w:noWrap/>
            <w:vAlign w:val="center"/>
            <w:hideMark/>
          </w:tcPr>
          <w:p w14:paraId="505D81AF" w14:textId="4398E1E0"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43392" behindDoc="0" locked="0" layoutInCell="1" allowOverlap="1" wp14:anchorId="7FCDB94B" wp14:editId="322AAC78">
                  <wp:simplePos x="0" y="0"/>
                  <wp:positionH relativeFrom="column">
                    <wp:posOffset>285750</wp:posOffset>
                  </wp:positionH>
                  <wp:positionV relativeFrom="paragraph">
                    <wp:posOffset>38100</wp:posOffset>
                  </wp:positionV>
                  <wp:extent cx="488950" cy="336550"/>
                  <wp:effectExtent l="0" t="0" r="6350" b="6350"/>
                  <wp:wrapNone/>
                  <wp:docPr id="6" name="Picture 12">
                    <a:extLst xmlns:a="http://schemas.openxmlformats.org/drawingml/2006/main">
                      <a:ext uri="{FF2B5EF4-FFF2-40B4-BE49-F238E27FC236}">
                        <a16:creationId xmlns:a16="http://schemas.microsoft.com/office/drawing/2014/main" id="{45DC16CE-4682-C56C-8858-0358ED5F2977}"/>
                      </a:ext>
                    </a:extLst>
                  </wp:docPr>
                  <wp:cNvGraphicFramePr/>
                  <a:graphic xmlns:a="http://schemas.openxmlformats.org/drawingml/2006/main">
                    <a:graphicData uri="http://schemas.openxmlformats.org/drawingml/2006/picture">
                      <pic:pic xmlns:pic="http://schemas.openxmlformats.org/drawingml/2006/picture">
                        <pic:nvPicPr>
                          <pic:cNvPr id="6" name="Picture 28">
                            <a:extLst>
                              <a:ext uri="{FF2B5EF4-FFF2-40B4-BE49-F238E27FC236}">
                                <a16:creationId xmlns:a16="http://schemas.microsoft.com/office/drawing/2014/main" id="{45DC16CE-4682-C56C-8858-0358ED5F297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904" t="39377" r="82791" b="50504"/>
                          <a:stretch>
                            <a:fillRect/>
                          </a:stretch>
                        </pic:blipFill>
                        <pic:spPr bwMode="auto">
                          <a:xfrm>
                            <a:off x="0" y="0"/>
                            <a:ext cx="488950" cy="3365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2E450685"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Menyambungkan</w:t>
            </w:r>
            <w:proofErr w:type="spellEnd"/>
            <w:r w:rsidRPr="004F419D">
              <w:rPr>
                <w:rFonts w:eastAsia="Times New Roman" w:cs="Times New Roman"/>
                <w:color w:val="000000"/>
                <w:sz w:val="22"/>
                <w:lang w:eastAsia="zh-CN"/>
              </w:rPr>
              <w:t xml:space="preserve"> proses yang </w:t>
            </w:r>
            <w:proofErr w:type="spellStart"/>
            <w:r w:rsidRPr="004F419D">
              <w:rPr>
                <w:rFonts w:eastAsia="Times New Roman" w:cs="Times New Roman"/>
                <w:color w:val="000000"/>
                <w:sz w:val="22"/>
                <w:lang w:eastAsia="zh-CN"/>
              </w:rPr>
              <w:t>berada</w:t>
            </w:r>
            <w:proofErr w:type="spellEnd"/>
            <w:r w:rsidRPr="004F419D">
              <w:rPr>
                <w:rFonts w:eastAsia="Times New Roman" w:cs="Times New Roman"/>
                <w:color w:val="000000"/>
                <w:sz w:val="22"/>
                <w:lang w:eastAsia="zh-CN"/>
              </w:rPr>
              <w:t xml:space="preserve"> di </w:t>
            </w:r>
            <w:proofErr w:type="spellStart"/>
            <w:r w:rsidRPr="004F419D">
              <w:rPr>
                <w:rFonts w:eastAsia="Times New Roman" w:cs="Times New Roman"/>
                <w:color w:val="000000"/>
                <w:sz w:val="22"/>
                <w:lang w:eastAsia="zh-CN"/>
              </w:rPr>
              <w:t>halaman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berbeda</w:t>
            </w:r>
            <w:proofErr w:type="spellEnd"/>
            <w:r w:rsidRPr="004F419D">
              <w:rPr>
                <w:rFonts w:eastAsia="Times New Roman" w:cs="Times New Roman"/>
                <w:color w:val="000000"/>
                <w:sz w:val="22"/>
                <w:lang w:eastAsia="zh-CN"/>
              </w:rPr>
              <w:t>.</w:t>
            </w:r>
          </w:p>
        </w:tc>
      </w:tr>
      <w:tr w:rsidR="00997052" w:rsidRPr="004F419D" w14:paraId="139F788A" w14:textId="77777777" w:rsidTr="00302053">
        <w:trPr>
          <w:trHeight w:val="420"/>
        </w:trPr>
        <w:tc>
          <w:tcPr>
            <w:tcW w:w="1843" w:type="dxa"/>
            <w:tcBorders>
              <w:top w:val="nil"/>
              <w:left w:val="single" w:sz="4" w:space="0" w:color="auto"/>
              <w:bottom w:val="single" w:sz="4" w:space="0" w:color="auto"/>
              <w:right w:val="single" w:sz="4" w:space="0" w:color="auto"/>
            </w:tcBorders>
            <w:vAlign w:val="center"/>
            <w:hideMark/>
          </w:tcPr>
          <w:p w14:paraId="13AD97D9"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Proses (Processing)</w:t>
            </w:r>
          </w:p>
        </w:tc>
        <w:tc>
          <w:tcPr>
            <w:tcW w:w="1800" w:type="dxa"/>
            <w:tcBorders>
              <w:top w:val="nil"/>
              <w:left w:val="nil"/>
              <w:bottom w:val="single" w:sz="4" w:space="0" w:color="auto"/>
              <w:right w:val="single" w:sz="4" w:space="0" w:color="auto"/>
            </w:tcBorders>
            <w:noWrap/>
            <w:vAlign w:val="center"/>
            <w:hideMark/>
          </w:tcPr>
          <w:p w14:paraId="05A7297E" w14:textId="2A1F3B80"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58752" behindDoc="0" locked="0" layoutInCell="1" allowOverlap="1" wp14:anchorId="124A75E6" wp14:editId="31C0EA41">
                  <wp:simplePos x="0" y="0"/>
                  <wp:positionH relativeFrom="column">
                    <wp:posOffset>165100</wp:posOffset>
                  </wp:positionH>
                  <wp:positionV relativeFrom="paragraph">
                    <wp:posOffset>25400</wp:posOffset>
                  </wp:positionV>
                  <wp:extent cx="825500" cy="196850"/>
                  <wp:effectExtent l="0" t="0" r="0" b="0"/>
                  <wp:wrapNone/>
                  <wp:docPr id="9" name="Picture 11">
                    <a:extLst xmlns:a="http://schemas.openxmlformats.org/drawingml/2006/main">
                      <a:ext uri="{FF2B5EF4-FFF2-40B4-BE49-F238E27FC236}">
                        <a16:creationId xmlns:a16="http://schemas.microsoft.com/office/drawing/2014/main" id="{37309E73-4CC2-2524-F171-BC1939C05539}"/>
                      </a:ext>
                    </a:extLst>
                  </wp:docPr>
                  <wp:cNvGraphicFramePr/>
                  <a:graphic xmlns:a="http://schemas.openxmlformats.org/drawingml/2006/main">
                    <a:graphicData uri="http://schemas.openxmlformats.org/drawingml/2006/picture">
                      <pic:pic xmlns:pic="http://schemas.openxmlformats.org/drawingml/2006/picture">
                        <pic:nvPicPr>
                          <pic:cNvPr id="9" name="Picture 27">
                            <a:extLst>
                              <a:ext uri="{FF2B5EF4-FFF2-40B4-BE49-F238E27FC236}">
                                <a16:creationId xmlns:a16="http://schemas.microsoft.com/office/drawing/2014/main" id="{37309E73-4CC2-2524-F171-BC1939C0553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905" t="52391" r="82169" b="38132"/>
                          <a:stretch>
                            <a:fillRect/>
                          </a:stretch>
                        </pic:blipFill>
                        <pic:spPr bwMode="auto">
                          <a:xfrm>
                            <a:off x="0" y="0"/>
                            <a:ext cx="823662" cy="196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78EF6916"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Mewakili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pengolahan</w:t>
            </w:r>
            <w:proofErr w:type="spellEnd"/>
            <w:r w:rsidRPr="004F419D">
              <w:rPr>
                <w:rFonts w:eastAsia="Times New Roman" w:cs="Times New Roman"/>
                <w:color w:val="000000"/>
                <w:sz w:val="22"/>
                <w:lang w:eastAsia="zh-CN"/>
              </w:rPr>
              <w:t xml:space="preserve"> data oleh </w:t>
            </w:r>
            <w:proofErr w:type="spellStart"/>
            <w:r w:rsidRPr="004F419D">
              <w:rPr>
                <w:rFonts w:eastAsia="Times New Roman" w:cs="Times New Roman"/>
                <w:color w:val="000000"/>
                <w:sz w:val="22"/>
                <w:lang w:eastAsia="zh-CN"/>
              </w:rPr>
              <w:t>komputer</w:t>
            </w:r>
            <w:proofErr w:type="spellEnd"/>
            <w:r w:rsidRPr="004F419D">
              <w:rPr>
                <w:rFonts w:eastAsia="Times New Roman" w:cs="Times New Roman"/>
                <w:color w:val="000000"/>
                <w:sz w:val="22"/>
                <w:lang w:eastAsia="zh-CN"/>
              </w:rPr>
              <w:t>.</w:t>
            </w:r>
          </w:p>
        </w:tc>
      </w:tr>
      <w:tr w:rsidR="00997052" w:rsidRPr="004F419D" w14:paraId="482998E2" w14:textId="77777777" w:rsidTr="00302053">
        <w:trPr>
          <w:trHeight w:val="630"/>
        </w:trPr>
        <w:tc>
          <w:tcPr>
            <w:tcW w:w="1843" w:type="dxa"/>
            <w:tcBorders>
              <w:top w:val="single" w:sz="4" w:space="0" w:color="auto"/>
              <w:left w:val="single" w:sz="4" w:space="0" w:color="auto"/>
              <w:bottom w:val="single" w:sz="4" w:space="0" w:color="auto"/>
              <w:right w:val="single" w:sz="4" w:space="0" w:color="auto"/>
            </w:tcBorders>
            <w:vAlign w:val="center"/>
            <w:hideMark/>
          </w:tcPr>
          <w:p w14:paraId="67E0103C"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Proses Manual</w:t>
            </w:r>
          </w:p>
        </w:tc>
        <w:tc>
          <w:tcPr>
            <w:tcW w:w="1800" w:type="dxa"/>
            <w:tcBorders>
              <w:top w:val="single" w:sz="4" w:space="0" w:color="auto"/>
              <w:left w:val="nil"/>
              <w:bottom w:val="single" w:sz="4" w:space="0" w:color="auto"/>
              <w:right w:val="single" w:sz="4" w:space="0" w:color="auto"/>
            </w:tcBorders>
            <w:noWrap/>
            <w:vAlign w:val="center"/>
            <w:hideMark/>
          </w:tcPr>
          <w:p w14:paraId="19DBC04A" w14:textId="2F3ADC74"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74112" behindDoc="0" locked="0" layoutInCell="1" allowOverlap="1" wp14:anchorId="4D99B193" wp14:editId="7A1B8312">
                  <wp:simplePos x="0" y="0"/>
                  <wp:positionH relativeFrom="column">
                    <wp:posOffset>317500</wp:posOffset>
                  </wp:positionH>
                  <wp:positionV relativeFrom="paragraph">
                    <wp:posOffset>88900</wp:posOffset>
                  </wp:positionV>
                  <wp:extent cx="431800" cy="285750"/>
                  <wp:effectExtent l="0" t="0" r="6350" b="0"/>
                  <wp:wrapNone/>
                  <wp:docPr id="12" name="Picture 10">
                    <a:extLst xmlns:a="http://schemas.openxmlformats.org/drawingml/2006/main">
                      <a:ext uri="{FF2B5EF4-FFF2-40B4-BE49-F238E27FC236}">
                        <a16:creationId xmlns:a16="http://schemas.microsoft.com/office/drawing/2014/main" id="{5C215759-C4A0-AAB5-09B2-D7EE025B1D64}"/>
                      </a:ext>
                    </a:extLst>
                  </wp:docPr>
                  <wp:cNvGraphicFramePr/>
                  <a:graphic xmlns:a="http://schemas.openxmlformats.org/drawingml/2006/main">
                    <a:graphicData uri="http://schemas.openxmlformats.org/drawingml/2006/picture">
                      <pic:pic xmlns:pic="http://schemas.openxmlformats.org/drawingml/2006/picture">
                        <pic:nvPicPr>
                          <pic:cNvPr id="12" name="Picture 26">
                            <a:extLst>
                              <a:ext uri="{FF2B5EF4-FFF2-40B4-BE49-F238E27FC236}">
                                <a16:creationId xmlns:a16="http://schemas.microsoft.com/office/drawing/2014/main" id="{5C215759-C4A0-AAB5-09B2-D7EE025B1D6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074" t="64304" r="83011" b="25755"/>
                          <a:stretch>
                            <a:fillRect/>
                          </a:stretch>
                        </pic:blipFill>
                        <pic:spPr bwMode="auto">
                          <a:xfrm>
                            <a:off x="0" y="0"/>
                            <a:ext cx="431800" cy="2857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single" w:sz="4" w:space="0" w:color="auto"/>
              <w:left w:val="nil"/>
              <w:bottom w:val="single" w:sz="4" w:space="0" w:color="auto"/>
              <w:right w:val="single" w:sz="4" w:space="0" w:color="auto"/>
            </w:tcBorders>
            <w:vAlign w:val="center"/>
            <w:hideMark/>
          </w:tcPr>
          <w:p w14:paraId="1E6C9F57"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Menyatakan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pengolahan</w:t>
            </w:r>
            <w:proofErr w:type="spellEnd"/>
            <w:r w:rsidRPr="004F419D">
              <w:rPr>
                <w:rFonts w:eastAsia="Times New Roman" w:cs="Times New Roman"/>
                <w:color w:val="000000"/>
                <w:sz w:val="22"/>
                <w:lang w:eastAsia="zh-CN"/>
              </w:rPr>
              <w:t xml:space="preserve"> yang </w:t>
            </w:r>
            <w:proofErr w:type="spellStart"/>
            <w:r w:rsidRPr="004F419D">
              <w:rPr>
                <w:rFonts w:eastAsia="Times New Roman" w:cs="Times New Roman"/>
                <w:color w:val="000000"/>
                <w:sz w:val="22"/>
                <w:lang w:eastAsia="zh-CN"/>
              </w:rPr>
              <w:t>dilakukan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secara</w:t>
            </w:r>
            <w:proofErr w:type="spellEnd"/>
            <w:r w:rsidRPr="004F419D">
              <w:rPr>
                <w:rFonts w:eastAsia="Times New Roman" w:cs="Times New Roman"/>
                <w:color w:val="000000"/>
                <w:sz w:val="22"/>
                <w:lang w:eastAsia="zh-CN"/>
              </w:rPr>
              <w:t xml:space="preserve"> manual (</w:t>
            </w:r>
            <w:proofErr w:type="spellStart"/>
            <w:r w:rsidRPr="004F419D">
              <w:rPr>
                <w:rFonts w:eastAsia="Times New Roman" w:cs="Times New Roman"/>
                <w:color w:val="000000"/>
                <w:sz w:val="22"/>
                <w:lang w:eastAsia="zh-CN"/>
              </w:rPr>
              <w:t>tanpa</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bantuan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komputer</w:t>
            </w:r>
            <w:proofErr w:type="spellEnd"/>
            <w:r w:rsidRPr="004F419D">
              <w:rPr>
                <w:rFonts w:eastAsia="Times New Roman" w:cs="Times New Roman"/>
                <w:color w:val="000000"/>
                <w:sz w:val="22"/>
                <w:lang w:eastAsia="zh-CN"/>
              </w:rPr>
              <w:t>).</w:t>
            </w:r>
          </w:p>
        </w:tc>
      </w:tr>
      <w:tr w:rsidR="00997052" w:rsidRPr="004F419D" w14:paraId="53D4C9FB"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7EDAEC7E"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Keputusan (Decision)</w:t>
            </w:r>
          </w:p>
        </w:tc>
        <w:tc>
          <w:tcPr>
            <w:tcW w:w="1800" w:type="dxa"/>
            <w:tcBorders>
              <w:top w:val="nil"/>
              <w:left w:val="nil"/>
              <w:bottom w:val="single" w:sz="4" w:space="0" w:color="auto"/>
              <w:right w:val="single" w:sz="4" w:space="0" w:color="auto"/>
            </w:tcBorders>
            <w:noWrap/>
            <w:vAlign w:val="center"/>
            <w:hideMark/>
          </w:tcPr>
          <w:p w14:paraId="2FAF882C" w14:textId="1619DB5C"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79232" behindDoc="0" locked="0" layoutInCell="1" allowOverlap="1" wp14:anchorId="1C3E3703" wp14:editId="0C804F84">
                  <wp:simplePos x="0" y="0"/>
                  <wp:positionH relativeFrom="column">
                    <wp:posOffset>196850</wp:posOffset>
                  </wp:positionH>
                  <wp:positionV relativeFrom="paragraph">
                    <wp:posOffset>101600</wp:posOffset>
                  </wp:positionV>
                  <wp:extent cx="711200" cy="298450"/>
                  <wp:effectExtent l="0" t="0" r="0" b="6350"/>
                  <wp:wrapNone/>
                  <wp:docPr id="13" name="Picture 9">
                    <a:extLst xmlns:a="http://schemas.openxmlformats.org/drawingml/2006/main">
                      <a:ext uri="{FF2B5EF4-FFF2-40B4-BE49-F238E27FC236}">
                        <a16:creationId xmlns:a16="http://schemas.microsoft.com/office/drawing/2014/main" id="{65A29AC0-A5B7-5818-EF5E-75E3028223C9}"/>
                      </a:ext>
                    </a:extLst>
                  </wp:docPr>
                  <wp:cNvGraphicFramePr/>
                  <a:graphic xmlns:a="http://schemas.openxmlformats.org/drawingml/2006/main">
                    <a:graphicData uri="http://schemas.openxmlformats.org/drawingml/2006/picture">
                      <pic:pic xmlns:pic="http://schemas.openxmlformats.org/drawingml/2006/picture">
                        <pic:nvPicPr>
                          <pic:cNvPr id="13" name="Picture 25">
                            <a:extLst>
                              <a:ext uri="{FF2B5EF4-FFF2-40B4-BE49-F238E27FC236}">
                                <a16:creationId xmlns:a16="http://schemas.microsoft.com/office/drawing/2014/main" id="{65A29AC0-A5B7-5818-EF5E-75E3028223C9}"/>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657" t="74913" r="81961" b="13383"/>
                          <a:stretch>
                            <a:fillRect/>
                          </a:stretch>
                        </pic:blipFill>
                        <pic:spPr bwMode="auto">
                          <a:xfrm>
                            <a:off x="0" y="0"/>
                            <a:ext cx="711200" cy="298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7C07D71F"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Menunjukkan</w:t>
            </w:r>
            <w:proofErr w:type="spellEnd"/>
            <w:r w:rsidRPr="004F419D">
              <w:rPr>
                <w:rFonts w:eastAsia="Times New Roman" w:cs="Times New Roman"/>
                <w:color w:val="000000"/>
                <w:sz w:val="22"/>
                <w:lang w:eastAsia="zh-CN"/>
              </w:rPr>
              <w:t xml:space="preserve"> </w:t>
            </w:r>
            <w:proofErr w:type="gramStart"/>
            <w:r w:rsidRPr="004F419D">
              <w:rPr>
                <w:rFonts w:eastAsia="Times New Roman" w:cs="Times New Roman"/>
                <w:color w:val="000000"/>
                <w:sz w:val="22"/>
                <w:lang w:eastAsia="zh-CN"/>
              </w:rPr>
              <w:t>proses</w:t>
            </w:r>
            <w:proofErr w:type="gram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pengambilan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keputusan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berdasarkan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kondisi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tertentu</w:t>
            </w:r>
            <w:proofErr w:type="spellEnd"/>
            <w:r w:rsidRPr="004F419D">
              <w:rPr>
                <w:rFonts w:eastAsia="Times New Roman" w:cs="Times New Roman"/>
                <w:color w:val="000000"/>
                <w:sz w:val="22"/>
                <w:lang w:eastAsia="zh-CN"/>
              </w:rPr>
              <w:t>.</w:t>
            </w:r>
          </w:p>
        </w:tc>
      </w:tr>
      <w:tr w:rsidR="00997052" w:rsidRPr="004F419D" w14:paraId="6D38C91E"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255576A1"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Input/Output</w:t>
            </w:r>
          </w:p>
        </w:tc>
        <w:tc>
          <w:tcPr>
            <w:tcW w:w="1800" w:type="dxa"/>
            <w:tcBorders>
              <w:top w:val="nil"/>
              <w:left w:val="nil"/>
              <w:bottom w:val="single" w:sz="4" w:space="0" w:color="auto"/>
              <w:right w:val="single" w:sz="4" w:space="0" w:color="auto"/>
            </w:tcBorders>
            <w:noWrap/>
            <w:vAlign w:val="center"/>
            <w:hideMark/>
          </w:tcPr>
          <w:p w14:paraId="5AB4CD29" w14:textId="5ACBB1A2"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68992" behindDoc="0" locked="0" layoutInCell="1" allowOverlap="1" wp14:anchorId="19D12311" wp14:editId="5F55D00E">
                  <wp:simplePos x="0" y="0"/>
                  <wp:positionH relativeFrom="column">
                    <wp:posOffset>177800</wp:posOffset>
                  </wp:positionH>
                  <wp:positionV relativeFrom="paragraph">
                    <wp:posOffset>76200</wp:posOffset>
                  </wp:positionV>
                  <wp:extent cx="838200" cy="203200"/>
                  <wp:effectExtent l="0" t="0" r="0" b="6350"/>
                  <wp:wrapNone/>
                  <wp:docPr id="11" name="Picture 8">
                    <a:extLst xmlns:a="http://schemas.openxmlformats.org/drawingml/2006/main">
                      <a:ext uri="{FF2B5EF4-FFF2-40B4-BE49-F238E27FC236}">
                        <a16:creationId xmlns:a16="http://schemas.microsoft.com/office/drawing/2014/main" id="{8A7B17BF-A5C3-D4A0-1476-25B52E924CC5}"/>
                      </a:ext>
                    </a:extLst>
                  </wp:docPr>
                  <wp:cNvGraphicFramePr/>
                  <a:graphic xmlns:a="http://schemas.openxmlformats.org/drawingml/2006/main">
                    <a:graphicData uri="http://schemas.openxmlformats.org/drawingml/2006/picture">
                      <pic:pic xmlns:pic="http://schemas.openxmlformats.org/drawingml/2006/picture">
                        <pic:nvPicPr>
                          <pic:cNvPr id="11" name="Picture 24">
                            <a:extLst>
                              <a:ext uri="{FF2B5EF4-FFF2-40B4-BE49-F238E27FC236}">
                                <a16:creationId xmlns:a16="http://schemas.microsoft.com/office/drawing/2014/main" id="{8A7B17BF-A5C3-D4A0-1476-25B52E924CC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2904" t="88644" r="82774" b="3027"/>
                          <a:stretch>
                            <a:fillRect/>
                          </a:stretch>
                        </pic:blipFill>
                        <pic:spPr bwMode="auto">
                          <a:xfrm>
                            <a:off x="0" y="0"/>
                            <a:ext cx="833641" cy="2032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652F9374"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Menyatakan</w:t>
            </w:r>
            <w:proofErr w:type="spellEnd"/>
            <w:r w:rsidRPr="004F419D">
              <w:rPr>
                <w:rFonts w:eastAsia="Times New Roman" w:cs="Times New Roman"/>
                <w:color w:val="000000"/>
                <w:sz w:val="22"/>
                <w:lang w:eastAsia="zh-CN"/>
              </w:rPr>
              <w:t xml:space="preserve"> proses </w:t>
            </w:r>
            <w:proofErr w:type="spellStart"/>
            <w:r w:rsidRPr="004F419D">
              <w:rPr>
                <w:rFonts w:eastAsia="Times New Roman" w:cs="Times New Roman"/>
                <w:color w:val="000000"/>
                <w:sz w:val="22"/>
                <w:lang w:eastAsia="zh-CN"/>
              </w:rPr>
              <w:t>masukan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keluaran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tanpa</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terikat</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jenis</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perangkat</w:t>
            </w:r>
            <w:proofErr w:type="spellEnd"/>
            <w:r w:rsidRPr="004F419D">
              <w:rPr>
                <w:rFonts w:eastAsia="Times New Roman" w:cs="Times New Roman"/>
                <w:color w:val="000000"/>
                <w:sz w:val="22"/>
                <w:lang w:eastAsia="zh-CN"/>
              </w:rPr>
              <w:t>.</w:t>
            </w:r>
          </w:p>
        </w:tc>
      </w:tr>
      <w:tr w:rsidR="00997052" w:rsidRPr="004F419D" w14:paraId="1616FB54"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36886708"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Input Manual</w:t>
            </w:r>
          </w:p>
        </w:tc>
        <w:tc>
          <w:tcPr>
            <w:tcW w:w="1800" w:type="dxa"/>
            <w:tcBorders>
              <w:top w:val="nil"/>
              <w:left w:val="nil"/>
              <w:bottom w:val="single" w:sz="4" w:space="0" w:color="auto"/>
              <w:right w:val="single" w:sz="4" w:space="0" w:color="auto"/>
            </w:tcBorders>
            <w:noWrap/>
            <w:vAlign w:val="center"/>
            <w:hideMark/>
          </w:tcPr>
          <w:p w14:paraId="29E55D5F" w14:textId="6B61088C"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22912" behindDoc="0" locked="0" layoutInCell="1" allowOverlap="1" wp14:anchorId="073B06C4" wp14:editId="1C0247B5">
                  <wp:simplePos x="0" y="0"/>
                  <wp:positionH relativeFrom="column">
                    <wp:posOffset>146050</wp:posOffset>
                  </wp:positionH>
                  <wp:positionV relativeFrom="paragraph">
                    <wp:posOffset>12700</wp:posOffset>
                  </wp:positionV>
                  <wp:extent cx="990600" cy="323850"/>
                  <wp:effectExtent l="0" t="0" r="0" b="0"/>
                  <wp:wrapNone/>
                  <wp:docPr id="2" name="Picture 7">
                    <a:extLst xmlns:a="http://schemas.openxmlformats.org/drawingml/2006/main">
                      <a:ext uri="{FF2B5EF4-FFF2-40B4-BE49-F238E27FC236}">
                        <a16:creationId xmlns:a16="http://schemas.microsoft.com/office/drawing/2014/main" id="{AC33EE96-5CE7-8864-52FC-DEF59C9815B1}"/>
                      </a:ext>
                    </a:extLst>
                  </wp:docPr>
                  <wp:cNvGraphicFramePr/>
                  <a:graphic xmlns:a="http://schemas.openxmlformats.org/drawingml/2006/main">
                    <a:graphicData uri="http://schemas.openxmlformats.org/drawingml/2006/picture">
                      <pic:pic xmlns:pic="http://schemas.openxmlformats.org/drawingml/2006/picture">
                        <pic:nvPicPr>
                          <pic:cNvPr id="2" name="Picture 23">
                            <a:extLst>
                              <a:ext uri="{FF2B5EF4-FFF2-40B4-BE49-F238E27FC236}">
                                <a16:creationId xmlns:a16="http://schemas.microsoft.com/office/drawing/2014/main" id="{AC33EE96-5CE7-8864-52FC-DEF59C9815B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4324" t="3452" r="32405" b="87421"/>
                          <a:stretch>
                            <a:fillRect/>
                          </a:stretch>
                        </pic:blipFill>
                        <pic:spPr bwMode="auto">
                          <a:xfrm>
                            <a:off x="0" y="0"/>
                            <a:ext cx="463550" cy="3238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5F3BD994"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Menggambarkan</w:t>
            </w:r>
            <w:proofErr w:type="spellEnd"/>
            <w:r w:rsidRPr="004F419D">
              <w:rPr>
                <w:rFonts w:eastAsia="Times New Roman" w:cs="Times New Roman"/>
                <w:color w:val="000000"/>
                <w:sz w:val="22"/>
                <w:lang w:eastAsia="zh-CN"/>
              </w:rPr>
              <w:t xml:space="preserve"> proses input yang </w:t>
            </w:r>
            <w:proofErr w:type="spellStart"/>
            <w:r w:rsidRPr="004F419D">
              <w:rPr>
                <w:rFonts w:eastAsia="Times New Roman" w:cs="Times New Roman"/>
                <w:color w:val="000000"/>
                <w:sz w:val="22"/>
                <w:lang w:eastAsia="zh-CN"/>
              </w:rPr>
              <w:t>dilakukan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secara</w:t>
            </w:r>
            <w:proofErr w:type="spellEnd"/>
            <w:r w:rsidRPr="004F419D">
              <w:rPr>
                <w:rFonts w:eastAsia="Times New Roman" w:cs="Times New Roman"/>
                <w:color w:val="000000"/>
                <w:sz w:val="22"/>
                <w:lang w:eastAsia="zh-CN"/>
              </w:rPr>
              <w:t xml:space="preserve"> manual, </w:t>
            </w:r>
            <w:proofErr w:type="spellStart"/>
            <w:r w:rsidRPr="004F419D">
              <w:rPr>
                <w:rFonts w:eastAsia="Times New Roman" w:cs="Times New Roman"/>
                <w:color w:val="000000"/>
                <w:sz w:val="22"/>
                <w:lang w:eastAsia="zh-CN"/>
              </w:rPr>
              <w:t>seperti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melalui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papan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ketik</w:t>
            </w:r>
            <w:proofErr w:type="spellEnd"/>
            <w:r w:rsidRPr="004F419D">
              <w:rPr>
                <w:rFonts w:eastAsia="Times New Roman" w:cs="Times New Roman"/>
                <w:color w:val="000000"/>
                <w:sz w:val="22"/>
                <w:lang w:eastAsia="zh-CN"/>
              </w:rPr>
              <w:t>.</w:t>
            </w:r>
          </w:p>
        </w:tc>
      </w:tr>
      <w:tr w:rsidR="00997052" w:rsidRPr="004F419D" w14:paraId="6239B387" w14:textId="77777777" w:rsidTr="00302053">
        <w:trPr>
          <w:trHeight w:val="840"/>
        </w:trPr>
        <w:tc>
          <w:tcPr>
            <w:tcW w:w="1843" w:type="dxa"/>
            <w:tcBorders>
              <w:top w:val="nil"/>
              <w:left w:val="single" w:sz="4" w:space="0" w:color="auto"/>
              <w:bottom w:val="single" w:sz="4" w:space="0" w:color="auto"/>
              <w:right w:val="single" w:sz="4" w:space="0" w:color="auto"/>
            </w:tcBorders>
            <w:vAlign w:val="center"/>
            <w:hideMark/>
          </w:tcPr>
          <w:p w14:paraId="0AB482F6"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Persiapan</w:t>
            </w:r>
            <w:proofErr w:type="spellEnd"/>
            <w:r w:rsidRPr="004F419D">
              <w:rPr>
                <w:rFonts w:eastAsia="Times New Roman" w:cs="Times New Roman"/>
                <w:color w:val="000000"/>
                <w:sz w:val="22"/>
                <w:lang w:eastAsia="zh-CN"/>
              </w:rPr>
              <w:t xml:space="preserve"> (Preparation)</w:t>
            </w:r>
          </w:p>
        </w:tc>
        <w:tc>
          <w:tcPr>
            <w:tcW w:w="1800" w:type="dxa"/>
            <w:tcBorders>
              <w:top w:val="nil"/>
              <w:left w:val="nil"/>
              <w:bottom w:val="single" w:sz="4" w:space="0" w:color="auto"/>
              <w:right w:val="single" w:sz="4" w:space="0" w:color="auto"/>
            </w:tcBorders>
            <w:noWrap/>
            <w:vAlign w:val="center"/>
            <w:hideMark/>
          </w:tcPr>
          <w:p w14:paraId="4A10C8BF" w14:textId="5615BD7E"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33152" behindDoc="0" locked="0" layoutInCell="1" allowOverlap="1" wp14:anchorId="7E7F3A88" wp14:editId="0B9A7AFE">
                  <wp:simplePos x="0" y="0"/>
                  <wp:positionH relativeFrom="column">
                    <wp:posOffset>158750</wp:posOffset>
                  </wp:positionH>
                  <wp:positionV relativeFrom="paragraph">
                    <wp:posOffset>88265</wp:posOffset>
                  </wp:positionV>
                  <wp:extent cx="702945" cy="279400"/>
                  <wp:effectExtent l="0" t="0" r="1905" b="6350"/>
                  <wp:wrapNone/>
                  <wp:docPr id="4" name="Picture 6">
                    <a:extLst xmlns:a="http://schemas.openxmlformats.org/drawingml/2006/main">
                      <a:ext uri="{FF2B5EF4-FFF2-40B4-BE49-F238E27FC236}">
                        <a16:creationId xmlns:a16="http://schemas.microsoft.com/office/drawing/2014/main" id="{D2DB8E9E-EE6B-078F-D87C-C9A7C0887C4E}"/>
                      </a:ext>
                    </a:extLst>
                  </wp:docPr>
                  <wp:cNvGraphicFramePr/>
                  <a:graphic xmlns:a="http://schemas.openxmlformats.org/drawingml/2006/main">
                    <a:graphicData uri="http://schemas.openxmlformats.org/drawingml/2006/picture">
                      <pic:pic xmlns:pic="http://schemas.openxmlformats.org/drawingml/2006/picture">
                        <pic:nvPicPr>
                          <pic:cNvPr id="4" name="Picture 22">
                            <a:extLst>
                              <a:ext uri="{FF2B5EF4-FFF2-40B4-BE49-F238E27FC236}">
                                <a16:creationId xmlns:a16="http://schemas.microsoft.com/office/drawing/2014/main" id="{D2DB8E9E-EE6B-078F-D87C-C9A7C0887C4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2251" t="14203" r="33447" b="74838"/>
                          <a:stretch>
                            <a:fillRect/>
                          </a:stretch>
                        </pic:blipFill>
                        <pic:spPr bwMode="auto">
                          <a:xfrm>
                            <a:off x="0" y="0"/>
                            <a:ext cx="702945" cy="279400"/>
                          </a:xfrm>
                          <a:prstGeom prst="rect">
                            <a:avLst/>
                          </a:prstGeom>
                          <a:noFill/>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00F215C4"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Digunakan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untuk</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menggambarkan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langkah</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persiapan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sebelum</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pengolahan</w:t>
            </w:r>
            <w:proofErr w:type="spellEnd"/>
            <w:r w:rsidRPr="004F419D">
              <w:rPr>
                <w:rFonts w:eastAsia="Times New Roman" w:cs="Times New Roman"/>
                <w:color w:val="000000"/>
                <w:sz w:val="22"/>
                <w:lang w:eastAsia="zh-CN"/>
              </w:rPr>
              <w:t xml:space="preserve"> data.</w:t>
            </w:r>
          </w:p>
        </w:tc>
      </w:tr>
      <w:tr w:rsidR="00997052" w:rsidRPr="004F419D" w14:paraId="004E9C4A" w14:textId="77777777" w:rsidTr="00302053">
        <w:trPr>
          <w:trHeight w:val="630"/>
        </w:trPr>
        <w:tc>
          <w:tcPr>
            <w:tcW w:w="1843" w:type="dxa"/>
            <w:tcBorders>
              <w:top w:val="single" w:sz="4" w:space="0" w:color="auto"/>
              <w:left w:val="single" w:sz="4" w:space="0" w:color="auto"/>
              <w:bottom w:val="single" w:sz="4" w:space="0" w:color="auto"/>
              <w:right w:val="single" w:sz="4" w:space="0" w:color="auto"/>
            </w:tcBorders>
            <w:vAlign w:val="center"/>
            <w:hideMark/>
          </w:tcPr>
          <w:p w14:paraId="5AA92C24"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Sub-Proses (Predefined Process)</w:t>
            </w:r>
          </w:p>
        </w:tc>
        <w:tc>
          <w:tcPr>
            <w:tcW w:w="1800" w:type="dxa"/>
            <w:tcBorders>
              <w:top w:val="single" w:sz="4" w:space="0" w:color="auto"/>
              <w:left w:val="nil"/>
              <w:bottom w:val="single" w:sz="4" w:space="0" w:color="auto"/>
              <w:right w:val="single" w:sz="4" w:space="0" w:color="auto"/>
            </w:tcBorders>
            <w:noWrap/>
            <w:vAlign w:val="center"/>
            <w:hideMark/>
          </w:tcPr>
          <w:p w14:paraId="270F4E2D" w14:textId="43114D86"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28032" behindDoc="0" locked="0" layoutInCell="1" allowOverlap="1" wp14:anchorId="71F56F7C" wp14:editId="1E85BC6E">
                  <wp:simplePos x="0" y="0"/>
                  <wp:positionH relativeFrom="column">
                    <wp:posOffset>126365</wp:posOffset>
                  </wp:positionH>
                  <wp:positionV relativeFrom="paragraph">
                    <wp:posOffset>45085</wp:posOffset>
                  </wp:positionV>
                  <wp:extent cx="650240" cy="139700"/>
                  <wp:effectExtent l="0" t="0" r="0" b="0"/>
                  <wp:wrapNone/>
                  <wp:docPr id="3" name="Picture 5">
                    <a:extLst xmlns:a="http://schemas.openxmlformats.org/drawingml/2006/main">
                      <a:ext uri="{FF2B5EF4-FFF2-40B4-BE49-F238E27FC236}">
                        <a16:creationId xmlns:a16="http://schemas.microsoft.com/office/drawing/2014/main" id="{31F9E34B-3541-4522-D848-8ED75869F9F6}"/>
                      </a:ext>
                    </a:extLst>
                  </wp:docPr>
                  <wp:cNvGraphicFramePr/>
                  <a:graphic xmlns:a="http://schemas.openxmlformats.org/drawingml/2006/main">
                    <a:graphicData uri="http://schemas.openxmlformats.org/drawingml/2006/picture">
                      <pic:pic xmlns:pic="http://schemas.openxmlformats.org/drawingml/2006/picture">
                        <pic:nvPicPr>
                          <pic:cNvPr id="3" name="Picture 21">
                            <a:extLst>
                              <a:ext uri="{FF2B5EF4-FFF2-40B4-BE49-F238E27FC236}">
                                <a16:creationId xmlns:a16="http://schemas.microsoft.com/office/drawing/2014/main" id="{31F9E34B-3541-4522-D848-8ED75869F9F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3844" t="27901" r="33020" b="63853"/>
                          <a:stretch>
                            <a:fillRect/>
                          </a:stretch>
                        </pic:blipFill>
                        <pic:spPr bwMode="auto">
                          <a:xfrm>
                            <a:off x="0" y="0"/>
                            <a:ext cx="650240" cy="139700"/>
                          </a:xfrm>
                          <a:prstGeom prst="rect">
                            <a:avLst/>
                          </a:prstGeom>
                          <a:noFill/>
                        </pic:spPr>
                      </pic:pic>
                    </a:graphicData>
                  </a:graphic>
                  <wp14:sizeRelH relativeFrom="page">
                    <wp14:pctWidth>0</wp14:pctWidth>
                  </wp14:sizeRelH>
                  <wp14:sizeRelV relativeFrom="page">
                    <wp14:pctHeight>0</wp14:pctHeight>
                  </wp14:sizeRelV>
                </wp:anchor>
              </w:drawing>
            </w:r>
          </w:p>
        </w:tc>
        <w:tc>
          <w:tcPr>
            <w:tcW w:w="4822" w:type="dxa"/>
            <w:tcBorders>
              <w:top w:val="single" w:sz="4" w:space="0" w:color="auto"/>
              <w:left w:val="nil"/>
              <w:bottom w:val="single" w:sz="4" w:space="0" w:color="auto"/>
              <w:right w:val="single" w:sz="4" w:space="0" w:color="auto"/>
            </w:tcBorders>
            <w:vAlign w:val="center"/>
            <w:hideMark/>
          </w:tcPr>
          <w:p w14:paraId="1136D9CF"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Menandakan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adanya</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bagian</w:t>
            </w:r>
            <w:proofErr w:type="spellEnd"/>
            <w:r w:rsidRPr="004F419D">
              <w:rPr>
                <w:rFonts w:eastAsia="Times New Roman" w:cs="Times New Roman"/>
                <w:color w:val="000000"/>
                <w:sz w:val="22"/>
                <w:lang w:eastAsia="zh-CN"/>
              </w:rPr>
              <w:t xml:space="preserve"> proses </w:t>
            </w:r>
            <w:proofErr w:type="spellStart"/>
            <w:r w:rsidRPr="004F419D">
              <w:rPr>
                <w:rFonts w:eastAsia="Times New Roman" w:cs="Times New Roman"/>
                <w:color w:val="000000"/>
                <w:sz w:val="22"/>
                <w:lang w:eastAsia="zh-CN"/>
              </w:rPr>
              <w:t>terpisah</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seperti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prosedur</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subprogram.</w:t>
            </w:r>
          </w:p>
        </w:tc>
      </w:tr>
      <w:tr w:rsidR="00997052" w:rsidRPr="004F419D" w14:paraId="4E42880F"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62CE7E4D"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Tampilan</w:t>
            </w:r>
            <w:proofErr w:type="spellEnd"/>
            <w:r w:rsidRPr="004F419D">
              <w:rPr>
                <w:rFonts w:eastAsia="Times New Roman" w:cs="Times New Roman"/>
                <w:color w:val="000000"/>
                <w:sz w:val="22"/>
                <w:lang w:eastAsia="zh-CN"/>
              </w:rPr>
              <w:t xml:space="preserve"> (Display)</w:t>
            </w:r>
          </w:p>
        </w:tc>
        <w:tc>
          <w:tcPr>
            <w:tcW w:w="1800" w:type="dxa"/>
            <w:tcBorders>
              <w:top w:val="nil"/>
              <w:left w:val="nil"/>
              <w:bottom w:val="single" w:sz="4" w:space="0" w:color="auto"/>
              <w:right w:val="single" w:sz="4" w:space="0" w:color="auto"/>
            </w:tcBorders>
            <w:noWrap/>
            <w:vAlign w:val="center"/>
            <w:hideMark/>
          </w:tcPr>
          <w:p w14:paraId="26D02B63" w14:textId="5F06F07F"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38272" behindDoc="0" locked="0" layoutInCell="1" allowOverlap="1" wp14:anchorId="6FC2E074" wp14:editId="406D0A23">
                  <wp:simplePos x="0" y="0"/>
                  <wp:positionH relativeFrom="column">
                    <wp:posOffset>72390</wp:posOffset>
                  </wp:positionH>
                  <wp:positionV relativeFrom="paragraph">
                    <wp:posOffset>-3175</wp:posOffset>
                  </wp:positionV>
                  <wp:extent cx="789305" cy="193040"/>
                  <wp:effectExtent l="0" t="0" r="0" b="0"/>
                  <wp:wrapNone/>
                  <wp:docPr id="5" name="Picture 5">
                    <a:extLst xmlns:a="http://schemas.openxmlformats.org/drawingml/2006/main">
                      <a:ext uri="{FF2B5EF4-FFF2-40B4-BE49-F238E27FC236}">
                        <a16:creationId xmlns:a16="http://schemas.microsoft.com/office/drawing/2014/main" id="{AEAEF6C6-8269-28E5-7A7B-C28D588FBB1D}"/>
                      </a:ext>
                    </a:extLst>
                  </wp:docPr>
                  <wp:cNvGraphicFramePr/>
                  <a:graphic xmlns:a="http://schemas.openxmlformats.org/drawingml/2006/main">
                    <a:graphicData uri="http://schemas.openxmlformats.org/drawingml/2006/picture">
                      <pic:pic xmlns:pic="http://schemas.openxmlformats.org/drawingml/2006/picture">
                        <pic:nvPicPr>
                          <pic:cNvPr id="5" name="Picture 20">
                            <a:extLst>
                              <a:ext uri="{FF2B5EF4-FFF2-40B4-BE49-F238E27FC236}">
                                <a16:creationId xmlns:a16="http://schemas.microsoft.com/office/drawing/2014/main" id="{AEAEF6C6-8269-28E5-7A7B-C28D588FBB1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3494" t="38351" r="32019" b="50484"/>
                          <a:stretch>
                            <a:fillRect/>
                          </a:stretch>
                        </pic:blipFill>
                        <pic:spPr bwMode="auto">
                          <a:xfrm>
                            <a:off x="0" y="0"/>
                            <a:ext cx="789305" cy="193040"/>
                          </a:xfrm>
                          <a:prstGeom prst="rect">
                            <a:avLst/>
                          </a:prstGeom>
                          <a:noFill/>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1B1D4DE8"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Mewakili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perangkat</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keluaran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seperti</w:t>
            </w:r>
            <w:proofErr w:type="spellEnd"/>
            <w:r w:rsidRPr="004F419D">
              <w:rPr>
                <w:rFonts w:eastAsia="Times New Roman" w:cs="Times New Roman"/>
                <w:color w:val="000000"/>
                <w:sz w:val="22"/>
                <w:lang w:eastAsia="zh-CN"/>
              </w:rPr>
              <w:t xml:space="preserve"> monitor, plotter, dan </w:t>
            </w:r>
            <w:proofErr w:type="spellStart"/>
            <w:r w:rsidRPr="004F419D">
              <w:rPr>
                <w:rFonts w:eastAsia="Times New Roman" w:cs="Times New Roman"/>
                <w:color w:val="000000"/>
                <w:sz w:val="22"/>
                <w:lang w:eastAsia="zh-CN"/>
              </w:rPr>
              <w:t>sejenisnya</w:t>
            </w:r>
            <w:proofErr w:type="spellEnd"/>
            <w:r w:rsidRPr="004F419D">
              <w:rPr>
                <w:rFonts w:eastAsia="Times New Roman" w:cs="Times New Roman"/>
                <w:color w:val="000000"/>
                <w:sz w:val="22"/>
                <w:lang w:eastAsia="zh-CN"/>
              </w:rPr>
              <w:t>.</w:t>
            </w:r>
          </w:p>
        </w:tc>
      </w:tr>
      <w:tr w:rsidR="00997052" w:rsidRPr="004F419D" w14:paraId="76960ED6" w14:textId="77777777" w:rsidTr="00302053">
        <w:trPr>
          <w:trHeight w:val="840"/>
        </w:trPr>
        <w:tc>
          <w:tcPr>
            <w:tcW w:w="1843" w:type="dxa"/>
            <w:tcBorders>
              <w:top w:val="nil"/>
              <w:left w:val="single" w:sz="4" w:space="0" w:color="auto"/>
              <w:bottom w:val="single" w:sz="4" w:space="0" w:color="auto"/>
              <w:right w:val="single" w:sz="4" w:space="0" w:color="auto"/>
            </w:tcBorders>
            <w:vAlign w:val="center"/>
            <w:hideMark/>
          </w:tcPr>
          <w:p w14:paraId="696A8BED"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Penyimpanan</w:t>
            </w:r>
            <w:proofErr w:type="spellEnd"/>
            <w:r w:rsidRPr="004F419D">
              <w:rPr>
                <w:rFonts w:eastAsia="Times New Roman" w:cs="Times New Roman"/>
                <w:color w:val="000000"/>
                <w:sz w:val="22"/>
                <w:lang w:eastAsia="zh-CN"/>
              </w:rPr>
              <w:t xml:space="preserve"> Disk / Online</w:t>
            </w:r>
          </w:p>
        </w:tc>
        <w:tc>
          <w:tcPr>
            <w:tcW w:w="1800" w:type="dxa"/>
            <w:tcBorders>
              <w:top w:val="nil"/>
              <w:left w:val="nil"/>
              <w:bottom w:val="single" w:sz="4" w:space="0" w:color="auto"/>
              <w:right w:val="single" w:sz="4" w:space="0" w:color="auto"/>
            </w:tcBorders>
            <w:noWrap/>
            <w:vAlign w:val="center"/>
            <w:hideMark/>
          </w:tcPr>
          <w:p w14:paraId="3786F331" w14:textId="306929DA"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63872" behindDoc="0" locked="0" layoutInCell="1" allowOverlap="1" wp14:anchorId="2229BE73" wp14:editId="50E79541">
                  <wp:simplePos x="0" y="0"/>
                  <wp:positionH relativeFrom="column">
                    <wp:posOffset>40005</wp:posOffset>
                  </wp:positionH>
                  <wp:positionV relativeFrom="paragraph">
                    <wp:posOffset>54610</wp:posOffset>
                  </wp:positionV>
                  <wp:extent cx="899795" cy="254000"/>
                  <wp:effectExtent l="0" t="0" r="0" b="0"/>
                  <wp:wrapNone/>
                  <wp:docPr id="10" name="Picture 4">
                    <a:extLst xmlns:a="http://schemas.openxmlformats.org/drawingml/2006/main">
                      <a:ext uri="{FF2B5EF4-FFF2-40B4-BE49-F238E27FC236}">
                        <a16:creationId xmlns:a16="http://schemas.microsoft.com/office/drawing/2014/main" id="{66C24E9B-1279-32F0-DBBD-7DE8E08D776A}"/>
                      </a:ext>
                    </a:extLst>
                  </wp:docPr>
                  <wp:cNvGraphicFramePr/>
                  <a:graphic xmlns:a="http://schemas.openxmlformats.org/drawingml/2006/main">
                    <a:graphicData uri="http://schemas.openxmlformats.org/drawingml/2006/picture">
                      <pic:pic xmlns:pic="http://schemas.openxmlformats.org/drawingml/2006/picture">
                        <pic:nvPicPr>
                          <pic:cNvPr id="10" name="Picture 19">
                            <a:extLst>
                              <a:ext uri="{FF2B5EF4-FFF2-40B4-BE49-F238E27FC236}">
                                <a16:creationId xmlns:a16="http://schemas.microsoft.com/office/drawing/2014/main" id="{66C24E9B-1279-32F0-DBBD-7DE8E08D776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2251" t="51546" r="32611" b="39177"/>
                          <a:stretch>
                            <a:fillRect/>
                          </a:stretch>
                        </pic:blipFill>
                        <pic:spPr bwMode="auto">
                          <a:xfrm>
                            <a:off x="0" y="0"/>
                            <a:ext cx="899795" cy="254000"/>
                          </a:xfrm>
                          <a:prstGeom prst="rect">
                            <a:avLst/>
                          </a:prstGeom>
                          <a:noFill/>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4F2C6E73"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Menggambarkan</w:t>
            </w:r>
            <w:proofErr w:type="spellEnd"/>
            <w:r w:rsidRPr="004F419D">
              <w:rPr>
                <w:rFonts w:eastAsia="Times New Roman" w:cs="Times New Roman"/>
                <w:color w:val="000000"/>
                <w:sz w:val="22"/>
                <w:lang w:eastAsia="zh-CN"/>
              </w:rPr>
              <w:t xml:space="preserve"> </w:t>
            </w:r>
            <w:proofErr w:type="gramStart"/>
            <w:r w:rsidRPr="004F419D">
              <w:rPr>
                <w:rFonts w:eastAsia="Times New Roman" w:cs="Times New Roman"/>
                <w:color w:val="000000"/>
                <w:sz w:val="22"/>
                <w:lang w:eastAsia="zh-CN"/>
              </w:rPr>
              <w:t>proses</w:t>
            </w:r>
            <w:proofErr w:type="gram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penyimpanan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pengambilan</w:t>
            </w:r>
            <w:proofErr w:type="spellEnd"/>
            <w:r w:rsidRPr="004F419D">
              <w:rPr>
                <w:rFonts w:eastAsia="Times New Roman" w:cs="Times New Roman"/>
                <w:color w:val="000000"/>
                <w:sz w:val="22"/>
                <w:lang w:eastAsia="zh-CN"/>
              </w:rPr>
              <w:t xml:space="preserve"> data </w:t>
            </w:r>
            <w:proofErr w:type="spellStart"/>
            <w:r w:rsidRPr="004F419D">
              <w:rPr>
                <w:rFonts w:eastAsia="Times New Roman" w:cs="Times New Roman"/>
                <w:color w:val="000000"/>
                <w:sz w:val="22"/>
                <w:lang w:eastAsia="zh-CN"/>
              </w:rPr>
              <w:t>dari</w:t>
            </w:r>
            <w:proofErr w:type="spellEnd"/>
            <w:r w:rsidRPr="004F419D">
              <w:rPr>
                <w:rFonts w:eastAsia="Times New Roman" w:cs="Times New Roman"/>
                <w:color w:val="000000"/>
                <w:sz w:val="22"/>
                <w:lang w:eastAsia="zh-CN"/>
              </w:rPr>
              <w:t xml:space="preserve"> media </w:t>
            </w:r>
            <w:proofErr w:type="spellStart"/>
            <w:r w:rsidRPr="004F419D">
              <w:rPr>
                <w:rFonts w:eastAsia="Times New Roman" w:cs="Times New Roman"/>
                <w:color w:val="000000"/>
                <w:sz w:val="22"/>
                <w:lang w:eastAsia="zh-CN"/>
              </w:rPr>
              <w:t>penyimpanan</w:t>
            </w:r>
            <w:proofErr w:type="spellEnd"/>
            <w:r w:rsidRPr="004F419D">
              <w:rPr>
                <w:rFonts w:eastAsia="Times New Roman" w:cs="Times New Roman"/>
                <w:color w:val="000000"/>
                <w:sz w:val="22"/>
                <w:lang w:eastAsia="zh-CN"/>
              </w:rPr>
              <w:t xml:space="preserve"> digital.</w:t>
            </w:r>
          </w:p>
        </w:tc>
      </w:tr>
      <w:tr w:rsidR="00997052" w:rsidRPr="004F419D" w14:paraId="6D8DD364" w14:textId="77777777" w:rsidTr="00302053">
        <w:trPr>
          <w:trHeight w:val="420"/>
        </w:trPr>
        <w:tc>
          <w:tcPr>
            <w:tcW w:w="1843" w:type="dxa"/>
            <w:tcBorders>
              <w:top w:val="nil"/>
              <w:left w:val="single" w:sz="4" w:space="0" w:color="auto"/>
              <w:bottom w:val="single" w:sz="4" w:space="0" w:color="auto"/>
              <w:right w:val="single" w:sz="4" w:space="0" w:color="auto"/>
            </w:tcBorders>
            <w:vAlign w:val="center"/>
            <w:hideMark/>
          </w:tcPr>
          <w:p w14:paraId="75C41882"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Pita </w:t>
            </w:r>
            <w:proofErr w:type="spellStart"/>
            <w:r w:rsidRPr="004F419D">
              <w:rPr>
                <w:rFonts w:eastAsia="Times New Roman" w:cs="Times New Roman"/>
                <w:color w:val="000000"/>
                <w:sz w:val="22"/>
                <w:lang w:eastAsia="zh-CN"/>
              </w:rPr>
              <w:t>Magnetik</w:t>
            </w:r>
            <w:proofErr w:type="spellEnd"/>
            <w:r w:rsidRPr="004F419D">
              <w:rPr>
                <w:rFonts w:eastAsia="Times New Roman" w:cs="Times New Roman"/>
                <w:color w:val="000000"/>
                <w:sz w:val="22"/>
                <w:lang w:eastAsia="zh-CN"/>
              </w:rPr>
              <w:t xml:space="preserve"> (Magnetic Tape)</w:t>
            </w:r>
          </w:p>
        </w:tc>
        <w:tc>
          <w:tcPr>
            <w:tcW w:w="1800" w:type="dxa"/>
            <w:tcBorders>
              <w:top w:val="nil"/>
              <w:left w:val="nil"/>
              <w:bottom w:val="single" w:sz="4" w:space="0" w:color="auto"/>
              <w:right w:val="single" w:sz="4" w:space="0" w:color="auto"/>
            </w:tcBorders>
            <w:noWrap/>
            <w:vAlign w:val="center"/>
            <w:hideMark/>
          </w:tcPr>
          <w:p w14:paraId="7EED1B4C" w14:textId="06FBC8A3"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99712" behindDoc="0" locked="0" layoutInCell="1" allowOverlap="1" wp14:anchorId="367C0271" wp14:editId="57DCBC3A">
                  <wp:simplePos x="0" y="0"/>
                  <wp:positionH relativeFrom="column">
                    <wp:posOffset>317500</wp:posOffset>
                  </wp:positionH>
                  <wp:positionV relativeFrom="paragraph">
                    <wp:posOffset>19050</wp:posOffset>
                  </wp:positionV>
                  <wp:extent cx="431800" cy="247650"/>
                  <wp:effectExtent l="0" t="0" r="0" b="0"/>
                  <wp:wrapNone/>
                  <wp:docPr id="17" name="Picture 3">
                    <a:extLst xmlns:a="http://schemas.openxmlformats.org/drawingml/2006/main">
                      <a:ext uri="{FF2B5EF4-FFF2-40B4-BE49-F238E27FC236}">
                        <a16:creationId xmlns:a16="http://schemas.microsoft.com/office/drawing/2014/main" id="{AFDC83A8-A435-2B18-14A3-71D54C85A384}"/>
                      </a:ext>
                    </a:extLst>
                  </wp:docPr>
                  <wp:cNvGraphicFramePr/>
                  <a:graphic xmlns:a="http://schemas.openxmlformats.org/drawingml/2006/main">
                    <a:graphicData uri="http://schemas.openxmlformats.org/drawingml/2006/picture">
                      <pic:pic xmlns:pic="http://schemas.openxmlformats.org/drawingml/2006/picture">
                        <pic:nvPicPr>
                          <pic:cNvPr id="17" name="Picture 18">
                            <a:extLst>
                              <a:ext uri="{FF2B5EF4-FFF2-40B4-BE49-F238E27FC236}">
                                <a16:creationId xmlns:a16="http://schemas.microsoft.com/office/drawing/2014/main" id="{AFDC83A8-A435-2B18-14A3-71D54C85A38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3703" t="63522" r="33797" b="26952"/>
                          <a:stretch>
                            <a:fillRect/>
                          </a:stretch>
                        </pic:blipFill>
                        <pic:spPr bwMode="auto">
                          <a:xfrm>
                            <a:off x="0" y="0"/>
                            <a:ext cx="431800" cy="3492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693D3E59"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Digunakan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untuk</w:t>
            </w:r>
            <w:proofErr w:type="spellEnd"/>
            <w:r w:rsidRPr="004F419D">
              <w:rPr>
                <w:rFonts w:eastAsia="Times New Roman" w:cs="Times New Roman"/>
                <w:color w:val="000000"/>
                <w:sz w:val="22"/>
                <w:lang w:eastAsia="zh-CN"/>
              </w:rPr>
              <w:t xml:space="preserve"> input/output data </w:t>
            </w:r>
            <w:proofErr w:type="spellStart"/>
            <w:r w:rsidRPr="004F419D">
              <w:rPr>
                <w:rFonts w:eastAsia="Times New Roman" w:cs="Times New Roman"/>
                <w:color w:val="000000"/>
                <w:sz w:val="22"/>
                <w:lang w:eastAsia="zh-CN"/>
              </w:rPr>
              <w:t>melalui</w:t>
            </w:r>
            <w:proofErr w:type="spellEnd"/>
            <w:r w:rsidRPr="004F419D">
              <w:rPr>
                <w:rFonts w:eastAsia="Times New Roman" w:cs="Times New Roman"/>
                <w:color w:val="000000"/>
                <w:sz w:val="22"/>
                <w:lang w:eastAsia="zh-CN"/>
              </w:rPr>
              <w:t xml:space="preserve"> pita </w:t>
            </w:r>
            <w:proofErr w:type="spellStart"/>
            <w:r w:rsidRPr="004F419D">
              <w:rPr>
                <w:rFonts w:eastAsia="Times New Roman" w:cs="Times New Roman"/>
                <w:color w:val="000000"/>
                <w:sz w:val="22"/>
                <w:lang w:eastAsia="zh-CN"/>
              </w:rPr>
              <w:t>magnetik</w:t>
            </w:r>
            <w:proofErr w:type="spellEnd"/>
            <w:r w:rsidRPr="004F419D">
              <w:rPr>
                <w:rFonts w:eastAsia="Times New Roman" w:cs="Times New Roman"/>
                <w:color w:val="000000"/>
                <w:sz w:val="22"/>
                <w:lang w:eastAsia="zh-CN"/>
              </w:rPr>
              <w:t>.</w:t>
            </w:r>
          </w:p>
        </w:tc>
      </w:tr>
      <w:tr w:rsidR="00997052" w:rsidRPr="004F419D" w14:paraId="29DCB666" w14:textId="77777777" w:rsidTr="00302053">
        <w:trPr>
          <w:trHeight w:val="630"/>
        </w:trPr>
        <w:tc>
          <w:tcPr>
            <w:tcW w:w="1843" w:type="dxa"/>
            <w:tcBorders>
              <w:top w:val="nil"/>
              <w:left w:val="single" w:sz="4" w:space="0" w:color="auto"/>
              <w:bottom w:val="single" w:sz="4" w:space="0" w:color="auto"/>
              <w:right w:val="single" w:sz="4" w:space="0" w:color="auto"/>
            </w:tcBorders>
            <w:vAlign w:val="center"/>
            <w:hideMark/>
          </w:tcPr>
          <w:p w14:paraId="74F39537"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Kartu Punched (Punch Card)</w:t>
            </w:r>
          </w:p>
        </w:tc>
        <w:tc>
          <w:tcPr>
            <w:tcW w:w="1800" w:type="dxa"/>
            <w:tcBorders>
              <w:top w:val="nil"/>
              <w:left w:val="nil"/>
              <w:bottom w:val="single" w:sz="4" w:space="0" w:color="auto"/>
              <w:right w:val="single" w:sz="4" w:space="0" w:color="auto"/>
            </w:tcBorders>
            <w:noWrap/>
            <w:vAlign w:val="center"/>
            <w:hideMark/>
          </w:tcPr>
          <w:p w14:paraId="3FB062C8" w14:textId="2AFFCA91"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89472" behindDoc="0" locked="0" layoutInCell="1" allowOverlap="1" wp14:anchorId="4E767986" wp14:editId="42EF92A2">
                  <wp:simplePos x="0" y="0"/>
                  <wp:positionH relativeFrom="column">
                    <wp:posOffset>323850</wp:posOffset>
                  </wp:positionH>
                  <wp:positionV relativeFrom="paragraph">
                    <wp:posOffset>107950</wp:posOffset>
                  </wp:positionV>
                  <wp:extent cx="368300" cy="228600"/>
                  <wp:effectExtent l="0" t="0" r="0" b="0"/>
                  <wp:wrapNone/>
                  <wp:docPr id="15" name="Picture 2">
                    <a:extLst xmlns:a="http://schemas.openxmlformats.org/drawingml/2006/main">
                      <a:ext uri="{FF2B5EF4-FFF2-40B4-BE49-F238E27FC236}">
                        <a16:creationId xmlns:a16="http://schemas.microsoft.com/office/drawing/2014/main" id="{58EB8456-6804-7CCD-D091-1503590ED4D3}"/>
                      </a:ext>
                    </a:extLst>
                  </wp:docPr>
                  <wp:cNvGraphicFramePr/>
                  <a:graphic xmlns:a="http://schemas.openxmlformats.org/drawingml/2006/main">
                    <a:graphicData uri="http://schemas.openxmlformats.org/drawingml/2006/picture">
                      <pic:pic xmlns:pic="http://schemas.openxmlformats.org/drawingml/2006/picture">
                        <pic:nvPicPr>
                          <pic:cNvPr id="15" name="Picture 17">
                            <a:extLst>
                              <a:ext uri="{FF2B5EF4-FFF2-40B4-BE49-F238E27FC236}">
                                <a16:creationId xmlns:a16="http://schemas.microsoft.com/office/drawing/2014/main" id="{58EB8456-6804-7CCD-D091-1503590ED4D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4352" t="76872" r="33353" b="15034"/>
                          <a:stretch>
                            <a:fillRect/>
                          </a:stretch>
                        </pic:blipFill>
                        <pic:spPr bwMode="auto">
                          <a:xfrm>
                            <a:off x="0" y="0"/>
                            <a:ext cx="368300" cy="228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6CCA599C"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Melambangkan</w:t>
            </w:r>
            <w:proofErr w:type="spellEnd"/>
            <w:r w:rsidRPr="004F419D">
              <w:rPr>
                <w:rFonts w:eastAsia="Times New Roman" w:cs="Times New Roman"/>
                <w:color w:val="000000"/>
                <w:sz w:val="22"/>
                <w:lang w:eastAsia="zh-CN"/>
              </w:rPr>
              <w:t xml:space="preserve"> input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output yang </w:t>
            </w:r>
            <w:proofErr w:type="spellStart"/>
            <w:r w:rsidRPr="004F419D">
              <w:rPr>
                <w:rFonts w:eastAsia="Times New Roman" w:cs="Times New Roman"/>
                <w:color w:val="000000"/>
                <w:sz w:val="22"/>
                <w:lang w:eastAsia="zh-CN"/>
              </w:rPr>
              <w:t>berbasis</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kartu</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berlubang</w:t>
            </w:r>
            <w:proofErr w:type="spellEnd"/>
            <w:r w:rsidRPr="004F419D">
              <w:rPr>
                <w:rFonts w:eastAsia="Times New Roman" w:cs="Times New Roman"/>
                <w:color w:val="000000"/>
                <w:sz w:val="22"/>
                <w:lang w:eastAsia="zh-CN"/>
              </w:rPr>
              <w:t>.</w:t>
            </w:r>
          </w:p>
        </w:tc>
      </w:tr>
      <w:tr w:rsidR="00997052" w:rsidRPr="004F419D" w14:paraId="7BB06E8F" w14:textId="77777777" w:rsidTr="00302053">
        <w:trPr>
          <w:trHeight w:val="420"/>
        </w:trPr>
        <w:tc>
          <w:tcPr>
            <w:tcW w:w="1843" w:type="dxa"/>
            <w:tcBorders>
              <w:top w:val="nil"/>
              <w:left w:val="single" w:sz="4" w:space="0" w:color="auto"/>
              <w:bottom w:val="single" w:sz="4" w:space="0" w:color="auto"/>
              <w:right w:val="single" w:sz="4" w:space="0" w:color="auto"/>
            </w:tcBorders>
            <w:vAlign w:val="center"/>
            <w:hideMark/>
          </w:tcPr>
          <w:p w14:paraId="134E434B" w14:textId="77777777" w:rsidR="00997052" w:rsidRPr="004F419D" w:rsidRDefault="00997052" w:rsidP="004F419D">
            <w:pPr>
              <w:spacing w:after="0" w:line="240" w:lineRule="auto"/>
              <w:ind w:firstLineChars="100" w:firstLine="220"/>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Simbol</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Dokumen</w:t>
            </w:r>
            <w:proofErr w:type="spellEnd"/>
          </w:p>
        </w:tc>
        <w:tc>
          <w:tcPr>
            <w:tcW w:w="1800" w:type="dxa"/>
            <w:tcBorders>
              <w:top w:val="nil"/>
              <w:left w:val="nil"/>
              <w:bottom w:val="single" w:sz="4" w:space="0" w:color="auto"/>
              <w:right w:val="single" w:sz="4" w:space="0" w:color="auto"/>
            </w:tcBorders>
            <w:noWrap/>
            <w:vAlign w:val="center"/>
            <w:hideMark/>
          </w:tcPr>
          <w:p w14:paraId="3C785EBA" w14:textId="67FE8DC1" w:rsidR="00997052" w:rsidRPr="004F419D" w:rsidRDefault="00997052" w:rsidP="004F419D">
            <w:pPr>
              <w:spacing w:after="0" w:line="240" w:lineRule="auto"/>
              <w:jc w:val="center"/>
              <w:rPr>
                <w:rFonts w:eastAsia="Times New Roman" w:cs="Times New Roman"/>
                <w:color w:val="000000"/>
                <w:sz w:val="22"/>
                <w:lang w:eastAsia="zh-CN"/>
              </w:rPr>
            </w:pPr>
            <w:r w:rsidRPr="004F419D">
              <w:rPr>
                <w:rFonts w:eastAsia="Times New Roman" w:cs="Times New Roman"/>
                <w:noProof/>
                <w:color w:val="000000"/>
                <w:sz w:val="22"/>
                <w:lang w:eastAsia="zh-CN"/>
              </w:rPr>
              <w:drawing>
                <wp:anchor distT="0" distB="0" distL="114300" distR="114300" simplePos="0" relativeHeight="251694592" behindDoc="0" locked="0" layoutInCell="1" allowOverlap="1" wp14:anchorId="3220E6AB" wp14:editId="7BD93BEC">
                  <wp:simplePos x="0" y="0"/>
                  <wp:positionH relativeFrom="column">
                    <wp:posOffset>38100</wp:posOffset>
                  </wp:positionH>
                  <wp:positionV relativeFrom="paragraph">
                    <wp:posOffset>63500</wp:posOffset>
                  </wp:positionV>
                  <wp:extent cx="1009650" cy="177800"/>
                  <wp:effectExtent l="0" t="0" r="0" b="0"/>
                  <wp:wrapNone/>
                  <wp:docPr id="16" name="Picture 1">
                    <a:extLst xmlns:a="http://schemas.openxmlformats.org/drawingml/2006/main">
                      <a:ext uri="{FF2B5EF4-FFF2-40B4-BE49-F238E27FC236}">
                        <a16:creationId xmlns:a16="http://schemas.microsoft.com/office/drawing/2014/main" id="{4BD62002-E306-8F5A-8A9B-F50BC66EF1C1}"/>
                      </a:ext>
                    </a:extLst>
                  </wp:docPr>
                  <wp:cNvGraphicFramePr/>
                  <a:graphic xmlns:a="http://schemas.openxmlformats.org/drawingml/2006/main">
                    <a:graphicData uri="http://schemas.openxmlformats.org/drawingml/2006/picture">
                      <pic:pic xmlns:pic="http://schemas.openxmlformats.org/drawingml/2006/picture">
                        <pic:nvPicPr>
                          <pic:cNvPr id="16" name="Picture 16">
                            <a:extLst>
                              <a:ext uri="{FF2B5EF4-FFF2-40B4-BE49-F238E27FC236}">
                                <a16:creationId xmlns:a16="http://schemas.microsoft.com/office/drawing/2014/main" id="{4BD62002-E306-8F5A-8A9B-F50BC66EF1C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53288" t="88695" r="32797" b="2364"/>
                          <a:stretch>
                            <a:fillRect/>
                          </a:stretch>
                        </pic:blipFill>
                        <pic:spPr bwMode="auto">
                          <a:xfrm>
                            <a:off x="0" y="0"/>
                            <a:ext cx="1009650" cy="1778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4822" w:type="dxa"/>
            <w:tcBorders>
              <w:top w:val="nil"/>
              <w:left w:val="nil"/>
              <w:bottom w:val="single" w:sz="4" w:space="0" w:color="auto"/>
              <w:right w:val="single" w:sz="4" w:space="0" w:color="auto"/>
            </w:tcBorders>
            <w:vAlign w:val="center"/>
            <w:hideMark/>
          </w:tcPr>
          <w:p w14:paraId="70D6CE2C" w14:textId="77777777" w:rsidR="00997052" w:rsidRPr="004F419D" w:rsidRDefault="00997052" w:rsidP="004F419D">
            <w:pPr>
              <w:spacing w:after="0" w:line="240" w:lineRule="auto"/>
              <w:jc w:val="center"/>
              <w:rPr>
                <w:rFonts w:eastAsia="Times New Roman" w:cs="Times New Roman"/>
                <w:color w:val="000000"/>
                <w:sz w:val="22"/>
                <w:lang w:eastAsia="zh-CN"/>
              </w:rPr>
            </w:pPr>
            <w:proofErr w:type="spellStart"/>
            <w:r w:rsidRPr="004F419D">
              <w:rPr>
                <w:rFonts w:eastAsia="Times New Roman" w:cs="Times New Roman"/>
                <w:color w:val="000000"/>
                <w:sz w:val="22"/>
                <w:lang w:eastAsia="zh-CN"/>
              </w:rPr>
              <w:t>Mewakili</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dokumen</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fisik</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atau</w:t>
            </w:r>
            <w:proofErr w:type="spellEnd"/>
            <w:r w:rsidRPr="004F419D">
              <w:rPr>
                <w:rFonts w:eastAsia="Times New Roman" w:cs="Times New Roman"/>
                <w:color w:val="000000"/>
                <w:sz w:val="22"/>
                <w:lang w:eastAsia="zh-CN"/>
              </w:rPr>
              <w:t xml:space="preserve"> output </w:t>
            </w:r>
            <w:proofErr w:type="spellStart"/>
            <w:r w:rsidRPr="004F419D">
              <w:rPr>
                <w:rFonts w:eastAsia="Times New Roman" w:cs="Times New Roman"/>
                <w:color w:val="000000"/>
                <w:sz w:val="22"/>
                <w:lang w:eastAsia="zh-CN"/>
              </w:rPr>
              <w:t>dalam</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bentuk</w:t>
            </w:r>
            <w:proofErr w:type="spellEnd"/>
            <w:r w:rsidRPr="004F419D">
              <w:rPr>
                <w:rFonts w:eastAsia="Times New Roman" w:cs="Times New Roman"/>
                <w:color w:val="000000"/>
                <w:sz w:val="22"/>
                <w:lang w:eastAsia="zh-CN"/>
              </w:rPr>
              <w:t xml:space="preserve"> </w:t>
            </w:r>
            <w:proofErr w:type="spellStart"/>
            <w:r w:rsidRPr="004F419D">
              <w:rPr>
                <w:rFonts w:eastAsia="Times New Roman" w:cs="Times New Roman"/>
                <w:color w:val="000000"/>
                <w:sz w:val="22"/>
                <w:lang w:eastAsia="zh-CN"/>
              </w:rPr>
              <w:t>cetak</w:t>
            </w:r>
            <w:proofErr w:type="spellEnd"/>
            <w:r w:rsidRPr="004F419D">
              <w:rPr>
                <w:rFonts w:eastAsia="Times New Roman" w:cs="Times New Roman"/>
                <w:color w:val="000000"/>
                <w:sz w:val="22"/>
                <w:lang w:eastAsia="zh-CN"/>
              </w:rPr>
              <w:t>.</w:t>
            </w:r>
          </w:p>
        </w:tc>
      </w:tr>
    </w:tbl>
    <w:p w14:paraId="0FE3FDA1" w14:textId="226BDE68" w:rsidR="00806AF1" w:rsidRPr="00387AD0" w:rsidRDefault="00806AF1" w:rsidP="00D70A29">
      <w:pPr>
        <w:widowControl w:val="0"/>
        <w:autoSpaceDE w:val="0"/>
        <w:autoSpaceDN w:val="0"/>
        <w:spacing w:after="0" w:line="360" w:lineRule="auto"/>
        <w:ind w:right="51"/>
        <w:rPr>
          <w:rFonts w:eastAsia="Times New Roman" w:cs="Times New Roman"/>
          <w:szCs w:val="24"/>
        </w:rPr>
        <w:sectPr w:rsidR="00806AF1" w:rsidRPr="00387AD0" w:rsidSect="0021130E">
          <w:pgSz w:w="11906" w:h="16838" w:code="9"/>
          <w:pgMar w:top="1701" w:right="1701" w:bottom="1701" w:left="2268" w:header="720" w:footer="720" w:gutter="0"/>
          <w:cols w:space="720"/>
          <w:docGrid w:linePitch="360"/>
        </w:sectPr>
      </w:pPr>
    </w:p>
    <w:p w14:paraId="21162B05" w14:textId="1BE6F46D" w:rsidR="004500A0" w:rsidRPr="00387AD0" w:rsidRDefault="007C71F5" w:rsidP="00302053">
      <w:pPr>
        <w:pStyle w:val="Heading2"/>
        <w:numPr>
          <w:ilvl w:val="0"/>
          <w:numId w:val="25"/>
        </w:numPr>
        <w:spacing w:after="240" w:line="360" w:lineRule="auto"/>
        <w:ind w:left="0" w:firstLine="0"/>
        <w:rPr>
          <w:rFonts w:cs="Times New Roman"/>
          <w:szCs w:val="24"/>
          <w:lang w:val="id"/>
        </w:rPr>
      </w:pPr>
      <w:bookmarkStart w:id="74" w:name="_Toc204310523"/>
      <w:bookmarkStart w:id="75" w:name="_Toc205248726"/>
      <w:bookmarkStart w:id="76" w:name="_Toc205261375"/>
      <w:r w:rsidRPr="007C71F5">
        <w:rPr>
          <w:rFonts w:cs="Times New Roman"/>
          <w:i/>
          <w:iCs/>
          <w:szCs w:val="24"/>
          <w:lang w:val="id"/>
        </w:rPr>
        <w:lastRenderedPageBreak/>
        <w:t>Use Case</w:t>
      </w:r>
      <w:bookmarkEnd w:id="74"/>
      <w:bookmarkEnd w:id="75"/>
      <w:bookmarkEnd w:id="76"/>
    </w:p>
    <w:p w14:paraId="74D32758" w14:textId="63994883" w:rsidR="0076694C" w:rsidRPr="00CA1B38" w:rsidRDefault="007C71F5" w:rsidP="0076694C">
      <w:pPr>
        <w:pStyle w:val="NormalWeb"/>
        <w:spacing w:before="0" w:beforeAutospacing="0" w:after="0" w:afterAutospacing="0" w:line="360" w:lineRule="auto"/>
        <w:ind w:right="-285" w:firstLine="720"/>
        <w:jc w:val="both"/>
      </w:pPr>
      <w:r w:rsidRPr="007C71F5">
        <w:rPr>
          <w:i/>
          <w:iCs/>
        </w:rPr>
        <w:t>Use Case</w:t>
      </w:r>
      <w:r w:rsidR="00F660D2" w:rsidRPr="00387AD0">
        <w:t xml:space="preserve"> </w:t>
      </w:r>
      <w:proofErr w:type="spellStart"/>
      <w:r w:rsidR="004A3113" w:rsidRPr="00387AD0">
        <w:t>merupakan</w:t>
      </w:r>
      <w:proofErr w:type="spellEnd"/>
      <w:r w:rsidR="00F660D2" w:rsidRPr="00387AD0">
        <w:t xml:space="preserve"> </w:t>
      </w:r>
      <w:proofErr w:type="spellStart"/>
      <w:r w:rsidR="004A3113" w:rsidRPr="00387AD0">
        <w:t>representasi</w:t>
      </w:r>
      <w:proofErr w:type="spellEnd"/>
      <w:r w:rsidR="00F660D2" w:rsidRPr="00387AD0">
        <w:t xml:space="preserve"> </w:t>
      </w:r>
      <w:proofErr w:type="spellStart"/>
      <w:r w:rsidR="004A3113" w:rsidRPr="00387AD0">
        <w:t>dari</w:t>
      </w:r>
      <w:proofErr w:type="spellEnd"/>
      <w:r w:rsidR="00F660D2" w:rsidRPr="00387AD0">
        <w:t xml:space="preserve"> </w:t>
      </w:r>
      <w:proofErr w:type="spellStart"/>
      <w:r w:rsidR="004A3113" w:rsidRPr="00387AD0">
        <w:t>fungsionalitas</w:t>
      </w:r>
      <w:proofErr w:type="spellEnd"/>
      <w:r w:rsidR="00F660D2" w:rsidRPr="00387AD0">
        <w:t xml:space="preserve"> </w:t>
      </w:r>
      <w:proofErr w:type="spellStart"/>
      <w:r w:rsidR="004A3113" w:rsidRPr="00387AD0">
        <w:t>sistem</w:t>
      </w:r>
      <w:proofErr w:type="spellEnd"/>
      <w:r w:rsidR="00F660D2" w:rsidRPr="00387AD0">
        <w:t xml:space="preserve"> </w:t>
      </w:r>
      <w:r w:rsidR="004A3113" w:rsidRPr="00387AD0">
        <w:t>yang</w:t>
      </w:r>
      <w:r w:rsidR="00F660D2" w:rsidRPr="00387AD0">
        <w:t xml:space="preserve"> </w:t>
      </w:r>
      <w:proofErr w:type="spellStart"/>
      <w:r w:rsidR="004A3113" w:rsidRPr="00387AD0">
        <w:t>menjelaskan</w:t>
      </w:r>
      <w:proofErr w:type="spellEnd"/>
      <w:r w:rsidR="00F660D2" w:rsidRPr="00387AD0">
        <w:t xml:space="preserve"> </w:t>
      </w:r>
      <w:proofErr w:type="spellStart"/>
      <w:r w:rsidR="004A3113" w:rsidRPr="00387AD0">
        <w:t>bagaimana</w:t>
      </w:r>
      <w:proofErr w:type="spellEnd"/>
      <w:r w:rsidR="00F660D2" w:rsidRPr="00387AD0">
        <w:t xml:space="preserve"> </w:t>
      </w:r>
      <w:proofErr w:type="spellStart"/>
      <w:r w:rsidR="004A3113" w:rsidRPr="00387AD0">
        <w:t>seorang</w:t>
      </w:r>
      <w:proofErr w:type="spellEnd"/>
      <w:r w:rsidR="00F660D2" w:rsidRPr="00387AD0">
        <w:t xml:space="preserve"> </w:t>
      </w:r>
      <w:proofErr w:type="spellStart"/>
      <w:r w:rsidR="004A3113" w:rsidRPr="00387AD0">
        <w:t>pengguna</w:t>
      </w:r>
      <w:proofErr w:type="spellEnd"/>
      <w:r w:rsidR="00F660D2" w:rsidRPr="00387AD0">
        <w:t xml:space="preserve"> </w:t>
      </w:r>
      <w:r w:rsidR="004A3113" w:rsidRPr="00387AD0">
        <w:t>(</w:t>
      </w:r>
      <w:proofErr w:type="spellStart"/>
      <w:r w:rsidR="004A3113" w:rsidRPr="00387AD0">
        <w:t>aktor</w:t>
      </w:r>
      <w:proofErr w:type="spellEnd"/>
      <w:r w:rsidR="004A3113" w:rsidRPr="00387AD0">
        <w:t>)</w:t>
      </w:r>
      <w:r w:rsidR="00F660D2" w:rsidRPr="00387AD0">
        <w:t xml:space="preserve"> </w:t>
      </w:r>
      <w:proofErr w:type="spellStart"/>
      <w:r w:rsidR="004A3113" w:rsidRPr="00387AD0">
        <w:t>berinteraksi</w:t>
      </w:r>
      <w:proofErr w:type="spellEnd"/>
      <w:r w:rsidR="00F660D2" w:rsidRPr="00387AD0">
        <w:t xml:space="preserve"> </w:t>
      </w:r>
      <w:proofErr w:type="spellStart"/>
      <w:r w:rsidR="004A3113" w:rsidRPr="00387AD0">
        <w:t>dengan</w:t>
      </w:r>
      <w:proofErr w:type="spellEnd"/>
      <w:r w:rsidR="00F660D2" w:rsidRPr="00387AD0">
        <w:t xml:space="preserve"> </w:t>
      </w:r>
      <w:proofErr w:type="spellStart"/>
      <w:r w:rsidR="004A3113" w:rsidRPr="00387AD0">
        <w:t>sistem</w:t>
      </w:r>
      <w:proofErr w:type="spellEnd"/>
      <w:r w:rsidR="00F660D2" w:rsidRPr="00387AD0">
        <w:t xml:space="preserve"> </w:t>
      </w:r>
      <w:proofErr w:type="spellStart"/>
      <w:r w:rsidR="004A3113" w:rsidRPr="00387AD0">
        <w:t>untuk</w:t>
      </w:r>
      <w:proofErr w:type="spellEnd"/>
      <w:r w:rsidR="00F660D2" w:rsidRPr="00387AD0">
        <w:t xml:space="preserve"> </w:t>
      </w:r>
      <w:proofErr w:type="spellStart"/>
      <w:r w:rsidR="004A3113" w:rsidRPr="00387AD0">
        <w:t>mencapai</w:t>
      </w:r>
      <w:proofErr w:type="spellEnd"/>
      <w:r w:rsidR="00F660D2" w:rsidRPr="00387AD0">
        <w:t xml:space="preserve"> </w:t>
      </w:r>
      <w:proofErr w:type="spellStart"/>
      <w:r w:rsidR="004A3113" w:rsidRPr="00387AD0">
        <w:t>tujuan</w:t>
      </w:r>
      <w:proofErr w:type="spellEnd"/>
      <w:r w:rsidR="00F660D2" w:rsidRPr="00387AD0">
        <w:t xml:space="preserve"> </w:t>
      </w:r>
      <w:proofErr w:type="spellStart"/>
      <w:r w:rsidR="004A3113" w:rsidRPr="00387AD0">
        <w:t>tertentu</w:t>
      </w:r>
      <w:proofErr w:type="spellEnd"/>
      <w:r w:rsidR="004A3113" w:rsidRPr="00387AD0">
        <w:t>.</w:t>
      </w:r>
      <w:r w:rsidR="00F660D2" w:rsidRPr="00387AD0">
        <w:t xml:space="preserve"> </w:t>
      </w:r>
      <w:proofErr w:type="spellStart"/>
      <w:r w:rsidR="004A3113" w:rsidRPr="00387AD0">
        <w:t>Pendekatan</w:t>
      </w:r>
      <w:proofErr w:type="spellEnd"/>
      <w:r w:rsidR="00F660D2" w:rsidRPr="00387AD0">
        <w:t xml:space="preserve"> </w:t>
      </w:r>
      <w:proofErr w:type="spellStart"/>
      <w:r w:rsidR="004A3113" w:rsidRPr="00387AD0">
        <w:t>ini</w:t>
      </w:r>
      <w:proofErr w:type="spellEnd"/>
      <w:r w:rsidR="00F660D2" w:rsidRPr="00387AD0">
        <w:t xml:space="preserve"> </w:t>
      </w:r>
      <w:proofErr w:type="spellStart"/>
      <w:r w:rsidR="004A3113" w:rsidRPr="00387AD0">
        <w:t>digunakan</w:t>
      </w:r>
      <w:proofErr w:type="spellEnd"/>
      <w:r w:rsidR="00F660D2" w:rsidRPr="00387AD0">
        <w:t xml:space="preserve"> </w:t>
      </w:r>
      <w:r w:rsidR="004A3113" w:rsidRPr="00387AD0">
        <w:t>oleh</w:t>
      </w:r>
      <w:r w:rsidR="00F660D2" w:rsidRPr="00387AD0">
        <w:t xml:space="preserve"> </w:t>
      </w:r>
      <w:proofErr w:type="spellStart"/>
      <w:r w:rsidR="004A3113" w:rsidRPr="00387AD0">
        <w:t>analis</w:t>
      </w:r>
      <w:proofErr w:type="spellEnd"/>
      <w:r w:rsidR="00F660D2" w:rsidRPr="00387AD0">
        <w:t xml:space="preserve"> </w:t>
      </w:r>
      <w:proofErr w:type="spellStart"/>
      <w:r w:rsidR="004A3113" w:rsidRPr="00387AD0">
        <w:t>sistem</w:t>
      </w:r>
      <w:proofErr w:type="spellEnd"/>
      <w:r w:rsidR="00F660D2" w:rsidRPr="00387AD0">
        <w:t xml:space="preserve"> </w:t>
      </w:r>
      <w:proofErr w:type="spellStart"/>
      <w:r w:rsidR="004A3113" w:rsidRPr="00387AD0">
        <w:t>untuk</w:t>
      </w:r>
      <w:proofErr w:type="spellEnd"/>
      <w:r w:rsidR="00F660D2" w:rsidRPr="00387AD0">
        <w:t xml:space="preserve"> </w:t>
      </w:r>
      <w:proofErr w:type="spellStart"/>
      <w:r w:rsidR="004A3113" w:rsidRPr="00387AD0">
        <w:t>merinci</w:t>
      </w:r>
      <w:proofErr w:type="spellEnd"/>
      <w:r w:rsidR="00F660D2" w:rsidRPr="00387AD0">
        <w:t xml:space="preserve"> </w:t>
      </w:r>
      <w:proofErr w:type="spellStart"/>
      <w:r w:rsidR="004A3113" w:rsidRPr="00387AD0">
        <w:t>kebutuhan</w:t>
      </w:r>
      <w:proofErr w:type="spellEnd"/>
      <w:r w:rsidR="00F660D2" w:rsidRPr="00387AD0">
        <w:t xml:space="preserve"> </w:t>
      </w:r>
      <w:proofErr w:type="spellStart"/>
      <w:r w:rsidR="004A3113" w:rsidRPr="00387AD0">
        <w:t>sistem</w:t>
      </w:r>
      <w:proofErr w:type="spellEnd"/>
      <w:r w:rsidR="00F660D2" w:rsidRPr="00387AD0">
        <w:t xml:space="preserve"> </w:t>
      </w:r>
      <w:proofErr w:type="spellStart"/>
      <w:r w:rsidR="004A3113" w:rsidRPr="00387AD0">
        <w:t>dari</w:t>
      </w:r>
      <w:proofErr w:type="spellEnd"/>
      <w:r w:rsidR="00F660D2" w:rsidRPr="00387AD0">
        <w:t xml:space="preserve"> </w:t>
      </w:r>
      <w:proofErr w:type="spellStart"/>
      <w:r w:rsidR="004A3113" w:rsidRPr="00387AD0">
        <w:t>perspektif</w:t>
      </w:r>
      <w:proofErr w:type="spellEnd"/>
      <w:r w:rsidR="00F660D2" w:rsidRPr="00387AD0">
        <w:t xml:space="preserve"> </w:t>
      </w:r>
      <w:proofErr w:type="spellStart"/>
      <w:r w:rsidR="004A3113" w:rsidRPr="00387AD0">
        <w:t>pengguna</w:t>
      </w:r>
      <w:proofErr w:type="spellEnd"/>
      <w:r w:rsidR="00F660D2" w:rsidRPr="00387AD0">
        <w:t xml:space="preserve"> </w:t>
      </w:r>
      <w:proofErr w:type="spellStart"/>
      <w:r w:rsidR="004A3113" w:rsidRPr="00387AD0">
        <w:t>akhir</w:t>
      </w:r>
      <w:proofErr w:type="spellEnd"/>
      <w:r w:rsidR="004A3113" w:rsidRPr="00387AD0">
        <w:t>.</w:t>
      </w:r>
      <w:r w:rsidR="00F660D2" w:rsidRPr="00387AD0">
        <w:t xml:space="preserve"> </w:t>
      </w:r>
      <w:r w:rsidR="004A3113" w:rsidRPr="00387AD0">
        <w:t>Dalam</w:t>
      </w:r>
      <w:r w:rsidR="00F660D2" w:rsidRPr="00387AD0">
        <w:t xml:space="preserve"> </w:t>
      </w:r>
      <w:proofErr w:type="spellStart"/>
      <w:r w:rsidR="004A3113" w:rsidRPr="00387AD0">
        <w:t>visualisasinya</w:t>
      </w:r>
      <w:proofErr w:type="spellEnd"/>
      <w:r w:rsidR="004A3113" w:rsidRPr="00387AD0">
        <w:t>,</w:t>
      </w:r>
      <w:r w:rsidR="00F660D2" w:rsidRPr="00387AD0">
        <w:t xml:space="preserve"> </w:t>
      </w:r>
      <w:r w:rsidRPr="007C71F5">
        <w:rPr>
          <w:i/>
          <w:iCs/>
        </w:rPr>
        <w:t>Use Case</w:t>
      </w:r>
      <w:r w:rsidR="00F660D2" w:rsidRPr="00387AD0">
        <w:t xml:space="preserve"> </w:t>
      </w:r>
      <w:proofErr w:type="spellStart"/>
      <w:r w:rsidR="004A3113" w:rsidRPr="00387AD0">
        <w:t>biasanya</w:t>
      </w:r>
      <w:proofErr w:type="spellEnd"/>
      <w:r w:rsidR="00F660D2" w:rsidRPr="00387AD0">
        <w:t xml:space="preserve"> </w:t>
      </w:r>
      <w:proofErr w:type="spellStart"/>
      <w:r w:rsidR="004A3113" w:rsidRPr="00387AD0">
        <w:t>digambarkan</w:t>
      </w:r>
      <w:proofErr w:type="spellEnd"/>
      <w:r w:rsidR="00F660D2" w:rsidRPr="00387AD0">
        <w:t xml:space="preserve"> </w:t>
      </w:r>
      <w:proofErr w:type="spellStart"/>
      <w:r w:rsidR="004A3113" w:rsidRPr="00387AD0">
        <w:t>dalam</w:t>
      </w:r>
      <w:proofErr w:type="spellEnd"/>
      <w:r w:rsidR="00F660D2" w:rsidRPr="00387AD0">
        <w:t xml:space="preserve"> </w:t>
      </w:r>
      <w:proofErr w:type="spellStart"/>
      <w:r w:rsidR="004A3113" w:rsidRPr="00387AD0">
        <w:t>bentuk</w:t>
      </w:r>
      <w:proofErr w:type="spellEnd"/>
      <w:r w:rsidR="00F660D2" w:rsidRPr="00387AD0">
        <w:t xml:space="preserve"> </w:t>
      </w:r>
      <w:r w:rsidR="004A3113" w:rsidRPr="00387AD0">
        <w:t>diagram</w:t>
      </w:r>
      <w:r w:rsidR="00F660D2" w:rsidRPr="00387AD0">
        <w:t xml:space="preserve"> </w:t>
      </w:r>
      <w:r w:rsidR="004A3113" w:rsidRPr="00387AD0">
        <w:t>yang</w:t>
      </w:r>
      <w:r w:rsidR="00F660D2" w:rsidRPr="00387AD0">
        <w:t xml:space="preserve"> </w:t>
      </w:r>
      <w:proofErr w:type="spellStart"/>
      <w:r w:rsidR="004A3113" w:rsidRPr="00387AD0">
        <w:t>menggambarkan</w:t>
      </w:r>
      <w:proofErr w:type="spellEnd"/>
      <w:r w:rsidR="00F660D2" w:rsidRPr="00387AD0">
        <w:t xml:space="preserve"> </w:t>
      </w:r>
      <w:proofErr w:type="spellStart"/>
      <w:r w:rsidR="004A3113" w:rsidRPr="00387AD0">
        <w:t>keterkaitan</w:t>
      </w:r>
      <w:proofErr w:type="spellEnd"/>
      <w:r w:rsidR="00F660D2" w:rsidRPr="00387AD0">
        <w:t xml:space="preserve"> </w:t>
      </w:r>
      <w:proofErr w:type="spellStart"/>
      <w:r w:rsidR="004A3113" w:rsidRPr="00387AD0">
        <w:t>antara</w:t>
      </w:r>
      <w:proofErr w:type="spellEnd"/>
      <w:r w:rsidR="00F660D2" w:rsidRPr="00387AD0">
        <w:t xml:space="preserve"> </w:t>
      </w:r>
      <w:proofErr w:type="spellStart"/>
      <w:r w:rsidR="004A3113" w:rsidRPr="00387AD0">
        <w:t>aktor</w:t>
      </w:r>
      <w:proofErr w:type="spellEnd"/>
      <w:r w:rsidR="00F660D2" w:rsidRPr="00387AD0">
        <w:t xml:space="preserve"> </w:t>
      </w:r>
      <w:r w:rsidR="004A3113" w:rsidRPr="00387AD0">
        <w:t>dan</w:t>
      </w:r>
      <w:r w:rsidR="00F660D2" w:rsidRPr="00387AD0">
        <w:t xml:space="preserve"> </w:t>
      </w:r>
      <w:proofErr w:type="spellStart"/>
      <w:r w:rsidR="004A3113" w:rsidRPr="00387AD0">
        <w:t>fitur</w:t>
      </w:r>
      <w:proofErr w:type="spellEnd"/>
      <w:r w:rsidR="00F660D2" w:rsidRPr="00387AD0">
        <w:t xml:space="preserve"> </w:t>
      </w:r>
      <w:proofErr w:type="spellStart"/>
      <w:r w:rsidR="004A3113" w:rsidRPr="00387AD0">
        <w:t>sistem</w:t>
      </w:r>
      <w:proofErr w:type="spellEnd"/>
      <w:r w:rsidR="003F340E" w:rsidRPr="00387AD0">
        <w:t>.</w:t>
      </w:r>
      <w:bookmarkStart w:id="77" w:name="_Toc205199200"/>
    </w:p>
    <w:p w14:paraId="3B54C224" w14:textId="60776AAC" w:rsidR="0010775C" w:rsidRPr="00302053" w:rsidRDefault="0010775C" w:rsidP="0076694C">
      <w:pPr>
        <w:pStyle w:val="Caption"/>
        <w:keepNext/>
        <w:spacing w:after="0"/>
        <w:ind w:right="-285"/>
        <w:jc w:val="center"/>
        <w:rPr>
          <w:color w:val="auto"/>
          <w:sz w:val="20"/>
          <w:szCs w:val="20"/>
        </w:rPr>
      </w:pPr>
      <w:r w:rsidRPr="00302053">
        <w:rPr>
          <w:color w:val="auto"/>
          <w:sz w:val="20"/>
          <w:szCs w:val="20"/>
        </w:rPr>
        <w:t xml:space="preserve">Table 2. </w:t>
      </w:r>
      <w:r w:rsidRPr="00302053">
        <w:rPr>
          <w:color w:val="auto"/>
          <w:sz w:val="20"/>
          <w:szCs w:val="20"/>
        </w:rPr>
        <w:fldChar w:fldCharType="begin"/>
      </w:r>
      <w:r w:rsidRPr="00302053">
        <w:rPr>
          <w:color w:val="auto"/>
          <w:sz w:val="20"/>
          <w:szCs w:val="20"/>
        </w:rPr>
        <w:instrText xml:space="preserve"> SEQ Table_2. \* ARABIC </w:instrText>
      </w:r>
      <w:r w:rsidRPr="00302053">
        <w:rPr>
          <w:color w:val="auto"/>
          <w:sz w:val="20"/>
          <w:szCs w:val="20"/>
        </w:rPr>
        <w:fldChar w:fldCharType="separate"/>
      </w:r>
      <w:r w:rsidR="0003347B">
        <w:rPr>
          <w:noProof/>
          <w:color w:val="auto"/>
          <w:sz w:val="20"/>
          <w:szCs w:val="20"/>
        </w:rPr>
        <w:t>2</w:t>
      </w:r>
      <w:r w:rsidRPr="00302053">
        <w:rPr>
          <w:color w:val="auto"/>
          <w:sz w:val="20"/>
          <w:szCs w:val="20"/>
        </w:rPr>
        <w:fldChar w:fldCharType="end"/>
      </w:r>
      <w:r w:rsidRPr="00302053">
        <w:rPr>
          <w:color w:val="auto"/>
          <w:sz w:val="20"/>
          <w:szCs w:val="20"/>
        </w:rPr>
        <w:t xml:space="preserve"> </w:t>
      </w:r>
      <w:proofErr w:type="spellStart"/>
      <w:r w:rsidRPr="0076694C">
        <w:rPr>
          <w:b w:val="0"/>
          <w:bCs w:val="0"/>
          <w:color w:val="auto"/>
          <w:sz w:val="20"/>
          <w:szCs w:val="20"/>
        </w:rPr>
        <w:t>Simbol</w:t>
      </w:r>
      <w:proofErr w:type="spellEnd"/>
      <w:r w:rsidRPr="0076694C">
        <w:rPr>
          <w:b w:val="0"/>
          <w:bCs w:val="0"/>
          <w:color w:val="auto"/>
          <w:sz w:val="20"/>
          <w:szCs w:val="20"/>
        </w:rPr>
        <w:t xml:space="preserve"> </w:t>
      </w:r>
      <w:proofErr w:type="spellStart"/>
      <w:r w:rsidR="00CA1B38" w:rsidRPr="0076694C">
        <w:rPr>
          <w:b w:val="0"/>
          <w:bCs w:val="0"/>
          <w:i/>
          <w:iCs/>
          <w:color w:val="auto"/>
          <w:sz w:val="20"/>
          <w:szCs w:val="20"/>
        </w:rPr>
        <w:t>Usecase</w:t>
      </w:r>
      <w:proofErr w:type="spellEnd"/>
      <w:r w:rsidR="00CA1B38" w:rsidRPr="0076694C">
        <w:rPr>
          <w:b w:val="0"/>
          <w:bCs w:val="0"/>
          <w:i/>
          <w:iCs/>
          <w:color w:val="auto"/>
          <w:sz w:val="20"/>
          <w:szCs w:val="20"/>
        </w:rPr>
        <w:t xml:space="preserve"> Diagram</w:t>
      </w:r>
      <w:bookmarkEnd w:id="77"/>
    </w:p>
    <w:tbl>
      <w:tblPr>
        <w:tblStyle w:val="TableGrid"/>
        <w:tblW w:w="8212" w:type="dxa"/>
        <w:tblInd w:w="108" w:type="dxa"/>
        <w:tblLook w:val="04A0" w:firstRow="1" w:lastRow="0" w:firstColumn="1" w:lastColumn="0" w:noHBand="0" w:noVBand="1"/>
      </w:tblPr>
      <w:tblGrid>
        <w:gridCol w:w="2518"/>
        <w:gridCol w:w="5694"/>
      </w:tblGrid>
      <w:tr w:rsidR="00302053" w:rsidRPr="00302053" w14:paraId="77F96DA1" w14:textId="77777777" w:rsidTr="00377505">
        <w:tc>
          <w:tcPr>
            <w:tcW w:w="2518" w:type="dxa"/>
          </w:tcPr>
          <w:p w14:paraId="68D51A89" w14:textId="77777777" w:rsidR="00302053" w:rsidRPr="00302053" w:rsidRDefault="00302053" w:rsidP="00377505">
            <w:pPr>
              <w:pStyle w:val="NormalWeb"/>
              <w:ind w:left="16"/>
              <w:jc w:val="center"/>
              <w:rPr>
                <w:b/>
                <w:bCs/>
                <w:sz w:val="22"/>
                <w:szCs w:val="22"/>
              </w:rPr>
            </w:pPr>
            <w:proofErr w:type="spellStart"/>
            <w:r w:rsidRPr="00302053">
              <w:rPr>
                <w:b/>
                <w:bCs/>
                <w:sz w:val="22"/>
                <w:szCs w:val="22"/>
              </w:rPr>
              <w:t>Simbol</w:t>
            </w:r>
            <w:proofErr w:type="spellEnd"/>
          </w:p>
        </w:tc>
        <w:tc>
          <w:tcPr>
            <w:tcW w:w="5694" w:type="dxa"/>
          </w:tcPr>
          <w:p w14:paraId="5267ECEF" w14:textId="77777777" w:rsidR="00302053" w:rsidRPr="00302053" w:rsidRDefault="00302053" w:rsidP="00377505">
            <w:pPr>
              <w:pStyle w:val="NormalWeb"/>
              <w:ind w:left="16"/>
              <w:jc w:val="center"/>
              <w:rPr>
                <w:b/>
                <w:bCs/>
                <w:sz w:val="22"/>
                <w:szCs w:val="22"/>
              </w:rPr>
            </w:pPr>
            <w:proofErr w:type="spellStart"/>
            <w:r w:rsidRPr="00302053">
              <w:rPr>
                <w:b/>
                <w:bCs/>
                <w:sz w:val="22"/>
                <w:szCs w:val="22"/>
              </w:rPr>
              <w:t>Keterangan</w:t>
            </w:r>
            <w:proofErr w:type="spellEnd"/>
          </w:p>
        </w:tc>
      </w:tr>
      <w:tr w:rsidR="00302053" w:rsidRPr="00302053" w14:paraId="4F1B0FA6" w14:textId="77777777" w:rsidTr="00377505">
        <w:tc>
          <w:tcPr>
            <w:tcW w:w="2518" w:type="dxa"/>
          </w:tcPr>
          <w:p w14:paraId="36EFAD67" w14:textId="77777777"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66550D64" wp14:editId="67EFAEA3">
                  <wp:extent cx="390580" cy="514422"/>
                  <wp:effectExtent l="0" t="0" r="9525" b="0"/>
                  <wp:docPr id="602852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52488" name=""/>
                          <pic:cNvPicPr/>
                        </pic:nvPicPr>
                        <pic:blipFill>
                          <a:blip r:embed="rId13"/>
                          <a:stretch>
                            <a:fillRect/>
                          </a:stretch>
                        </pic:blipFill>
                        <pic:spPr>
                          <a:xfrm>
                            <a:off x="0" y="0"/>
                            <a:ext cx="390580" cy="514422"/>
                          </a:xfrm>
                          <a:prstGeom prst="rect">
                            <a:avLst/>
                          </a:prstGeom>
                        </pic:spPr>
                      </pic:pic>
                    </a:graphicData>
                  </a:graphic>
                </wp:inline>
              </w:drawing>
            </w:r>
          </w:p>
        </w:tc>
        <w:tc>
          <w:tcPr>
            <w:tcW w:w="5694" w:type="dxa"/>
            <w:vAlign w:val="center"/>
          </w:tcPr>
          <w:p w14:paraId="23DC2242" w14:textId="77777777" w:rsidR="00302053" w:rsidRPr="00302053" w:rsidRDefault="00302053" w:rsidP="00377505">
            <w:pPr>
              <w:pStyle w:val="NormalWeb"/>
              <w:ind w:left="16"/>
              <w:rPr>
                <w:sz w:val="22"/>
                <w:szCs w:val="22"/>
              </w:rPr>
            </w:pPr>
            <w:r w:rsidRPr="00302053">
              <w:rPr>
                <w:b/>
                <w:bCs/>
                <w:sz w:val="22"/>
                <w:szCs w:val="22"/>
              </w:rPr>
              <w:t>Aktor</w:t>
            </w:r>
            <w:r w:rsidRPr="00302053">
              <w:rPr>
                <w:sz w:val="22"/>
                <w:szCs w:val="22"/>
              </w:rPr>
              <w:t xml:space="preserve">: </w:t>
            </w:r>
            <w:proofErr w:type="spellStart"/>
            <w:r w:rsidRPr="00302053">
              <w:rPr>
                <w:sz w:val="22"/>
                <w:szCs w:val="22"/>
              </w:rPr>
              <w:t>Mewakili</w:t>
            </w:r>
            <w:proofErr w:type="spellEnd"/>
            <w:r w:rsidRPr="00302053">
              <w:rPr>
                <w:sz w:val="22"/>
                <w:szCs w:val="22"/>
              </w:rPr>
              <w:t xml:space="preserve"> </w:t>
            </w:r>
            <w:proofErr w:type="spellStart"/>
            <w:r w:rsidRPr="00302053">
              <w:rPr>
                <w:sz w:val="22"/>
                <w:szCs w:val="22"/>
              </w:rPr>
              <w:t>entitas</w:t>
            </w:r>
            <w:proofErr w:type="spellEnd"/>
            <w:r w:rsidRPr="00302053">
              <w:rPr>
                <w:sz w:val="22"/>
                <w:szCs w:val="22"/>
              </w:rPr>
              <w:t xml:space="preserve"> </w:t>
            </w:r>
            <w:proofErr w:type="spellStart"/>
            <w:r w:rsidRPr="00302053">
              <w:rPr>
                <w:sz w:val="22"/>
                <w:szCs w:val="22"/>
              </w:rPr>
              <w:t>luar</w:t>
            </w:r>
            <w:proofErr w:type="spellEnd"/>
            <w:r w:rsidRPr="00302053">
              <w:rPr>
                <w:sz w:val="22"/>
                <w:szCs w:val="22"/>
              </w:rPr>
              <w:t xml:space="preserve"> (</w:t>
            </w:r>
            <w:proofErr w:type="spellStart"/>
            <w:r w:rsidRPr="00302053">
              <w:rPr>
                <w:sz w:val="22"/>
                <w:szCs w:val="22"/>
              </w:rPr>
              <w:t>seperti</w:t>
            </w:r>
            <w:proofErr w:type="spellEnd"/>
            <w:r w:rsidRPr="00302053">
              <w:rPr>
                <w:sz w:val="22"/>
                <w:szCs w:val="22"/>
              </w:rPr>
              <w:t xml:space="preserve"> </w:t>
            </w:r>
            <w:proofErr w:type="spellStart"/>
            <w:r w:rsidRPr="00302053">
              <w:rPr>
                <w:sz w:val="22"/>
                <w:szCs w:val="22"/>
              </w:rPr>
              <w:t>manusia</w:t>
            </w:r>
            <w:proofErr w:type="spellEnd"/>
            <w:r w:rsidRPr="00302053">
              <w:rPr>
                <w:sz w:val="22"/>
                <w:szCs w:val="22"/>
              </w:rPr>
              <w:t xml:space="preserve">, </w:t>
            </w:r>
            <w:proofErr w:type="spellStart"/>
            <w:r w:rsidRPr="00302053">
              <w:rPr>
                <w:sz w:val="22"/>
                <w:szCs w:val="22"/>
              </w:rPr>
              <w:t>perangkat</w:t>
            </w:r>
            <w:proofErr w:type="spellEnd"/>
            <w:r w:rsidRPr="00302053">
              <w:rPr>
                <w:sz w:val="22"/>
                <w:szCs w:val="22"/>
              </w:rPr>
              <w:t xml:space="preserve"> </w:t>
            </w:r>
            <w:proofErr w:type="spellStart"/>
            <w:r w:rsidRPr="00302053">
              <w:rPr>
                <w:sz w:val="22"/>
                <w:szCs w:val="22"/>
              </w:rPr>
              <w:t>lain</w:t>
            </w:r>
            <w:proofErr w:type="spellEnd"/>
            <w:r w:rsidRPr="00302053">
              <w:rPr>
                <w:sz w:val="22"/>
                <w:szCs w:val="22"/>
              </w:rPr>
              <w:t xml:space="preserve">, </w:t>
            </w:r>
            <w:proofErr w:type="spellStart"/>
            <w:r w:rsidRPr="00302053">
              <w:rPr>
                <w:sz w:val="22"/>
                <w:szCs w:val="22"/>
              </w:rPr>
              <w:t>atau</w:t>
            </w:r>
            <w:proofErr w:type="spellEnd"/>
            <w:r w:rsidRPr="00302053">
              <w:rPr>
                <w:sz w:val="22"/>
                <w:szCs w:val="22"/>
              </w:rPr>
              <w:t xml:space="preserve"> </w:t>
            </w:r>
            <w:proofErr w:type="spellStart"/>
            <w:r w:rsidRPr="00302053">
              <w:rPr>
                <w:sz w:val="22"/>
                <w:szCs w:val="22"/>
              </w:rPr>
              <w:t>sistem</w:t>
            </w:r>
            <w:proofErr w:type="spellEnd"/>
            <w:r w:rsidRPr="00302053">
              <w:rPr>
                <w:sz w:val="22"/>
                <w:szCs w:val="22"/>
              </w:rPr>
              <w:t xml:space="preserve"> </w:t>
            </w:r>
            <w:proofErr w:type="spellStart"/>
            <w:r w:rsidRPr="00302053">
              <w:rPr>
                <w:sz w:val="22"/>
                <w:szCs w:val="22"/>
              </w:rPr>
              <w:t>eksternal</w:t>
            </w:r>
            <w:proofErr w:type="spellEnd"/>
            <w:r w:rsidRPr="00302053">
              <w:rPr>
                <w:sz w:val="22"/>
                <w:szCs w:val="22"/>
              </w:rPr>
              <w:t xml:space="preserve">) yang </w:t>
            </w:r>
            <w:proofErr w:type="spellStart"/>
            <w:r w:rsidRPr="00302053">
              <w:rPr>
                <w:sz w:val="22"/>
                <w:szCs w:val="22"/>
              </w:rPr>
              <w:t>berinteraksi</w:t>
            </w:r>
            <w:proofErr w:type="spellEnd"/>
            <w:r w:rsidRPr="00302053">
              <w:rPr>
                <w:sz w:val="22"/>
                <w:szCs w:val="22"/>
              </w:rPr>
              <w:t xml:space="preserve"> </w:t>
            </w:r>
            <w:proofErr w:type="spellStart"/>
            <w:r w:rsidRPr="00302053">
              <w:rPr>
                <w:sz w:val="22"/>
                <w:szCs w:val="22"/>
              </w:rPr>
              <w:t>dengan</w:t>
            </w:r>
            <w:proofErr w:type="spellEnd"/>
            <w:r w:rsidRPr="00302053">
              <w:rPr>
                <w:sz w:val="22"/>
                <w:szCs w:val="22"/>
              </w:rPr>
              <w:t xml:space="preserve"> </w:t>
            </w:r>
            <w:proofErr w:type="spellStart"/>
            <w:r w:rsidRPr="00302053">
              <w:rPr>
                <w:sz w:val="22"/>
                <w:szCs w:val="22"/>
              </w:rPr>
              <w:t>sistem</w:t>
            </w:r>
            <w:proofErr w:type="spellEnd"/>
            <w:r w:rsidRPr="00302053">
              <w:rPr>
                <w:sz w:val="22"/>
                <w:szCs w:val="22"/>
              </w:rPr>
              <w:t>.</w:t>
            </w:r>
          </w:p>
        </w:tc>
      </w:tr>
      <w:tr w:rsidR="00302053" w:rsidRPr="00302053" w14:paraId="1214D495" w14:textId="77777777" w:rsidTr="00377505">
        <w:tc>
          <w:tcPr>
            <w:tcW w:w="2518" w:type="dxa"/>
          </w:tcPr>
          <w:p w14:paraId="5C342CB1" w14:textId="77777777"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710B7FF9" wp14:editId="61396EB6">
                  <wp:extent cx="800212" cy="352474"/>
                  <wp:effectExtent l="0" t="0" r="0" b="9525"/>
                  <wp:docPr id="772847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7853" name=""/>
                          <pic:cNvPicPr/>
                        </pic:nvPicPr>
                        <pic:blipFill>
                          <a:blip r:embed="rId14"/>
                          <a:stretch>
                            <a:fillRect/>
                          </a:stretch>
                        </pic:blipFill>
                        <pic:spPr>
                          <a:xfrm>
                            <a:off x="0" y="0"/>
                            <a:ext cx="800212" cy="352474"/>
                          </a:xfrm>
                          <a:prstGeom prst="rect">
                            <a:avLst/>
                          </a:prstGeom>
                        </pic:spPr>
                      </pic:pic>
                    </a:graphicData>
                  </a:graphic>
                </wp:inline>
              </w:drawing>
            </w:r>
          </w:p>
        </w:tc>
        <w:tc>
          <w:tcPr>
            <w:tcW w:w="5694" w:type="dxa"/>
            <w:vAlign w:val="center"/>
          </w:tcPr>
          <w:p w14:paraId="58A376E3" w14:textId="74DCDFE0" w:rsidR="00302053" w:rsidRPr="00302053" w:rsidRDefault="007C71F5" w:rsidP="00377505">
            <w:pPr>
              <w:pStyle w:val="NormalWeb"/>
              <w:ind w:left="16"/>
              <w:rPr>
                <w:sz w:val="22"/>
                <w:szCs w:val="22"/>
              </w:rPr>
            </w:pPr>
            <w:r w:rsidRPr="007C71F5">
              <w:rPr>
                <w:b/>
                <w:bCs/>
                <w:i/>
                <w:iCs/>
                <w:sz w:val="22"/>
                <w:szCs w:val="22"/>
              </w:rPr>
              <w:t>Use Case</w:t>
            </w:r>
            <w:r w:rsidR="00302053" w:rsidRPr="00302053">
              <w:rPr>
                <w:sz w:val="22"/>
                <w:szCs w:val="22"/>
              </w:rPr>
              <w:t xml:space="preserve">: </w:t>
            </w:r>
            <w:proofErr w:type="spellStart"/>
            <w:r w:rsidR="00302053" w:rsidRPr="00302053">
              <w:rPr>
                <w:sz w:val="22"/>
                <w:szCs w:val="22"/>
              </w:rPr>
              <w:t>Menyimbolkan</w:t>
            </w:r>
            <w:proofErr w:type="spellEnd"/>
            <w:r w:rsidR="00302053" w:rsidRPr="00302053">
              <w:rPr>
                <w:sz w:val="22"/>
                <w:szCs w:val="22"/>
              </w:rPr>
              <w:t xml:space="preserve"> </w:t>
            </w:r>
            <w:proofErr w:type="spellStart"/>
            <w:r w:rsidR="00302053" w:rsidRPr="00302053">
              <w:rPr>
                <w:sz w:val="22"/>
                <w:szCs w:val="22"/>
              </w:rPr>
              <w:t>abstraksi</w:t>
            </w:r>
            <w:proofErr w:type="spellEnd"/>
            <w:r w:rsidR="00302053" w:rsidRPr="00302053">
              <w:rPr>
                <w:sz w:val="22"/>
                <w:szCs w:val="22"/>
              </w:rPr>
              <w:t xml:space="preserve"> </w:t>
            </w:r>
            <w:proofErr w:type="spellStart"/>
            <w:r w:rsidR="00302053" w:rsidRPr="00302053">
              <w:rPr>
                <w:sz w:val="22"/>
                <w:szCs w:val="22"/>
              </w:rPr>
              <w:t>fungsi</w:t>
            </w:r>
            <w:proofErr w:type="spellEnd"/>
            <w:r w:rsidR="00302053" w:rsidRPr="00302053">
              <w:rPr>
                <w:sz w:val="22"/>
                <w:szCs w:val="22"/>
              </w:rPr>
              <w:t xml:space="preserve"> </w:t>
            </w:r>
            <w:proofErr w:type="spellStart"/>
            <w:r w:rsidR="00302053" w:rsidRPr="00302053">
              <w:rPr>
                <w:sz w:val="22"/>
                <w:szCs w:val="22"/>
              </w:rPr>
              <w:t>sistem</w:t>
            </w:r>
            <w:proofErr w:type="spellEnd"/>
            <w:r w:rsidR="00302053" w:rsidRPr="00302053">
              <w:rPr>
                <w:sz w:val="22"/>
                <w:szCs w:val="22"/>
              </w:rPr>
              <w:t xml:space="preserve"> yang </w:t>
            </w:r>
            <w:proofErr w:type="spellStart"/>
            <w:r w:rsidR="00302053" w:rsidRPr="00302053">
              <w:rPr>
                <w:sz w:val="22"/>
                <w:szCs w:val="22"/>
              </w:rPr>
              <w:t>dimanfaatkan</w:t>
            </w:r>
            <w:proofErr w:type="spellEnd"/>
            <w:r w:rsidR="00302053" w:rsidRPr="00302053">
              <w:rPr>
                <w:sz w:val="22"/>
                <w:szCs w:val="22"/>
              </w:rPr>
              <w:t xml:space="preserve"> oleh </w:t>
            </w:r>
            <w:proofErr w:type="spellStart"/>
            <w:r w:rsidR="00302053" w:rsidRPr="00302053">
              <w:rPr>
                <w:sz w:val="22"/>
                <w:szCs w:val="22"/>
              </w:rPr>
              <w:t>aktor</w:t>
            </w:r>
            <w:proofErr w:type="spellEnd"/>
            <w:r w:rsidR="00302053" w:rsidRPr="00302053">
              <w:rPr>
                <w:sz w:val="22"/>
                <w:szCs w:val="22"/>
              </w:rPr>
              <w:t>.</w:t>
            </w:r>
          </w:p>
        </w:tc>
      </w:tr>
      <w:tr w:rsidR="00302053" w:rsidRPr="00302053" w14:paraId="1F55FFEF" w14:textId="77777777" w:rsidTr="00377505">
        <w:tc>
          <w:tcPr>
            <w:tcW w:w="2518" w:type="dxa"/>
          </w:tcPr>
          <w:p w14:paraId="442C241B" w14:textId="77777777" w:rsidR="00302053" w:rsidRPr="00302053" w:rsidRDefault="00302053" w:rsidP="00377505">
            <w:pPr>
              <w:pStyle w:val="NormalWeb"/>
              <w:ind w:left="16"/>
              <w:jc w:val="center"/>
              <w:rPr>
                <w:sz w:val="22"/>
                <w:szCs w:val="22"/>
              </w:rPr>
            </w:pPr>
          </w:p>
          <w:p w14:paraId="6C7200B0" w14:textId="77777777"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735934AD" wp14:editId="4046B4A7">
                  <wp:extent cx="768389" cy="158758"/>
                  <wp:effectExtent l="0" t="0" r="0" b="0"/>
                  <wp:docPr id="800722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22679" name=""/>
                          <pic:cNvPicPr/>
                        </pic:nvPicPr>
                        <pic:blipFill>
                          <a:blip r:embed="rId15"/>
                          <a:stretch>
                            <a:fillRect/>
                          </a:stretch>
                        </pic:blipFill>
                        <pic:spPr>
                          <a:xfrm>
                            <a:off x="0" y="0"/>
                            <a:ext cx="768389" cy="158758"/>
                          </a:xfrm>
                          <a:prstGeom prst="rect">
                            <a:avLst/>
                          </a:prstGeom>
                        </pic:spPr>
                      </pic:pic>
                    </a:graphicData>
                  </a:graphic>
                </wp:inline>
              </w:drawing>
            </w:r>
          </w:p>
        </w:tc>
        <w:tc>
          <w:tcPr>
            <w:tcW w:w="5694" w:type="dxa"/>
            <w:vAlign w:val="center"/>
          </w:tcPr>
          <w:p w14:paraId="6C915AD1" w14:textId="1606B5EF" w:rsidR="00302053" w:rsidRPr="00302053" w:rsidRDefault="00302053" w:rsidP="00377505">
            <w:pPr>
              <w:pStyle w:val="NormalWeb"/>
              <w:ind w:left="16"/>
              <w:rPr>
                <w:sz w:val="22"/>
                <w:szCs w:val="22"/>
              </w:rPr>
            </w:pPr>
            <w:proofErr w:type="spellStart"/>
            <w:r w:rsidRPr="00302053">
              <w:rPr>
                <w:b/>
                <w:bCs/>
                <w:sz w:val="22"/>
                <w:szCs w:val="22"/>
              </w:rPr>
              <w:t>Asosiasi</w:t>
            </w:r>
            <w:proofErr w:type="spellEnd"/>
            <w:r w:rsidRPr="00302053">
              <w:rPr>
                <w:sz w:val="22"/>
                <w:szCs w:val="22"/>
              </w:rPr>
              <w:t xml:space="preserve">: </w:t>
            </w:r>
            <w:proofErr w:type="spellStart"/>
            <w:r w:rsidRPr="00302053">
              <w:rPr>
                <w:sz w:val="22"/>
                <w:szCs w:val="22"/>
              </w:rPr>
              <w:t>Menyatakan</w:t>
            </w:r>
            <w:proofErr w:type="spellEnd"/>
            <w:r w:rsidRPr="00302053">
              <w:rPr>
                <w:sz w:val="22"/>
                <w:szCs w:val="22"/>
              </w:rPr>
              <w:t xml:space="preserve"> </w:t>
            </w:r>
            <w:proofErr w:type="spellStart"/>
            <w:r w:rsidRPr="00302053">
              <w:rPr>
                <w:sz w:val="22"/>
                <w:szCs w:val="22"/>
              </w:rPr>
              <w:t>hubungan</w:t>
            </w:r>
            <w:proofErr w:type="spellEnd"/>
            <w:r w:rsidRPr="00302053">
              <w:rPr>
                <w:sz w:val="22"/>
                <w:szCs w:val="22"/>
              </w:rPr>
              <w:t xml:space="preserve"> </w:t>
            </w:r>
            <w:proofErr w:type="spellStart"/>
            <w:r w:rsidRPr="00302053">
              <w:rPr>
                <w:sz w:val="22"/>
                <w:szCs w:val="22"/>
              </w:rPr>
              <w:t>komunikasi</w:t>
            </w:r>
            <w:proofErr w:type="spellEnd"/>
            <w:r w:rsidRPr="00302053">
              <w:rPr>
                <w:sz w:val="22"/>
                <w:szCs w:val="22"/>
              </w:rPr>
              <w:t xml:space="preserve"> </w:t>
            </w:r>
            <w:proofErr w:type="spellStart"/>
            <w:r w:rsidRPr="00302053">
              <w:rPr>
                <w:sz w:val="22"/>
                <w:szCs w:val="22"/>
              </w:rPr>
              <w:t>atau</w:t>
            </w:r>
            <w:proofErr w:type="spellEnd"/>
            <w:r w:rsidRPr="00302053">
              <w:rPr>
                <w:sz w:val="22"/>
                <w:szCs w:val="22"/>
              </w:rPr>
              <w:t xml:space="preserve"> </w:t>
            </w:r>
            <w:proofErr w:type="spellStart"/>
            <w:r w:rsidRPr="00302053">
              <w:rPr>
                <w:sz w:val="22"/>
                <w:szCs w:val="22"/>
              </w:rPr>
              <w:t>interaksi</w:t>
            </w:r>
            <w:proofErr w:type="spellEnd"/>
            <w:r w:rsidRPr="00302053">
              <w:rPr>
                <w:sz w:val="22"/>
                <w:szCs w:val="22"/>
              </w:rPr>
              <w:t xml:space="preserve"> </w:t>
            </w:r>
            <w:proofErr w:type="spellStart"/>
            <w:r w:rsidRPr="00302053">
              <w:rPr>
                <w:sz w:val="22"/>
                <w:szCs w:val="22"/>
              </w:rPr>
              <w:t>antara</w:t>
            </w:r>
            <w:proofErr w:type="spellEnd"/>
            <w:r w:rsidRPr="00302053">
              <w:rPr>
                <w:sz w:val="22"/>
                <w:szCs w:val="22"/>
              </w:rPr>
              <w:t xml:space="preserve"> </w:t>
            </w:r>
            <w:proofErr w:type="spellStart"/>
            <w:r w:rsidRPr="00302053">
              <w:rPr>
                <w:sz w:val="22"/>
                <w:szCs w:val="22"/>
              </w:rPr>
              <w:t>aktor</w:t>
            </w:r>
            <w:proofErr w:type="spellEnd"/>
            <w:r w:rsidRPr="00302053">
              <w:rPr>
                <w:sz w:val="22"/>
                <w:szCs w:val="22"/>
              </w:rPr>
              <w:t xml:space="preserve"> </w:t>
            </w:r>
            <w:proofErr w:type="spellStart"/>
            <w:r w:rsidRPr="00302053">
              <w:rPr>
                <w:sz w:val="22"/>
                <w:szCs w:val="22"/>
              </w:rPr>
              <w:t>dengan</w:t>
            </w:r>
            <w:proofErr w:type="spellEnd"/>
            <w:r w:rsidRPr="00302053">
              <w:rPr>
                <w:sz w:val="22"/>
                <w:szCs w:val="22"/>
              </w:rPr>
              <w:t xml:space="preserve"> </w:t>
            </w:r>
            <w:r w:rsidR="007C71F5" w:rsidRPr="007C71F5">
              <w:rPr>
                <w:i/>
                <w:iCs/>
                <w:sz w:val="22"/>
                <w:szCs w:val="22"/>
              </w:rPr>
              <w:t>Use Case</w:t>
            </w:r>
            <w:r w:rsidRPr="00302053">
              <w:rPr>
                <w:sz w:val="22"/>
                <w:szCs w:val="22"/>
              </w:rPr>
              <w:t>.</w:t>
            </w:r>
          </w:p>
        </w:tc>
      </w:tr>
      <w:tr w:rsidR="00302053" w:rsidRPr="00302053" w14:paraId="4EDCF6C8" w14:textId="77777777" w:rsidTr="00377505">
        <w:tc>
          <w:tcPr>
            <w:tcW w:w="2518" w:type="dxa"/>
          </w:tcPr>
          <w:p w14:paraId="0518AB7D" w14:textId="77777777" w:rsidR="00302053" w:rsidRDefault="00302053" w:rsidP="00377505">
            <w:pPr>
              <w:pStyle w:val="NormalWeb"/>
              <w:ind w:left="16"/>
              <w:rPr>
                <w:sz w:val="22"/>
                <w:szCs w:val="22"/>
              </w:rPr>
            </w:pPr>
          </w:p>
          <w:p w14:paraId="41483EFA" w14:textId="5BB68BA9"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738D4268" wp14:editId="0D398486">
                  <wp:extent cx="943107" cy="190527"/>
                  <wp:effectExtent l="0" t="0" r="0" b="0"/>
                  <wp:docPr id="118909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3686" name=""/>
                          <pic:cNvPicPr/>
                        </pic:nvPicPr>
                        <pic:blipFill>
                          <a:blip r:embed="rId16"/>
                          <a:stretch>
                            <a:fillRect/>
                          </a:stretch>
                        </pic:blipFill>
                        <pic:spPr>
                          <a:xfrm>
                            <a:off x="0" y="0"/>
                            <a:ext cx="943107" cy="190527"/>
                          </a:xfrm>
                          <a:prstGeom prst="rect">
                            <a:avLst/>
                          </a:prstGeom>
                        </pic:spPr>
                      </pic:pic>
                    </a:graphicData>
                  </a:graphic>
                </wp:inline>
              </w:drawing>
            </w:r>
          </w:p>
        </w:tc>
        <w:tc>
          <w:tcPr>
            <w:tcW w:w="5694" w:type="dxa"/>
            <w:vAlign w:val="center"/>
          </w:tcPr>
          <w:p w14:paraId="0BA4DDC8" w14:textId="77777777" w:rsidR="00302053" w:rsidRPr="00302053" w:rsidRDefault="00302053" w:rsidP="00377505">
            <w:pPr>
              <w:pStyle w:val="NormalWeb"/>
              <w:ind w:left="16"/>
              <w:rPr>
                <w:sz w:val="22"/>
                <w:szCs w:val="22"/>
              </w:rPr>
            </w:pPr>
            <w:proofErr w:type="spellStart"/>
            <w:r w:rsidRPr="00302053">
              <w:rPr>
                <w:b/>
                <w:bCs/>
                <w:sz w:val="22"/>
                <w:szCs w:val="22"/>
              </w:rPr>
              <w:t>Generalisasi</w:t>
            </w:r>
            <w:proofErr w:type="spellEnd"/>
            <w:r w:rsidRPr="00302053">
              <w:rPr>
                <w:sz w:val="22"/>
                <w:szCs w:val="22"/>
              </w:rPr>
              <w:t xml:space="preserve">: </w:t>
            </w:r>
            <w:proofErr w:type="spellStart"/>
            <w:r w:rsidRPr="00302053">
              <w:rPr>
                <w:sz w:val="22"/>
                <w:szCs w:val="22"/>
              </w:rPr>
              <w:t>Menggambarkan</w:t>
            </w:r>
            <w:proofErr w:type="spellEnd"/>
            <w:r w:rsidRPr="00302053">
              <w:rPr>
                <w:sz w:val="22"/>
                <w:szCs w:val="22"/>
              </w:rPr>
              <w:t xml:space="preserve"> </w:t>
            </w:r>
            <w:proofErr w:type="spellStart"/>
            <w:r w:rsidRPr="00302053">
              <w:rPr>
                <w:sz w:val="22"/>
                <w:szCs w:val="22"/>
              </w:rPr>
              <w:t>relasi</w:t>
            </w:r>
            <w:proofErr w:type="spellEnd"/>
            <w:r w:rsidRPr="00302053">
              <w:rPr>
                <w:sz w:val="22"/>
                <w:szCs w:val="22"/>
              </w:rPr>
              <w:t xml:space="preserve"> </w:t>
            </w:r>
            <w:proofErr w:type="spellStart"/>
            <w:r w:rsidRPr="00302053">
              <w:rPr>
                <w:sz w:val="22"/>
                <w:szCs w:val="22"/>
              </w:rPr>
              <w:t>pewarisan</w:t>
            </w:r>
            <w:proofErr w:type="spellEnd"/>
            <w:r w:rsidRPr="00302053">
              <w:rPr>
                <w:sz w:val="22"/>
                <w:szCs w:val="22"/>
              </w:rPr>
              <w:t xml:space="preserve"> </w:t>
            </w:r>
            <w:proofErr w:type="spellStart"/>
            <w:r w:rsidRPr="00302053">
              <w:rPr>
                <w:sz w:val="22"/>
                <w:szCs w:val="22"/>
              </w:rPr>
              <w:t>peran</w:t>
            </w:r>
            <w:proofErr w:type="spellEnd"/>
            <w:r w:rsidRPr="00302053">
              <w:rPr>
                <w:sz w:val="22"/>
                <w:szCs w:val="22"/>
              </w:rPr>
              <w:t xml:space="preserve"> </w:t>
            </w:r>
            <w:proofErr w:type="spellStart"/>
            <w:r w:rsidRPr="00302053">
              <w:rPr>
                <w:sz w:val="22"/>
                <w:szCs w:val="22"/>
              </w:rPr>
              <w:t>antara</w:t>
            </w:r>
            <w:proofErr w:type="spellEnd"/>
            <w:r w:rsidRPr="00302053">
              <w:rPr>
                <w:sz w:val="22"/>
                <w:szCs w:val="22"/>
              </w:rPr>
              <w:t xml:space="preserve"> </w:t>
            </w:r>
            <w:proofErr w:type="spellStart"/>
            <w:r w:rsidRPr="00302053">
              <w:rPr>
                <w:sz w:val="22"/>
                <w:szCs w:val="22"/>
              </w:rPr>
              <w:t>aktor</w:t>
            </w:r>
            <w:proofErr w:type="spellEnd"/>
            <w:r w:rsidRPr="00302053">
              <w:rPr>
                <w:sz w:val="22"/>
                <w:szCs w:val="22"/>
              </w:rPr>
              <w:t xml:space="preserve">, </w:t>
            </w:r>
            <w:proofErr w:type="spellStart"/>
            <w:r w:rsidRPr="00302053">
              <w:rPr>
                <w:sz w:val="22"/>
                <w:szCs w:val="22"/>
              </w:rPr>
              <w:t>atau</w:t>
            </w:r>
            <w:proofErr w:type="spellEnd"/>
            <w:r w:rsidRPr="00302053">
              <w:rPr>
                <w:sz w:val="22"/>
                <w:szCs w:val="22"/>
              </w:rPr>
              <w:t xml:space="preserve"> </w:t>
            </w:r>
            <w:proofErr w:type="spellStart"/>
            <w:r w:rsidRPr="00302053">
              <w:rPr>
                <w:sz w:val="22"/>
                <w:szCs w:val="22"/>
              </w:rPr>
              <w:t>antarfungsi</w:t>
            </w:r>
            <w:proofErr w:type="spellEnd"/>
            <w:r w:rsidRPr="00302053">
              <w:rPr>
                <w:sz w:val="22"/>
                <w:szCs w:val="22"/>
              </w:rPr>
              <w:t xml:space="preserve"> yang </w:t>
            </w:r>
            <w:proofErr w:type="spellStart"/>
            <w:r w:rsidRPr="00302053">
              <w:rPr>
                <w:sz w:val="22"/>
                <w:szCs w:val="22"/>
              </w:rPr>
              <w:t>menunjukkan</w:t>
            </w:r>
            <w:proofErr w:type="spellEnd"/>
            <w:r w:rsidRPr="00302053">
              <w:rPr>
                <w:sz w:val="22"/>
                <w:szCs w:val="22"/>
              </w:rPr>
              <w:t xml:space="preserve"> </w:t>
            </w:r>
            <w:proofErr w:type="spellStart"/>
            <w:r w:rsidRPr="00302053">
              <w:rPr>
                <w:sz w:val="22"/>
                <w:szCs w:val="22"/>
              </w:rPr>
              <w:t>turunan</w:t>
            </w:r>
            <w:proofErr w:type="spellEnd"/>
            <w:r w:rsidRPr="00302053">
              <w:rPr>
                <w:sz w:val="22"/>
                <w:szCs w:val="22"/>
              </w:rPr>
              <w:t xml:space="preserve"> </w:t>
            </w:r>
            <w:proofErr w:type="spellStart"/>
            <w:r w:rsidRPr="00302053">
              <w:rPr>
                <w:sz w:val="22"/>
                <w:szCs w:val="22"/>
              </w:rPr>
              <w:t>atau</w:t>
            </w:r>
            <w:proofErr w:type="spellEnd"/>
            <w:r w:rsidRPr="00302053">
              <w:rPr>
                <w:sz w:val="22"/>
                <w:szCs w:val="22"/>
              </w:rPr>
              <w:t xml:space="preserve"> </w:t>
            </w:r>
            <w:proofErr w:type="spellStart"/>
            <w:r w:rsidRPr="00302053">
              <w:rPr>
                <w:sz w:val="22"/>
                <w:szCs w:val="22"/>
              </w:rPr>
              <w:t>perluasan</w:t>
            </w:r>
            <w:proofErr w:type="spellEnd"/>
            <w:r w:rsidRPr="00302053">
              <w:rPr>
                <w:sz w:val="22"/>
                <w:szCs w:val="22"/>
              </w:rPr>
              <w:t>.</w:t>
            </w:r>
          </w:p>
        </w:tc>
      </w:tr>
      <w:tr w:rsidR="00302053" w:rsidRPr="00302053" w14:paraId="6B9579B9" w14:textId="77777777" w:rsidTr="00377505">
        <w:tc>
          <w:tcPr>
            <w:tcW w:w="2518" w:type="dxa"/>
          </w:tcPr>
          <w:p w14:paraId="0DF4282E" w14:textId="77777777"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729DBC27" wp14:editId="28481C34">
                  <wp:extent cx="866896" cy="352474"/>
                  <wp:effectExtent l="0" t="0" r="9525" b="9525"/>
                  <wp:docPr id="1979791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91323" name=""/>
                          <pic:cNvPicPr/>
                        </pic:nvPicPr>
                        <pic:blipFill>
                          <a:blip r:embed="rId17"/>
                          <a:stretch>
                            <a:fillRect/>
                          </a:stretch>
                        </pic:blipFill>
                        <pic:spPr>
                          <a:xfrm>
                            <a:off x="0" y="0"/>
                            <a:ext cx="866896" cy="352474"/>
                          </a:xfrm>
                          <a:prstGeom prst="rect">
                            <a:avLst/>
                          </a:prstGeom>
                        </pic:spPr>
                      </pic:pic>
                    </a:graphicData>
                  </a:graphic>
                </wp:inline>
              </w:drawing>
            </w:r>
          </w:p>
        </w:tc>
        <w:tc>
          <w:tcPr>
            <w:tcW w:w="5694" w:type="dxa"/>
            <w:vAlign w:val="center"/>
          </w:tcPr>
          <w:p w14:paraId="6AB63829" w14:textId="099BD267" w:rsidR="00302053" w:rsidRPr="00302053" w:rsidRDefault="00302053" w:rsidP="00377505">
            <w:pPr>
              <w:pStyle w:val="NormalWeb"/>
              <w:ind w:left="16"/>
              <w:rPr>
                <w:sz w:val="22"/>
                <w:szCs w:val="22"/>
              </w:rPr>
            </w:pPr>
            <w:r w:rsidRPr="00302053">
              <w:rPr>
                <w:b/>
                <w:bCs/>
                <w:sz w:val="22"/>
                <w:szCs w:val="22"/>
              </w:rPr>
              <w:t>Include</w:t>
            </w:r>
            <w:r w:rsidRPr="00302053">
              <w:rPr>
                <w:sz w:val="22"/>
                <w:szCs w:val="22"/>
              </w:rPr>
              <w:t xml:space="preserve">: </w:t>
            </w:r>
            <w:proofErr w:type="spellStart"/>
            <w:r w:rsidRPr="00302053">
              <w:rPr>
                <w:sz w:val="22"/>
                <w:szCs w:val="22"/>
              </w:rPr>
              <w:t>Menunjukkan</w:t>
            </w:r>
            <w:proofErr w:type="spellEnd"/>
            <w:r w:rsidRPr="00302053">
              <w:rPr>
                <w:sz w:val="22"/>
                <w:szCs w:val="22"/>
              </w:rPr>
              <w:t xml:space="preserve"> </w:t>
            </w:r>
            <w:proofErr w:type="spellStart"/>
            <w:r w:rsidRPr="00302053">
              <w:rPr>
                <w:sz w:val="22"/>
                <w:szCs w:val="22"/>
              </w:rPr>
              <w:t>bahwa</w:t>
            </w:r>
            <w:proofErr w:type="spellEnd"/>
            <w:r w:rsidRPr="00302053">
              <w:rPr>
                <w:sz w:val="22"/>
                <w:szCs w:val="22"/>
              </w:rPr>
              <w:t xml:space="preserve"> </w:t>
            </w:r>
            <w:proofErr w:type="spellStart"/>
            <w:r w:rsidRPr="00302053">
              <w:rPr>
                <w:sz w:val="22"/>
                <w:szCs w:val="22"/>
              </w:rPr>
              <w:t>suatu</w:t>
            </w:r>
            <w:proofErr w:type="spellEnd"/>
            <w:r w:rsidRPr="00302053">
              <w:rPr>
                <w:sz w:val="22"/>
                <w:szCs w:val="22"/>
              </w:rPr>
              <w:t xml:space="preserve"> </w:t>
            </w:r>
            <w:r w:rsidR="007C71F5" w:rsidRPr="007C71F5">
              <w:rPr>
                <w:i/>
                <w:iCs/>
                <w:sz w:val="22"/>
                <w:szCs w:val="22"/>
              </w:rPr>
              <w:t>Use Case</w:t>
            </w:r>
            <w:r w:rsidRPr="00302053">
              <w:rPr>
                <w:sz w:val="22"/>
                <w:szCs w:val="22"/>
              </w:rPr>
              <w:t xml:space="preserve"> </w:t>
            </w:r>
            <w:proofErr w:type="spellStart"/>
            <w:r w:rsidRPr="00302053">
              <w:rPr>
                <w:sz w:val="22"/>
                <w:szCs w:val="22"/>
              </w:rPr>
              <w:t>adalah</w:t>
            </w:r>
            <w:proofErr w:type="spellEnd"/>
            <w:r w:rsidRPr="00302053">
              <w:rPr>
                <w:sz w:val="22"/>
                <w:szCs w:val="22"/>
              </w:rPr>
              <w:t xml:space="preserve"> </w:t>
            </w:r>
            <w:proofErr w:type="spellStart"/>
            <w:r w:rsidRPr="00302053">
              <w:rPr>
                <w:sz w:val="22"/>
                <w:szCs w:val="22"/>
              </w:rPr>
              <w:t>gabungan</w:t>
            </w:r>
            <w:proofErr w:type="spellEnd"/>
            <w:r w:rsidRPr="00302053">
              <w:rPr>
                <w:sz w:val="22"/>
                <w:szCs w:val="22"/>
              </w:rPr>
              <w:t xml:space="preserve"> </w:t>
            </w:r>
            <w:proofErr w:type="spellStart"/>
            <w:r w:rsidRPr="00302053">
              <w:rPr>
                <w:sz w:val="22"/>
                <w:szCs w:val="22"/>
              </w:rPr>
              <w:t>dari</w:t>
            </w:r>
            <w:proofErr w:type="spellEnd"/>
            <w:r w:rsidRPr="00302053">
              <w:rPr>
                <w:sz w:val="22"/>
                <w:szCs w:val="22"/>
              </w:rPr>
              <w:t xml:space="preserve"> </w:t>
            </w:r>
            <w:proofErr w:type="spellStart"/>
            <w:r w:rsidRPr="00302053">
              <w:rPr>
                <w:sz w:val="22"/>
                <w:szCs w:val="22"/>
              </w:rPr>
              <w:t>perilaku</w:t>
            </w:r>
            <w:proofErr w:type="spellEnd"/>
            <w:r w:rsidRPr="00302053">
              <w:rPr>
                <w:sz w:val="22"/>
                <w:szCs w:val="22"/>
              </w:rPr>
              <w:t xml:space="preserve"> </w:t>
            </w:r>
            <w:r w:rsidR="007C71F5" w:rsidRPr="007C71F5">
              <w:rPr>
                <w:i/>
                <w:iCs/>
                <w:sz w:val="22"/>
                <w:szCs w:val="22"/>
              </w:rPr>
              <w:t>Use Case</w:t>
            </w:r>
            <w:r w:rsidRPr="00302053">
              <w:rPr>
                <w:sz w:val="22"/>
                <w:szCs w:val="22"/>
              </w:rPr>
              <w:t xml:space="preserve"> lain.</w:t>
            </w:r>
          </w:p>
        </w:tc>
      </w:tr>
      <w:tr w:rsidR="00302053" w:rsidRPr="00302053" w14:paraId="6D07FBD5" w14:textId="77777777" w:rsidTr="00377505">
        <w:tc>
          <w:tcPr>
            <w:tcW w:w="2518" w:type="dxa"/>
          </w:tcPr>
          <w:p w14:paraId="606B9F92" w14:textId="77777777" w:rsidR="00302053" w:rsidRPr="00302053" w:rsidRDefault="00302053" w:rsidP="00377505">
            <w:pPr>
              <w:pStyle w:val="NormalWeb"/>
              <w:ind w:left="16"/>
              <w:jc w:val="center"/>
              <w:rPr>
                <w:sz w:val="22"/>
                <w:szCs w:val="22"/>
              </w:rPr>
            </w:pPr>
            <w:r w:rsidRPr="00302053">
              <w:rPr>
                <w:noProof/>
                <w:sz w:val="22"/>
                <w:szCs w:val="22"/>
              </w:rPr>
              <w:drawing>
                <wp:inline distT="0" distB="0" distL="0" distR="0" wp14:anchorId="716ED06D" wp14:editId="433EE81F">
                  <wp:extent cx="895475" cy="323895"/>
                  <wp:effectExtent l="0" t="0" r="0" b="0"/>
                  <wp:docPr id="143147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71745" name=""/>
                          <pic:cNvPicPr/>
                        </pic:nvPicPr>
                        <pic:blipFill>
                          <a:blip r:embed="rId18"/>
                          <a:stretch>
                            <a:fillRect/>
                          </a:stretch>
                        </pic:blipFill>
                        <pic:spPr>
                          <a:xfrm>
                            <a:off x="0" y="0"/>
                            <a:ext cx="895475" cy="323895"/>
                          </a:xfrm>
                          <a:prstGeom prst="rect">
                            <a:avLst/>
                          </a:prstGeom>
                        </pic:spPr>
                      </pic:pic>
                    </a:graphicData>
                  </a:graphic>
                </wp:inline>
              </w:drawing>
            </w:r>
          </w:p>
        </w:tc>
        <w:tc>
          <w:tcPr>
            <w:tcW w:w="5694" w:type="dxa"/>
            <w:vAlign w:val="center"/>
          </w:tcPr>
          <w:p w14:paraId="1BD59D80" w14:textId="65FD718A" w:rsidR="00302053" w:rsidRPr="00302053" w:rsidRDefault="00302053" w:rsidP="00377505">
            <w:pPr>
              <w:pStyle w:val="NormalWeb"/>
              <w:ind w:left="16"/>
              <w:rPr>
                <w:sz w:val="22"/>
                <w:szCs w:val="22"/>
              </w:rPr>
            </w:pPr>
            <w:r w:rsidRPr="00302053">
              <w:rPr>
                <w:b/>
                <w:bCs/>
                <w:sz w:val="22"/>
                <w:szCs w:val="22"/>
              </w:rPr>
              <w:t>Extend</w:t>
            </w:r>
            <w:r w:rsidRPr="00302053">
              <w:rPr>
                <w:sz w:val="22"/>
                <w:szCs w:val="22"/>
              </w:rPr>
              <w:t xml:space="preserve">: Ini </w:t>
            </w:r>
            <w:proofErr w:type="spellStart"/>
            <w:r w:rsidRPr="00302053">
              <w:rPr>
                <w:sz w:val="22"/>
                <w:szCs w:val="22"/>
              </w:rPr>
              <w:t>menunjukkan</w:t>
            </w:r>
            <w:proofErr w:type="spellEnd"/>
            <w:r w:rsidRPr="00302053">
              <w:rPr>
                <w:sz w:val="22"/>
                <w:szCs w:val="22"/>
              </w:rPr>
              <w:t xml:space="preserve"> </w:t>
            </w:r>
            <w:proofErr w:type="spellStart"/>
            <w:r w:rsidRPr="00302053">
              <w:rPr>
                <w:sz w:val="22"/>
                <w:szCs w:val="22"/>
              </w:rPr>
              <w:t>bahwa</w:t>
            </w:r>
            <w:proofErr w:type="spellEnd"/>
            <w:r w:rsidRPr="00302053">
              <w:rPr>
                <w:sz w:val="22"/>
                <w:szCs w:val="22"/>
              </w:rPr>
              <w:t xml:space="preserve"> </w:t>
            </w:r>
            <w:proofErr w:type="spellStart"/>
            <w:r w:rsidRPr="00302053">
              <w:rPr>
                <w:sz w:val="22"/>
                <w:szCs w:val="22"/>
              </w:rPr>
              <w:t>jika</w:t>
            </w:r>
            <w:proofErr w:type="spellEnd"/>
            <w:r w:rsidRPr="00302053">
              <w:rPr>
                <w:sz w:val="22"/>
                <w:szCs w:val="22"/>
              </w:rPr>
              <w:t xml:space="preserve"> </w:t>
            </w:r>
            <w:proofErr w:type="spellStart"/>
            <w:r w:rsidRPr="00302053">
              <w:rPr>
                <w:sz w:val="22"/>
                <w:szCs w:val="22"/>
              </w:rPr>
              <w:t>kondisi</w:t>
            </w:r>
            <w:proofErr w:type="spellEnd"/>
            <w:r w:rsidRPr="00302053">
              <w:rPr>
                <w:sz w:val="22"/>
                <w:szCs w:val="22"/>
              </w:rPr>
              <w:t xml:space="preserve"> </w:t>
            </w:r>
            <w:proofErr w:type="spellStart"/>
            <w:r w:rsidRPr="00302053">
              <w:rPr>
                <w:sz w:val="22"/>
                <w:szCs w:val="22"/>
              </w:rPr>
              <w:t>tertentu</w:t>
            </w:r>
            <w:proofErr w:type="spellEnd"/>
            <w:r w:rsidRPr="00302053">
              <w:rPr>
                <w:sz w:val="22"/>
                <w:szCs w:val="22"/>
              </w:rPr>
              <w:t xml:space="preserve"> </w:t>
            </w:r>
            <w:proofErr w:type="spellStart"/>
            <w:r w:rsidRPr="00302053">
              <w:rPr>
                <w:sz w:val="22"/>
                <w:szCs w:val="22"/>
              </w:rPr>
              <w:t>terpenuhi</w:t>
            </w:r>
            <w:proofErr w:type="spellEnd"/>
            <w:r w:rsidRPr="00302053">
              <w:rPr>
                <w:sz w:val="22"/>
                <w:szCs w:val="22"/>
              </w:rPr>
              <w:t xml:space="preserve">, </w:t>
            </w:r>
            <w:proofErr w:type="spellStart"/>
            <w:r w:rsidRPr="00302053">
              <w:rPr>
                <w:sz w:val="22"/>
                <w:szCs w:val="22"/>
              </w:rPr>
              <w:t>suatu</w:t>
            </w:r>
            <w:proofErr w:type="spellEnd"/>
            <w:r w:rsidRPr="00302053">
              <w:rPr>
                <w:sz w:val="22"/>
                <w:szCs w:val="22"/>
              </w:rPr>
              <w:t xml:space="preserve"> </w:t>
            </w:r>
            <w:r w:rsidR="007C71F5" w:rsidRPr="007C71F5">
              <w:rPr>
                <w:i/>
                <w:iCs/>
                <w:sz w:val="22"/>
                <w:szCs w:val="22"/>
              </w:rPr>
              <w:t>Use Case</w:t>
            </w:r>
            <w:r w:rsidRPr="00302053">
              <w:rPr>
                <w:sz w:val="22"/>
                <w:szCs w:val="22"/>
              </w:rPr>
              <w:t xml:space="preserve"> </w:t>
            </w:r>
            <w:proofErr w:type="spellStart"/>
            <w:r w:rsidRPr="00302053">
              <w:rPr>
                <w:sz w:val="22"/>
                <w:szCs w:val="22"/>
              </w:rPr>
              <w:t>memiliki</w:t>
            </w:r>
            <w:proofErr w:type="spellEnd"/>
            <w:r w:rsidRPr="00302053">
              <w:rPr>
                <w:sz w:val="22"/>
                <w:szCs w:val="22"/>
              </w:rPr>
              <w:t xml:space="preserve"> </w:t>
            </w:r>
            <w:proofErr w:type="spellStart"/>
            <w:r w:rsidRPr="00302053">
              <w:rPr>
                <w:sz w:val="22"/>
                <w:szCs w:val="22"/>
              </w:rPr>
              <w:t>fitur</w:t>
            </w:r>
            <w:proofErr w:type="spellEnd"/>
            <w:r w:rsidRPr="00302053">
              <w:rPr>
                <w:sz w:val="22"/>
                <w:szCs w:val="22"/>
              </w:rPr>
              <w:t xml:space="preserve"> </w:t>
            </w:r>
            <w:proofErr w:type="spellStart"/>
            <w:r w:rsidRPr="00302053">
              <w:rPr>
                <w:sz w:val="22"/>
                <w:szCs w:val="22"/>
              </w:rPr>
              <w:t>tambahan</w:t>
            </w:r>
            <w:proofErr w:type="spellEnd"/>
          </w:p>
        </w:tc>
      </w:tr>
    </w:tbl>
    <w:p w14:paraId="2A650542" w14:textId="77777777" w:rsidR="002E5334" w:rsidRPr="00387AD0" w:rsidRDefault="002E5334" w:rsidP="00D70A29">
      <w:pPr>
        <w:pStyle w:val="NormalWeb"/>
        <w:spacing w:before="0" w:beforeAutospacing="0" w:after="0" w:afterAutospacing="0" w:line="360" w:lineRule="auto"/>
        <w:jc w:val="both"/>
      </w:pPr>
    </w:p>
    <w:p w14:paraId="0BEA2374" w14:textId="42AADC86" w:rsidR="003F340E" w:rsidRPr="00387AD0" w:rsidRDefault="004A3113" w:rsidP="00302053">
      <w:pPr>
        <w:pStyle w:val="NormalWeb"/>
        <w:spacing w:before="0" w:beforeAutospacing="0" w:after="0" w:afterAutospacing="0" w:line="360" w:lineRule="auto"/>
        <w:ind w:right="-427" w:firstLine="720"/>
        <w:jc w:val="both"/>
      </w:pPr>
      <w:r w:rsidRPr="00387AD0">
        <w:t>Diagram</w:t>
      </w:r>
      <w:r w:rsidR="00F660D2" w:rsidRPr="00387AD0">
        <w:t xml:space="preserve"> </w:t>
      </w:r>
      <w:r w:rsidR="007C71F5" w:rsidRPr="007C71F5">
        <w:rPr>
          <w:i/>
          <w:iCs/>
        </w:rPr>
        <w:t>Use Case</w:t>
      </w:r>
      <w:r w:rsidR="00F660D2" w:rsidRPr="00387AD0">
        <w:t xml:space="preserve"> </w:t>
      </w:r>
      <w:proofErr w:type="spellStart"/>
      <w:r w:rsidRPr="00387AD0">
        <w:t>memberikan</w:t>
      </w:r>
      <w:proofErr w:type="spellEnd"/>
      <w:r w:rsidR="00F660D2" w:rsidRPr="00387AD0">
        <w:t xml:space="preserve"> </w:t>
      </w:r>
      <w:proofErr w:type="spellStart"/>
      <w:r w:rsidRPr="00387AD0">
        <w:t>gambaran</w:t>
      </w:r>
      <w:proofErr w:type="spellEnd"/>
      <w:r w:rsidR="00F660D2" w:rsidRPr="00387AD0">
        <w:t xml:space="preserve"> </w:t>
      </w:r>
      <w:proofErr w:type="spellStart"/>
      <w:r w:rsidRPr="00387AD0">
        <w:t>tentang</w:t>
      </w:r>
      <w:proofErr w:type="spellEnd"/>
      <w:r w:rsidR="00F660D2" w:rsidRPr="00387AD0">
        <w:t xml:space="preserve"> </w:t>
      </w:r>
      <w:proofErr w:type="spellStart"/>
      <w:r w:rsidRPr="00387AD0">
        <w:t>interaksi</w:t>
      </w:r>
      <w:proofErr w:type="spellEnd"/>
      <w:r w:rsidR="00F660D2" w:rsidRPr="00387AD0">
        <w:t xml:space="preserve"> </w:t>
      </w:r>
      <w:proofErr w:type="spellStart"/>
      <w:r w:rsidRPr="00387AD0">
        <w:t>antara</w:t>
      </w:r>
      <w:proofErr w:type="spellEnd"/>
      <w:r w:rsidR="00F660D2" w:rsidRPr="00387AD0">
        <w:t xml:space="preserve"> </w:t>
      </w:r>
      <w:proofErr w:type="spellStart"/>
      <w:r w:rsidRPr="00387AD0">
        <w:t>pengguna</w:t>
      </w:r>
      <w:proofErr w:type="spellEnd"/>
      <w:r w:rsidR="00F660D2" w:rsidRPr="00387AD0">
        <w:t xml:space="preserve"> </w:t>
      </w:r>
      <w:r w:rsidRPr="00387AD0">
        <w:t>dan</w:t>
      </w:r>
      <w:r w:rsidR="00F660D2" w:rsidRPr="00387AD0">
        <w:t xml:space="preserve"> </w:t>
      </w:r>
      <w:proofErr w:type="spellStart"/>
      <w:r w:rsidRPr="00387AD0">
        <w:t>layanan</w:t>
      </w:r>
      <w:proofErr w:type="spellEnd"/>
      <w:r w:rsidR="00F660D2" w:rsidRPr="00387AD0">
        <w:t xml:space="preserve"> </w:t>
      </w:r>
      <w:proofErr w:type="spellStart"/>
      <w:r w:rsidRPr="00387AD0">
        <w:t>sistem</w:t>
      </w:r>
      <w:proofErr w:type="spellEnd"/>
      <w:r w:rsidRPr="00387AD0">
        <w:t>,</w:t>
      </w:r>
      <w:r w:rsidR="00F660D2" w:rsidRPr="00387AD0">
        <w:t xml:space="preserve"> </w:t>
      </w:r>
      <w:proofErr w:type="spellStart"/>
      <w:r w:rsidRPr="00387AD0">
        <w:t>sehingga</w:t>
      </w:r>
      <w:proofErr w:type="spellEnd"/>
      <w:r w:rsidR="00F660D2" w:rsidRPr="00387AD0">
        <w:t xml:space="preserve"> </w:t>
      </w:r>
      <w:proofErr w:type="spellStart"/>
      <w:r w:rsidRPr="00387AD0">
        <w:t>membantu</w:t>
      </w:r>
      <w:proofErr w:type="spellEnd"/>
      <w:r w:rsidR="00F660D2" w:rsidRPr="00387AD0">
        <w:t xml:space="preserve"> </w:t>
      </w:r>
      <w:proofErr w:type="spellStart"/>
      <w:r w:rsidRPr="00387AD0">
        <w:t>dalam</w:t>
      </w:r>
      <w:proofErr w:type="spellEnd"/>
      <w:r w:rsidR="00F660D2" w:rsidRPr="00387AD0">
        <w:t xml:space="preserve"> </w:t>
      </w:r>
      <w:proofErr w:type="spellStart"/>
      <w:r w:rsidRPr="00387AD0">
        <w:t>menjelaskan</w:t>
      </w:r>
      <w:proofErr w:type="spellEnd"/>
      <w:r w:rsidR="00F660D2" w:rsidRPr="00387AD0">
        <w:t xml:space="preserve"> </w:t>
      </w:r>
      <w:proofErr w:type="spellStart"/>
      <w:r w:rsidRPr="00387AD0">
        <w:t>fitur</w:t>
      </w:r>
      <w:proofErr w:type="spellEnd"/>
      <w:r w:rsidR="00F660D2" w:rsidRPr="00387AD0">
        <w:t xml:space="preserve"> </w:t>
      </w:r>
      <w:proofErr w:type="spellStart"/>
      <w:r w:rsidRPr="00387AD0">
        <w:t>utama</w:t>
      </w:r>
      <w:proofErr w:type="spellEnd"/>
      <w:r w:rsidR="00F660D2" w:rsidRPr="00387AD0">
        <w:t xml:space="preserve"> </w:t>
      </w:r>
      <w:r w:rsidRPr="00387AD0">
        <w:t>yang</w:t>
      </w:r>
      <w:r w:rsidR="00F660D2" w:rsidRPr="00387AD0">
        <w:t xml:space="preserve"> </w:t>
      </w:r>
      <w:proofErr w:type="spellStart"/>
      <w:r w:rsidRPr="00387AD0">
        <w:t>akan</w:t>
      </w:r>
      <w:proofErr w:type="spellEnd"/>
      <w:r w:rsidR="00F660D2" w:rsidRPr="00387AD0">
        <w:t xml:space="preserve"> </w:t>
      </w:r>
      <w:proofErr w:type="spellStart"/>
      <w:r w:rsidRPr="00387AD0">
        <w:t>dikembangkan</w:t>
      </w:r>
      <w:proofErr w:type="spellEnd"/>
      <w:r w:rsidR="00F660D2" w:rsidRPr="00387AD0">
        <w:t xml:space="preserve"> </w:t>
      </w:r>
      <w:proofErr w:type="spellStart"/>
      <w:r w:rsidRPr="00387AD0">
        <w:t>dalam</w:t>
      </w:r>
      <w:proofErr w:type="spellEnd"/>
      <w:r w:rsidR="00F660D2" w:rsidRPr="00387AD0">
        <w:t xml:space="preserve"> </w:t>
      </w:r>
      <w:r w:rsidRPr="00387AD0">
        <w:t>proses</w:t>
      </w:r>
      <w:r w:rsidR="00F660D2" w:rsidRPr="00387AD0">
        <w:t xml:space="preserve"> </w:t>
      </w:r>
      <w:proofErr w:type="spellStart"/>
      <w:r w:rsidRPr="00387AD0">
        <w:t>rekayasa</w:t>
      </w:r>
      <w:proofErr w:type="spellEnd"/>
      <w:r w:rsidR="00F660D2" w:rsidRPr="00387AD0">
        <w:t xml:space="preserve"> </w:t>
      </w:r>
      <w:proofErr w:type="spellStart"/>
      <w:r w:rsidRPr="00387AD0">
        <w:t>perangkat</w:t>
      </w:r>
      <w:proofErr w:type="spellEnd"/>
      <w:r w:rsidR="00F660D2" w:rsidRPr="00387AD0">
        <w:t xml:space="preserve"> </w:t>
      </w:r>
      <w:proofErr w:type="spellStart"/>
      <w:r w:rsidRPr="00387AD0">
        <w:t>lunak</w:t>
      </w:r>
      <w:proofErr w:type="spellEnd"/>
      <w:r w:rsidRPr="00387AD0">
        <w:t>.</w:t>
      </w:r>
      <w:r w:rsidR="00F660D2" w:rsidRPr="00387AD0">
        <w:t xml:space="preserve"> </w:t>
      </w:r>
      <w:proofErr w:type="spellStart"/>
      <w:r w:rsidRPr="00387AD0">
        <w:t>Setiap</w:t>
      </w:r>
      <w:proofErr w:type="spellEnd"/>
      <w:r w:rsidR="00F660D2" w:rsidRPr="00387AD0">
        <w:t xml:space="preserve"> </w:t>
      </w:r>
      <w:proofErr w:type="spellStart"/>
      <w:r w:rsidRPr="00387AD0">
        <w:t>skenario</w:t>
      </w:r>
      <w:proofErr w:type="spellEnd"/>
      <w:r w:rsidR="00F660D2" w:rsidRPr="00387AD0">
        <w:t xml:space="preserve"> </w:t>
      </w:r>
      <w:r w:rsidRPr="00387AD0">
        <w:t>yang</w:t>
      </w:r>
      <w:r w:rsidR="00F660D2" w:rsidRPr="00387AD0">
        <w:t xml:space="preserve"> </w:t>
      </w:r>
      <w:proofErr w:type="spellStart"/>
      <w:r w:rsidRPr="00387AD0">
        <w:t>tergambar</w:t>
      </w:r>
      <w:proofErr w:type="spellEnd"/>
      <w:r w:rsidR="00F660D2" w:rsidRPr="00387AD0">
        <w:t xml:space="preserve"> </w:t>
      </w:r>
      <w:proofErr w:type="spellStart"/>
      <w:r w:rsidRPr="00387AD0">
        <w:t>dalam</w:t>
      </w:r>
      <w:proofErr w:type="spellEnd"/>
      <w:r w:rsidR="00F660D2" w:rsidRPr="00387AD0">
        <w:t xml:space="preserve"> </w:t>
      </w:r>
      <w:r w:rsidR="007C71F5" w:rsidRPr="007C71F5">
        <w:rPr>
          <w:i/>
          <w:iCs/>
        </w:rPr>
        <w:t>Use Case</w:t>
      </w:r>
      <w:r w:rsidR="00F660D2" w:rsidRPr="00387AD0">
        <w:t xml:space="preserve"> </w:t>
      </w:r>
      <w:proofErr w:type="spellStart"/>
      <w:r w:rsidRPr="00387AD0">
        <w:t>merepresentasikan</w:t>
      </w:r>
      <w:proofErr w:type="spellEnd"/>
      <w:r w:rsidR="00F660D2" w:rsidRPr="00387AD0">
        <w:t xml:space="preserve"> </w:t>
      </w:r>
      <w:proofErr w:type="spellStart"/>
      <w:r w:rsidRPr="00387AD0">
        <w:t>tindakan</w:t>
      </w:r>
      <w:proofErr w:type="spellEnd"/>
      <w:r w:rsidR="00F660D2" w:rsidRPr="00387AD0">
        <w:t xml:space="preserve"> </w:t>
      </w:r>
      <w:proofErr w:type="spellStart"/>
      <w:r w:rsidRPr="00387AD0">
        <w:t>atau</w:t>
      </w:r>
      <w:proofErr w:type="spellEnd"/>
      <w:r w:rsidR="00F660D2" w:rsidRPr="00387AD0">
        <w:t xml:space="preserve"> </w:t>
      </w:r>
      <w:proofErr w:type="spellStart"/>
      <w:r w:rsidRPr="00387AD0">
        <w:t>layanan</w:t>
      </w:r>
      <w:proofErr w:type="spellEnd"/>
      <w:r w:rsidR="00F660D2" w:rsidRPr="00387AD0">
        <w:t xml:space="preserve"> </w:t>
      </w:r>
      <w:proofErr w:type="spellStart"/>
      <w:r w:rsidRPr="00387AD0">
        <w:t>tertentu</w:t>
      </w:r>
      <w:proofErr w:type="spellEnd"/>
      <w:r w:rsidR="00F660D2" w:rsidRPr="00387AD0">
        <w:t xml:space="preserve"> </w:t>
      </w:r>
      <w:r w:rsidRPr="00387AD0">
        <w:t>yang</w:t>
      </w:r>
      <w:r w:rsidR="00F660D2" w:rsidRPr="00387AD0">
        <w:t xml:space="preserve"> </w:t>
      </w:r>
      <w:proofErr w:type="spellStart"/>
      <w:r w:rsidRPr="00387AD0">
        <w:t>dapat</w:t>
      </w:r>
      <w:proofErr w:type="spellEnd"/>
      <w:r w:rsidR="00F660D2" w:rsidRPr="00387AD0">
        <w:t xml:space="preserve"> </w:t>
      </w:r>
      <w:proofErr w:type="spellStart"/>
      <w:r w:rsidRPr="00387AD0">
        <w:t>diakses</w:t>
      </w:r>
      <w:proofErr w:type="spellEnd"/>
      <w:r w:rsidR="00F660D2" w:rsidRPr="00387AD0">
        <w:t xml:space="preserve"> </w:t>
      </w:r>
      <w:proofErr w:type="spellStart"/>
      <w:r w:rsidRPr="00387AD0">
        <w:t>atau</w:t>
      </w:r>
      <w:proofErr w:type="spellEnd"/>
      <w:r w:rsidR="00F660D2" w:rsidRPr="00387AD0">
        <w:t xml:space="preserve"> </w:t>
      </w:r>
      <w:proofErr w:type="spellStart"/>
      <w:r w:rsidRPr="00387AD0">
        <w:t>dijalankan</w:t>
      </w:r>
      <w:proofErr w:type="spellEnd"/>
      <w:r w:rsidR="00F660D2" w:rsidRPr="00387AD0">
        <w:t xml:space="preserve"> </w:t>
      </w:r>
      <w:r w:rsidRPr="00387AD0">
        <w:t>oleh</w:t>
      </w:r>
      <w:r w:rsidR="00F660D2" w:rsidRPr="00387AD0">
        <w:t xml:space="preserve"> </w:t>
      </w:r>
      <w:proofErr w:type="spellStart"/>
      <w:r w:rsidRPr="00387AD0">
        <w:t>pengguna</w:t>
      </w:r>
      <w:proofErr w:type="spellEnd"/>
      <w:r w:rsidR="00F660D2" w:rsidRPr="00387AD0">
        <w:t xml:space="preserve"> </w:t>
      </w:r>
      <w:proofErr w:type="spellStart"/>
      <w:r w:rsidRPr="00387AD0">
        <w:t>dalam</w:t>
      </w:r>
      <w:proofErr w:type="spellEnd"/>
      <w:r w:rsidR="00F660D2" w:rsidRPr="00387AD0">
        <w:t xml:space="preserve"> </w:t>
      </w:r>
      <w:proofErr w:type="spellStart"/>
      <w:r w:rsidRPr="00387AD0">
        <w:t>sistem</w:t>
      </w:r>
      <w:proofErr w:type="spellEnd"/>
      <w:r w:rsidR="00F660D2" w:rsidRPr="00387AD0">
        <w:t xml:space="preserve"> </w:t>
      </w:r>
      <w:r w:rsidRPr="00387AD0">
        <w:t>(Putri</w:t>
      </w:r>
      <w:r w:rsidR="00F660D2" w:rsidRPr="00387AD0">
        <w:t xml:space="preserve"> </w:t>
      </w:r>
      <w:r w:rsidRPr="00387AD0">
        <w:t>&amp;</w:t>
      </w:r>
      <w:r w:rsidR="00F660D2" w:rsidRPr="00387AD0">
        <w:t xml:space="preserve"> </w:t>
      </w:r>
      <w:r w:rsidRPr="00387AD0">
        <w:t>Nugroho,</w:t>
      </w:r>
      <w:r w:rsidR="00F660D2" w:rsidRPr="00387AD0">
        <w:t xml:space="preserve"> </w:t>
      </w:r>
      <w:r w:rsidRPr="00387AD0">
        <w:t>2022).</w:t>
      </w:r>
    </w:p>
    <w:p w14:paraId="48916FF6" w14:textId="77777777" w:rsidR="004500A0" w:rsidRPr="0003347B" w:rsidRDefault="004500A0" w:rsidP="00302053">
      <w:pPr>
        <w:pStyle w:val="Heading2"/>
        <w:numPr>
          <w:ilvl w:val="0"/>
          <w:numId w:val="25"/>
        </w:numPr>
        <w:spacing w:after="240" w:line="360" w:lineRule="auto"/>
        <w:ind w:left="0" w:right="-427" w:firstLine="0"/>
        <w:rPr>
          <w:rFonts w:cs="Times New Roman"/>
          <w:szCs w:val="24"/>
          <w:lang w:val="id"/>
        </w:rPr>
      </w:pPr>
      <w:bookmarkStart w:id="78" w:name="_Toc204310524"/>
      <w:bookmarkStart w:id="79" w:name="_Toc205248727"/>
      <w:bookmarkStart w:id="80" w:name="_Toc205261376"/>
      <w:r w:rsidRPr="0003347B">
        <w:rPr>
          <w:rFonts w:cs="Times New Roman"/>
          <w:szCs w:val="24"/>
          <w:lang w:val="id"/>
        </w:rPr>
        <w:t>Database</w:t>
      </w:r>
      <w:bookmarkEnd w:id="78"/>
      <w:bookmarkEnd w:id="79"/>
      <w:bookmarkEnd w:id="80"/>
    </w:p>
    <w:p w14:paraId="432F96E9" w14:textId="44653471" w:rsidR="005F6410" w:rsidRPr="00387AD0" w:rsidRDefault="00E30121" w:rsidP="00302053">
      <w:pPr>
        <w:pStyle w:val="NormalWeb"/>
        <w:spacing w:before="0" w:beforeAutospacing="0" w:after="0" w:afterAutospacing="0" w:line="360" w:lineRule="auto"/>
        <w:ind w:right="-427" w:firstLine="720"/>
        <w:jc w:val="both"/>
      </w:pPr>
      <w:r w:rsidRPr="00387AD0">
        <w:t>Basis</w:t>
      </w:r>
      <w:r w:rsidR="00F660D2" w:rsidRPr="00387AD0">
        <w:t xml:space="preserve"> </w:t>
      </w:r>
      <w:r w:rsidRPr="00387AD0">
        <w:t>data</w:t>
      </w:r>
      <w:r w:rsidR="00F660D2" w:rsidRPr="00387AD0">
        <w:t xml:space="preserve"> </w:t>
      </w:r>
      <w:proofErr w:type="spellStart"/>
      <w:r w:rsidR="005B7A72" w:rsidRPr="00387AD0">
        <w:t>atau</w:t>
      </w:r>
      <w:proofErr w:type="spellEnd"/>
      <w:r w:rsidR="00F660D2" w:rsidRPr="00387AD0">
        <w:t xml:space="preserve"> </w:t>
      </w:r>
      <w:r w:rsidR="005B7A72" w:rsidRPr="00387AD0">
        <w:t>database</w:t>
      </w:r>
      <w:r w:rsidR="00F660D2" w:rsidRPr="00387AD0">
        <w:t xml:space="preserve"> </w:t>
      </w:r>
      <w:proofErr w:type="spellStart"/>
      <w:r w:rsidRPr="00387AD0">
        <w:t>merupakan</w:t>
      </w:r>
      <w:proofErr w:type="spellEnd"/>
      <w:r w:rsidR="00F660D2" w:rsidRPr="00387AD0">
        <w:t xml:space="preserve"> </w:t>
      </w:r>
      <w:proofErr w:type="spellStart"/>
      <w:r w:rsidRPr="00387AD0">
        <w:t>sekumpulan</w:t>
      </w:r>
      <w:proofErr w:type="spellEnd"/>
      <w:r w:rsidR="00F660D2" w:rsidRPr="00387AD0">
        <w:t xml:space="preserve"> </w:t>
      </w:r>
      <w:proofErr w:type="spellStart"/>
      <w:r w:rsidRPr="00387AD0">
        <w:t>informasi</w:t>
      </w:r>
      <w:proofErr w:type="spellEnd"/>
      <w:r w:rsidR="00F660D2" w:rsidRPr="00387AD0">
        <w:t xml:space="preserve"> </w:t>
      </w:r>
      <w:r w:rsidRPr="00387AD0">
        <w:t>yang</w:t>
      </w:r>
      <w:r w:rsidR="00F660D2" w:rsidRPr="00387AD0">
        <w:t xml:space="preserve"> </w:t>
      </w:r>
      <w:proofErr w:type="spellStart"/>
      <w:r w:rsidRPr="00387AD0">
        <w:t>tersusun</w:t>
      </w:r>
      <w:proofErr w:type="spellEnd"/>
      <w:r w:rsidR="00F660D2" w:rsidRPr="00387AD0">
        <w:t xml:space="preserve"> </w:t>
      </w:r>
      <w:proofErr w:type="spellStart"/>
      <w:r w:rsidRPr="00387AD0">
        <w:t>secara</w:t>
      </w:r>
      <w:proofErr w:type="spellEnd"/>
      <w:r w:rsidR="00F660D2" w:rsidRPr="00387AD0">
        <w:t xml:space="preserve"> </w:t>
      </w:r>
      <w:proofErr w:type="spellStart"/>
      <w:r w:rsidRPr="00387AD0">
        <w:t>terstruktur</w:t>
      </w:r>
      <w:proofErr w:type="spellEnd"/>
      <w:r w:rsidR="00F660D2" w:rsidRPr="00387AD0">
        <w:t xml:space="preserve"> </w:t>
      </w:r>
      <w:r w:rsidRPr="00387AD0">
        <w:t>dan</w:t>
      </w:r>
      <w:r w:rsidR="00F660D2" w:rsidRPr="00387AD0">
        <w:t xml:space="preserve"> </w:t>
      </w:r>
      <w:proofErr w:type="spellStart"/>
      <w:r w:rsidRPr="00387AD0">
        <w:t>disimpan</w:t>
      </w:r>
      <w:proofErr w:type="spellEnd"/>
      <w:r w:rsidR="00F660D2" w:rsidRPr="00387AD0">
        <w:t xml:space="preserve"> </w:t>
      </w:r>
      <w:proofErr w:type="spellStart"/>
      <w:r w:rsidRPr="00387AD0">
        <w:t>dalam</w:t>
      </w:r>
      <w:proofErr w:type="spellEnd"/>
      <w:r w:rsidR="00F660D2" w:rsidRPr="00387AD0">
        <w:t xml:space="preserve"> </w:t>
      </w:r>
      <w:proofErr w:type="spellStart"/>
      <w:r w:rsidRPr="00387AD0">
        <w:t>sistem</w:t>
      </w:r>
      <w:proofErr w:type="spellEnd"/>
      <w:r w:rsidR="00F660D2" w:rsidRPr="00387AD0">
        <w:t xml:space="preserve"> </w:t>
      </w:r>
      <w:proofErr w:type="spellStart"/>
      <w:r w:rsidRPr="00387AD0">
        <w:t>komputer</w:t>
      </w:r>
      <w:proofErr w:type="spellEnd"/>
      <w:r w:rsidRPr="00387AD0">
        <w:t>,</w:t>
      </w:r>
      <w:r w:rsidR="00F660D2" w:rsidRPr="00387AD0">
        <w:t xml:space="preserve"> </w:t>
      </w:r>
      <w:proofErr w:type="spellStart"/>
      <w:r w:rsidRPr="00387AD0">
        <w:t>sehingga</w:t>
      </w:r>
      <w:proofErr w:type="spellEnd"/>
      <w:r w:rsidR="00F660D2" w:rsidRPr="00387AD0">
        <w:t xml:space="preserve"> </w:t>
      </w:r>
      <w:proofErr w:type="spellStart"/>
      <w:r w:rsidRPr="00387AD0">
        <w:t>memungkinkan</w:t>
      </w:r>
      <w:proofErr w:type="spellEnd"/>
      <w:r w:rsidR="00F660D2" w:rsidRPr="00387AD0">
        <w:t xml:space="preserve"> </w:t>
      </w:r>
      <w:r w:rsidRPr="00387AD0">
        <w:t>proses</w:t>
      </w:r>
      <w:r w:rsidR="00F660D2" w:rsidRPr="00387AD0">
        <w:t xml:space="preserve"> </w:t>
      </w:r>
      <w:proofErr w:type="spellStart"/>
      <w:r w:rsidRPr="00387AD0">
        <w:t>akses</w:t>
      </w:r>
      <w:proofErr w:type="spellEnd"/>
      <w:r w:rsidRPr="00387AD0">
        <w:t>,</w:t>
      </w:r>
      <w:r w:rsidR="00F660D2" w:rsidRPr="00387AD0">
        <w:t xml:space="preserve"> </w:t>
      </w:r>
      <w:proofErr w:type="spellStart"/>
      <w:r w:rsidRPr="00387AD0">
        <w:t>pengelolaan</w:t>
      </w:r>
      <w:proofErr w:type="spellEnd"/>
      <w:r w:rsidRPr="00387AD0">
        <w:t>,</w:t>
      </w:r>
      <w:r w:rsidR="00F660D2" w:rsidRPr="00387AD0">
        <w:t xml:space="preserve"> </w:t>
      </w:r>
      <w:proofErr w:type="spellStart"/>
      <w:r w:rsidRPr="00387AD0">
        <w:t>serta</w:t>
      </w:r>
      <w:proofErr w:type="spellEnd"/>
      <w:r w:rsidR="00F660D2" w:rsidRPr="00387AD0">
        <w:t xml:space="preserve"> </w:t>
      </w:r>
      <w:proofErr w:type="spellStart"/>
      <w:r w:rsidRPr="00387AD0">
        <w:t>pembaruan</w:t>
      </w:r>
      <w:proofErr w:type="spellEnd"/>
      <w:r w:rsidR="00F660D2" w:rsidRPr="00387AD0">
        <w:t xml:space="preserve"> </w:t>
      </w:r>
      <w:r w:rsidRPr="00387AD0">
        <w:t>data</w:t>
      </w:r>
      <w:r w:rsidR="00F660D2" w:rsidRPr="00387AD0">
        <w:t xml:space="preserve"> </w:t>
      </w:r>
      <w:proofErr w:type="spellStart"/>
      <w:r w:rsidRPr="00387AD0">
        <w:t>dilakukan</w:t>
      </w:r>
      <w:proofErr w:type="spellEnd"/>
      <w:r w:rsidR="00F660D2" w:rsidRPr="00387AD0">
        <w:t xml:space="preserve"> </w:t>
      </w:r>
      <w:proofErr w:type="spellStart"/>
      <w:r w:rsidRPr="00387AD0">
        <w:t>secara</w:t>
      </w:r>
      <w:proofErr w:type="spellEnd"/>
      <w:r w:rsidR="00F660D2" w:rsidRPr="00387AD0">
        <w:t xml:space="preserve"> </w:t>
      </w:r>
      <w:proofErr w:type="spellStart"/>
      <w:r w:rsidRPr="00387AD0">
        <w:t>efisien</w:t>
      </w:r>
      <w:proofErr w:type="spellEnd"/>
      <w:r w:rsidRPr="00387AD0">
        <w:t>.</w:t>
      </w:r>
      <w:r w:rsidR="00F660D2" w:rsidRPr="00387AD0">
        <w:t xml:space="preserve"> </w:t>
      </w:r>
      <w:r w:rsidRPr="00387AD0">
        <w:t>Dalam</w:t>
      </w:r>
      <w:r w:rsidR="00F660D2" w:rsidRPr="00387AD0">
        <w:t xml:space="preserve"> </w:t>
      </w:r>
      <w:proofErr w:type="spellStart"/>
      <w:r w:rsidRPr="00387AD0">
        <w:t>pengembangan</w:t>
      </w:r>
      <w:proofErr w:type="spellEnd"/>
      <w:r w:rsidR="00F660D2" w:rsidRPr="00387AD0">
        <w:t xml:space="preserve"> </w:t>
      </w:r>
      <w:proofErr w:type="spellStart"/>
      <w:r w:rsidRPr="00387AD0">
        <w:t>sistem</w:t>
      </w:r>
      <w:proofErr w:type="spellEnd"/>
      <w:r w:rsidR="00F660D2" w:rsidRPr="00387AD0">
        <w:t xml:space="preserve"> </w:t>
      </w:r>
      <w:proofErr w:type="spellStart"/>
      <w:r w:rsidRPr="00387AD0">
        <w:t>informasi</w:t>
      </w:r>
      <w:proofErr w:type="spellEnd"/>
      <w:r w:rsidRPr="00387AD0">
        <w:t>,</w:t>
      </w:r>
      <w:r w:rsidR="00F660D2" w:rsidRPr="00387AD0">
        <w:t xml:space="preserve"> </w:t>
      </w:r>
      <w:proofErr w:type="spellStart"/>
      <w:r w:rsidRPr="00387AD0">
        <w:t>perancangan</w:t>
      </w:r>
      <w:proofErr w:type="spellEnd"/>
      <w:r w:rsidR="00F660D2" w:rsidRPr="00387AD0">
        <w:t xml:space="preserve"> </w:t>
      </w:r>
      <w:r w:rsidRPr="00387AD0">
        <w:t>basis</w:t>
      </w:r>
      <w:r w:rsidR="00F660D2" w:rsidRPr="00387AD0">
        <w:t xml:space="preserve"> </w:t>
      </w:r>
      <w:r w:rsidRPr="00387AD0">
        <w:t>data</w:t>
      </w:r>
      <w:r w:rsidR="00F660D2" w:rsidRPr="00387AD0">
        <w:t xml:space="preserve"> </w:t>
      </w:r>
      <w:proofErr w:type="spellStart"/>
      <w:r w:rsidRPr="00387AD0">
        <w:t>memegang</w:t>
      </w:r>
      <w:proofErr w:type="spellEnd"/>
      <w:r w:rsidR="00F660D2" w:rsidRPr="00387AD0">
        <w:t xml:space="preserve"> </w:t>
      </w:r>
      <w:proofErr w:type="spellStart"/>
      <w:r w:rsidRPr="00387AD0">
        <w:t>peranan</w:t>
      </w:r>
      <w:proofErr w:type="spellEnd"/>
      <w:r w:rsidR="00F660D2" w:rsidRPr="00387AD0">
        <w:t xml:space="preserve"> </w:t>
      </w:r>
      <w:proofErr w:type="spellStart"/>
      <w:r w:rsidRPr="00387AD0">
        <w:t>penting</w:t>
      </w:r>
      <w:proofErr w:type="spellEnd"/>
      <w:r w:rsidR="00F660D2" w:rsidRPr="00387AD0">
        <w:t xml:space="preserve"> </w:t>
      </w:r>
      <w:proofErr w:type="spellStart"/>
      <w:r w:rsidRPr="00387AD0">
        <w:t>karena</w:t>
      </w:r>
      <w:proofErr w:type="spellEnd"/>
      <w:r w:rsidR="00F660D2" w:rsidRPr="00387AD0">
        <w:t xml:space="preserve"> </w:t>
      </w:r>
      <w:proofErr w:type="spellStart"/>
      <w:r w:rsidRPr="00387AD0">
        <w:t>mencakup</w:t>
      </w:r>
      <w:proofErr w:type="spellEnd"/>
      <w:r w:rsidR="00F660D2" w:rsidRPr="00387AD0">
        <w:t xml:space="preserve"> </w:t>
      </w:r>
      <w:proofErr w:type="spellStart"/>
      <w:r w:rsidRPr="00387AD0">
        <w:t>penyusunan</w:t>
      </w:r>
      <w:proofErr w:type="spellEnd"/>
      <w:r w:rsidR="00F660D2" w:rsidRPr="00387AD0">
        <w:t xml:space="preserve"> </w:t>
      </w:r>
      <w:proofErr w:type="spellStart"/>
      <w:r w:rsidRPr="00387AD0">
        <w:t>skema</w:t>
      </w:r>
      <w:proofErr w:type="spellEnd"/>
      <w:r w:rsidR="00F660D2" w:rsidRPr="00387AD0">
        <w:t xml:space="preserve"> </w:t>
      </w:r>
      <w:proofErr w:type="spellStart"/>
      <w:r w:rsidRPr="00387AD0">
        <w:t>tabel</w:t>
      </w:r>
      <w:proofErr w:type="spellEnd"/>
      <w:r w:rsidRPr="00387AD0">
        <w:t>,</w:t>
      </w:r>
      <w:r w:rsidR="00F660D2" w:rsidRPr="00387AD0">
        <w:t xml:space="preserve"> </w:t>
      </w:r>
      <w:proofErr w:type="spellStart"/>
      <w:r w:rsidRPr="00387AD0">
        <w:t>penetapan</w:t>
      </w:r>
      <w:proofErr w:type="spellEnd"/>
      <w:r w:rsidR="00F660D2" w:rsidRPr="00387AD0">
        <w:t xml:space="preserve"> </w:t>
      </w:r>
      <w:proofErr w:type="spellStart"/>
      <w:r w:rsidRPr="00387AD0">
        <w:t>hubungan</w:t>
      </w:r>
      <w:proofErr w:type="spellEnd"/>
      <w:r w:rsidR="00F660D2" w:rsidRPr="00387AD0">
        <w:t xml:space="preserve"> </w:t>
      </w:r>
      <w:proofErr w:type="spellStart"/>
      <w:r w:rsidRPr="00387AD0">
        <w:t>antar</w:t>
      </w:r>
      <w:proofErr w:type="spellEnd"/>
      <w:r w:rsidR="00F660D2" w:rsidRPr="00387AD0">
        <w:t xml:space="preserve"> </w:t>
      </w:r>
      <w:proofErr w:type="spellStart"/>
      <w:r w:rsidRPr="00387AD0">
        <w:t>entitas</w:t>
      </w:r>
      <w:proofErr w:type="spellEnd"/>
      <w:r w:rsidR="00F660D2" w:rsidRPr="00387AD0">
        <w:t xml:space="preserve"> </w:t>
      </w:r>
      <w:r w:rsidRPr="00387AD0">
        <w:t>data,</w:t>
      </w:r>
      <w:r w:rsidR="00F660D2" w:rsidRPr="00387AD0">
        <w:t xml:space="preserve"> </w:t>
      </w:r>
      <w:proofErr w:type="spellStart"/>
      <w:r w:rsidRPr="00387AD0">
        <w:lastRenderedPageBreak/>
        <w:t>hingga</w:t>
      </w:r>
      <w:proofErr w:type="spellEnd"/>
      <w:r w:rsidR="00F660D2" w:rsidRPr="00387AD0">
        <w:t xml:space="preserve"> </w:t>
      </w:r>
      <w:proofErr w:type="spellStart"/>
      <w:r w:rsidRPr="00387AD0">
        <w:t>penjagaan</w:t>
      </w:r>
      <w:proofErr w:type="spellEnd"/>
      <w:r w:rsidR="00F660D2" w:rsidRPr="00387AD0">
        <w:t xml:space="preserve"> </w:t>
      </w:r>
      <w:proofErr w:type="spellStart"/>
      <w:r w:rsidRPr="00387AD0">
        <w:t>konsistensi</w:t>
      </w:r>
      <w:proofErr w:type="spellEnd"/>
      <w:r w:rsidR="00F660D2" w:rsidRPr="00387AD0">
        <w:t xml:space="preserve"> </w:t>
      </w:r>
      <w:r w:rsidRPr="00387AD0">
        <w:t>dan</w:t>
      </w:r>
      <w:r w:rsidR="00F660D2" w:rsidRPr="00387AD0">
        <w:t xml:space="preserve"> </w:t>
      </w:r>
      <w:proofErr w:type="spellStart"/>
      <w:r w:rsidRPr="00387AD0">
        <w:t>validitas</w:t>
      </w:r>
      <w:proofErr w:type="spellEnd"/>
      <w:r w:rsidR="00F660D2" w:rsidRPr="00387AD0">
        <w:t xml:space="preserve"> </w:t>
      </w:r>
      <w:r w:rsidRPr="00387AD0">
        <w:t>data.</w:t>
      </w:r>
      <w:r w:rsidR="00F660D2" w:rsidRPr="00387AD0">
        <w:t xml:space="preserve"> </w:t>
      </w:r>
      <w:proofErr w:type="spellStart"/>
      <w:r w:rsidRPr="00387AD0">
        <w:t>Rancangan</w:t>
      </w:r>
      <w:proofErr w:type="spellEnd"/>
      <w:r w:rsidR="00F660D2" w:rsidRPr="00387AD0">
        <w:t xml:space="preserve"> </w:t>
      </w:r>
      <w:r w:rsidRPr="00387AD0">
        <w:t>basis</w:t>
      </w:r>
      <w:r w:rsidR="00F660D2" w:rsidRPr="00387AD0">
        <w:t xml:space="preserve"> </w:t>
      </w:r>
      <w:r w:rsidRPr="00387AD0">
        <w:t>data</w:t>
      </w:r>
      <w:r w:rsidR="00F660D2" w:rsidRPr="00387AD0">
        <w:t xml:space="preserve"> </w:t>
      </w:r>
      <w:r w:rsidRPr="00387AD0">
        <w:t>yang</w:t>
      </w:r>
      <w:r w:rsidR="00F660D2" w:rsidRPr="00387AD0">
        <w:t xml:space="preserve"> </w:t>
      </w:r>
      <w:r w:rsidRPr="00387AD0">
        <w:t>optimal</w:t>
      </w:r>
      <w:r w:rsidR="00F660D2" w:rsidRPr="00387AD0">
        <w:t xml:space="preserve"> </w:t>
      </w:r>
      <w:proofErr w:type="spellStart"/>
      <w:r w:rsidRPr="00387AD0">
        <w:t>akan</w:t>
      </w:r>
      <w:proofErr w:type="spellEnd"/>
      <w:r w:rsidR="00F660D2" w:rsidRPr="00387AD0">
        <w:t xml:space="preserve"> </w:t>
      </w:r>
      <w:proofErr w:type="spellStart"/>
      <w:r w:rsidRPr="00387AD0">
        <w:t>mendukung</w:t>
      </w:r>
      <w:proofErr w:type="spellEnd"/>
      <w:r w:rsidR="00F660D2" w:rsidRPr="00387AD0">
        <w:t xml:space="preserve"> </w:t>
      </w:r>
      <w:proofErr w:type="spellStart"/>
      <w:r w:rsidRPr="00387AD0">
        <w:t>efisiensi</w:t>
      </w:r>
      <w:proofErr w:type="spellEnd"/>
      <w:r w:rsidR="00F660D2" w:rsidRPr="00387AD0">
        <w:t xml:space="preserve"> </w:t>
      </w:r>
      <w:proofErr w:type="spellStart"/>
      <w:r w:rsidRPr="00387AD0">
        <w:t>kinerja</w:t>
      </w:r>
      <w:proofErr w:type="spellEnd"/>
      <w:r w:rsidR="00F660D2" w:rsidRPr="00387AD0">
        <w:t xml:space="preserve"> </w:t>
      </w:r>
      <w:proofErr w:type="spellStart"/>
      <w:r w:rsidRPr="00387AD0">
        <w:t>sistem</w:t>
      </w:r>
      <w:proofErr w:type="spellEnd"/>
      <w:r w:rsidR="00F660D2" w:rsidRPr="00387AD0">
        <w:t xml:space="preserve"> </w:t>
      </w:r>
      <w:proofErr w:type="spellStart"/>
      <w:r w:rsidRPr="00387AD0">
        <w:t>serta</w:t>
      </w:r>
      <w:proofErr w:type="spellEnd"/>
      <w:r w:rsidR="00F660D2" w:rsidRPr="00387AD0">
        <w:t xml:space="preserve"> </w:t>
      </w:r>
      <w:proofErr w:type="spellStart"/>
      <w:r w:rsidRPr="00387AD0">
        <w:t>mempermudah</w:t>
      </w:r>
      <w:proofErr w:type="spellEnd"/>
      <w:r w:rsidR="00F660D2" w:rsidRPr="00387AD0">
        <w:t xml:space="preserve"> </w:t>
      </w:r>
      <w:r w:rsidRPr="00387AD0">
        <w:t>proses</w:t>
      </w:r>
      <w:r w:rsidR="00F660D2" w:rsidRPr="00387AD0">
        <w:t xml:space="preserve"> </w:t>
      </w:r>
      <w:proofErr w:type="spellStart"/>
      <w:r w:rsidRPr="00387AD0">
        <w:t>pengelolaan</w:t>
      </w:r>
      <w:proofErr w:type="spellEnd"/>
      <w:r w:rsidR="00F660D2" w:rsidRPr="00387AD0">
        <w:t xml:space="preserve"> </w:t>
      </w:r>
      <w:proofErr w:type="spellStart"/>
      <w:r w:rsidRPr="00387AD0">
        <w:t>informasi</w:t>
      </w:r>
      <w:proofErr w:type="spellEnd"/>
      <w:r w:rsidR="00F660D2" w:rsidRPr="00387AD0">
        <w:t xml:space="preserve"> </w:t>
      </w:r>
      <w:proofErr w:type="spellStart"/>
      <w:r w:rsidRPr="00387AD0">
        <w:t>dalam</w:t>
      </w:r>
      <w:proofErr w:type="spellEnd"/>
      <w:r w:rsidR="00F660D2" w:rsidRPr="00387AD0">
        <w:t xml:space="preserve"> </w:t>
      </w:r>
      <w:proofErr w:type="spellStart"/>
      <w:r w:rsidRPr="00387AD0">
        <w:t>jangka</w:t>
      </w:r>
      <w:proofErr w:type="spellEnd"/>
      <w:r w:rsidR="00F660D2" w:rsidRPr="00387AD0">
        <w:t xml:space="preserve"> </w:t>
      </w:r>
      <w:proofErr w:type="spellStart"/>
      <w:r w:rsidRPr="00387AD0">
        <w:t>panjang</w:t>
      </w:r>
      <w:proofErr w:type="spellEnd"/>
      <w:r w:rsidR="00F660D2" w:rsidRPr="00387AD0">
        <w:t xml:space="preserve"> </w:t>
      </w:r>
      <w:r w:rsidRPr="00387AD0">
        <w:t>(Hasanah</w:t>
      </w:r>
      <w:r w:rsidR="00F660D2" w:rsidRPr="00387AD0">
        <w:t xml:space="preserve"> </w:t>
      </w:r>
      <w:r w:rsidRPr="00387AD0">
        <w:t>&amp;</w:t>
      </w:r>
      <w:r w:rsidR="00F660D2" w:rsidRPr="00387AD0">
        <w:t xml:space="preserve"> </w:t>
      </w:r>
      <w:r w:rsidRPr="00387AD0">
        <w:t>Siregar,</w:t>
      </w:r>
      <w:r w:rsidR="00F660D2" w:rsidRPr="00387AD0">
        <w:t xml:space="preserve"> </w:t>
      </w:r>
      <w:r w:rsidRPr="00387AD0">
        <w:t>2024).</w:t>
      </w:r>
    </w:p>
    <w:p w14:paraId="0985EA29" w14:textId="77777777" w:rsidR="00FF45C8" w:rsidRPr="00387AD0" w:rsidRDefault="00FF45C8" w:rsidP="00D70A29">
      <w:pPr>
        <w:pStyle w:val="NormalWeb"/>
        <w:spacing w:before="0" w:beforeAutospacing="0" w:after="0" w:afterAutospacing="0" w:line="360" w:lineRule="auto"/>
        <w:jc w:val="both"/>
      </w:pPr>
    </w:p>
    <w:p w14:paraId="5A78F652" w14:textId="18F8AA0B" w:rsidR="004500A0" w:rsidRPr="00387AD0" w:rsidRDefault="004500A0" w:rsidP="00D70A29">
      <w:pPr>
        <w:pStyle w:val="Heading2"/>
        <w:numPr>
          <w:ilvl w:val="0"/>
          <w:numId w:val="25"/>
        </w:numPr>
        <w:spacing w:before="0" w:line="360" w:lineRule="auto"/>
        <w:ind w:left="0" w:firstLine="0"/>
        <w:rPr>
          <w:rFonts w:cs="Times New Roman"/>
          <w:szCs w:val="24"/>
          <w:lang w:val="id"/>
        </w:rPr>
      </w:pPr>
      <w:bookmarkStart w:id="81" w:name="_Toc204310525"/>
      <w:bookmarkStart w:id="82" w:name="_Toc205248728"/>
      <w:bookmarkStart w:id="83" w:name="_Toc205261377"/>
      <w:r w:rsidRPr="00387AD0">
        <w:rPr>
          <w:rFonts w:cs="Times New Roman"/>
          <w:szCs w:val="24"/>
          <w:lang w:val="id"/>
        </w:rPr>
        <w:t>ERD</w:t>
      </w:r>
      <w:r w:rsidR="00F660D2" w:rsidRPr="00387AD0">
        <w:rPr>
          <w:rFonts w:cs="Times New Roman"/>
          <w:szCs w:val="24"/>
          <w:lang w:val="id"/>
        </w:rPr>
        <w:t xml:space="preserve"> </w:t>
      </w:r>
      <w:r w:rsidRPr="00387AD0">
        <w:rPr>
          <w:rFonts w:cs="Times New Roman"/>
          <w:szCs w:val="24"/>
          <w:lang w:val="id"/>
        </w:rPr>
        <w:t>(</w:t>
      </w:r>
      <w:r w:rsidR="004F419D" w:rsidRPr="004F419D">
        <w:rPr>
          <w:rFonts w:cs="Times New Roman"/>
          <w:i/>
          <w:iCs/>
          <w:szCs w:val="24"/>
          <w:lang w:val="id"/>
        </w:rPr>
        <w:t>Entity Relationship Diagram</w:t>
      </w:r>
      <w:r w:rsidRPr="00387AD0">
        <w:rPr>
          <w:rFonts w:cs="Times New Roman"/>
          <w:szCs w:val="24"/>
          <w:lang w:val="id"/>
        </w:rPr>
        <w:t>)</w:t>
      </w:r>
      <w:bookmarkEnd w:id="81"/>
      <w:bookmarkEnd w:id="82"/>
      <w:bookmarkEnd w:id="83"/>
    </w:p>
    <w:p w14:paraId="12F8A6A1" w14:textId="6A7A668F" w:rsidR="002F72F9" w:rsidRDefault="00097FFE" w:rsidP="00302053">
      <w:pPr>
        <w:pStyle w:val="NormalWeb"/>
        <w:spacing w:before="0" w:beforeAutospacing="0" w:after="0" w:afterAutospacing="0" w:line="360" w:lineRule="auto"/>
        <w:ind w:right="-427" w:firstLine="720"/>
        <w:jc w:val="both"/>
      </w:pPr>
      <w:r w:rsidRPr="00387AD0">
        <w:t xml:space="preserve">Jenis diagram yang </w:t>
      </w:r>
      <w:proofErr w:type="spellStart"/>
      <w:r w:rsidRPr="00387AD0">
        <w:t>disebut</w:t>
      </w:r>
      <w:proofErr w:type="spellEnd"/>
      <w:r w:rsidRPr="00387AD0">
        <w:t xml:space="preserve"> </w:t>
      </w:r>
      <w:r w:rsidR="004F419D" w:rsidRPr="004F419D">
        <w:rPr>
          <w:i/>
          <w:iCs/>
        </w:rPr>
        <w:t>Entity Relationship Diagram</w:t>
      </w:r>
      <w:r w:rsidRPr="00387AD0">
        <w:t xml:space="preserve"> (ERD) </w:t>
      </w:r>
      <w:proofErr w:type="spellStart"/>
      <w:r w:rsidRPr="00387AD0">
        <w:t>memungkinkan</w:t>
      </w:r>
      <w:proofErr w:type="spellEnd"/>
      <w:r w:rsidRPr="00387AD0">
        <w:t xml:space="preserve"> </w:t>
      </w:r>
      <w:proofErr w:type="spellStart"/>
      <w:r w:rsidRPr="00387AD0">
        <w:t>visualisasi</w:t>
      </w:r>
      <w:proofErr w:type="spellEnd"/>
      <w:r w:rsidRPr="00387AD0">
        <w:t xml:space="preserve"> </w:t>
      </w:r>
      <w:proofErr w:type="spellStart"/>
      <w:r w:rsidRPr="00387AD0">
        <w:t>struktur</w:t>
      </w:r>
      <w:proofErr w:type="spellEnd"/>
      <w:r w:rsidRPr="00387AD0">
        <w:t xml:space="preserve"> data </w:t>
      </w:r>
      <w:proofErr w:type="spellStart"/>
      <w:r w:rsidRPr="00387AD0">
        <w:t>secara</w:t>
      </w:r>
      <w:proofErr w:type="spellEnd"/>
      <w:r w:rsidRPr="00387AD0">
        <w:t xml:space="preserve"> </w:t>
      </w:r>
      <w:proofErr w:type="spellStart"/>
      <w:r w:rsidRPr="00387AD0">
        <w:t>konseptual</w:t>
      </w:r>
      <w:proofErr w:type="spellEnd"/>
      <w:r w:rsidRPr="00387AD0">
        <w:t xml:space="preserve"> </w:t>
      </w:r>
      <w:proofErr w:type="spellStart"/>
      <w:r w:rsidRPr="00387AD0">
        <w:t>dengan</w:t>
      </w:r>
      <w:proofErr w:type="spellEnd"/>
      <w:r w:rsidRPr="00387AD0">
        <w:t xml:space="preserve"> </w:t>
      </w:r>
      <w:proofErr w:type="spellStart"/>
      <w:r w:rsidRPr="00387AD0">
        <w:t>menampilkan</w:t>
      </w:r>
      <w:proofErr w:type="spellEnd"/>
      <w:r w:rsidRPr="00387AD0">
        <w:t xml:space="preserve"> </w:t>
      </w:r>
      <w:proofErr w:type="spellStart"/>
      <w:r w:rsidRPr="00387AD0">
        <w:t>entitas</w:t>
      </w:r>
      <w:proofErr w:type="spellEnd"/>
      <w:r w:rsidRPr="00387AD0">
        <w:t xml:space="preserve">, </w:t>
      </w:r>
      <w:proofErr w:type="spellStart"/>
      <w:r w:rsidRPr="00387AD0">
        <w:t>atribut</w:t>
      </w:r>
      <w:proofErr w:type="spellEnd"/>
      <w:r w:rsidRPr="00387AD0">
        <w:t xml:space="preserve">, dan </w:t>
      </w:r>
      <w:proofErr w:type="spellStart"/>
      <w:r w:rsidRPr="00387AD0">
        <w:t>hubungan</w:t>
      </w:r>
      <w:proofErr w:type="spellEnd"/>
      <w:r w:rsidRPr="00387AD0">
        <w:t xml:space="preserve"> </w:t>
      </w:r>
      <w:proofErr w:type="spellStart"/>
      <w:r w:rsidRPr="00387AD0">
        <w:t>antar</w:t>
      </w:r>
      <w:proofErr w:type="spellEnd"/>
      <w:r w:rsidRPr="00387AD0">
        <w:t xml:space="preserve"> </w:t>
      </w:r>
      <w:proofErr w:type="spellStart"/>
      <w:r w:rsidRPr="00387AD0">
        <w:t>entitas</w:t>
      </w:r>
      <w:proofErr w:type="spellEnd"/>
      <w:r w:rsidRPr="00387AD0">
        <w:t xml:space="preserve"> </w:t>
      </w:r>
      <w:proofErr w:type="spellStart"/>
      <w:r w:rsidRPr="00387AD0">
        <w:t>dalam</w:t>
      </w:r>
      <w:proofErr w:type="spellEnd"/>
      <w:r w:rsidRPr="00387AD0">
        <w:t xml:space="preserve"> </w:t>
      </w:r>
      <w:proofErr w:type="spellStart"/>
      <w:r w:rsidRPr="00387AD0">
        <w:t>suatu</w:t>
      </w:r>
      <w:proofErr w:type="spellEnd"/>
      <w:r w:rsidRPr="00387AD0">
        <w:t xml:space="preserve"> </w:t>
      </w:r>
      <w:proofErr w:type="spellStart"/>
      <w:r w:rsidRPr="00387AD0">
        <w:t>sistem</w:t>
      </w:r>
      <w:proofErr w:type="spellEnd"/>
      <w:r w:rsidRPr="00387AD0">
        <w:t>.</w:t>
      </w:r>
    </w:p>
    <w:p w14:paraId="35D31270" w14:textId="77777777" w:rsidR="0010775C" w:rsidRPr="00302053" w:rsidRDefault="0010775C" w:rsidP="00302053">
      <w:pPr>
        <w:pStyle w:val="NormalWeb"/>
        <w:spacing w:before="0" w:beforeAutospacing="0" w:after="0" w:afterAutospacing="0" w:line="360" w:lineRule="auto"/>
        <w:ind w:right="-427"/>
        <w:jc w:val="center"/>
        <w:rPr>
          <w:sz w:val="20"/>
          <w:szCs w:val="20"/>
        </w:rPr>
      </w:pPr>
    </w:p>
    <w:p w14:paraId="436A739C" w14:textId="63F035CF" w:rsidR="0010775C" w:rsidRPr="00302053" w:rsidRDefault="0010775C" w:rsidP="0076694C">
      <w:pPr>
        <w:pStyle w:val="Caption"/>
        <w:keepNext/>
        <w:spacing w:after="0"/>
        <w:jc w:val="center"/>
        <w:rPr>
          <w:color w:val="auto"/>
          <w:sz w:val="20"/>
          <w:szCs w:val="20"/>
        </w:rPr>
      </w:pPr>
      <w:bookmarkStart w:id="84" w:name="_Toc205199201"/>
      <w:r w:rsidRPr="00302053">
        <w:rPr>
          <w:color w:val="auto"/>
          <w:sz w:val="20"/>
          <w:szCs w:val="20"/>
        </w:rPr>
        <w:t xml:space="preserve">Table 2. </w:t>
      </w:r>
      <w:r w:rsidRPr="00302053">
        <w:rPr>
          <w:color w:val="auto"/>
          <w:sz w:val="20"/>
          <w:szCs w:val="20"/>
        </w:rPr>
        <w:fldChar w:fldCharType="begin"/>
      </w:r>
      <w:r w:rsidRPr="00302053">
        <w:rPr>
          <w:color w:val="auto"/>
          <w:sz w:val="20"/>
          <w:szCs w:val="20"/>
        </w:rPr>
        <w:instrText xml:space="preserve"> SEQ Table_2. \* ARABIC </w:instrText>
      </w:r>
      <w:r w:rsidRPr="00302053">
        <w:rPr>
          <w:color w:val="auto"/>
          <w:sz w:val="20"/>
          <w:szCs w:val="20"/>
        </w:rPr>
        <w:fldChar w:fldCharType="separate"/>
      </w:r>
      <w:r w:rsidR="0003347B">
        <w:rPr>
          <w:noProof/>
          <w:color w:val="auto"/>
          <w:sz w:val="20"/>
          <w:szCs w:val="20"/>
        </w:rPr>
        <w:t>3</w:t>
      </w:r>
      <w:r w:rsidRPr="00302053">
        <w:rPr>
          <w:color w:val="auto"/>
          <w:sz w:val="20"/>
          <w:szCs w:val="20"/>
        </w:rPr>
        <w:fldChar w:fldCharType="end"/>
      </w:r>
      <w:r w:rsidRPr="00302053">
        <w:rPr>
          <w:color w:val="auto"/>
          <w:sz w:val="20"/>
          <w:szCs w:val="20"/>
        </w:rPr>
        <w:t xml:space="preserve"> </w:t>
      </w:r>
      <w:proofErr w:type="spellStart"/>
      <w:r w:rsidRPr="0076694C">
        <w:rPr>
          <w:b w:val="0"/>
          <w:bCs w:val="0"/>
          <w:color w:val="auto"/>
          <w:sz w:val="20"/>
          <w:szCs w:val="20"/>
        </w:rPr>
        <w:t>Simbol</w:t>
      </w:r>
      <w:proofErr w:type="spellEnd"/>
      <w:r w:rsidRPr="0076694C">
        <w:rPr>
          <w:b w:val="0"/>
          <w:bCs w:val="0"/>
          <w:color w:val="auto"/>
          <w:sz w:val="20"/>
          <w:szCs w:val="20"/>
        </w:rPr>
        <w:t xml:space="preserve"> </w:t>
      </w:r>
      <w:proofErr w:type="spellStart"/>
      <w:r w:rsidRPr="0076694C">
        <w:rPr>
          <w:b w:val="0"/>
          <w:bCs w:val="0"/>
          <w:color w:val="auto"/>
          <w:sz w:val="20"/>
          <w:szCs w:val="20"/>
        </w:rPr>
        <w:t>dalam</w:t>
      </w:r>
      <w:proofErr w:type="spellEnd"/>
      <w:r w:rsidRPr="0076694C">
        <w:rPr>
          <w:b w:val="0"/>
          <w:bCs w:val="0"/>
          <w:color w:val="auto"/>
          <w:sz w:val="20"/>
          <w:szCs w:val="20"/>
        </w:rPr>
        <w:t xml:space="preserve"> </w:t>
      </w:r>
      <w:r w:rsidR="004F419D" w:rsidRPr="0076694C">
        <w:rPr>
          <w:b w:val="0"/>
          <w:bCs w:val="0"/>
          <w:i/>
          <w:iCs/>
          <w:color w:val="auto"/>
          <w:sz w:val="20"/>
          <w:szCs w:val="20"/>
        </w:rPr>
        <w:t>Entity Relationship Diagram</w:t>
      </w:r>
      <w:bookmarkEnd w:id="84"/>
    </w:p>
    <w:tbl>
      <w:tblPr>
        <w:tblStyle w:val="TableGrid1"/>
        <w:tblW w:w="8364" w:type="dxa"/>
        <w:tblInd w:w="108" w:type="dxa"/>
        <w:tblLayout w:type="fixed"/>
        <w:tblLook w:val="04A0" w:firstRow="1" w:lastRow="0" w:firstColumn="1" w:lastColumn="0" w:noHBand="0" w:noVBand="1"/>
      </w:tblPr>
      <w:tblGrid>
        <w:gridCol w:w="2835"/>
        <w:gridCol w:w="5529"/>
      </w:tblGrid>
      <w:tr w:rsidR="00C10406" w:rsidRPr="00387AD0" w14:paraId="66959BE3" w14:textId="77777777" w:rsidTr="00D70A29">
        <w:tc>
          <w:tcPr>
            <w:tcW w:w="2835" w:type="dxa"/>
            <w:hideMark/>
          </w:tcPr>
          <w:p w14:paraId="61AAEC74" w14:textId="77777777" w:rsidR="00C10406" w:rsidRPr="00377505" w:rsidRDefault="00C10406" w:rsidP="00377505">
            <w:pPr>
              <w:pStyle w:val="NormalWeb"/>
              <w:jc w:val="center"/>
              <w:rPr>
                <w:b/>
                <w:bCs/>
                <w:sz w:val="22"/>
                <w:szCs w:val="22"/>
              </w:rPr>
            </w:pPr>
            <w:proofErr w:type="spellStart"/>
            <w:r w:rsidRPr="00377505">
              <w:rPr>
                <w:b/>
                <w:bCs/>
                <w:sz w:val="22"/>
                <w:szCs w:val="22"/>
              </w:rPr>
              <w:t>Simbol</w:t>
            </w:r>
            <w:proofErr w:type="spellEnd"/>
          </w:p>
        </w:tc>
        <w:tc>
          <w:tcPr>
            <w:tcW w:w="5529" w:type="dxa"/>
            <w:hideMark/>
          </w:tcPr>
          <w:p w14:paraId="753E0012" w14:textId="77777777" w:rsidR="00C10406" w:rsidRPr="00377505" w:rsidRDefault="00C10406" w:rsidP="00377505">
            <w:pPr>
              <w:pStyle w:val="NormalWeb"/>
              <w:jc w:val="center"/>
              <w:rPr>
                <w:b/>
                <w:bCs/>
                <w:sz w:val="22"/>
                <w:szCs w:val="22"/>
              </w:rPr>
            </w:pPr>
            <w:proofErr w:type="spellStart"/>
            <w:r w:rsidRPr="00377505">
              <w:rPr>
                <w:b/>
                <w:bCs/>
                <w:sz w:val="22"/>
                <w:szCs w:val="22"/>
              </w:rPr>
              <w:t>Keterangan</w:t>
            </w:r>
            <w:proofErr w:type="spellEnd"/>
          </w:p>
        </w:tc>
      </w:tr>
      <w:tr w:rsidR="005B7A72" w:rsidRPr="00387AD0" w14:paraId="73F96F3F" w14:textId="77777777" w:rsidTr="00D70A29">
        <w:tc>
          <w:tcPr>
            <w:tcW w:w="2835" w:type="dxa"/>
            <w:hideMark/>
          </w:tcPr>
          <w:p w14:paraId="148A3C4B" w14:textId="06051DBB" w:rsidR="005B7A72" w:rsidRPr="00377505" w:rsidRDefault="005B7A72" w:rsidP="00377505">
            <w:pPr>
              <w:pStyle w:val="NormalWeb"/>
              <w:jc w:val="center"/>
              <w:rPr>
                <w:sz w:val="22"/>
                <w:szCs w:val="22"/>
              </w:rPr>
            </w:pPr>
            <w:r w:rsidRPr="00377505">
              <w:rPr>
                <w:noProof/>
                <w:sz w:val="22"/>
                <w:szCs w:val="22"/>
              </w:rPr>
              <w:drawing>
                <wp:inline distT="0" distB="0" distL="0" distR="0" wp14:anchorId="0D523394" wp14:editId="2591616D">
                  <wp:extent cx="905001" cy="314369"/>
                  <wp:effectExtent l="0" t="0" r="0" b="9525"/>
                  <wp:docPr id="104814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45497" name=""/>
                          <pic:cNvPicPr/>
                        </pic:nvPicPr>
                        <pic:blipFill>
                          <a:blip r:embed="rId19"/>
                          <a:stretch>
                            <a:fillRect/>
                          </a:stretch>
                        </pic:blipFill>
                        <pic:spPr>
                          <a:xfrm>
                            <a:off x="0" y="0"/>
                            <a:ext cx="905001" cy="314369"/>
                          </a:xfrm>
                          <a:prstGeom prst="rect">
                            <a:avLst/>
                          </a:prstGeom>
                        </pic:spPr>
                      </pic:pic>
                    </a:graphicData>
                  </a:graphic>
                </wp:inline>
              </w:drawing>
            </w:r>
          </w:p>
        </w:tc>
        <w:tc>
          <w:tcPr>
            <w:tcW w:w="5529" w:type="dxa"/>
            <w:vAlign w:val="center"/>
            <w:hideMark/>
          </w:tcPr>
          <w:p w14:paraId="1637C125" w14:textId="453D7CB4" w:rsidR="005B7A72" w:rsidRPr="00377505" w:rsidRDefault="00097FFE" w:rsidP="00377505">
            <w:pPr>
              <w:pStyle w:val="NormalWeb"/>
              <w:jc w:val="both"/>
              <w:rPr>
                <w:sz w:val="22"/>
                <w:szCs w:val="22"/>
              </w:rPr>
            </w:pPr>
            <w:proofErr w:type="spellStart"/>
            <w:r w:rsidRPr="00377505">
              <w:rPr>
                <w:color w:val="000000"/>
                <w:sz w:val="22"/>
                <w:szCs w:val="22"/>
              </w:rPr>
              <w:t>Menunjukkan</w:t>
            </w:r>
            <w:proofErr w:type="spellEnd"/>
            <w:r w:rsidRPr="00377505">
              <w:rPr>
                <w:color w:val="000000"/>
                <w:sz w:val="22"/>
                <w:szCs w:val="22"/>
              </w:rPr>
              <w:t xml:space="preserve"> </w:t>
            </w:r>
            <w:proofErr w:type="spellStart"/>
            <w:r w:rsidRPr="00377505">
              <w:rPr>
                <w:color w:val="000000"/>
                <w:sz w:val="22"/>
                <w:szCs w:val="22"/>
              </w:rPr>
              <w:t>entitas</w:t>
            </w:r>
            <w:proofErr w:type="spellEnd"/>
            <w:r w:rsidRPr="00377505">
              <w:rPr>
                <w:color w:val="000000"/>
                <w:sz w:val="22"/>
                <w:szCs w:val="22"/>
              </w:rPr>
              <w:t xml:space="preserve"> </w:t>
            </w:r>
            <w:proofErr w:type="spellStart"/>
            <w:r w:rsidRPr="00377505">
              <w:rPr>
                <w:color w:val="000000"/>
                <w:sz w:val="22"/>
                <w:szCs w:val="22"/>
              </w:rPr>
              <w:t>atau</w:t>
            </w:r>
            <w:proofErr w:type="spellEnd"/>
            <w:r w:rsidRPr="00377505">
              <w:rPr>
                <w:color w:val="000000"/>
                <w:sz w:val="22"/>
                <w:szCs w:val="22"/>
              </w:rPr>
              <w:t xml:space="preserve"> </w:t>
            </w:r>
            <w:proofErr w:type="spellStart"/>
            <w:r w:rsidRPr="00377505">
              <w:rPr>
                <w:color w:val="000000"/>
                <w:sz w:val="22"/>
                <w:szCs w:val="22"/>
              </w:rPr>
              <w:t>objek</w:t>
            </w:r>
            <w:proofErr w:type="spellEnd"/>
            <w:r w:rsidRPr="00377505">
              <w:rPr>
                <w:color w:val="000000"/>
                <w:sz w:val="22"/>
                <w:szCs w:val="22"/>
              </w:rPr>
              <w:t xml:space="preserve"> </w:t>
            </w:r>
            <w:proofErr w:type="spellStart"/>
            <w:r w:rsidRPr="00377505">
              <w:rPr>
                <w:color w:val="000000"/>
                <w:sz w:val="22"/>
                <w:szCs w:val="22"/>
              </w:rPr>
              <w:t>utama</w:t>
            </w:r>
            <w:proofErr w:type="spellEnd"/>
            <w:r w:rsidRPr="00377505">
              <w:rPr>
                <w:color w:val="000000"/>
                <w:sz w:val="22"/>
                <w:szCs w:val="22"/>
              </w:rPr>
              <w:t xml:space="preserve"> yang </w:t>
            </w:r>
            <w:proofErr w:type="spellStart"/>
            <w:r w:rsidRPr="00377505">
              <w:rPr>
                <w:color w:val="000000"/>
                <w:sz w:val="22"/>
                <w:szCs w:val="22"/>
              </w:rPr>
              <w:t>memiliki</w:t>
            </w:r>
            <w:proofErr w:type="spellEnd"/>
            <w:r w:rsidRPr="00377505">
              <w:rPr>
                <w:color w:val="000000"/>
                <w:sz w:val="22"/>
                <w:szCs w:val="22"/>
              </w:rPr>
              <w:t xml:space="preserve"> data.</w:t>
            </w:r>
          </w:p>
        </w:tc>
      </w:tr>
      <w:tr w:rsidR="005B7A72" w:rsidRPr="00387AD0" w14:paraId="03757382" w14:textId="77777777" w:rsidTr="00D70A29">
        <w:tc>
          <w:tcPr>
            <w:tcW w:w="2835" w:type="dxa"/>
            <w:hideMark/>
          </w:tcPr>
          <w:p w14:paraId="432DB6AD" w14:textId="5B9ACB2F" w:rsidR="005B7A72" w:rsidRPr="00377505" w:rsidRDefault="005B7A72" w:rsidP="00377505">
            <w:pPr>
              <w:pStyle w:val="NormalWeb"/>
              <w:jc w:val="center"/>
              <w:rPr>
                <w:sz w:val="22"/>
                <w:szCs w:val="22"/>
              </w:rPr>
            </w:pPr>
            <w:r w:rsidRPr="00377505">
              <w:rPr>
                <w:noProof/>
                <w:sz w:val="22"/>
                <w:szCs w:val="22"/>
              </w:rPr>
              <w:drawing>
                <wp:inline distT="0" distB="0" distL="0" distR="0" wp14:anchorId="5C719E98" wp14:editId="0DDE02DD">
                  <wp:extent cx="1000265" cy="362001"/>
                  <wp:effectExtent l="0" t="0" r="0" b="0"/>
                  <wp:docPr id="106250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09111" name=""/>
                          <pic:cNvPicPr/>
                        </pic:nvPicPr>
                        <pic:blipFill>
                          <a:blip r:embed="rId20"/>
                          <a:stretch>
                            <a:fillRect/>
                          </a:stretch>
                        </pic:blipFill>
                        <pic:spPr>
                          <a:xfrm>
                            <a:off x="0" y="0"/>
                            <a:ext cx="1000265" cy="362001"/>
                          </a:xfrm>
                          <a:prstGeom prst="rect">
                            <a:avLst/>
                          </a:prstGeom>
                        </pic:spPr>
                      </pic:pic>
                    </a:graphicData>
                  </a:graphic>
                </wp:inline>
              </w:drawing>
            </w:r>
          </w:p>
        </w:tc>
        <w:tc>
          <w:tcPr>
            <w:tcW w:w="5529" w:type="dxa"/>
            <w:vAlign w:val="center"/>
            <w:hideMark/>
          </w:tcPr>
          <w:p w14:paraId="4BC5EF2D" w14:textId="3B991434" w:rsidR="005B7A72" w:rsidRPr="00377505" w:rsidRDefault="005B7A72" w:rsidP="00377505">
            <w:pPr>
              <w:pStyle w:val="NormalWeb"/>
              <w:jc w:val="both"/>
              <w:rPr>
                <w:sz w:val="22"/>
                <w:szCs w:val="22"/>
              </w:rPr>
            </w:pPr>
            <w:proofErr w:type="spellStart"/>
            <w:r w:rsidRPr="00377505">
              <w:rPr>
                <w:color w:val="000000"/>
                <w:sz w:val="22"/>
                <w:szCs w:val="22"/>
              </w:rPr>
              <w:t>Entitas</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keberadaannya</w:t>
            </w:r>
            <w:proofErr w:type="spellEnd"/>
            <w:r w:rsidR="00F660D2" w:rsidRPr="00377505">
              <w:rPr>
                <w:color w:val="000000"/>
                <w:sz w:val="22"/>
                <w:szCs w:val="22"/>
              </w:rPr>
              <w:t xml:space="preserve"> </w:t>
            </w:r>
            <w:proofErr w:type="spellStart"/>
            <w:r w:rsidRPr="00377505">
              <w:rPr>
                <w:color w:val="000000"/>
                <w:sz w:val="22"/>
                <w:szCs w:val="22"/>
              </w:rPr>
              <w:t>tergantung</w:t>
            </w:r>
            <w:proofErr w:type="spellEnd"/>
            <w:r w:rsidR="00F660D2" w:rsidRPr="00377505">
              <w:rPr>
                <w:color w:val="000000"/>
                <w:sz w:val="22"/>
                <w:szCs w:val="22"/>
              </w:rPr>
              <w:t xml:space="preserve"> </w:t>
            </w:r>
            <w:r w:rsidRPr="00377505">
              <w:rPr>
                <w:color w:val="000000"/>
                <w:sz w:val="22"/>
                <w:szCs w:val="22"/>
              </w:rPr>
              <w:t>pada</w:t>
            </w:r>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r w:rsidRPr="00377505">
              <w:rPr>
                <w:color w:val="000000"/>
                <w:sz w:val="22"/>
                <w:szCs w:val="22"/>
              </w:rPr>
              <w:t>lain.</w:t>
            </w:r>
          </w:p>
        </w:tc>
      </w:tr>
      <w:tr w:rsidR="005B7A72" w:rsidRPr="00387AD0" w14:paraId="29DC9A0C" w14:textId="77777777" w:rsidTr="00D70A29">
        <w:tc>
          <w:tcPr>
            <w:tcW w:w="2835" w:type="dxa"/>
            <w:hideMark/>
          </w:tcPr>
          <w:p w14:paraId="4BDCF3C1" w14:textId="6D86982D" w:rsidR="005B7A72" w:rsidRPr="00377505" w:rsidRDefault="005B7A72" w:rsidP="00377505">
            <w:pPr>
              <w:pStyle w:val="NormalWeb"/>
              <w:jc w:val="center"/>
              <w:rPr>
                <w:sz w:val="22"/>
                <w:szCs w:val="22"/>
              </w:rPr>
            </w:pPr>
            <w:r w:rsidRPr="00377505">
              <w:rPr>
                <w:noProof/>
                <w:sz w:val="22"/>
                <w:szCs w:val="22"/>
              </w:rPr>
              <w:drawing>
                <wp:inline distT="0" distB="0" distL="0" distR="0" wp14:anchorId="5F88F460" wp14:editId="29C97F43">
                  <wp:extent cx="876300" cy="413657"/>
                  <wp:effectExtent l="0" t="0" r="0" b="5715"/>
                  <wp:docPr id="1515492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92525" name=""/>
                          <pic:cNvPicPr/>
                        </pic:nvPicPr>
                        <pic:blipFill>
                          <a:blip r:embed="rId21"/>
                          <a:stretch>
                            <a:fillRect/>
                          </a:stretch>
                        </pic:blipFill>
                        <pic:spPr>
                          <a:xfrm>
                            <a:off x="0" y="0"/>
                            <a:ext cx="878246" cy="414576"/>
                          </a:xfrm>
                          <a:prstGeom prst="rect">
                            <a:avLst/>
                          </a:prstGeom>
                        </pic:spPr>
                      </pic:pic>
                    </a:graphicData>
                  </a:graphic>
                </wp:inline>
              </w:drawing>
            </w:r>
          </w:p>
        </w:tc>
        <w:tc>
          <w:tcPr>
            <w:tcW w:w="5529" w:type="dxa"/>
            <w:vAlign w:val="center"/>
            <w:hideMark/>
          </w:tcPr>
          <w:p w14:paraId="76800F6C" w14:textId="403BFA6C" w:rsidR="005B7A72" w:rsidRPr="00377505" w:rsidRDefault="005B7A72" w:rsidP="00377505">
            <w:pPr>
              <w:pStyle w:val="NormalWeb"/>
              <w:jc w:val="both"/>
              <w:rPr>
                <w:sz w:val="22"/>
                <w:szCs w:val="22"/>
              </w:rPr>
            </w:pPr>
            <w:proofErr w:type="spellStart"/>
            <w:r w:rsidRPr="00377505">
              <w:rPr>
                <w:color w:val="000000"/>
                <w:sz w:val="22"/>
                <w:szCs w:val="22"/>
              </w:rPr>
              <w:t>Menggambarkan</w:t>
            </w:r>
            <w:proofErr w:type="spellEnd"/>
            <w:r w:rsidR="00F660D2" w:rsidRPr="00377505">
              <w:rPr>
                <w:color w:val="000000"/>
                <w:sz w:val="22"/>
                <w:szCs w:val="22"/>
              </w:rPr>
              <w:t xml:space="preserve"> </w:t>
            </w:r>
            <w:proofErr w:type="spellStart"/>
            <w:r w:rsidRPr="00377505">
              <w:rPr>
                <w:color w:val="000000"/>
                <w:sz w:val="22"/>
                <w:szCs w:val="22"/>
              </w:rPr>
              <w:t>keterkaitan</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asosiasi</w:t>
            </w:r>
            <w:proofErr w:type="spellEnd"/>
            <w:r w:rsidR="00F660D2" w:rsidRPr="00377505">
              <w:rPr>
                <w:color w:val="000000"/>
                <w:sz w:val="22"/>
                <w:szCs w:val="22"/>
              </w:rPr>
              <w:t xml:space="preserve"> </w:t>
            </w:r>
            <w:proofErr w:type="spellStart"/>
            <w:r w:rsidRPr="00377505">
              <w:rPr>
                <w:color w:val="000000"/>
                <w:sz w:val="22"/>
                <w:szCs w:val="22"/>
              </w:rPr>
              <w:t>antara</w:t>
            </w:r>
            <w:proofErr w:type="spellEnd"/>
            <w:r w:rsidR="00F660D2" w:rsidRPr="00377505">
              <w:rPr>
                <w:color w:val="000000"/>
                <w:sz w:val="22"/>
                <w:szCs w:val="22"/>
              </w:rPr>
              <w:t xml:space="preserve"> </w:t>
            </w:r>
            <w:r w:rsidRPr="00377505">
              <w:rPr>
                <w:color w:val="000000"/>
                <w:sz w:val="22"/>
                <w:szCs w:val="22"/>
              </w:rPr>
              <w:t>dua</w:t>
            </w:r>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lebih</w:t>
            </w:r>
            <w:proofErr w:type="spellEnd"/>
            <w:r w:rsidRPr="00377505">
              <w:rPr>
                <w:color w:val="000000"/>
                <w:sz w:val="22"/>
                <w:szCs w:val="22"/>
              </w:rPr>
              <w:t>.</w:t>
            </w:r>
          </w:p>
        </w:tc>
      </w:tr>
      <w:tr w:rsidR="005B7A72" w:rsidRPr="00387AD0" w14:paraId="25973AF8" w14:textId="77777777" w:rsidTr="00D70A29">
        <w:tc>
          <w:tcPr>
            <w:tcW w:w="2835" w:type="dxa"/>
            <w:hideMark/>
          </w:tcPr>
          <w:p w14:paraId="0F0E82EC" w14:textId="3349A7C5" w:rsidR="005B7A72" w:rsidRPr="00377505" w:rsidRDefault="005B7A72" w:rsidP="00377505">
            <w:pPr>
              <w:pStyle w:val="NormalWeb"/>
              <w:jc w:val="center"/>
              <w:rPr>
                <w:sz w:val="22"/>
                <w:szCs w:val="22"/>
              </w:rPr>
            </w:pPr>
            <w:r w:rsidRPr="00377505">
              <w:rPr>
                <w:noProof/>
                <w:sz w:val="22"/>
                <w:szCs w:val="22"/>
              </w:rPr>
              <w:drawing>
                <wp:inline distT="0" distB="0" distL="0" distR="0" wp14:anchorId="5B2D3B3C" wp14:editId="1CA95AC1">
                  <wp:extent cx="695325" cy="413657"/>
                  <wp:effectExtent l="0" t="0" r="0" b="5715"/>
                  <wp:docPr id="116028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82853" name=""/>
                          <pic:cNvPicPr/>
                        </pic:nvPicPr>
                        <pic:blipFill>
                          <a:blip r:embed="rId22"/>
                          <a:stretch>
                            <a:fillRect/>
                          </a:stretch>
                        </pic:blipFill>
                        <pic:spPr>
                          <a:xfrm>
                            <a:off x="0" y="0"/>
                            <a:ext cx="696607" cy="414420"/>
                          </a:xfrm>
                          <a:prstGeom prst="rect">
                            <a:avLst/>
                          </a:prstGeom>
                        </pic:spPr>
                      </pic:pic>
                    </a:graphicData>
                  </a:graphic>
                </wp:inline>
              </w:drawing>
            </w:r>
          </w:p>
        </w:tc>
        <w:tc>
          <w:tcPr>
            <w:tcW w:w="5529" w:type="dxa"/>
            <w:vAlign w:val="center"/>
            <w:hideMark/>
          </w:tcPr>
          <w:p w14:paraId="3AC152EE" w14:textId="5D0E8A73" w:rsidR="005B7A72" w:rsidRPr="00377505" w:rsidRDefault="005B7A72" w:rsidP="00377505">
            <w:pPr>
              <w:pStyle w:val="NormalWeb"/>
              <w:jc w:val="both"/>
              <w:rPr>
                <w:sz w:val="22"/>
                <w:szCs w:val="22"/>
              </w:rPr>
            </w:pPr>
            <w:proofErr w:type="spellStart"/>
            <w:r w:rsidRPr="00377505">
              <w:rPr>
                <w:color w:val="000000"/>
                <w:sz w:val="22"/>
                <w:szCs w:val="22"/>
              </w:rPr>
              <w:t>Relasi</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mengidentifikasi</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lemah</w:t>
            </w:r>
            <w:proofErr w:type="spellEnd"/>
            <w:r w:rsidR="00F660D2" w:rsidRPr="00377505">
              <w:rPr>
                <w:color w:val="000000"/>
                <w:sz w:val="22"/>
                <w:szCs w:val="22"/>
              </w:rPr>
              <w:t xml:space="preserve"> </w:t>
            </w:r>
            <w:proofErr w:type="spellStart"/>
            <w:r w:rsidRPr="00377505">
              <w:rPr>
                <w:color w:val="000000"/>
                <w:sz w:val="22"/>
                <w:szCs w:val="22"/>
              </w:rPr>
              <w:t>melalui</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kuat</w:t>
            </w:r>
            <w:proofErr w:type="spellEnd"/>
            <w:r w:rsidRPr="00377505">
              <w:rPr>
                <w:color w:val="000000"/>
                <w:sz w:val="22"/>
                <w:szCs w:val="22"/>
              </w:rPr>
              <w:t>.</w:t>
            </w:r>
          </w:p>
        </w:tc>
      </w:tr>
      <w:tr w:rsidR="005B7A72" w:rsidRPr="00387AD0" w14:paraId="19DC16CB" w14:textId="77777777" w:rsidTr="00D70A29">
        <w:tc>
          <w:tcPr>
            <w:tcW w:w="2835" w:type="dxa"/>
            <w:hideMark/>
          </w:tcPr>
          <w:p w14:paraId="35BE1303" w14:textId="69615B6C" w:rsidR="005B7A72" w:rsidRPr="00377505" w:rsidRDefault="005B7A72" w:rsidP="00377505">
            <w:pPr>
              <w:pStyle w:val="NormalWeb"/>
              <w:jc w:val="center"/>
              <w:rPr>
                <w:sz w:val="22"/>
                <w:szCs w:val="22"/>
              </w:rPr>
            </w:pPr>
            <w:r w:rsidRPr="00377505">
              <w:rPr>
                <w:noProof/>
                <w:sz w:val="22"/>
                <w:szCs w:val="22"/>
              </w:rPr>
              <w:drawing>
                <wp:inline distT="0" distB="0" distL="0" distR="0" wp14:anchorId="56FD34FF" wp14:editId="68AAD2F9">
                  <wp:extent cx="971550" cy="295275"/>
                  <wp:effectExtent l="0" t="0" r="0" b="9525"/>
                  <wp:docPr id="23712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7868" name=""/>
                          <pic:cNvPicPr/>
                        </pic:nvPicPr>
                        <pic:blipFill>
                          <a:blip r:embed="rId23"/>
                          <a:stretch>
                            <a:fillRect/>
                          </a:stretch>
                        </pic:blipFill>
                        <pic:spPr>
                          <a:xfrm>
                            <a:off x="0" y="0"/>
                            <a:ext cx="975512" cy="296479"/>
                          </a:xfrm>
                          <a:prstGeom prst="rect">
                            <a:avLst/>
                          </a:prstGeom>
                        </pic:spPr>
                      </pic:pic>
                    </a:graphicData>
                  </a:graphic>
                </wp:inline>
              </w:drawing>
            </w:r>
          </w:p>
        </w:tc>
        <w:tc>
          <w:tcPr>
            <w:tcW w:w="5529" w:type="dxa"/>
            <w:vAlign w:val="center"/>
            <w:hideMark/>
          </w:tcPr>
          <w:p w14:paraId="57EC288A" w14:textId="2CD93460" w:rsidR="005B7A72" w:rsidRPr="00377505" w:rsidRDefault="005B7A72" w:rsidP="00377505">
            <w:pPr>
              <w:pStyle w:val="NormalWeb"/>
              <w:jc w:val="both"/>
              <w:rPr>
                <w:sz w:val="22"/>
                <w:szCs w:val="22"/>
              </w:rPr>
            </w:pPr>
            <w:proofErr w:type="spellStart"/>
            <w:r w:rsidRPr="00377505">
              <w:rPr>
                <w:color w:val="000000"/>
                <w:sz w:val="22"/>
                <w:szCs w:val="22"/>
              </w:rPr>
              <w:t>Menunjukkan</w:t>
            </w:r>
            <w:proofErr w:type="spellEnd"/>
            <w:r w:rsidR="00F660D2" w:rsidRPr="00377505">
              <w:rPr>
                <w:color w:val="000000"/>
                <w:sz w:val="22"/>
                <w:szCs w:val="22"/>
              </w:rPr>
              <w:t xml:space="preserve"> </w:t>
            </w:r>
            <w:proofErr w:type="spellStart"/>
            <w:r w:rsidRPr="00377505">
              <w:rPr>
                <w:color w:val="000000"/>
                <w:sz w:val="22"/>
                <w:szCs w:val="22"/>
              </w:rPr>
              <w:t>karakteristik</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r w:rsidRPr="00377505">
              <w:rPr>
                <w:color w:val="000000"/>
                <w:sz w:val="22"/>
                <w:szCs w:val="22"/>
              </w:rPr>
              <w:t>data</w:t>
            </w:r>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dimiliki</w:t>
            </w:r>
            <w:proofErr w:type="spellEnd"/>
            <w:r w:rsidR="00F660D2" w:rsidRPr="00377505">
              <w:rPr>
                <w:color w:val="000000"/>
                <w:sz w:val="22"/>
                <w:szCs w:val="22"/>
              </w:rPr>
              <w:t xml:space="preserve"> </w:t>
            </w:r>
            <w:r w:rsidRPr="00377505">
              <w:rPr>
                <w:color w:val="000000"/>
                <w:sz w:val="22"/>
                <w:szCs w:val="22"/>
              </w:rPr>
              <w:t>oleh</w:t>
            </w:r>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relasi</w:t>
            </w:r>
            <w:proofErr w:type="spellEnd"/>
            <w:r w:rsidRPr="00377505">
              <w:rPr>
                <w:color w:val="000000"/>
                <w:sz w:val="22"/>
                <w:szCs w:val="22"/>
              </w:rPr>
              <w:t>.</w:t>
            </w:r>
          </w:p>
        </w:tc>
      </w:tr>
      <w:tr w:rsidR="005B7A72" w:rsidRPr="00387AD0" w14:paraId="464F95EA" w14:textId="77777777" w:rsidTr="00D70A29">
        <w:tc>
          <w:tcPr>
            <w:tcW w:w="2835" w:type="dxa"/>
            <w:hideMark/>
          </w:tcPr>
          <w:p w14:paraId="2B63295D" w14:textId="717CB23F" w:rsidR="005B7A72" w:rsidRPr="00377505" w:rsidRDefault="005B7A72" w:rsidP="00377505">
            <w:pPr>
              <w:pStyle w:val="NormalWeb"/>
              <w:jc w:val="center"/>
              <w:rPr>
                <w:sz w:val="22"/>
                <w:szCs w:val="22"/>
              </w:rPr>
            </w:pPr>
            <w:r w:rsidRPr="00377505">
              <w:rPr>
                <w:noProof/>
                <w:sz w:val="22"/>
                <w:szCs w:val="22"/>
              </w:rPr>
              <w:drawing>
                <wp:inline distT="0" distB="0" distL="0" distR="0" wp14:anchorId="57CF02BC" wp14:editId="35688438">
                  <wp:extent cx="981212" cy="295316"/>
                  <wp:effectExtent l="0" t="0" r="9525" b="9525"/>
                  <wp:docPr id="83292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22302" name=""/>
                          <pic:cNvPicPr/>
                        </pic:nvPicPr>
                        <pic:blipFill>
                          <a:blip r:embed="rId24"/>
                          <a:stretch>
                            <a:fillRect/>
                          </a:stretch>
                        </pic:blipFill>
                        <pic:spPr>
                          <a:xfrm>
                            <a:off x="0" y="0"/>
                            <a:ext cx="981212" cy="295316"/>
                          </a:xfrm>
                          <a:prstGeom prst="rect">
                            <a:avLst/>
                          </a:prstGeom>
                        </pic:spPr>
                      </pic:pic>
                    </a:graphicData>
                  </a:graphic>
                </wp:inline>
              </w:drawing>
            </w:r>
          </w:p>
        </w:tc>
        <w:tc>
          <w:tcPr>
            <w:tcW w:w="5529" w:type="dxa"/>
            <w:vAlign w:val="center"/>
            <w:hideMark/>
          </w:tcPr>
          <w:p w14:paraId="1636906E" w14:textId="01E57958" w:rsidR="005B7A72" w:rsidRPr="00377505" w:rsidRDefault="005B7A72" w:rsidP="00377505">
            <w:pPr>
              <w:pStyle w:val="NormalWeb"/>
              <w:jc w:val="both"/>
              <w:rPr>
                <w:sz w:val="22"/>
                <w:szCs w:val="22"/>
              </w:rPr>
            </w:pPr>
            <w:proofErr w:type="spellStart"/>
            <w:r w:rsidRPr="00377505">
              <w:rPr>
                <w:color w:val="000000"/>
                <w:sz w:val="22"/>
                <w:szCs w:val="22"/>
              </w:rPr>
              <w:t>Atribut</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digunakan</w:t>
            </w:r>
            <w:proofErr w:type="spellEnd"/>
            <w:r w:rsidR="00F660D2" w:rsidRPr="00377505">
              <w:rPr>
                <w:color w:val="000000"/>
                <w:sz w:val="22"/>
                <w:szCs w:val="22"/>
              </w:rPr>
              <w:t xml:space="preserve"> </w:t>
            </w:r>
            <w:proofErr w:type="spellStart"/>
            <w:r w:rsidRPr="00377505">
              <w:rPr>
                <w:color w:val="000000"/>
                <w:sz w:val="22"/>
                <w:szCs w:val="22"/>
              </w:rPr>
              <w:t>sebagai</w:t>
            </w:r>
            <w:proofErr w:type="spellEnd"/>
            <w:r w:rsidR="00F660D2" w:rsidRPr="00377505">
              <w:rPr>
                <w:color w:val="000000"/>
                <w:sz w:val="22"/>
                <w:szCs w:val="22"/>
              </w:rPr>
              <w:t xml:space="preserve"> </w:t>
            </w:r>
            <w:proofErr w:type="spellStart"/>
            <w:r w:rsidRPr="00377505">
              <w:rPr>
                <w:color w:val="000000"/>
                <w:sz w:val="22"/>
                <w:szCs w:val="22"/>
              </w:rPr>
              <w:t>identifikasi</w:t>
            </w:r>
            <w:proofErr w:type="spellEnd"/>
            <w:r w:rsidR="00F660D2" w:rsidRPr="00377505">
              <w:rPr>
                <w:color w:val="000000"/>
                <w:sz w:val="22"/>
                <w:szCs w:val="22"/>
              </w:rPr>
              <w:t xml:space="preserve"> </w:t>
            </w:r>
            <w:proofErr w:type="spellStart"/>
            <w:r w:rsidRPr="00377505">
              <w:rPr>
                <w:color w:val="000000"/>
                <w:sz w:val="22"/>
                <w:szCs w:val="22"/>
              </w:rPr>
              <w:t>unik</w:t>
            </w:r>
            <w:proofErr w:type="spellEnd"/>
            <w:r w:rsidR="00F660D2" w:rsidRPr="00377505">
              <w:rPr>
                <w:color w:val="000000"/>
                <w:sz w:val="22"/>
                <w:szCs w:val="22"/>
              </w:rPr>
              <w:t xml:space="preserve"> </w:t>
            </w:r>
            <w:proofErr w:type="spellStart"/>
            <w:r w:rsidRPr="00377505">
              <w:rPr>
                <w:color w:val="000000"/>
                <w:sz w:val="22"/>
                <w:szCs w:val="22"/>
              </w:rPr>
              <w:t>dalam</w:t>
            </w:r>
            <w:proofErr w:type="spellEnd"/>
            <w:r w:rsidR="00F660D2" w:rsidRPr="00377505">
              <w:rPr>
                <w:color w:val="000000"/>
                <w:sz w:val="22"/>
                <w:szCs w:val="22"/>
              </w:rPr>
              <w:t xml:space="preserve"> </w:t>
            </w:r>
            <w:proofErr w:type="spellStart"/>
            <w:r w:rsidRPr="00377505">
              <w:rPr>
                <w:color w:val="000000"/>
                <w:sz w:val="22"/>
                <w:szCs w:val="22"/>
              </w:rPr>
              <w:t>sebuah</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Pr="00377505">
              <w:rPr>
                <w:color w:val="000000"/>
                <w:sz w:val="22"/>
                <w:szCs w:val="22"/>
              </w:rPr>
              <w:t>.</w:t>
            </w:r>
          </w:p>
        </w:tc>
      </w:tr>
      <w:tr w:rsidR="005B7A72" w:rsidRPr="00387AD0" w14:paraId="780835B0" w14:textId="77777777" w:rsidTr="00D70A29">
        <w:tc>
          <w:tcPr>
            <w:tcW w:w="2835" w:type="dxa"/>
            <w:hideMark/>
          </w:tcPr>
          <w:p w14:paraId="7637168F" w14:textId="088200D0" w:rsidR="005B7A72" w:rsidRPr="00377505" w:rsidRDefault="005B7A72" w:rsidP="00377505">
            <w:pPr>
              <w:pStyle w:val="NormalWeb"/>
              <w:jc w:val="center"/>
              <w:rPr>
                <w:sz w:val="22"/>
                <w:szCs w:val="22"/>
              </w:rPr>
            </w:pPr>
            <w:r w:rsidRPr="00377505">
              <w:rPr>
                <w:noProof/>
                <w:sz w:val="22"/>
                <w:szCs w:val="22"/>
              </w:rPr>
              <w:drawing>
                <wp:inline distT="0" distB="0" distL="0" distR="0" wp14:anchorId="7E65E122" wp14:editId="2A4F8D84">
                  <wp:extent cx="864489" cy="291016"/>
                  <wp:effectExtent l="0" t="0" r="0" b="0"/>
                  <wp:docPr id="1579318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18616" name=""/>
                          <pic:cNvPicPr/>
                        </pic:nvPicPr>
                        <pic:blipFill>
                          <a:blip r:embed="rId25"/>
                          <a:stretch>
                            <a:fillRect/>
                          </a:stretch>
                        </pic:blipFill>
                        <pic:spPr>
                          <a:xfrm>
                            <a:off x="0" y="0"/>
                            <a:ext cx="867069" cy="291885"/>
                          </a:xfrm>
                          <a:prstGeom prst="rect">
                            <a:avLst/>
                          </a:prstGeom>
                        </pic:spPr>
                      </pic:pic>
                    </a:graphicData>
                  </a:graphic>
                </wp:inline>
              </w:drawing>
            </w:r>
          </w:p>
        </w:tc>
        <w:tc>
          <w:tcPr>
            <w:tcW w:w="5529" w:type="dxa"/>
            <w:vAlign w:val="center"/>
            <w:hideMark/>
          </w:tcPr>
          <w:p w14:paraId="3A696303" w14:textId="00E7F7DB" w:rsidR="005B7A72" w:rsidRPr="00377505" w:rsidRDefault="005B7A72" w:rsidP="00377505">
            <w:pPr>
              <w:pStyle w:val="NormalWeb"/>
              <w:jc w:val="both"/>
              <w:rPr>
                <w:sz w:val="22"/>
                <w:szCs w:val="22"/>
              </w:rPr>
            </w:pPr>
            <w:proofErr w:type="spellStart"/>
            <w:r w:rsidRPr="00377505">
              <w:rPr>
                <w:color w:val="000000"/>
                <w:sz w:val="22"/>
                <w:szCs w:val="22"/>
              </w:rPr>
              <w:t>Atribut</w:t>
            </w:r>
            <w:proofErr w:type="spellEnd"/>
            <w:r w:rsidR="00F660D2" w:rsidRPr="00377505">
              <w:rPr>
                <w:color w:val="000000"/>
                <w:sz w:val="22"/>
                <w:szCs w:val="22"/>
              </w:rPr>
              <w:t xml:space="preserve"> yang </w:t>
            </w:r>
            <w:proofErr w:type="spellStart"/>
            <w:r w:rsidR="00F660D2" w:rsidRPr="00377505">
              <w:rPr>
                <w:color w:val="000000"/>
                <w:sz w:val="22"/>
                <w:szCs w:val="22"/>
              </w:rPr>
              <w:t>dapat</w:t>
            </w:r>
            <w:proofErr w:type="spellEnd"/>
            <w:r w:rsidR="00F660D2" w:rsidRPr="00377505">
              <w:rPr>
                <w:color w:val="000000"/>
                <w:sz w:val="22"/>
                <w:szCs w:val="22"/>
              </w:rPr>
              <w:t xml:space="preserve"> </w:t>
            </w:r>
            <w:proofErr w:type="spellStart"/>
            <w:r w:rsidR="00F660D2" w:rsidRPr="00377505">
              <w:rPr>
                <w:color w:val="000000"/>
                <w:sz w:val="22"/>
                <w:szCs w:val="22"/>
              </w:rPr>
              <w:t>memiliki</w:t>
            </w:r>
            <w:proofErr w:type="spellEnd"/>
            <w:r w:rsidR="00F660D2" w:rsidRPr="00377505">
              <w:rPr>
                <w:color w:val="000000"/>
                <w:sz w:val="22"/>
                <w:szCs w:val="22"/>
              </w:rPr>
              <w:t xml:space="preserve"> </w:t>
            </w:r>
            <w:proofErr w:type="spellStart"/>
            <w:r w:rsidR="00F660D2" w:rsidRPr="00377505">
              <w:rPr>
                <w:color w:val="000000"/>
                <w:sz w:val="22"/>
                <w:szCs w:val="22"/>
              </w:rPr>
              <w:t>beberapa</w:t>
            </w:r>
            <w:proofErr w:type="spellEnd"/>
            <w:r w:rsidR="00F660D2" w:rsidRPr="00377505">
              <w:rPr>
                <w:color w:val="000000"/>
                <w:sz w:val="22"/>
                <w:szCs w:val="22"/>
              </w:rPr>
              <w:t xml:space="preserve"> </w:t>
            </w:r>
            <w:proofErr w:type="spellStart"/>
            <w:r w:rsidR="00F660D2" w:rsidRPr="00377505">
              <w:rPr>
                <w:color w:val="000000"/>
                <w:sz w:val="22"/>
                <w:szCs w:val="22"/>
              </w:rPr>
              <w:t>nilai</w:t>
            </w:r>
            <w:proofErr w:type="spellEnd"/>
            <w:r w:rsidR="00F660D2" w:rsidRPr="00377505">
              <w:rPr>
                <w:color w:val="000000"/>
                <w:sz w:val="22"/>
                <w:szCs w:val="22"/>
              </w:rPr>
              <w:t>.</w:t>
            </w:r>
          </w:p>
        </w:tc>
      </w:tr>
      <w:tr w:rsidR="005B7A72" w:rsidRPr="00387AD0" w14:paraId="77057365" w14:textId="77777777" w:rsidTr="00D70A29">
        <w:tc>
          <w:tcPr>
            <w:tcW w:w="2835" w:type="dxa"/>
          </w:tcPr>
          <w:p w14:paraId="7684ED1A" w14:textId="2E600581" w:rsidR="005B7A72" w:rsidRPr="00377505" w:rsidRDefault="005B7A72" w:rsidP="00377505">
            <w:pPr>
              <w:pStyle w:val="NormalWeb"/>
              <w:jc w:val="center"/>
              <w:rPr>
                <w:sz w:val="22"/>
                <w:szCs w:val="22"/>
              </w:rPr>
            </w:pPr>
            <w:r w:rsidRPr="00377505">
              <w:rPr>
                <w:noProof/>
                <w:sz w:val="22"/>
                <w:szCs w:val="22"/>
              </w:rPr>
              <w:drawing>
                <wp:inline distT="0" distB="0" distL="0" distR="0" wp14:anchorId="34BFECAC" wp14:editId="4716CA2E">
                  <wp:extent cx="998524" cy="475488"/>
                  <wp:effectExtent l="0" t="0" r="0" b="1270"/>
                  <wp:docPr id="1473882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82279" name=""/>
                          <pic:cNvPicPr/>
                        </pic:nvPicPr>
                        <pic:blipFill>
                          <a:blip r:embed="rId26"/>
                          <a:stretch>
                            <a:fillRect/>
                          </a:stretch>
                        </pic:blipFill>
                        <pic:spPr>
                          <a:xfrm>
                            <a:off x="0" y="0"/>
                            <a:ext cx="1007641" cy="479830"/>
                          </a:xfrm>
                          <a:prstGeom prst="rect">
                            <a:avLst/>
                          </a:prstGeom>
                        </pic:spPr>
                      </pic:pic>
                    </a:graphicData>
                  </a:graphic>
                </wp:inline>
              </w:drawing>
            </w:r>
          </w:p>
        </w:tc>
        <w:tc>
          <w:tcPr>
            <w:tcW w:w="5529" w:type="dxa"/>
            <w:vAlign w:val="center"/>
          </w:tcPr>
          <w:p w14:paraId="64890158" w14:textId="08BC8CDF" w:rsidR="005B7A72" w:rsidRPr="00377505" w:rsidRDefault="005B7A72" w:rsidP="00377505">
            <w:pPr>
              <w:pStyle w:val="NormalWeb"/>
              <w:jc w:val="both"/>
              <w:rPr>
                <w:sz w:val="22"/>
                <w:szCs w:val="22"/>
              </w:rPr>
            </w:pPr>
            <w:proofErr w:type="spellStart"/>
            <w:r w:rsidRPr="00377505">
              <w:rPr>
                <w:color w:val="000000"/>
                <w:sz w:val="22"/>
                <w:szCs w:val="22"/>
              </w:rPr>
              <w:t>Atribut</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terdiri</w:t>
            </w:r>
            <w:proofErr w:type="spellEnd"/>
            <w:r w:rsidR="00F660D2" w:rsidRPr="00377505">
              <w:rPr>
                <w:color w:val="000000"/>
                <w:sz w:val="22"/>
                <w:szCs w:val="22"/>
              </w:rPr>
              <w:t xml:space="preserve"> </w:t>
            </w:r>
            <w:proofErr w:type="spellStart"/>
            <w:r w:rsidRPr="00377505">
              <w:rPr>
                <w:color w:val="000000"/>
                <w:sz w:val="22"/>
                <w:szCs w:val="22"/>
              </w:rPr>
              <w:t>dari</w:t>
            </w:r>
            <w:proofErr w:type="spellEnd"/>
            <w:r w:rsidR="00F660D2" w:rsidRPr="00377505">
              <w:rPr>
                <w:color w:val="000000"/>
                <w:sz w:val="22"/>
                <w:szCs w:val="22"/>
              </w:rPr>
              <w:t xml:space="preserve"> </w:t>
            </w:r>
            <w:proofErr w:type="spellStart"/>
            <w:r w:rsidRPr="00377505">
              <w:rPr>
                <w:color w:val="000000"/>
                <w:sz w:val="22"/>
                <w:szCs w:val="22"/>
              </w:rPr>
              <w:t>beberapa</w:t>
            </w:r>
            <w:proofErr w:type="spellEnd"/>
            <w:r w:rsidR="00F660D2" w:rsidRPr="00377505">
              <w:rPr>
                <w:color w:val="000000"/>
                <w:sz w:val="22"/>
                <w:szCs w:val="22"/>
              </w:rPr>
              <w:t xml:space="preserve"> </w:t>
            </w:r>
            <w:r w:rsidRPr="00377505">
              <w:rPr>
                <w:color w:val="000000"/>
                <w:sz w:val="22"/>
                <w:szCs w:val="22"/>
              </w:rPr>
              <w:t>sub-</w:t>
            </w:r>
            <w:proofErr w:type="spellStart"/>
            <w:r w:rsidRPr="00377505">
              <w:rPr>
                <w:color w:val="000000"/>
                <w:sz w:val="22"/>
                <w:szCs w:val="22"/>
              </w:rPr>
              <w:t>atribut</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lebih</w:t>
            </w:r>
            <w:proofErr w:type="spellEnd"/>
            <w:r w:rsidR="00F660D2" w:rsidRPr="00377505">
              <w:rPr>
                <w:color w:val="000000"/>
                <w:sz w:val="22"/>
                <w:szCs w:val="22"/>
              </w:rPr>
              <w:t xml:space="preserve"> </w:t>
            </w:r>
            <w:proofErr w:type="spellStart"/>
            <w:r w:rsidRPr="00377505">
              <w:rPr>
                <w:color w:val="000000"/>
                <w:sz w:val="22"/>
                <w:szCs w:val="22"/>
              </w:rPr>
              <w:t>spesifik</w:t>
            </w:r>
            <w:proofErr w:type="spellEnd"/>
            <w:r w:rsidRPr="00377505">
              <w:rPr>
                <w:color w:val="000000"/>
                <w:sz w:val="22"/>
                <w:szCs w:val="22"/>
              </w:rPr>
              <w:t>.</w:t>
            </w:r>
          </w:p>
        </w:tc>
      </w:tr>
      <w:tr w:rsidR="005B7A72" w:rsidRPr="00387AD0" w14:paraId="7E42AF66" w14:textId="77777777" w:rsidTr="00D70A29">
        <w:tc>
          <w:tcPr>
            <w:tcW w:w="2835" w:type="dxa"/>
          </w:tcPr>
          <w:p w14:paraId="7C515772" w14:textId="335DEE8E" w:rsidR="005B7A72" w:rsidRPr="00377505" w:rsidRDefault="005B7A72" w:rsidP="00377505">
            <w:pPr>
              <w:pStyle w:val="NormalWeb"/>
              <w:jc w:val="center"/>
              <w:rPr>
                <w:sz w:val="22"/>
                <w:szCs w:val="22"/>
              </w:rPr>
            </w:pPr>
            <w:r w:rsidRPr="00377505">
              <w:rPr>
                <w:noProof/>
                <w:sz w:val="22"/>
                <w:szCs w:val="22"/>
              </w:rPr>
              <w:drawing>
                <wp:inline distT="0" distB="0" distL="0" distR="0" wp14:anchorId="35958BE3" wp14:editId="45245630">
                  <wp:extent cx="1076475" cy="333422"/>
                  <wp:effectExtent l="0" t="0" r="0" b="9525"/>
                  <wp:docPr id="118780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02876" name=""/>
                          <pic:cNvPicPr/>
                        </pic:nvPicPr>
                        <pic:blipFill>
                          <a:blip r:embed="rId27"/>
                          <a:stretch>
                            <a:fillRect/>
                          </a:stretch>
                        </pic:blipFill>
                        <pic:spPr>
                          <a:xfrm>
                            <a:off x="0" y="0"/>
                            <a:ext cx="1076475" cy="333422"/>
                          </a:xfrm>
                          <a:prstGeom prst="rect">
                            <a:avLst/>
                          </a:prstGeom>
                        </pic:spPr>
                      </pic:pic>
                    </a:graphicData>
                  </a:graphic>
                </wp:inline>
              </w:drawing>
            </w:r>
          </w:p>
        </w:tc>
        <w:tc>
          <w:tcPr>
            <w:tcW w:w="5529" w:type="dxa"/>
            <w:vAlign w:val="center"/>
          </w:tcPr>
          <w:p w14:paraId="5794B077" w14:textId="4BD9AFB5" w:rsidR="005B7A72" w:rsidRPr="00377505" w:rsidRDefault="005B7A72" w:rsidP="00377505">
            <w:pPr>
              <w:pStyle w:val="NormalWeb"/>
              <w:jc w:val="both"/>
              <w:rPr>
                <w:sz w:val="22"/>
                <w:szCs w:val="22"/>
              </w:rPr>
            </w:pPr>
            <w:proofErr w:type="spellStart"/>
            <w:r w:rsidRPr="00377505">
              <w:rPr>
                <w:color w:val="000000"/>
                <w:sz w:val="22"/>
                <w:szCs w:val="22"/>
              </w:rPr>
              <w:t>Atribut</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nilainya</w:t>
            </w:r>
            <w:proofErr w:type="spellEnd"/>
            <w:r w:rsidR="00F660D2" w:rsidRPr="00377505">
              <w:rPr>
                <w:color w:val="000000"/>
                <w:sz w:val="22"/>
                <w:szCs w:val="22"/>
              </w:rPr>
              <w:t xml:space="preserve"> </w:t>
            </w:r>
            <w:proofErr w:type="spellStart"/>
            <w:r w:rsidR="00F660D2" w:rsidRPr="00377505">
              <w:rPr>
                <w:color w:val="000000"/>
                <w:sz w:val="22"/>
                <w:szCs w:val="22"/>
              </w:rPr>
              <w:t>berasal</w:t>
            </w:r>
            <w:proofErr w:type="spellEnd"/>
            <w:r w:rsidR="00F660D2" w:rsidRPr="00377505">
              <w:rPr>
                <w:color w:val="000000"/>
                <w:sz w:val="22"/>
                <w:szCs w:val="22"/>
              </w:rPr>
              <w:t xml:space="preserve"> </w:t>
            </w:r>
            <w:proofErr w:type="spellStart"/>
            <w:r w:rsidRPr="00377505">
              <w:rPr>
                <w:color w:val="000000"/>
                <w:sz w:val="22"/>
                <w:szCs w:val="22"/>
              </w:rPr>
              <w:t>dari</w:t>
            </w:r>
            <w:proofErr w:type="spellEnd"/>
            <w:r w:rsidR="00F660D2" w:rsidRPr="00377505">
              <w:rPr>
                <w:color w:val="000000"/>
                <w:sz w:val="22"/>
                <w:szCs w:val="22"/>
              </w:rPr>
              <w:t xml:space="preserve"> </w:t>
            </w:r>
            <w:proofErr w:type="spellStart"/>
            <w:r w:rsidRPr="00377505">
              <w:rPr>
                <w:color w:val="000000"/>
                <w:sz w:val="22"/>
                <w:szCs w:val="22"/>
              </w:rPr>
              <w:t>atribut</w:t>
            </w:r>
            <w:proofErr w:type="spellEnd"/>
            <w:r w:rsidR="00F660D2" w:rsidRPr="00377505">
              <w:rPr>
                <w:color w:val="000000"/>
                <w:sz w:val="22"/>
                <w:szCs w:val="22"/>
              </w:rPr>
              <w:t xml:space="preserve"> </w:t>
            </w:r>
            <w:r w:rsidRPr="00377505">
              <w:rPr>
                <w:color w:val="000000"/>
                <w:sz w:val="22"/>
                <w:szCs w:val="22"/>
              </w:rPr>
              <w:t>lain.</w:t>
            </w:r>
          </w:p>
        </w:tc>
      </w:tr>
      <w:tr w:rsidR="005B7A72" w:rsidRPr="00387AD0" w14:paraId="052B6A47" w14:textId="77777777" w:rsidTr="00D70A29">
        <w:tc>
          <w:tcPr>
            <w:tcW w:w="2835" w:type="dxa"/>
          </w:tcPr>
          <w:p w14:paraId="1C92B328" w14:textId="08E5BB43" w:rsidR="005B7A72" w:rsidRPr="00377505" w:rsidRDefault="005B7A72" w:rsidP="00377505">
            <w:pPr>
              <w:pStyle w:val="NormalWeb"/>
              <w:jc w:val="center"/>
              <w:rPr>
                <w:sz w:val="22"/>
                <w:szCs w:val="22"/>
              </w:rPr>
            </w:pPr>
            <w:r w:rsidRPr="00377505">
              <w:rPr>
                <w:noProof/>
                <w:sz w:val="22"/>
                <w:szCs w:val="22"/>
              </w:rPr>
              <w:drawing>
                <wp:inline distT="0" distB="0" distL="0" distR="0" wp14:anchorId="704DBB80" wp14:editId="7CF42947">
                  <wp:extent cx="1599565" cy="450021"/>
                  <wp:effectExtent l="0" t="0" r="635" b="7620"/>
                  <wp:docPr id="156179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3528" name=""/>
                          <pic:cNvPicPr/>
                        </pic:nvPicPr>
                        <pic:blipFill>
                          <a:blip r:embed="rId28"/>
                          <a:stretch>
                            <a:fillRect/>
                          </a:stretch>
                        </pic:blipFill>
                        <pic:spPr>
                          <a:xfrm>
                            <a:off x="0" y="0"/>
                            <a:ext cx="1659188" cy="466795"/>
                          </a:xfrm>
                          <a:prstGeom prst="rect">
                            <a:avLst/>
                          </a:prstGeom>
                        </pic:spPr>
                      </pic:pic>
                    </a:graphicData>
                  </a:graphic>
                </wp:inline>
              </w:drawing>
            </w:r>
          </w:p>
        </w:tc>
        <w:tc>
          <w:tcPr>
            <w:tcW w:w="5529" w:type="dxa"/>
            <w:vAlign w:val="center"/>
          </w:tcPr>
          <w:p w14:paraId="42EFD0D6" w14:textId="74C1DF28" w:rsidR="005B7A72" w:rsidRPr="00377505" w:rsidRDefault="005B7A72" w:rsidP="00377505">
            <w:pPr>
              <w:pStyle w:val="NormalWeb"/>
              <w:jc w:val="both"/>
              <w:rPr>
                <w:sz w:val="22"/>
                <w:szCs w:val="22"/>
              </w:rPr>
            </w:pPr>
            <w:proofErr w:type="spellStart"/>
            <w:r w:rsidRPr="00377505">
              <w:rPr>
                <w:color w:val="000000"/>
                <w:sz w:val="22"/>
                <w:szCs w:val="22"/>
              </w:rPr>
              <w:t>Menyatakan</w:t>
            </w:r>
            <w:proofErr w:type="spellEnd"/>
            <w:r w:rsidR="00F660D2" w:rsidRPr="00377505">
              <w:rPr>
                <w:color w:val="000000"/>
                <w:sz w:val="22"/>
                <w:szCs w:val="22"/>
              </w:rPr>
              <w:t xml:space="preserve"> </w:t>
            </w:r>
            <w:proofErr w:type="spellStart"/>
            <w:r w:rsidRPr="00377505">
              <w:rPr>
                <w:color w:val="000000"/>
                <w:sz w:val="22"/>
                <w:szCs w:val="22"/>
              </w:rPr>
              <w:t>bahwa</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selalu</w:t>
            </w:r>
            <w:proofErr w:type="spellEnd"/>
            <w:r w:rsidR="00F660D2" w:rsidRPr="00377505">
              <w:rPr>
                <w:color w:val="000000"/>
                <w:sz w:val="22"/>
                <w:szCs w:val="22"/>
              </w:rPr>
              <w:t xml:space="preserve"> </w:t>
            </w:r>
            <w:proofErr w:type="spellStart"/>
            <w:r w:rsidRPr="00377505">
              <w:rPr>
                <w:color w:val="000000"/>
                <w:sz w:val="22"/>
                <w:szCs w:val="22"/>
              </w:rPr>
              <w:t>terlibat</w:t>
            </w:r>
            <w:proofErr w:type="spellEnd"/>
            <w:r w:rsidR="00F660D2" w:rsidRPr="00377505">
              <w:rPr>
                <w:color w:val="000000"/>
                <w:sz w:val="22"/>
                <w:szCs w:val="22"/>
              </w:rPr>
              <w:t xml:space="preserve"> </w:t>
            </w:r>
            <w:proofErr w:type="spellStart"/>
            <w:r w:rsidRPr="00377505">
              <w:rPr>
                <w:color w:val="000000"/>
                <w:sz w:val="22"/>
                <w:szCs w:val="22"/>
              </w:rPr>
              <w:t>dalam</w:t>
            </w:r>
            <w:proofErr w:type="spellEnd"/>
            <w:r w:rsidR="00F660D2" w:rsidRPr="00377505">
              <w:rPr>
                <w:color w:val="000000"/>
                <w:sz w:val="22"/>
                <w:szCs w:val="22"/>
              </w:rPr>
              <w:t xml:space="preserve"> </w:t>
            </w:r>
            <w:proofErr w:type="spellStart"/>
            <w:r w:rsidRPr="00377505">
              <w:rPr>
                <w:color w:val="000000"/>
                <w:sz w:val="22"/>
                <w:szCs w:val="22"/>
              </w:rPr>
              <w:t>suatu</w:t>
            </w:r>
            <w:proofErr w:type="spellEnd"/>
            <w:r w:rsidR="00F660D2" w:rsidRPr="00377505">
              <w:rPr>
                <w:color w:val="000000"/>
                <w:sz w:val="22"/>
                <w:szCs w:val="22"/>
              </w:rPr>
              <w:t xml:space="preserve"> </w:t>
            </w:r>
            <w:proofErr w:type="spellStart"/>
            <w:r w:rsidRPr="00377505">
              <w:rPr>
                <w:color w:val="000000"/>
                <w:sz w:val="22"/>
                <w:szCs w:val="22"/>
              </w:rPr>
              <w:t>relasi</w:t>
            </w:r>
            <w:proofErr w:type="spellEnd"/>
            <w:r w:rsidR="00F660D2" w:rsidRPr="00377505">
              <w:rPr>
                <w:color w:val="000000"/>
                <w:sz w:val="22"/>
                <w:szCs w:val="22"/>
              </w:rPr>
              <w:t xml:space="preserve"> </w:t>
            </w:r>
            <w:proofErr w:type="spellStart"/>
            <w:r w:rsidRPr="00377505">
              <w:rPr>
                <w:color w:val="000000"/>
                <w:sz w:val="22"/>
                <w:szCs w:val="22"/>
              </w:rPr>
              <w:t>tertentu</w:t>
            </w:r>
            <w:proofErr w:type="spellEnd"/>
            <w:r w:rsidRPr="00377505">
              <w:rPr>
                <w:color w:val="000000"/>
                <w:sz w:val="22"/>
                <w:szCs w:val="22"/>
              </w:rPr>
              <w:t>.</w:t>
            </w:r>
          </w:p>
        </w:tc>
      </w:tr>
      <w:tr w:rsidR="005B7A72" w:rsidRPr="00387AD0" w14:paraId="60DE959C" w14:textId="77777777" w:rsidTr="00D70A29">
        <w:tc>
          <w:tcPr>
            <w:tcW w:w="2835" w:type="dxa"/>
          </w:tcPr>
          <w:p w14:paraId="1A9B144E" w14:textId="0374E0B4" w:rsidR="005B7A72" w:rsidRPr="00377505" w:rsidRDefault="005B7A72" w:rsidP="00377505">
            <w:pPr>
              <w:pStyle w:val="NormalWeb"/>
              <w:jc w:val="center"/>
              <w:rPr>
                <w:sz w:val="22"/>
                <w:szCs w:val="22"/>
              </w:rPr>
            </w:pPr>
            <w:r w:rsidRPr="00377505">
              <w:rPr>
                <w:noProof/>
                <w:sz w:val="22"/>
                <w:szCs w:val="22"/>
              </w:rPr>
              <w:drawing>
                <wp:inline distT="0" distB="0" distL="0" distR="0" wp14:anchorId="35DD1855" wp14:editId="729B36D5">
                  <wp:extent cx="1415602" cy="404458"/>
                  <wp:effectExtent l="0" t="0" r="0" b="0"/>
                  <wp:docPr id="196293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34889" name=""/>
                          <pic:cNvPicPr/>
                        </pic:nvPicPr>
                        <pic:blipFill>
                          <a:blip r:embed="rId29"/>
                          <a:stretch>
                            <a:fillRect/>
                          </a:stretch>
                        </pic:blipFill>
                        <pic:spPr>
                          <a:xfrm>
                            <a:off x="0" y="0"/>
                            <a:ext cx="1421025" cy="406007"/>
                          </a:xfrm>
                          <a:prstGeom prst="rect">
                            <a:avLst/>
                          </a:prstGeom>
                        </pic:spPr>
                      </pic:pic>
                    </a:graphicData>
                  </a:graphic>
                </wp:inline>
              </w:drawing>
            </w:r>
          </w:p>
        </w:tc>
        <w:tc>
          <w:tcPr>
            <w:tcW w:w="5529" w:type="dxa"/>
            <w:vAlign w:val="center"/>
          </w:tcPr>
          <w:p w14:paraId="4A66B29A" w14:textId="0DDAB102" w:rsidR="005B7A72" w:rsidRPr="00377505" w:rsidRDefault="005B7A72" w:rsidP="00377505">
            <w:pPr>
              <w:pStyle w:val="NormalWeb"/>
              <w:keepNext/>
              <w:jc w:val="both"/>
              <w:rPr>
                <w:sz w:val="22"/>
                <w:szCs w:val="22"/>
              </w:rPr>
            </w:pPr>
            <w:proofErr w:type="spellStart"/>
            <w:r w:rsidRPr="00377505">
              <w:rPr>
                <w:color w:val="000000"/>
                <w:sz w:val="22"/>
                <w:szCs w:val="22"/>
              </w:rPr>
              <w:t>Menjelaskan</w:t>
            </w:r>
            <w:proofErr w:type="spellEnd"/>
            <w:r w:rsidR="00F660D2" w:rsidRPr="00377505">
              <w:rPr>
                <w:color w:val="000000"/>
                <w:sz w:val="22"/>
                <w:szCs w:val="22"/>
              </w:rPr>
              <w:t xml:space="preserve"> </w:t>
            </w:r>
            <w:proofErr w:type="spellStart"/>
            <w:r w:rsidRPr="00377505">
              <w:rPr>
                <w:color w:val="000000"/>
                <w:sz w:val="22"/>
                <w:szCs w:val="22"/>
              </w:rPr>
              <w:t>jumlah</w:t>
            </w:r>
            <w:proofErr w:type="spellEnd"/>
            <w:r w:rsidR="00F660D2" w:rsidRPr="00377505">
              <w:rPr>
                <w:color w:val="000000"/>
                <w:sz w:val="22"/>
                <w:szCs w:val="22"/>
              </w:rPr>
              <w:t xml:space="preserve"> </w:t>
            </w:r>
            <w:proofErr w:type="spellStart"/>
            <w:r w:rsidRPr="00377505">
              <w:rPr>
                <w:color w:val="000000"/>
                <w:sz w:val="22"/>
                <w:szCs w:val="22"/>
              </w:rPr>
              <w:t>keterlibatan</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dalam</w:t>
            </w:r>
            <w:proofErr w:type="spellEnd"/>
            <w:r w:rsidR="00F660D2" w:rsidRPr="00377505">
              <w:rPr>
                <w:color w:val="000000"/>
                <w:sz w:val="22"/>
                <w:szCs w:val="22"/>
              </w:rPr>
              <w:t xml:space="preserve"> </w:t>
            </w:r>
            <w:proofErr w:type="spellStart"/>
            <w:r w:rsidRPr="00377505">
              <w:rPr>
                <w:color w:val="000000"/>
                <w:sz w:val="22"/>
                <w:szCs w:val="22"/>
              </w:rPr>
              <w:t>hubungan</w:t>
            </w:r>
            <w:proofErr w:type="spellEnd"/>
            <w:r w:rsidRPr="00377505">
              <w:rPr>
                <w:color w:val="000000"/>
                <w:sz w:val="22"/>
                <w:szCs w:val="22"/>
              </w:rPr>
              <w:t>,</w:t>
            </w:r>
            <w:r w:rsidR="00F660D2" w:rsidRPr="00377505">
              <w:rPr>
                <w:color w:val="000000"/>
                <w:sz w:val="22"/>
                <w:szCs w:val="22"/>
              </w:rPr>
              <w:t xml:space="preserve"> </w:t>
            </w:r>
            <w:proofErr w:type="spellStart"/>
            <w:r w:rsidRPr="00377505">
              <w:rPr>
                <w:color w:val="000000"/>
                <w:sz w:val="22"/>
                <w:szCs w:val="22"/>
              </w:rPr>
              <w:t>misalnya</w:t>
            </w:r>
            <w:proofErr w:type="spellEnd"/>
            <w:r w:rsidR="00F660D2" w:rsidRPr="00377505">
              <w:rPr>
                <w:color w:val="000000"/>
                <w:sz w:val="22"/>
                <w:szCs w:val="22"/>
              </w:rPr>
              <w:t xml:space="preserve"> </w:t>
            </w:r>
            <w:proofErr w:type="gramStart"/>
            <w:r w:rsidRPr="00377505">
              <w:rPr>
                <w:color w:val="000000"/>
                <w:sz w:val="22"/>
                <w:szCs w:val="22"/>
              </w:rPr>
              <w:t>1:N</w:t>
            </w:r>
            <w:proofErr w:type="gramEnd"/>
            <w:r w:rsidR="00F660D2" w:rsidRPr="00377505">
              <w:rPr>
                <w:color w:val="000000"/>
                <w:sz w:val="22"/>
                <w:szCs w:val="22"/>
              </w:rPr>
              <w:t xml:space="preserve"> </w:t>
            </w:r>
            <w:proofErr w:type="spellStart"/>
            <w:r w:rsidRPr="00377505">
              <w:rPr>
                <w:color w:val="000000"/>
                <w:sz w:val="22"/>
                <w:szCs w:val="22"/>
              </w:rPr>
              <w:t>antara</w:t>
            </w:r>
            <w:proofErr w:type="spellEnd"/>
            <w:r w:rsidR="00F660D2" w:rsidRPr="00377505">
              <w:rPr>
                <w:color w:val="000000"/>
                <w:sz w:val="22"/>
                <w:szCs w:val="22"/>
              </w:rPr>
              <w:t xml:space="preserve"> </w:t>
            </w:r>
            <w:r w:rsidRPr="00377505">
              <w:rPr>
                <w:color w:val="000000"/>
                <w:sz w:val="22"/>
                <w:szCs w:val="22"/>
              </w:rPr>
              <w:t>E1</w:t>
            </w:r>
            <w:r w:rsidR="00F660D2" w:rsidRPr="00377505">
              <w:rPr>
                <w:color w:val="000000"/>
                <w:sz w:val="22"/>
                <w:szCs w:val="22"/>
              </w:rPr>
              <w:t xml:space="preserve"> </w:t>
            </w:r>
            <w:r w:rsidRPr="00377505">
              <w:rPr>
                <w:color w:val="000000"/>
                <w:sz w:val="22"/>
                <w:szCs w:val="22"/>
              </w:rPr>
              <w:t>dan</w:t>
            </w:r>
            <w:r w:rsidR="00F660D2" w:rsidRPr="00377505">
              <w:rPr>
                <w:color w:val="000000"/>
                <w:sz w:val="22"/>
                <w:szCs w:val="22"/>
              </w:rPr>
              <w:t xml:space="preserve"> </w:t>
            </w:r>
            <w:r w:rsidRPr="00377505">
              <w:rPr>
                <w:color w:val="000000"/>
                <w:sz w:val="22"/>
                <w:szCs w:val="22"/>
              </w:rPr>
              <w:t>E2.</w:t>
            </w:r>
          </w:p>
        </w:tc>
      </w:tr>
    </w:tbl>
    <w:p w14:paraId="2C01D0DC" w14:textId="77777777" w:rsidR="002F72F9" w:rsidRPr="00387AD0" w:rsidRDefault="002F72F9" w:rsidP="00D70A29">
      <w:pPr>
        <w:pStyle w:val="NormalWeb"/>
        <w:spacing w:before="0" w:beforeAutospacing="0" w:after="0" w:afterAutospacing="0" w:line="360" w:lineRule="auto"/>
        <w:jc w:val="both"/>
      </w:pPr>
    </w:p>
    <w:p w14:paraId="181A68AE" w14:textId="7F7BD88D" w:rsidR="00FF45C8" w:rsidRPr="00387AD0" w:rsidRDefault="005F6410" w:rsidP="00302053">
      <w:pPr>
        <w:pStyle w:val="NormalWeb"/>
        <w:spacing w:before="0" w:beforeAutospacing="0" w:after="0" w:afterAutospacing="0" w:line="360" w:lineRule="auto"/>
        <w:ind w:firstLine="720"/>
        <w:jc w:val="both"/>
      </w:pPr>
      <w:r w:rsidRPr="00387AD0">
        <w:t>Dalam</w:t>
      </w:r>
      <w:r w:rsidR="00F660D2" w:rsidRPr="00387AD0">
        <w:t xml:space="preserve"> </w:t>
      </w:r>
      <w:r w:rsidRPr="00387AD0">
        <w:t>proses</w:t>
      </w:r>
      <w:r w:rsidR="00F660D2" w:rsidRPr="00387AD0">
        <w:t xml:space="preserve"> </w:t>
      </w:r>
      <w:proofErr w:type="spellStart"/>
      <w:r w:rsidRPr="00387AD0">
        <w:t>analisis</w:t>
      </w:r>
      <w:proofErr w:type="spellEnd"/>
      <w:r w:rsidR="00F660D2" w:rsidRPr="00387AD0">
        <w:t xml:space="preserve"> </w:t>
      </w:r>
      <w:proofErr w:type="spellStart"/>
      <w:r w:rsidRPr="00387AD0">
        <w:t>sistem</w:t>
      </w:r>
      <w:proofErr w:type="spellEnd"/>
      <w:r w:rsidRPr="00387AD0">
        <w:t>,</w:t>
      </w:r>
      <w:r w:rsidR="00F660D2" w:rsidRPr="00387AD0">
        <w:t xml:space="preserve"> </w:t>
      </w:r>
      <w:r w:rsidRPr="00387AD0">
        <w:t>ERD</w:t>
      </w:r>
      <w:r w:rsidR="00F660D2" w:rsidRPr="00387AD0">
        <w:t xml:space="preserve"> </w:t>
      </w:r>
      <w:proofErr w:type="spellStart"/>
      <w:r w:rsidRPr="00387AD0">
        <w:t>berfungsi</w:t>
      </w:r>
      <w:proofErr w:type="spellEnd"/>
      <w:r w:rsidR="00F660D2" w:rsidRPr="00387AD0">
        <w:t xml:space="preserve"> </w:t>
      </w:r>
      <w:proofErr w:type="spellStart"/>
      <w:r w:rsidRPr="00387AD0">
        <w:t>untuk</w:t>
      </w:r>
      <w:proofErr w:type="spellEnd"/>
      <w:r w:rsidR="00F660D2" w:rsidRPr="00387AD0">
        <w:t xml:space="preserve"> </w:t>
      </w:r>
      <w:proofErr w:type="spellStart"/>
      <w:r w:rsidRPr="00387AD0">
        <w:t>memvisualisasikan</w:t>
      </w:r>
      <w:proofErr w:type="spellEnd"/>
      <w:r w:rsidR="00F660D2" w:rsidRPr="00387AD0">
        <w:t xml:space="preserve"> </w:t>
      </w:r>
      <w:r w:rsidRPr="00387AD0">
        <w:t>model</w:t>
      </w:r>
      <w:r w:rsidR="00F660D2" w:rsidRPr="00387AD0">
        <w:t xml:space="preserve"> </w:t>
      </w:r>
      <w:proofErr w:type="spellStart"/>
      <w:r w:rsidRPr="00387AD0">
        <w:t>konseptual</w:t>
      </w:r>
      <w:proofErr w:type="spellEnd"/>
      <w:r w:rsidR="00F660D2" w:rsidRPr="00387AD0">
        <w:t xml:space="preserve"> </w:t>
      </w:r>
      <w:r w:rsidRPr="00387AD0">
        <w:t>data</w:t>
      </w:r>
      <w:r w:rsidR="00F660D2" w:rsidRPr="00387AD0">
        <w:t xml:space="preserve"> </w:t>
      </w:r>
      <w:proofErr w:type="spellStart"/>
      <w:r w:rsidRPr="00387AD0">
        <w:t>secara</w:t>
      </w:r>
      <w:proofErr w:type="spellEnd"/>
      <w:r w:rsidR="00F660D2" w:rsidRPr="00387AD0">
        <w:t xml:space="preserve"> </w:t>
      </w:r>
      <w:proofErr w:type="spellStart"/>
      <w:r w:rsidRPr="00387AD0">
        <w:t>logis</w:t>
      </w:r>
      <w:proofErr w:type="spellEnd"/>
      <w:r w:rsidR="00F660D2" w:rsidRPr="00387AD0">
        <w:t xml:space="preserve"> </w:t>
      </w:r>
      <w:r w:rsidRPr="00387AD0">
        <w:t>dan</w:t>
      </w:r>
      <w:r w:rsidR="00F660D2" w:rsidRPr="00387AD0">
        <w:t xml:space="preserve"> </w:t>
      </w:r>
      <w:proofErr w:type="spellStart"/>
      <w:r w:rsidRPr="00387AD0">
        <w:t>sistematis</w:t>
      </w:r>
      <w:proofErr w:type="spellEnd"/>
      <w:r w:rsidR="00F660D2" w:rsidRPr="00387AD0">
        <w:t xml:space="preserve"> </w:t>
      </w:r>
      <w:r w:rsidRPr="00387AD0">
        <w:t>(Wahyuni</w:t>
      </w:r>
      <w:r w:rsidR="00F660D2" w:rsidRPr="00387AD0">
        <w:t xml:space="preserve"> </w:t>
      </w:r>
      <w:r w:rsidRPr="00387AD0">
        <w:t>&amp;</w:t>
      </w:r>
      <w:r w:rsidR="00F660D2" w:rsidRPr="00387AD0">
        <w:t xml:space="preserve"> </w:t>
      </w:r>
      <w:r w:rsidRPr="00387AD0">
        <w:t>Pratama,</w:t>
      </w:r>
      <w:r w:rsidR="00F660D2" w:rsidRPr="00387AD0">
        <w:t xml:space="preserve"> </w:t>
      </w:r>
      <w:r w:rsidRPr="00387AD0">
        <w:t>2023).</w:t>
      </w:r>
    </w:p>
    <w:p w14:paraId="4BF617B2" w14:textId="02BD1C5A" w:rsidR="004500A0" w:rsidRPr="00387AD0" w:rsidRDefault="00FF45C8" w:rsidP="00302053">
      <w:pPr>
        <w:pStyle w:val="Heading2"/>
        <w:numPr>
          <w:ilvl w:val="0"/>
          <w:numId w:val="25"/>
        </w:numPr>
        <w:spacing w:after="240" w:line="360" w:lineRule="auto"/>
        <w:ind w:left="0" w:firstLine="0"/>
        <w:rPr>
          <w:rFonts w:cs="Times New Roman"/>
          <w:szCs w:val="24"/>
          <w:lang w:val="id"/>
        </w:rPr>
      </w:pPr>
      <w:bookmarkStart w:id="85" w:name="_Toc204310526"/>
      <w:r w:rsidRPr="00387AD0">
        <w:rPr>
          <w:rFonts w:cs="Times New Roman"/>
          <w:szCs w:val="24"/>
          <w:lang w:val="id"/>
        </w:rPr>
        <w:lastRenderedPageBreak/>
        <w:t xml:space="preserve"> </w:t>
      </w:r>
      <w:bookmarkStart w:id="86" w:name="_Toc205261378"/>
      <w:r w:rsidR="004F419D" w:rsidRPr="004F419D">
        <w:rPr>
          <w:rFonts w:cs="Times New Roman"/>
          <w:i/>
          <w:iCs/>
          <w:szCs w:val="24"/>
          <w:lang w:val="id"/>
        </w:rPr>
        <w:t>Sequence Diagram</w:t>
      </w:r>
      <w:bookmarkEnd w:id="85"/>
      <w:bookmarkEnd w:id="86"/>
    </w:p>
    <w:p w14:paraId="13EA86D5" w14:textId="38DB0932" w:rsidR="0010775C" w:rsidRPr="004959CF" w:rsidRDefault="004F419D" w:rsidP="004959CF">
      <w:pPr>
        <w:pStyle w:val="NormalWeb"/>
        <w:spacing w:before="0" w:beforeAutospacing="0" w:after="0" w:afterAutospacing="0" w:line="360" w:lineRule="auto"/>
        <w:ind w:right="-427" w:firstLine="720"/>
        <w:jc w:val="both"/>
      </w:pPr>
      <w:r w:rsidRPr="004F419D">
        <w:rPr>
          <w:i/>
          <w:iCs/>
        </w:rPr>
        <w:t>Sequence Diagram</w:t>
      </w:r>
      <w:r w:rsidR="00F660D2" w:rsidRPr="00387AD0">
        <w:t xml:space="preserve"> </w:t>
      </w:r>
      <w:proofErr w:type="spellStart"/>
      <w:r w:rsidR="005B7A72" w:rsidRPr="00387AD0">
        <w:t>merupakan</w:t>
      </w:r>
      <w:proofErr w:type="spellEnd"/>
      <w:r w:rsidR="00F660D2" w:rsidRPr="00387AD0">
        <w:t xml:space="preserve"> </w:t>
      </w:r>
      <w:r w:rsidR="005B7A72" w:rsidRPr="00387AD0">
        <w:t>salah</w:t>
      </w:r>
      <w:r w:rsidR="00F660D2" w:rsidRPr="00387AD0">
        <w:t xml:space="preserve"> </w:t>
      </w:r>
      <w:proofErr w:type="spellStart"/>
      <w:r w:rsidR="005B7A72" w:rsidRPr="00387AD0">
        <w:t>satu</w:t>
      </w:r>
      <w:proofErr w:type="spellEnd"/>
      <w:r w:rsidR="00F660D2" w:rsidRPr="00387AD0">
        <w:t xml:space="preserve"> </w:t>
      </w:r>
      <w:proofErr w:type="spellStart"/>
      <w:r w:rsidR="005B7A72" w:rsidRPr="00387AD0">
        <w:t>jenis</w:t>
      </w:r>
      <w:proofErr w:type="spellEnd"/>
      <w:r w:rsidR="00F660D2" w:rsidRPr="00387AD0">
        <w:t xml:space="preserve"> </w:t>
      </w:r>
      <w:r w:rsidR="005B7A72" w:rsidRPr="00387AD0">
        <w:t>diagram</w:t>
      </w:r>
      <w:r w:rsidR="00F660D2" w:rsidRPr="00387AD0">
        <w:t xml:space="preserve"> </w:t>
      </w:r>
      <w:proofErr w:type="spellStart"/>
      <w:r w:rsidR="005B7A72" w:rsidRPr="00387AD0">
        <w:t>interaksi</w:t>
      </w:r>
      <w:proofErr w:type="spellEnd"/>
      <w:r w:rsidR="00F660D2" w:rsidRPr="00387AD0">
        <w:t xml:space="preserve"> </w:t>
      </w:r>
      <w:proofErr w:type="spellStart"/>
      <w:r w:rsidR="005B7A72" w:rsidRPr="00387AD0">
        <w:t>dalam</w:t>
      </w:r>
      <w:proofErr w:type="spellEnd"/>
      <w:r w:rsidR="00F660D2" w:rsidRPr="00387AD0">
        <w:t xml:space="preserve"> </w:t>
      </w:r>
      <w:r w:rsidR="005B7A72" w:rsidRPr="00387AD0">
        <w:t>Unified</w:t>
      </w:r>
      <w:r w:rsidR="00F660D2" w:rsidRPr="00387AD0">
        <w:t xml:space="preserve"> </w:t>
      </w:r>
      <w:r w:rsidR="005B7A72" w:rsidRPr="00387AD0">
        <w:t>Modeling</w:t>
      </w:r>
      <w:r w:rsidR="00F660D2" w:rsidRPr="00387AD0">
        <w:t xml:space="preserve"> </w:t>
      </w:r>
      <w:r w:rsidR="005B7A72" w:rsidRPr="00387AD0">
        <w:t>Language</w:t>
      </w:r>
      <w:r w:rsidR="00F660D2" w:rsidRPr="00387AD0">
        <w:t xml:space="preserve"> </w:t>
      </w:r>
      <w:r w:rsidR="005B7A72" w:rsidRPr="00387AD0">
        <w:t>(UML)</w:t>
      </w:r>
      <w:r w:rsidR="00F660D2" w:rsidRPr="00387AD0">
        <w:t xml:space="preserve">, yang </w:t>
      </w:r>
      <w:proofErr w:type="spellStart"/>
      <w:r w:rsidR="00F660D2" w:rsidRPr="00387AD0">
        <w:t>menggambarkan</w:t>
      </w:r>
      <w:proofErr w:type="spellEnd"/>
      <w:r w:rsidR="00F660D2" w:rsidRPr="00387AD0">
        <w:t xml:space="preserve"> </w:t>
      </w:r>
      <w:proofErr w:type="spellStart"/>
      <w:r w:rsidR="00F660D2" w:rsidRPr="00387AD0">
        <w:t>urutan</w:t>
      </w:r>
      <w:proofErr w:type="spellEnd"/>
      <w:r w:rsidR="00F660D2" w:rsidRPr="00387AD0">
        <w:t xml:space="preserve"> </w:t>
      </w:r>
      <w:proofErr w:type="spellStart"/>
      <w:r w:rsidR="00F660D2" w:rsidRPr="00387AD0">
        <w:t>komunikasi</w:t>
      </w:r>
      <w:proofErr w:type="spellEnd"/>
      <w:r w:rsidR="00F660D2" w:rsidRPr="00387AD0">
        <w:t xml:space="preserve"> </w:t>
      </w:r>
      <w:proofErr w:type="spellStart"/>
      <w:r w:rsidR="00F660D2" w:rsidRPr="00387AD0">
        <w:t>antar</w:t>
      </w:r>
      <w:proofErr w:type="spellEnd"/>
      <w:r w:rsidR="00F660D2" w:rsidRPr="00387AD0">
        <w:t xml:space="preserve"> </w:t>
      </w:r>
      <w:proofErr w:type="spellStart"/>
      <w:r w:rsidR="00F660D2" w:rsidRPr="00387AD0">
        <w:t>objek</w:t>
      </w:r>
      <w:proofErr w:type="spellEnd"/>
      <w:r w:rsidR="00F660D2" w:rsidRPr="00387AD0">
        <w:t xml:space="preserve"> </w:t>
      </w:r>
      <w:proofErr w:type="spellStart"/>
      <w:r w:rsidR="00F660D2" w:rsidRPr="00387AD0">
        <w:t>dalam</w:t>
      </w:r>
      <w:proofErr w:type="spellEnd"/>
      <w:r w:rsidR="00F660D2" w:rsidRPr="00387AD0">
        <w:t xml:space="preserve"> </w:t>
      </w:r>
      <w:proofErr w:type="spellStart"/>
      <w:r w:rsidR="00F660D2" w:rsidRPr="00387AD0">
        <w:t>sistem</w:t>
      </w:r>
      <w:proofErr w:type="spellEnd"/>
      <w:r w:rsidR="00F660D2" w:rsidRPr="00387AD0">
        <w:t xml:space="preserve"> yang </w:t>
      </w:r>
      <w:proofErr w:type="spellStart"/>
      <w:r w:rsidR="00F660D2" w:rsidRPr="00387AD0">
        <w:t>dikirimkan</w:t>
      </w:r>
      <w:proofErr w:type="spellEnd"/>
      <w:r w:rsidR="00F660D2" w:rsidRPr="00387AD0">
        <w:t xml:space="preserve"> </w:t>
      </w:r>
      <w:proofErr w:type="spellStart"/>
      <w:r w:rsidR="00F660D2" w:rsidRPr="00387AD0">
        <w:t>seiring</w:t>
      </w:r>
      <w:proofErr w:type="spellEnd"/>
      <w:r w:rsidR="00F660D2" w:rsidRPr="00387AD0">
        <w:t xml:space="preserve"> </w:t>
      </w:r>
      <w:proofErr w:type="spellStart"/>
      <w:r w:rsidR="00F660D2" w:rsidRPr="00387AD0">
        <w:t>waktu</w:t>
      </w:r>
      <w:proofErr w:type="spellEnd"/>
      <w:r w:rsidR="00F660D2" w:rsidRPr="00387AD0">
        <w:t xml:space="preserve"> </w:t>
      </w:r>
      <w:proofErr w:type="spellStart"/>
      <w:r w:rsidR="00F660D2" w:rsidRPr="00387AD0">
        <w:t>melalui</w:t>
      </w:r>
      <w:proofErr w:type="spellEnd"/>
      <w:r w:rsidR="00F660D2" w:rsidRPr="00387AD0">
        <w:t xml:space="preserve"> </w:t>
      </w:r>
      <w:proofErr w:type="spellStart"/>
      <w:r w:rsidR="00F660D2" w:rsidRPr="00387AD0">
        <w:t>pengiriman</w:t>
      </w:r>
      <w:proofErr w:type="spellEnd"/>
      <w:r w:rsidR="00F660D2" w:rsidRPr="00387AD0">
        <w:t xml:space="preserve"> </w:t>
      </w:r>
      <w:proofErr w:type="spellStart"/>
      <w:r w:rsidR="00F660D2" w:rsidRPr="00387AD0">
        <w:t>pesan</w:t>
      </w:r>
      <w:proofErr w:type="spellEnd"/>
      <w:r w:rsidR="00F660D2" w:rsidRPr="00387AD0">
        <w:t xml:space="preserve">. </w:t>
      </w:r>
      <w:proofErr w:type="gramStart"/>
      <w:r w:rsidR="00F660D2" w:rsidRPr="00387AD0">
        <w:t>Jenis</w:t>
      </w:r>
      <w:proofErr w:type="gramEnd"/>
      <w:r w:rsidR="00F660D2" w:rsidRPr="00387AD0">
        <w:t xml:space="preserve"> diagram </w:t>
      </w:r>
      <w:proofErr w:type="spellStart"/>
      <w:r w:rsidR="00F660D2" w:rsidRPr="00387AD0">
        <w:t>ini</w:t>
      </w:r>
      <w:proofErr w:type="spellEnd"/>
      <w:r w:rsidR="00F660D2" w:rsidRPr="00387AD0">
        <w:t xml:space="preserve"> </w:t>
      </w:r>
      <w:proofErr w:type="spellStart"/>
      <w:r w:rsidR="00F660D2" w:rsidRPr="00387AD0">
        <w:t>menyajikan</w:t>
      </w:r>
      <w:proofErr w:type="spellEnd"/>
      <w:r w:rsidR="00F660D2" w:rsidRPr="00387AD0">
        <w:t xml:space="preserve"> </w:t>
      </w:r>
      <w:proofErr w:type="spellStart"/>
      <w:r w:rsidR="00F660D2" w:rsidRPr="00387AD0">
        <w:t>representasi</w:t>
      </w:r>
      <w:proofErr w:type="spellEnd"/>
      <w:r w:rsidR="00F660D2" w:rsidRPr="00387AD0">
        <w:t xml:space="preserve"> </w:t>
      </w:r>
      <w:proofErr w:type="spellStart"/>
      <w:r w:rsidR="00F660D2" w:rsidRPr="00387AD0">
        <w:t>skenario</w:t>
      </w:r>
      <w:proofErr w:type="spellEnd"/>
      <w:r w:rsidR="00F660D2" w:rsidRPr="00387AD0">
        <w:t xml:space="preserve"> yang </w:t>
      </w:r>
      <w:proofErr w:type="spellStart"/>
      <w:r w:rsidR="00F660D2" w:rsidRPr="00387AD0">
        <w:t>rinci</w:t>
      </w:r>
      <w:proofErr w:type="spellEnd"/>
      <w:r w:rsidR="00F660D2" w:rsidRPr="00387AD0">
        <w:t xml:space="preserve">, yang </w:t>
      </w:r>
      <w:proofErr w:type="spellStart"/>
      <w:r w:rsidR="00F660D2" w:rsidRPr="00387AD0">
        <w:t>mencakup</w:t>
      </w:r>
      <w:proofErr w:type="spellEnd"/>
      <w:r w:rsidR="00F660D2" w:rsidRPr="00387AD0">
        <w:t xml:space="preserve"> </w:t>
      </w:r>
      <w:proofErr w:type="spellStart"/>
      <w:r w:rsidR="00F660D2" w:rsidRPr="00387AD0">
        <w:t>alur</w:t>
      </w:r>
      <w:proofErr w:type="spellEnd"/>
      <w:r w:rsidR="00F660D2" w:rsidRPr="00387AD0">
        <w:t xml:space="preserve"> </w:t>
      </w:r>
      <w:proofErr w:type="spellStart"/>
      <w:r w:rsidR="00F660D2" w:rsidRPr="00387AD0">
        <w:t>interaksi</w:t>
      </w:r>
      <w:proofErr w:type="spellEnd"/>
      <w:r w:rsidR="00F660D2" w:rsidRPr="00387AD0">
        <w:t xml:space="preserve">, </w:t>
      </w:r>
      <w:proofErr w:type="spellStart"/>
      <w:r w:rsidR="00F660D2" w:rsidRPr="00387AD0">
        <w:t>urutan</w:t>
      </w:r>
      <w:proofErr w:type="spellEnd"/>
      <w:r w:rsidR="00F660D2" w:rsidRPr="00387AD0">
        <w:t xml:space="preserve"> </w:t>
      </w:r>
      <w:proofErr w:type="spellStart"/>
      <w:r w:rsidR="00F660D2" w:rsidRPr="00387AD0">
        <w:t>eksekusi</w:t>
      </w:r>
      <w:proofErr w:type="spellEnd"/>
      <w:r w:rsidR="00F660D2" w:rsidRPr="00387AD0">
        <w:t xml:space="preserve">, dan </w:t>
      </w:r>
      <w:proofErr w:type="spellStart"/>
      <w:r w:rsidR="00F660D2" w:rsidRPr="00387AD0">
        <w:t>waktu</w:t>
      </w:r>
      <w:proofErr w:type="spellEnd"/>
      <w:r w:rsidR="00F660D2" w:rsidRPr="00387AD0">
        <w:t xml:space="preserve"> yang </w:t>
      </w:r>
      <w:proofErr w:type="spellStart"/>
      <w:r w:rsidR="00F660D2" w:rsidRPr="00387AD0">
        <w:t>dibutuhkan</w:t>
      </w:r>
      <w:proofErr w:type="spellEnd"/>
      <w:r w:rsidR="00F660D2" w:rsidRPr="00387AD0">
        <w:t xml:space="preserve"> </w:t>
      </w:r>
      <w:proofErr w:type="spellStart"/>
      <w:r w:rsidR="00F660D2" w:rsidRPr="00387AD0">
        <w:t>untuk</w:t>
      </w:r>
      <w:proofErr w:type="spellEnd"/>
      <w:r w:rsidR="00F660D2" w:rsidRPr="00387AD0">
        <w:t xml:space="preserve"> </w:t>
      </w:r>
      <w:proofErr w:type="spellStart"/>
      <w:r w:rsidR="00F660D2" w:rsidRPr="00387AD0">
        <w:t>menyelesaikan</w:t>
      </w:r>
      <w:proofErr w:type="spellEnd"/>
      <w:r w:rsidR="00F660D2" w:rsidRPr="00387AD0">
        <w:t xml:space="preserve"> proses </w:t>
      </w:r>
      <w:proofErr w:type="spellStart"/>
      <w:r w:rsidR="00F660D2" w:rsidRPr="00387AD0">
        <w:t>antar</w:t>
      </w:r>
      <w:proofErr w:type="spellEnd"/>
      <w:r w:rsidR="00F660D2" w:rsidRPr="00387AD0">
        <w:t xml:space="preserve"> </w:t>
      </w:r>
      <w:proofErr w:type="spellStart"/>
      <w:r w:rsidR="00F660D2" w:rsidRPr="00387AD0">
        <w:t>elemen</w:t>
      </w:r>
      <w:proofErr w:type="spellEnd"/>
      <w:r w:rsidR="00F660D2" w:rsidRPr="00387AD0">
        <w:t xml:space="preserve"> </w:t>
      </w:r>
      <w:proofErr w:type="spellStart"/>
      <w:r w:rsidR="00F660D2" w:rsidRPr="00387AD0">
        <w:t>sistem</w:t>
      </w:r>
      <w:proofErr w:type="spellEnd"/>
      <w:r w:rsidR="0010775C">
        <w:t>.</w:t>
      </w:r>
    </w:p>
    <w:p w14:paraId="77943FB5" w14:textId="3088BE84" w:rsidR="0010775C" w:rsidRPr="00302053" w:rsidRDefault="0010775C" w:rsidP="0076694C">
      <w:pPr>
        <w:pStyle w:val="Caption"/>
        <w:keepNext/>
        <w:spacing w:after="0"/>
        <w:jc w:val="center"/>
        <w:rPr>
          <w:color w:val="auto"/>
          <w:sz w:val="20"/>
          <w:szCs w:val="20"/>
        </w:rPr>
      </w:pPr>
      <w:bookmarkStart w:id="87" w:name="_Toc205199202"/>
      <w:r w:rsidRPr="00302053">
        <w:rPr>
          <w:color w:val="auto"/>
          <w:sz w:val="20"/>
          <w:szCs w:val="20"/>
        </w:rPr>
        <w:t xml:space="preserve">Table 2. </w:t>
      </w:r>
      <w:r w:rsidRPr="00302053">
        <w:rPr>
          <w:color w:val="auto"/>
          <w:sz w:val="20"/>
          <w:szCs w:val="20"/>
        </w:rPr>
        <w:fldChar w:fldCharType="begin"/>
      </w:r>
      <w:r w:rsidRPr="00302053">
        <w:rPr>
          <w:color w:val="auto"/>
          <w:sz w:val="20"/>
          <w:szCs w:val="20"/>
        </w:rPr>
        <w:instrText xml:space="preserve"> SEQ Table_2. \* ARABIC </w:instrText>
      </w:r>
      <w:r w:rsidRPr="00302053">
        <w:rPr>
          <w:color w:val="auto"/>
          <w:sz w:val="20"/>
          <w:szCs w:val="20"/>
        </w:rPr>
        <w:fldChar w:fldCharType="separate"/>
      </w:r>
      <w:r w:rsidR="0003347B">
        <w:rPr>
          <w:noProof/>
          <w:color w:val="auto"/>
          <w:sz w:val="20"/>
          <w:szCs w:val="20"/>
        </w:rPr>
        <w:t>4</w:t>
      </w:r>
      <w:r w:rsidRPr="00302053">
        <w:rPr>
          <w:color w:val="auto"/>
          <w:sz w:val="20"/>
          <w:szCs w:val="20"/>
        </w:rPr>
        <w:fldChar w:fldCharType="end"/>
      </w:r>
      <w:r w:rsidRPr="00302053">
        <w:rPr>
          <w:color w:val="auto"/>
          <w:sz w:val="20"/>
          <w:szCs w:val="20"/>
        </w:rPr>
        <w:t xml:space="preserve"> </w:t>
      </w:r>
      <w:proofErr w:type="spellStart"/>
      <w:r w:rsidRPr="0076694C">
        <w:rPr>
          <w:b w:val="0"/>
          <w:bCs w:val="0"/>
          <w:color w:val="auto"/>
          <w:sz w:val="20"/>
          <w:szCs w:val="20"/>
        </w:rPr>
        <w:t>Simbol</w:t>
      </w:r>
      <w:proofErr w:type="spellEnd"/>
      <w:r w:rsidRPr="0076694C">
        <w:rPr>
          <w:b w:val="0"/>
          <w:bCs w:val="0"/>
          <w:color w:val="auto"/>
          <w:sz w:val="20"/>
          <w:szCs w:val="20"/>
        </w:rPr>
        <w:t xml:space="preserve"> </w:t>
      </w:r>
      <w:r w:rsidR="004F419D" w:rsidRPr="0076694C">
        <w:rPr>
          <w:b w:val="0"/>
          <w:bCs w:val="0"/>
          <w:i/>
          <w:iCs/>
          <w:color w:val="auto"/>
          <w:sz w:val="20"/>
          <w:szCs w:val="20"/>
        </w:rPr>
        <w:t>Sequence Diagram</w:t>
      </w:r>
      <w:bookmarkEnd w:id="87"/>
    </w:p>
    <w:tbl>
      <w:tblPr>
        <w:tblStyle w:val="TableGrid1"/>
        <w:tblW w:w="8364" w:type="dxa"/>
        <w:tblInd w:w="108" w:type="dxa"/>
        <w:tblLook w:val="04A0" w:firstRow="1" w:lastRow="0" w:firstColumn="1" w:lastColumn="0" w:noHBand="0" w:noVBand="1"/>
      </w:tblPr>
      <w:tblGrid>
        <w:gridCol w:w="485"/>
        <w:gridCol w:w="1416"/>
        <w:gridCol w:w="1543"/>
        <w:gridCol w:w="4920"/>
      </w:tblGrid>
      <w:tr w:rsidR="00751A44" w:rsidRPr="00377505" w14:paraId="56BB8635" w14:textId="77777777" w:rsidTr="00D70A29">
        <w:tc>
          <w:tcPr>
            <w:tcW w:w="0" w:type="auto"/>
            <w:hideMark/>
          </w:tcPr>
          <w:p w14:paraId="3C67F186" w14:textId="77777777" w:rsidR="00751A44" w:rsidRPr="00377505" w:rsidRDefault="00751A44" w:rsidP="00377505">
            <w:pPr>
              <w:pStyle w:val="NormalWeb"/>
              <w:jc w:val="center"/>
              <w:rPr>
                <w:b/>
                <w:bCs/>
                <w:sz w:val="22"/>
                <w:szCs w:val="22"/>
              </w:rPr>
            </w:pPr>
            <w:r w:rsidRPr="00377505">
              <w:rPr>
                <w:b/>
                <w:bCs/>
                <w:sz w:val="22"/>
                <w:szCs w:val="22"/>
              </w:rPr>
              <w:t>No</w:t>
            </w:r>
          </w:p>
        </w:tc>
        <w:tc>
          <w:tcPr>
            <w:tcW w:w="1416" w:type="dxa"/>
          </w:tcPr>
          <w:p w14:paraId="41282600" w14:textId="15DF9420" w:rsidR="00751A44" w:rsidRPr="00377505" w:rsidRDefault="00751A44" w:rsidP="00377505">
            <w:pPr>
              <w:pStyle w:val="NormalWeb"/>
              <w:jc w:val="center"/>
              <w:rPr>
                <w:b/>
                <w:bCs/>
                <w:sz w:val="22"/>
                <w:szCs w:val="22"/>
              </w:rPr>
            </w:pPr>
            <w:r w:rsidRPr="00377505">
              <w:rPr>
                <w:b/>
                <w:bCs/>
                <w:sz w:val="22"/>
                <w:szCs w:val="22"/>
              </w:rPr>
              <w:t>GAMBAR</w:t>
            </w:r>
          </w:p>
        </w:tc>
        <w:tc>
          <w:tcPr>
            <w:tcW w:w="1546" w:type="dxa"/>
            <w:hideMark/>
          </w:tcPr>
          <w:p w14:paraId="7AA988B4" w14:textId="5D37CFB4" w:rsidR="00751A44" w:rsidRPr="00377505" w:rsidRDefault="00751A44" w:rsidP="00377505">
            <w:pPr>
              <w:pStyle w:val="NormalWeb"/>
              <w:jc w:val="center"/>
              <w:rPr>
                <w:b/>
                <w:bCs/>
                <w:sz w:val="22"/>
                <w:szCs w:val="22"/>
              </w:rPr>
            </w:pPr>
            <w:r w:rsidRPr="00377505">
              <w:rPr>
                <w:b/>
                <w:bCs/>
                <w:sz w:val="22"/>
                <w:szCs w:val="22"/>
              </w:rPr>
              <w:t>Nama</w:t>
            </w:r>
          </w:p>
        </w:tc>
        <w:tc>
          <w:tcPr>
            <w:tcW w:w="4941" w:type="dxa"/>
            <w:hideMark/>
          </w:tcPr>
          <w:p w14:paraId="54EE583A" w14:textId="77777777" w:rsidR="00751A44" w:rsidRPr="00377505" w:rsidRDefault="00751A44" w:rsidP="00377505">
            <w:pPr>
              <w:pStyle w:val="NormalWeb"/>
              <w:jc w:val="center"/>
              <w:rPr>
                <w:b/>
                <w:bCs/>
                <w:sz w:val="22"/>
                <w:szCs w:val="22"/>
              </w:rPr>
            </w:pPr>
            <w:proofErr w:type="spellStart"/>
            <w:r w:rsidRPr="00377505">
              <w:rPr>
                <w:b/>
                <w:bCs/>
                <w:sz w:val="22"/>
                <w:szCs w:val="22"/>
              </w:rPr>
              <w:t>Keterangan</w:t>
            </w:r>
            <w:proofErr w:type="spellEnd"/>
          </w:p>
        </w:tc>
      </w:tr>
      <w:tr w:rsidR="005B7A72" w:rsidRPr="00377505" w14:paraId="2E5DD207" w14:textId="77777777" w:rsidTr="00D70A29">
        <w:tc>
          <w:tcPr>
            <w:tcW w:w="0" w:type="auto"/>
            <w:hideMark/>
          </w:tcPr>
          <w:p w14:paraId="731870A0" w14:textId="77777777" w:rsidR="005B7A72" w:rsidRPr="00377505" w:rsidRDefault="005B7A72" w:rsidP="00377505">
            <w:pPr>
              <w:pStyle w:val="NormalWeb"/>
              <w:jc w:val="both"/>
              <w:rPr>
                <w:sz w:val="22"/>
                <w:szCs w:val="22"/>
              </w:rPr>
            </w:pPr>
            <w:r w:rsidRPr="00377505">
              <w:rPr>
                <w:sz w:val="22"/>
                <w:szCs w:val="22"/>
              </w:rPr>
              <w:t>1</w:t>
            </w:r>
          </w:p>
        </w:tc>
        <w:tc>
          <w:tcPr>
            <w:tcW w:w="1416" w:type="dxa"/>
          </w:tcPr>
          <w:p w14:paraId="7C7F61D6" w14:textId="101C2FCB" w:rsidR="005B7A72" w:rsidRPr="00377505" w:rsidRDefault="005B7A72" w:rsidP="00377505">
            <w:pPr>
              <w:pStyle w:val="NormalWeb"/>
              <w:jc w:val="center"/>
              <w:rPr>
                <w:sz w:val="22"/>
                <w:szCs w:val="22"/>
              </w:rPr>
            </w:pPr>
            <w:r w:rsidRPr="00377505">
              <w:rPr>
                <w:noProof/>
                <w:sz w:val="22"/>
                <w:szCs w:val="22"/>
              </w:rPr>
              <w:drawing>
                <wp:inline distT="0" distB="0" distL="0" distR="0" wp14:anchorId="24624302" wp14:editId="2EC654ED">
                  <wp:extent cx="419099" cy="457200"/>
                  <wp:effectExtent l="0" t="0" r="635" b="0"/>
                  <wp:docPr id="66056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6292" name=""/>
                          <pic:cNvPicPr/>
                        </pic:nvPicPr>
                        <pic:blipFill>
                          <a:blip r:embed="rId30"/>
                          <a:stretch>
                            <a:fillRect/>
                          </a:stretch>
                        </pic:blipFill>
                        <pic:spPr>
                          <a:xfrm>
                            <a:off x="0" y="0"/>
                            <a:ext cx="426556" cy="465335"/>
                          </a:xfrm>
                          <a:prstGeom prst="rect">
                            <a:avLst/>
                          </a:prstGeom>
                        </pic:spPr>
                      </pic:pic>
                    </a:graphicData>
                  </a:graphic>
                </wp:inline>
              </w:drawing>
            </w:r>
          </w:p>
        </w:tc>
        <w:tc>
          <w:tcPr>
            <w:tcW w:w="1546" w:type="dxa"/>
            <w:hideMark/>
          </w:tcPr>
          <w:p w14:paraId="0BA58E02" w14:textId="3C46A046" w:rsidR="005B7A72" w:rsidRPr="00377505" w:rsidRDefault="005B7A72" w:rsidP="00377505">
            <w:pPr>
              <w:pStyle w:val="NormalWeb"/>
              <w:jc w:val="both"/>
              <w:rPr>
                <w:sz w:val="22"/>
                <w:szCs w:val="22"/>
              </w:rPr>
            </w:pPr>
            <w:r w:rsidRPr="00377505">
              <w:rPr>
                <w:sz w:val="22"/>
                <w:szCs w:val="22"/>
              </w:rPr>
              <w:t>Actor</w:t>
            </w:r>
          </w:p>
        </w:tc>
        <w:tc>
          <w:tcPr>
            <w:tcW w:w="4941" w:type="dxa"/>
            <w:vAlign w:val="center"/>
            <w:hideMark/>
          </w:tcPr>
          <w:p w14:paraId="69459B25" w14:textId="0648C026" w:rsidR="005B7A72" w:rsidRPr="00377505" w:rsidRDefault="005B7A72" w:rsidP="00377505">
            <w:pPr>
              <w:pStyle w:val="NormalWeb"/>
              <w:jc w:val="both"/>
              <w:rPr>
                <w:sz w:val="22"/>
                <w:szCs w:val="22"/>
              </w:rPr>
            </w:pPr>
            <w:proofErr w:type="spellStart"/>
            <w:r w:rsidRPr="00377505">
              <w:rPr>
                <w:color w:val="000000"/>
                <w:sz w:val="22"/>
                <w:szCs w:val="22"/>
              </w:rPr>
              <w:t>Mewakili</w:t>
            </w:r>
            <w:proofErr w:type="spellEnd"/>
            <w:r w:rsidR="00F660D2" w:rsidRPr="00377505">
              <w:rPr>
                <w:color w:val="000000"/>
                <w:sz w:val="22"/>
                <w:szCs w:val="22"/>
              </w:rPr>
              <w:t xml:space="preserve"> </w:t>
            </w:r>
            <w:proofErr w:type="spellStart"/>
            <w:r w:rsidRPr="00377505">
              <w:rPr>
                <w:color w:val="000000"/>
                <w:sz w:val="22"/>
                <w:szCs w:val="22"/>
              </w:rPr>
              <w:t>pengguna</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eksternal</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berinteraksi</w:t>
            </w:r>
            <w:proofErr w:type="spellEnd"/>
            <w:r w:rsidR="00F660D2" w:rsidRPr="00377505">
              <w:rPr>
                <w:color w:val="000000"/>
                <w:sz w:val="22"/>
                <w:szCs w:val="22"/>
              </w:rPr>
              <w:t xml:space="preserve"> </w:t>
            </w:r>
            <w:proofErr w:type="spellStart"/>
            <w:r w:rsidRPr="00377505">
              <w:rPr>
                <w:color w:val="000000"/>
                <w:sz w:val="22"/>
                <w:szCs w:val="22"/>
              </w:rPr>
              <w:t>dengan</w:t>
            </w:r>
            <w:proofErr w:type="spellEnd"/>
            <w:r w:rsidR="00F660D2" w:rsidRPr="00377505">
              <w:rPr>
                <w:color w:val="000000"/>
                <w:sz w:val="22"/>
                <w:szCs w:val="22"/>
              </w:rPr>
              <w:t xml:space="preserve"> </w:t>
            </w:r>
            <w:proofErr w:type="spellStart"/>
            <w:r w:rsidRPr="00377505">
              <w:rPr>
                <w:color w:val="000000"/>
                <w:sz w:val="22"/>
                <w:szCs w:val="22"/>
              </w:rPr>
              <w:t>sistem</w:t>
            </w:r>
            <w:proofErr w:type="spellEnd"/>
            <w:r w:rsidRPr="00377505">
              <w:rPr>
                <w:color w:val="000000"/>
                <w:sz w:val="22"/>
                <w:szCs w:val="22"/>
              </w:rPr>
              <w:t>.</w:t>
            </w:r>
          </w:p>
        </w:tc>
      </w:tr>
      <w:tr w:rsidR="005B7A72" w:rsidRPr="00377505" w14:paraId="62CB72F8" w14:textId="77777777" w:rsidTr="00D70A29">
        <w:tc>
          <w:tcPr>
            <w:tcW w:w="0" w:type="auto"/>
            <w:hideMark/>
          </w:tcPr>
          <w:p w14:paraId="604F2C7C" w14:textId="77777777" w:rsidR="005B7A72" w:rsidRPr="00377505" w:rsidRDefault="005B7A72" w:rsidP="00377505">
            <w:pPr>
              <w:pStyle w:val="NormalWeb"/>
              <w:jc w:val="both"/>
              <w:rPr>
                <w:sz w:val="22"/>
                <w:szCs w:val="22"/>
              </w:rPr>
            </w:pPr>
            <w:r w:rsidRPr="00377505">
              <w:rPr>
                <w:sz w:val="22"/>
                <w:szCs w:val="22"/>
              </w:rPr>
              <w:t>2</w:t>
            </w:r>
          </w:p>
        </w:tc>
        <w:tc>
          <w:tcPr>
            <w:tcW w:w="1416" w:type="dxa"/>
          </w:tcPr>
          <w:p w14:paraId="53C7D652" w14:textId="24689D00" w:rsidR="005B7A72" w:rsidRPr="00377505" w:rsidRDefault="005B7A72" w:rsidP="00377505">
            <w:pPr>
              <w:pStyle w:val="NormalWeb"/>
              <w:jc w:val="center"/>
              <w:rPr>
                <w:sz w:val="22"/>
                <w:szCs w:val="22"/>
              </w:rPr>
            </w:pPr>
            <w:r w:rsidRPr="00377505">
              <w:rPr>
                <w:noProof/>
                <w:sz w:val="22"/>
                <w:szCs w:val="22"/>
              </w:rPr>
              <w:drawing>
                <wp:inline distT="0" distB="0" distL="0" distR="0" wp14:anchorId="5C5BE097" wp14:editId="4BC3E7A8">
                  <wp:extent cx="666843" cy="409632"/>
                  <wp:effectExtent l="0" t="0" r="0" b="9525"/>
                  <wp:docPr id="181790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3504" name=""/>
                          <pic:cNvPicPr/>
                        </pic:nvPicPr>
                        <pic:blipFill>
                          <a:blip r:embed="rId31"/>
                          <a:stretch>
                            <a:fillRect/>
                          </a:stretch>
                        </pic:blipFill>
                        <pic:spPr>
                          <a:xfrm>
                            <a:off x="0" y="0"/>
                            <a:ext cx="666843" cy="409632"/>
                          </a:xfrm>
                          <a:prstGeom prst="rect">
                            <a:avLst/>
                          </a:prstGeom>
                        </pic:spPr>
                      </pic:pic>
                    </a:graphicData>
                  </a:graphic>
                </wp:inline>
              </w:drawing>
            </w:r>
          </w:p>
        </w:tc>
        <w:tc>
          <w:tcPr>
            <w:tcW w:w="1546" w:type="dxa"/>
            <w:hideMark/>
          </w:tcPr>
          <w:p w14:paraId="586A77FF" w14:textId="132F8F79" w:rsidR="005B7A72" w:rsidRPr="00377505" w:rsidRDefault="005B7A72" w:rsidP="00377505">
            <w:pPr>
              <w:pStyle w:val="NormalWeb"/>
              <w:jc w:val="both"/>
              <w:rPr>
                <w:sz w:val="22"/>
                <w:szCs w:val="22"/>
              </w:rPr>
            </w:pPr>
            <w:r w:rsidRPr="00377505">
              <w:rPr>
                <w:sz w:val="22"/>
                <w:szCs w:val="22"/>
              </w:rPr>
              <w:t>Entity</w:t>
            </w:r>
            <w:r w:rsidR="00F660D2" w:rsidRPr="00377505">
              <w:rPr>
                <w:sz w:val="22"/>
                <w:szCs w:val="22"/>
              </w:rPr>
              <w:t xml:space="preserve"> </w:t>
            </w:r>
            <w:r w:rsidRPr="00377505">
              <w:rPr>
                <w:sz w:val="22"/>
                <w:szCs w:val="22"/>
              </w:rPr>
              <w:t>Class</w:t>
            </w:r>
          </w:p>
        </w:tc>
        <w:tc>
          <w:tcPr>
            <w:tcW w:w="4941" w:type="dxa"/>
            <w:vAlign w:val="center"/>
            <w:hideMark/>
          </w:tcPr>
          <w:p w14:paraId="078A6182" w14:textId="6373EC6E" w:rsidR="005B7A72" w:rsidRPr="00377505" w:rsidRDefault="005B7A72" w:rsidP="00377505">
            <w:pPr>
              <w:pStyle w:val="NormalWeb"/>
              <w:jc w:val="both"/>
              <w:rPr>
                <w:sz w:val="22"/>
                <w:szCs w:val="22"/>
              </w:rPr>
            </w:pPr>
            <w:proofErr w:type="spellStart"/>
            <w:r w:rsidRPr="00377505">
              <w:rPr>
                <w:color w:val="000000"/>
                <w:sz w:val="22"/>
                <w:szCs w:val="22"/>
              </w:rPr>
              <w:t>Menyatakan</w:t>
            </w:r>
            <w:proofErr w:type="spellEnd"/>
            <w:r w:rsidR="00F660D2" w:rsidRPr="00377505">
              <w:rPr>
                <w:color w:val="000000"/>
                <w:sz w:val="22"/>
                <w:szCs w:val="22"/>
              </w:rPr>
              <w:t xml:space="preserve"> </w:t>
            </w:r>
            <w:proofErr w:type="spellStart"/>
            <w:r w:rsidRPr="00377505">
              <w:rPr>
                <w:color w:val="000000"/>
                <w:sz w:val="22"/>
                <w:szCs w:val="22"/>
              </w:rPr>
              <w:t>kelas</w:t>
            </w:r>
            <w:proofErr w:type="spellEnd"/>
            <w:r w:rsidR="00F660D2" w:rsidRPr="00377505">
              <w:rPr>
                <w:color w:val="000000"/>
                <w:sz w:val="22"/>
                <w:szCs w:val="22"/>
              </w:rPr>
              <w:t xml:space="preserve"> </w:t>
            </w:r>
            <w:r w:rsidRPr="00377505">
              <w:rPr>
                <w:color w:val="000000"/>
                <w:sz w:val="22"/>
                <w:szCs w:val="22"/>
              </w:rPr>
              <w:t>yang</w:t>
            </w:r>
            <w:r w:rsidR="00F660D2" w:rsidRPr="00377505">
              <w:rPr>
                <w:color w:val="000000"/>
                <w:sz w:val="22"/>
                <w:szCs w:val="22"/>
              </w:rPr>
              <w:t xml:space="preserve"> </w:t>
            </w:r>
            <w:proofErr w:type="spellStart"/>
            <w:r w:rsidRPr="00377505">
              <w:rPr>
                <w:color w:val="000000"/>
                <w:sz w:val="22"/>
                <w:szCs w:val="22"/>
              </w:rPr>
              <w:t>menangani</w:t>
            </w:r>
            <w:proofErr w:type="spellEnd"/>
            <w:r w:rsidR="00F660D2" w:rsidRPr="00377505">
              <w:rPr>
                <w:color w:val="000000"/>
                <w:sz w:val="22"/>
                <w:szCs w:val="22"/>
              </w:rPr>
              <w:t xml:space="preserve"> </w:t>
            </w:r>
            <w:r w:rsidRPr="00377505">
              <w:rPr>
                <w:color w:val="000000"/>
                <w:sz w:val="22"/>
                <w:szCs w:val="22"/>
              </w:rPr>
              <w:t>data</w:t>
            </w:r>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entitas</w:t>
            </w:r>
            <w:proofErr w:type="spellEnd"/>
            <w:r w:rsidR="00F660D2" w:rsidRPr="00377505">
              <w:rPr>
                <w:color w:val="000000"/>
                <w:sz w:val="22"/>
                <w:szCs w:val="22"/>
              </w:rPr>
              <w:t xml:space="preserve"> </w:t>
            </w:r>
            <w:proofErr w:type="spellStart"/>
            <w:r w:rsidRPr="00377505">
              <w:rPr>
                <w:color w:val="000000"/>
                <w:sz w:val="22"/>
                <w:szCs w:val="22"/>
              </w:rPr>
              <w:t>dalam</w:t>
            </w:r>
            <w:proofErr w:type="spellEnd"/>
            <w:r w:rsidR="00F660D2" w:rsidRPr="00377505">
              <w:rPr>
                <w:color w:val="000000"/>
                <w:sz w:val="22"/>
                <w:szCs w:val="22"/>
              </w:rPr>
              <w:t xml:space="preserve"> </w:t>
            </w:r>
            <w:proofErr w:type="spellStart"/>
            <w:r w:rsidRPr="00377505">
              <w:rPr>
                <w:color w:val="000000"/>
                <w:sz w:val="22"/>
                <w:szCs w:val="22"/>
              </w:rPr>
              <w:t>sistem</w:t>
            </w:r>
            <w:proofErr w:type="spellEnd"/>
            <w:r w:rsidRPr="00377505">
              <w:rPr>
                <w:color w:val="000000"/>
                <w:sz w:val="22"/>
                <w:szCs w:val="22"/>
              </w:rPr>
              <w:t>.</w:t>
            </w:r>
          </w:p>
        </w:tc>
      </w:tr>
      <w:tr w:rsidR="005B7A72" w:rsidRPr="00377505" w14:paraId="542E4371" w14:textId="77777777" w:rsidTr="00D70A29">
        <w:tc>
          <w:tcPr>
            <w:tcW w:w="0" w:type="auto"/>
            <w:hideMark/>
          </w:tcPr>
          <w:p w14:paraId="32067D85" w14:textId="77777777" w:rsidR="005B7A72" w:rsidRPr="00377505" w:rsidRDefault="005B7A72" w:rsidP="00377505">
            <w:pPr>
              <w:pStyle w:val="NormalWeb"/>
              <w:jc w:val="both"/>
              <w:rPr>
                <w:sz w:val="22"/>
                <w:szCs w:val="22"/>
              </w:rPr>
            </w:pPr>
            <w:r w:rsidRPr="00377505">
              <w:rPr>
                <w:sz w:val="22"/>
                <w:szCs w:val="22"/>
              </w:rPr>
              <w:t>3</w:t>
            </w:r>
          </w:p>
        </w:tc>
        <w:tc>
          <w:tcPr>
            <w:tcW w:w="1416" w:type="dxa"/>
          </w:tcPr>
          <w:p w14:paraId="28D0D580" w14:textId="6166C964" w:rsidR="005B7A72" w:rsidRPr="00377505" w:rsidRDefault="005B7A72" w:rsidP="00377505">
            <w:pPr>
              <w:pStyle w:val="NormalWeb"/>
              <w:jc w:val="center"/>
              <w:rPr>
                <w:sz w:val="22"/>
                <w:szCs w:val="22"/>
              </w:rPr>
            </w:pPr>
            <w:r w:rsidRPr="00377505">
              <w:rPr>
                <w:noProof/>
                <w:sz w:val="22"/>
                <w:szCs w:val="22"/>
              </w:rPr>
              <w:drawing>
                <wp:inline distT="0" distB="0" distL="0" distR="0" wp14:anchorId="3F48FBD6" wp14:editId="6DF219E8">
                  <wp:extent cx="752580" cy="447737"/>
                  <wp:effectExtent l="0" t="0" r="9525" b="9525"/>
                  <wp:docPr id="2843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6192" name=""/>
                          <pic:cNvPicPr/>
                        </pic:nvPicPr>
                        <pic:blipFill>
                          <a:blip r:embed="rId32"/>
                          <a:stretch>
                            <a:fillRect/>
                          </a:stretch>
                        </pic:blipFill>
                        <pic:spPr>
                          <a:xfrm>
                            <a:off x="0" y="0"/>
                            <a:ext cx="752580" cy="447737"/>
                          </a:xfrm>
                          <a:prstGeom prst="rect">
                            <a:avLst/>
                          </a:prstGeom>
                        </pic:spPr>
                      </pic:pic>
                    </a:graphicData>
                  </a:graphic>
                </wp:inline>
              </w:drawing>
            </w:r>
          </w:p>
        </w:tc>
        <w:tc>
          <w:tcPr>
            <w:tcW w:w="1546" w:type="dxa"/>
            <w:hideMark/>
          </w:tcPr>
          <w:p w14:paraId="3E0A2099" w14:textId="13E77B24" w:rsidR="005B7A72" w:rsidRPr="00377505" w:rsidRDefault="005B7A72" w:rsidP="00377505">
            <w:pPr>
              <w:pStyle w:val="NormalWeb"/>
              <w:jc w:val="both"/>
              <w:rPr>
                <w:sz w:val="22"/>
                <w:szCs w:val="22"/>
              </w:rPr>
            </w:pPr>
            <w:r w:rsidRPr="00377505">
              <w:rPr>
                <w:sz w:val="22"/>
                <w:szCs w:val="22"/>
              </w:rPr>
              <w:t>Boundary</w:t>
            </w:r>
            <w:r w:rsidR="00F660D2" w:rsidRPr="00377505">
              <w:rPr>
                <w:sz w:val="22"/>
                <w:szCs w:val="22"/>
              </w:rPr>
              <w:t xml:space="preserve"> </w:t>
            </w:r>
            <w:r w:rsidRPr="00377505">
              <w:rPr>
                <w:sz w:val="22"/>
                <w:szCs w:val="22"/>
              </w:rPr>
              <w:t>Class</w:t>
            </w:r>
          </w:p>
        </w:tc>
        <w:tc>
          <w:tcPr>
            <w:tcW w:w="4941" w:type="dxa"/>
            <w:vAlign w:val="center"/>
            <w:hideMark/>
          </w:tcPr>
          <w:p w14:paraId="259159C9" w14:textId="59551012" w:rsidR="005B7A72" w:rsidRPr="00377505" w:rsidRDefault="005B7A72" w:rsidP="00377505">
            <w:pPr>
              <w:pStyle w:val="NormalWeb"/>
              <w:jc w:val="both"/>
              <w:rPr>
                <w:sz w:val="22"/>
                <w:szCs w:val="22"/>
              </w:rPr>
            </w:pPr>
            <w:proofErr w:type="spellStart"/>
            <w:r w:rsidRPr="00377505">
              <w:rPr>
                <w:color w:val="000000"/>
                <w:sz w:val="22"/>
                <w:szCs w:val="22"/>
              </w:rPr>
              <w:t>Menunjukkan</w:t>
            </w:r>
            <w:proofErr w:type="spellEnd"/>
            <w:r w:rsidR="00F660D2" w:rsidRPr="00377505">
              <w:rPr>
                <w:color w:val="000000"/>
                <w:sz w:val="22"/>
                <w:szCs w:val="22"/>
              </w:rPr>
              <w:t xml:space="preserve"> </w:t>
            </w:r>
            <w:proofErr w:type="spellStart"/>
            <w:r w:rsidRPr="00377505">
              <w:rPr>
                <w:color w:val="000000"/>
                <w:sz w:val="22"/>
                <w:szCs w:val="22"/>
              </w:rPr>
              <w:t>antarmuka</w:t>
            </w:r>
            <w:proofErr w:type="spellEnd"/>
            <w:r w:rsidR="00F660D2" w:rsidRPr="00377505">
              <w:rPr>
                <w:color w:val="000000"/>
                <w:sz w:val="22"/>
                <w:szCs w:val="22"/>
              </w:rPr>
              <w:t xml:space="preserve"> </w:t>
            </w:r>
            <w:proofErr w:type="spellStart"/>
            <w:r w:rsidRPr="00377505">
              <w:rPr>
                <w:color w:val="000000"/>
                <w:sz w:val="22"/>
                <w:szCs w:val="22"/>
              </w:rPr>
              <w:t>antara</w:t>
            </w:r>
            <w:proofErr w:type="spellEnd"/>
            <w:r w:rsidR="00F660D2" w:rsidRPr="00377505">
              <w:rPr>
                <w:color w:val="000000"/>
                <w:sz w:val="22"/>
                <w:szCs w:val="22"/>
              </w:rPr>
              <w:t xml:space="preserve"> </w:t>
            </w:r>
            <w:proofErr w:type="spellStart"/>
            <w:r w:rsidRPr="00377505">
              <w:rPr>
                <w:color w:val="000000"/>
                <w:sz w:val="22"/>
                <w:szCs w:val="22"/>
              </w:rPr>
              <w:t>pengguna</w:t>
            </w:r>
            <w:proofErr w:type="spellEnd"/>
            <w:r w:rsidR="00F660D2" w:rsidRPr="00377505">
              <w:rPr>
                <w:color w:val="000000"/>
                <w:sz w:val="22"/>
                <w:szCs w:val="22"/>
              </w:rPr>
              <w:t xml:space="preserve"> </w:t>
            </w:r>
            <w:proofErr w:type="spellStart"/>
            <w:r w:rsidRPr="00377505">
              <w:rPr>
                <w:color w:val="000000"/>
                <w:sz w:val="22"/>
                <w:szCs w:val="22"/>
              </w:rPr>
              <w:t>dengan</w:t>
            </w:r>
            <w:proofErr w:type="spellEnd"/>
            <w:r w:rsidR="00F660D2" w:rsidRPr="00377505">
              <w:rPr>
                <w:color w:val="000000"/>
                <w:sz w:val="22"/>
                <w:szCs w:val="22"/>
              </w:rPr>
              <w:t xml:space="preserve"> </w:t>
            </w:r>
            <w:proofErr w:type="spellStart"/>
            <w:r w:rsidRPr="00377505">
              <w:rPr>
                <w:color w:val="000000"/>
                <w:sz w:val="22"/>
                <w:szCs w:val="22"/>
              </w:rPr>
              <w:t>sistem</w:t>
            </w:r>
            <w:proofErr w:type="spellEnd"/>
            <w:r w:rsidRPr="00377505">
              <w:rPr>
                <w:color w:val="000000"/>
                <w:sz w:val="22"/>
                <w:szCs w:val="22"/>
              </w:rPr>
              <w:t>,</w:t>
            </w:r>
            <w:r w:rsidR="00F660D2" w:rsidRPr="00377505">
              <w:rPr>
                <w:color w:val="000000"/>
                <w:sz w:val="22"/>
                <w:szCs w:val="22"/>
              </w:rPr>
              <w:t xml:space="preserve"> </w:t>
            </w:r>
            <w:proofErr w:type="spellStart"/>
            <w:r w:rsidRPr="00377505">
              <w:rPr>
                <w:color w:val="000000"/>
                <w:sz w:val="22"/>
                <w:szCs w:val="22"/>
              </w:rPr>
              <w:t>biasanya</w:t>
            </w:r>
            <w:proofErr w:type="spellEnd"/>
            <w:r w:rsidR="00F660D2" w:rsidRPr="00377505">
              <w:rPr>
                <w:color w:val="000000"/>
                <w:sz w:val="22"/>
                <w:szCs w:val="22"/>
              </w:rPr>
              <w:t xml:space="preserve"> </w:t>
            </w:r>
            <w:proofErr w:type="spellStart"/>
            <w:r w:rsidRPr="00377505">
              <w:rPr>
                <w:color w:val="000000"/>
                <w:sz w:val="22"/>
                <w:szCs w:val="22"/>
              </w:rPr>
              <w:t>berupa</w:t>
            </w:r>
            <w:proofErr w:type="spellEnd"/>
            <w:r w:rsidR="00F660D2" w:rsidRPr="00377505">
              <w:rPr>
                <w:color w:val="000000"/>
                <w:sz w:val="22"/>
                <w:szCs w:val="22"/>
              </w:rPr>
              <w:t xml:space="preserve"> </w:t>
            </w:r>
            <w:proofErr w:type="spellStart"/>
            <w:r w:rsidRPr="00377505">
              <w:rPr>
                <w:color w:val="000000"/>
                <w:sz w:val="22"/>
                <w:szCs w:val="22"/>
              </w:rPr>
              <w:t>formulir</w:t>
            </w:r>
            <w:proofErr w:type="spellEnd"/>
            <w:r w:rsidRPr="00377505">
              <w:rPr>
                <w:color w:val="000000"/>
                <w:sz w:val="22"/>
                <w:szCs w:val="22"/>
              </w:rPr>
              <w:t>.</w:t>
            </w:r>
          </w:p>
        </w:tc>
      </w:tr>
      <w:tr w:rsidR="005B7A72" w:rsidRPr="00377505" w14:paraId="2BA07305" w14:textId="77777777" w:rsidTr="00D70A29">
        <w:tc>
          <w:tcPr>
            <w:tcW w:w="0" w:type="auto"/>
            <w:hideMark/>
          </w:tcPr>
          <w:p w14:paraId="0DDE3493" w14:textId="77777777" w:rsidR="005B7A72" w:rsidRPr="00377505" w:rsidRDefault="005B7A72" w:rsidP="00377505">
            <w:pPr>
              <w:pStyle w:val="NormalWeb"/>
              <w:jc w:val="both"/>
              <w:rPr>
                <w:sz w:val="22"/>
                <w:szCs w:val="22"/>
              </w:rPr>
            </w:pPr>
            <w:r w:rsidRPr="00377505">
              <w:rPr>
                <w:sz w:val="22"/>
                <w:szCs w:val="22"/>
              </w:rPr>
              <w:t>4</w:t>
            </w:r>
          </w:p>
        </w:tc>
        <w:tc>
          <w:tcPr>
            <w:tcW w:w="1416" w:type="dxa"/>
          </w:tcPr>
          <w:p w14:paraId="56D811CF" w14:textId="0ABF2304" w:rsidR="005B7A72" w:rsidRPr="00377505" w:rsidRDefault="005B7A72" w:rsidP="00377505">
            <w:pPr>
              <w:pStyle w:val="NormalWeb"/>
              <w:jc w:val="center"/>
              <w:rPr>
                <w:sz w:val="22"/>
                <w:szCs w:val="22"/>
              </w:rPr>
            </w:pPr>
            <w:r w:rsidRPr="00377505">
              <w:rPr>
                <w:noProof/>
                <w:sz w:val="22"/>
                <w:szCs w:val="22"/>
              </w:rPr>
              <w:drawing>
                <wp:inline distT="0" distB="0" distL="0" distR="0" wp14:anchorId="61AF043A" wp14:editId="1242129E">
                  <wp:extent cx="647790" cy="447737"/>
                  <wp:effectExtent l="0" t="0" r="0" b="9525"/>
                  <wp:docPr id="2042104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04761" name=""/>
                          <pic:cNvPicPr/>
                        </pic:nvPicPr>
                        <pic:blipFill>
                          <a:blip r:embed="rId33"/>
                          <a:stretch>
                            <a:fillRect/>
                          </a:stretch>
                        </pic:blipFill>
                        <pic:spPr>
                          <a:xfrm>
                            <a:off x="0" y="0"/>
                            <a:ext cx="647790" cy="447737"/>
                          </a:xfrm>
                          <a:prstGeom prst="rect">
                            <a:avLst/>
                          </a:prstGeom>
                        </pic:spPr>
                      </pic:pic>
                    </a:graphicData>
                  </a:graphic>
                </wp:inline>
              </w:drawing>
            </w:r>
          </w:p>
        </w:tc>
        <w:tc>
          <w:tcPr>
            <w:tcW w:w="1546" w:type="dxa"/>
            <w:hideMark/>
          </w:tcPr>
          <w:p w14:paraId="20939BCF" w14:textId="21226FE4" w:rsidR="005B7A72" w:rsidRPr="00377505" w:rsidRDefault="005B7A72" w:rsidP="00377505">
            <w:pPr>
              <w:pStyle w:val="NormalWeb"/>
              <w:jc w:val="both"/>
              <w:rPr>
                <w:sz w:val="22"/>
                <w:szCs w:val="22"/>
              </w:rPr>
            </w:pPr>
            <w:r w:rsidRPr="00377505">
              <w:rPr>
                <w:sz w:val="22"/>
                <w:szCs w:val="22"/>
              </w:rPr>
              <w:t>Control</w:t>
            </w:r>
            <w:r w:rsidR="00F660D2" w:rsidRPr="00377505">
              <w:rPr>
                <w:sz w:val="22"/>
                <w:szCs w:val="22"/>
              </w:rPr>
              <w:t xml:space="preserve"> </w:t>
            </w:r>
            <w:r w:rsidRPr="00377505">
              <w:rPr>
                <w:sz w:val="22"/>
                <w:szCs w:val="22"/>
              </w:rPr>
              <w:t>Class</w:t>
            </w:r>
          </w:p>
        </w:tc>
        <w:tc>
          <w:tcPr>
            <w:tcW w:w="4941" w:type="dxa"/>
            <w:vAlign w:val="center"/>
            <w:hideMark/>
          </w:tcPr>
          <w:p w14:paraId="59CD14B6" w14:textId="1E910A95" w:rsidR="005B7A72" w:rsidRPr="00377505" w:rsidRDefault="005B7A72" w:rsidP="00377505">
            <w:pPr>
              <w:pStyle w:val="NormalWeb"/>
              <w:jc w:val="both"/>
              <w:rPr>
                <w:sz w:val="22"/>
                <w:szCs w:val="22"/>
              </w:rPr>
            </w:pPr>
            <w:proofErr w:type="spellStart"/>
            <w:r w:rsidRPr="00377505">
              <w:rPr>
                <w:color w:val="000000"/>
                <w:sz w:val="22"/>
                <w:szCs w:val="22"/>
              </w:rPr>
              <w:t>Mengilustrasikan</w:t>
            </w:r>
            <w:proofErr w:type="spellEnd"/>
            <w:r w:rsidR="00F660D2" w:rsidRPr="00377505">
              <w:rPr>
                <w:color w:val="000000"/>
                <w:sz w:val="22"/>
                <w:szCs w:val="22"/>
              </w:rPr>
              <w:t xml:space="preserve"> </w:t>
            </w:r>
            <w:proofErr w:type="spellStart"/>
            <w:r w:rsidRPr="00377505">
              <w:rPr>
                <w:color w:val="000000"/>
                <w:sz w:val="22"/>
                <w:szCs w:val="22"/>
              </w:rPr>
              <w:t>komponen</w:t>
            </w:r>
            <w:proofErr w:type="spellEnd"/>
            <w:r w:rsidR="00F660D2" w:rsidRPr="00377505">
              <w:rPr>
                <w:color w:val="000000"/>
                <w:sz w:val="22"/>
                <w:szCs w:val="22"/>
              </w:rPr>
              <w:t xml:space="preserve"> </w:t>
            </w:r>
            <w:proofErr w:type="spellStart"/>
            <w:r w:rsidRPr="00377505">
              <w:rPr>
                <w:color w:val="000000"/>
                <w:sz w:val="22"/>
                <w:szCs w:val="22"/>
              </w:rPr>
              <w:t>pengontrol</w:t>
            </w:r>
            <w:proofErr w:type="spellEnd"/>
            <w:r w:rsidR="00F660D2" w:rsidRPr="00377505">
              <w:rPr>
                <w:color w:val="000000"/>
                <w:sz w:val="22"/>
                <w:szCs w:val="22"/>
              </w:rPr>
              <w:t xml:space="preserve"> </w:t>
            </w:r>
            <w:proofErr w:type="spellStart"/>
            <w:r w:rsidRPr="00377505">
              <w:rPr>
                <w:color w:val="000000"/>
                <w:sz w:val="22"/>
                <w:szCs w:val="22"/>
              </w:rPr>
              <w:t>logika</w:t>
            </w:r>
            <w:proofErr w:type="spellEnd"/>
            <w:r w:rsidR="00F660D2" w:rsidRPr="00377505">
              <w:rPr>
                <w:color w:val="000000"/>
                <w:sz w:val="22"/>
                <w:szCs w:val="22"/>
              </w:rPr>
              <w:t xml:space="preserve"> </w:t>
            </w:r>
            <w:proofErr w:type="spellStart"/>
            <w:r w:rsidRPr="00377505">
              <w:rPr>
                <w:color w:val="000000"/>
                <w:sz w:val="22"/>
                <w:szCs w:val="22"/>
              </w:rPr>
              <w:t>sistem</w:t>
            </w:r>
            <w:proofErr w:type="spellEnd"/>
            <w:r w:rsidRPr="00377505">
              <w:rPr>
                <w:color w:val="000000"/>
                <w:sz w:val="22"/>
                <w:szCs w:val="22"/>
              </w:rPr>
              <w:t>,</w:t>
            </w:r>
            <w:r w:rsidR="00F660D2" w:rsidRPr="00377505">
              <w:rPr>
                <w:color w:val="000000"/>
                <w:sz w:val="22"/>
                <w:szCs w:val="22"/>
              </w:rPr>
              <w:t xml:space="preserve"> </w:t>
            </w:r>
            <w:proofErr w:type="spellStart"/>
            <w:r w:rsidR="00F660D2" w:rsidRPr="00377505">
              <w:rPr>
                <w:color w:val="000000"/>
                <w:sz w:val="22"/>
                <w:szCs w:val="22"/>
              </w:rPr>
              <w:t>penghubung</w:t>
            </w:r>
            <w:proofErr w:type="spellEnd"/>
            <w:r w:rsidR="00F660D2" w:rsidRPr="00377505">
              <w:rPr>
                <w:color w:val="000000"/>
                <w:sz w:val="22"/>
                <w:szCs w:val="22"/>
              </w:rPr>
              <w:t xml:space="preserve"> </w:t>
            </w:r>
            <w:proofErr w:type="spellStart"/>
            <w:r w:rsidR="00F660D2" w:rsidRPr="00377505">
              <w:rPr>
                <w:color w:val="000000"/>
                <w:sz w:val="22"/>
                <w:szCs w:val="22"/>
              </w:rPr>
              <w:t>antara</w:t>
            </w:r>
            <w:proofErr w:type="spellEnd"/>
            <w:r w:rsidR="00F660D2" w:rsidRPr="00377505">
              <w:rPr>
                <w:color w:val="000000"/>
                <w:sz w:val="22"/>
                <w:szCs w:val="22"/>
              </w:rPr>
              <w:t xml:space="preserve"> batas </w:t>
            </w:r>
            <w:r w:rsidRPr="00377505">
              <w:rPr>
                <w:color w:val="000000"/>
                <w:sz w:val="22"/>
                <w:szCs w:val="22"/>
              </w:rPr>
              <w:t>dan</w:t>
            </w:r>
            <w:r w:rsidR="00F660D2" w:rsidRPr="00377505">
              <w:rPr>
                <w:color w:val="000000"/>
                <w:sz w:val="22"/>
                <w:szCs w:val="22"/>
              </w:rPr>
              <w:t xml:space="preserve"> </w:t>
            </w:r>
            <w:proofErr w:type="spellStart"/>
            <w:r w:rsidRPr="00377505">
              <w:rPr>
                <w:color w:val="000000"/>
                <w:sz w:val="22"/>
                <w:szCs w:val="22"/>
              </w:rPr>
              <w:t>entitas</w:t>
            </w:r>
            <w:proofErr w:type="spellEnd"/>
            <w:r w:rsidRPr="00377505">
              <w:rPr>
                <w:color w:val="000000"/>
                <w:sz w:val="22"/>
                <w:szCs w:val="22"/>
              </w:rPr>
              <w:t>.</w:t>
            </w:r>
          </w:p>
        </w:tc>
      </w:tr>
      <w:tr w:rsidR="005B7A72" w:rsidRPr="00377505" w14:paraId="6BE695F5" w14:textId="77777777" w:rsidTr="00D70A29">
        <w:tc>
          <w:tcPr>
            <w:tcW w:w="0" w:type="auto"/>
            <w:hideMark/>
          </w:tcPr>
          <w:p w14:paraId="456945AE" w14:textId="77777777" w:rsidR="005B7A72" w:rsidRPr="00377505" w:rsidRDefault="005B7A72" w:rsidP="00377505">
            <w:pPr>
              <w:pStyle w:val="NormalWeb"/>
              <w:jc w:val="both"/>
              <w:rPr>
                <w:sz w:val="22"/>
                <w:szCs w:val="22"/>
              </w:rPr>
            </w:pPr>
            <w:r w:rsidRPr="00377505">
              <w:rPr>
                <w:sz w:val="22"/>
                <w:szCs w:val="22"/>
              </w:rPr>
              <w:t>5</w:t>
            </w:r>
          </w:p>
        </w:tc>
        <w:tc>
          <w:tcPr>
            <w:tcW w:w="1416" w:type="dxa"/>
          </w:tcPr>
          <w:p w14:paraId="610E2482" w14:textId="1CEAF480" w:rsidR="005B7A72" w:rsidRPr="00377505" w:rsidRDefault="005B7A72" w:rsidP="00377505">
            <w:pPr>
              <w:pStyle w:val="NormalWeb"/>
              <w:jc w:val="center"/>
              <w:rPr>
                <w:i/>
                <w:iCs/>
                <w:sz w:val="22"/>
                <w:szCs w:val="22"/>
              </w:rPr>
            </w:pPr>
            <w:r w:rsidRPr="00377505">
              <w:rPr>
                <w:i/>
                <w:iCs/>
                <w:noProof/>
                <w:sz w:val="22"/>
                <w:szCs w:val="22"/>
              </w:rPr>
              <w:drawing>
                <wp:inline distT="0" distB="0" distL="0" distR="0" wp14:anchorId="7CB29927" wp14:editId="716F4B38">
                  <wp:extent cx="447674" cy="427290"/>
                  <wp:effectExtent l="0" t="0" r="0" b="0"/>
                  <wp:docPr id="108142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5699" name=""/>
                          <pic:cNvPicPr/>
                        </pic:nvPicPr>
                        <pic:blipFill>
                          <a:blip r:embed="rId34"/>
                          <a:stretch>
                            <a:fillRect/>
                          </a:stretch>
                        </pic:blipFill>
                        <pic:spPr>
                          <a:xfrm>
                            <a:off x="0" y="0"/>
                            <a:ext cx="451562" cy="431000"/>
                          </a:xfrm>
                          <a:prstGeom prst="rect">
                            <a:avLst/>
                          </a:prstGeom>
                        </pic:spPr>
                      </pic:pic>
                    </a:graphicData>
                  </a:graphic>
                </wp:inline>
              </w:drawing>
            </w:r>
          </w:p>
        </w:tc>
        <w:tc>
          <w:tcPr>
            <w:tcW w:w="1546" w:type="dxa"/>
            <w:hideMark/>
          </w:tcPr>
          <w:p w14:paraId="72A30D42" w14:textId="7CE5F504" w:rsidR="005B7A72" w:rsidRPr="00377505" w:rsidRDefault="005B7A72" w:rsidP="00377505">
            <w:pPr>
              <w:pStyle w:val="NormalWeb"/>
              <w:jc w:val="both"/>
              <w:rPr>
                <w:sz w:val="22"/>
                <w:szCs w:val="22"/>
              </w:rPr>
            </w:pPr>
            <w:r w:rsidRPr="00377505">
              <w:rPr>
                <w:sz w:val="22"/>
                <w:szCs w:val="22"/>
              </w:rPr>
              <w:t>A</w:t>
            </w:r>
            <w:r w:rsidR="00F660D2" w:rsidRPr="00377505">
              <w:rPr>
                <w:sz w:val="22"/>
                <w:szCs w:val="22"/>
              </w:rPr>
              <w:t xml:space="preserve"> </w:t>
            </w:r>
            <w:r w:rsidRPr="00377505">
              <w:rPr>
                <w:sz w:val="22"/>
                <w:szCs w:val="22"/>
              </w:rPr>
              <w:t>focus</w:t>
            </w:r>
            <w:r w:rsidR="00F660D2" w:rsidRPr="00377505">
              <w:rPr>
                <w:sz w:val="22"/>
                <w:szCs w:val="22"/>
              </w:rPr>
              <w:t xml:space="preserve"> </w:t>
            </w:r>
            <w:r w:rsidRPr="00377505">
              <w:rPr>
                <w:sz w:val="22"/>
                <w:szCs w:val="22"/>
              </w:rPr>
              <w:t>of</w:t>
            </w:r>
            <w:r w:rsidR="00F660D2" w:rsidRPr="00377505">
              <w:rPr>
                <w:sz w:val="22"/>
                <w:szCs w:val="22"/>
              </w:rPr>
              <w:t xml:space="preserve"> </w:t>
            </w:r>
            <w:r w:rsidRPr="00377505">
              <w:rPr>
                <w:sz w:val="22"/>
                <w:szCs w:val="22"/>
              </w:rPr>
              <w:t>Control</w:t>
            </w:r>
            <w:r w:rsidR="00F660D2" w:rsidRPr="00377505">
              <w:rPr>
                <w:sz w:val="22"/>
                <w:szCs w:val="22"/>
              </w:rPr>
              <w:t xml:space="preserve"> </w:t>
            </w:r>
            <w:r w:rsidRPr="00377505">
              <w:rPr>
                <w:sz w:val="22"/>
                <w:szCs w:val="22"/>
              </w:rPr>
              <w:t>&amp;</w:t>
            </w:r>
            <w:r w:rsidR="00F660D2" w:rsidRPr="00377505">
              <w:rPr>
                <w:sz w:val="22"/>
                <w:szCs w:val="22"/>
              </w:rPr>
              <w:t xml:space="preserve"> </w:t>
            </w:r>
            <w:r w:rsidRPr="00377505">
              <w:rPr>
                <w:sz w:val="22"/>
                <w:szCs w:val="22"/>
              </w:rPr>
              <w:t>A</w:t>
            </w:r>
            <w:r w:rsidR="00F660D2" w:rsidRPr="00377505">
              <w:rPr>
                <w:sz w:val="22"/>
                <w:szCs w:val="22"/>
              </w:rPr>
              <w:t xml:space="preserve"> </w:t>
            </w:r>
            <w:proofErr w:type="gramStart"/>
            <w:r w:rsidRPr="00377505">
              <w:rPr>
                <w:sz w:val="22"/>
                <w:szCs w:val="22"/>
              </w:rPr>
              <w:t>Life</w:t>
            </w:r>
            <w:r w:rsidR="00F660D2" w:rsidRPr="00377505">
              <w:rPr>
                <w:sz w:val="22"/>
                <w:szCs w:val="22"/>
              </w:rPr>
              <w:t xml:space="preserve"> </w:t>
            </w:r>
            <w:r w:rsidRPr="00377505">
              <w:rPr>
                <w:sz w:val="22"/>
                <w:szCs w:val="22"/>
              </w:rPr>
              <w:t>Line</w:t>
            </w:r>
            <w:proofErr w:type="gramEnd"/>
          </w:p>
        </w:tc>
        <w:tc>
          <w:tcPr>
            <w:tcW w:w="4941" w:type="dxa"/>
            <w:vAlign w:val="center"/>
            <w:hideMark/>
          </w:tcPr>
          <w:p w14:paraId="74409023" w14:textId="2EDBD135" w:rsidR="005B7A72" w:rsidRPr="00377505" w:rsidRDefault="005B7A72" w:rsidP="00377505">
            <w:pPr>
              <w:pStyle w:val="NormalWeb"/>
              <w:jc w:val="both"/>
              <w:rPr>
                <w:sz w:val="22"/>
                <w:szCs w:val="22"/>
              </w:rPr>
            </w:pPr>
            <w:proofErr w:type="spellStart"/>
            <w:r w:rsidRPr="00377505">
              <w:rPr>
                <w:color w:val="000000"/>
                <w:sz w:val="22"/>
                <w:szCs w:val="22"/>
              </w:rPr>
              <w:t>Men</w:t>
            </w:r>
            <w:r w:rsidR="00F660D2" w:rsidRPr="00377505">
              <w:rPr>
                <w:color w:val="000000"/>
                <w:sz w:val="22"/>
                <w:szCs w:val="22"/>
              </w:rPr>
              <w:t>unjukkan</w:t>
            </w:r>
            <w:proofErr w:type="spellEnd"/>
            <w:r w:rsidR="00F660D2" w:rsidRPr="00377505">
              <w:rPr>
                <w:color w:val="000000"/>
                <w:sz w:val="22"/>
                <w:szCs w:val="22"/>
              </w:rPr>
              <w:t xml:space="preserve"> </w:t>
            </w:r>
            <w:r w:rsidRPr="00377505">
              <w:rPr>
                <w:color w:val="000000"/>
                <w:sz w:val="22"/>
                <w:szCs w:val="22"/>
              </w:rPr>
              <w:t>garis</w:t>
            </w:r>
            <w:r w:rsidR="00F660D2" w:rsidRPr="00377505">
              <w:rPr>
                <w:color w:val="000000"/>
                <w:sz w:val="22"/>
                <w:szCs w:val="22"/>
              </w:rPr>
              <w:t xml:space="preserve"> </w:t>
            </w:r>
            <w:proofErr w:type="spellStart"/>
            <w:r w:rsidRPr="00377505">
              <w:rPr>
                <w:color w:val="000000"/>
                <w:sz w:val="22"/>
                <w:szCs w:val="22"/>
              </w:rPr>
              <w:t>hidup</w:t>
            </w:r>
            <w:proofErr w:type="spellEnd"/>
            <w:r w:rsidR="00F660D2" w:rsidRPr="00377505">
              <w:rPr>
                <w:color w:val="000000"/>
                <w:sz w:val="22"/>
                <w:szCs w:val="22"/>
              </w:rPr>
              <w:t xml:space="preserve"> </w:t>
            </w:r>
            <w:proofErr w:type="spellStart"/>
            <w:r w:rsidRPr="00377505">
              <w:rPr>
                <w:color w:val="000000"/>
                <w:sz w:val="22"/>
                <w:szCs w:val="22"/>
              </w:rPr>
              <w:t>objek</w:t>
            </w:r>
            <w:proofErr w:type="spellEnd"/>
            <w:r w:rsidR="00F660D2" w:rsidRPr="00377505">
              <w:rPr>
                <w:color w:val="000000"/>
                <w:sz w:val="22"/>
                <w:szCs w:val="22"/>
              </w:rPr>
              <w:t xml:space="preserve"> </w:t>
            </w:r>
            <w:proofErr w:type="spellStart"/>
            <w:r w:rsidRPr="00377505">
              <w:rPr>
                <w:color w:val="000000"/>
                <w:sz w:val="22"/>
                <w:szCs w:val="22"/>
              </w:rPr>
              <w:t>serta</w:t>
            </w:r>
            <w:proofErr w:type="spellEnd"/>
            <w:r w:rsidR="00F660D2" w:rsidRPr="00377505">
              <w:rPr>
                <w:color w:val="000000"/>
                <w:sz w:val="22"/>
                <w:szCs w:val="22"/>
              </w:rPr>
              <w:t xml:space="preserve"> </w:t>
            </w:r>
            <w:proofErr w:type="spellStart"/>
            <w:r w:rsidRPr="00377505">
              <w:rPr>
                <w:color w:val="000000"/>
                <w:sz w:val="22"/>
                <w:szCs w:val="22"/>
              </w:rPr>
              <w:t>waktu</w:t>
            </w:r>
            <w:proofErr w:type="spellEnd"/>
            <w:r w:rsidR="00F660D2" w:rsidRPr="00377505">
              <w:rPr>
                <w:color w:val="000000"/>
                <w:sz w:val="22"/>
                <w:szCs w:val="22"/>
              </w:rPr>
              <w:t xml:space="preserve"> </w:t>
            </w:r>
            <w:proofErr w:type="spellStart"/>
            <w:r w:rsidRPr="00377505">
              <w:rPr>
                <w:color w:val="000000"/>
                <w:sz w:val="22"/>
                <w:szCs w:val="22"/>
              </w:rPr>
              <w:t>aktif</w:t>
            </w:r>
            <w:proofErr w:type="spellEnd"/>
            <w:r w:rsidR="00F660D2" w:rsidRPr="00377505">
              <w:rPr>
                <w:color w:val="000000"/>
                <w:sz w:val="22"/>
                <w:szCs w:val="22"/>
              </w:rPr>
              <w:t xml:space="preserve"> </w:t>
            </w:r>
            <w:proofErr w:type="spellStart"/>
            <w:r w:rsidRPr="00377505">
              <w:rPr>
                <w:color w:val="000000"/>
                <w:sz w:val="22"/>
                <w:szCs w:val="22"/>
              </w:rPr>
              <w:t>objek</w:t>
            </w:r>
            <w:proofErr w:type="spellEnd"/>
            <w:r w:rsidR="00F660D2" w:rsidRPr="00377505">
              <w:rPr>
                <w:color w:val="000000"/>
                <w:sz w:val="22"/>
                <w:szCs w:val="22"/>
              </w:rPr>
              <w:t xml:space="preserve"> </w:t>
            </w:r>
            <w:proofErr w:type="spellStart"/>
            <w:r w:rsidRPr="00377505">
              <w:rPr>
                <w:color w:val="000000"/>
                <w:sz w:val="22"/>
                <w:szCs w:val="22"/>
              </w:rPr>
              <w:t>selama</w:t>
            </w:r>
            <w:proofErr w:type="spellEnd"/>
            <w:r w:rsidR="00F660D2" w:rsidRPr="00377505">
              <w:rPr>
                <w:color w:val="000000"/>
                <w:sz w:val="22"/>
                <w:szCs w:val="22"/>
              </w:rPr>
              <w:t xml:space="preserve"> </w:t>
            </w:r>
            <w:proofErr w:type="spellStart"/>
            <w:r w:rsidRPr="00377505">
              <w:rPr>
                <w:color w:val="000000"/>
                <w:sz w:val="22"/>
                <w:szCs w:val="22"/>
              </w:rPr>
              <w:t>interaksi</w:t>
            </w:r>
            <w:proofErr w:type="spellEnd"/>
            <w:r w:rsidRPr="00377505">
              <w:rPr>
                <w:color w:val="000000"/>
                <w:sz w:val="22"/>
                <w:szCs w:val="22"/>
              </w:rPr>
              <w:t>.</w:t>
            </w:r>
          </w:p>
        </w:tc>
      </w:tr>
      <w:tr w:rsidR="005B7A72" w:rsidRPr="00377505" w14:paraId="36915855" w14:textId="77777777" w:rsidTr="00D70A29">
        <w:tc>
          <w:tcPr>
            <w:tcW w:w="0" w:type="auto"/>
            <w:hideMark/>
          </w:tcPr>
          <w:p w14:paraId="0813D2F7" w14:textId="77777777" w:rsidR="005B7A72" w:rsidRPr="00377505" w:rsidRDefault="005B7A72" w:rsidP="00377505">
            <w:pPr>
              <w:pStyle w:val="NormalWeb"/>
              <w:jc w:val="both"/>
              <w:rPr>
                <w:sz w:val="22"/>
                <w:szCs w:val="22"/>
              </w:rPr>
            </w:pPr>
            <w:r w:rsidRPr="00377505">
              <w:rPr>
                <w:sz w:val="22"/>
                <w:szCs w:val="22"/>
              </w:rPr>
              <w:t>6</w:t>
            </w:r>
          </w:p>
        </w:tc>
        <w:tc>
          <w:tcPr>
            <w:tcW w:w="1416" w:type="dxa"/>
          </w:tcPr>
          <w:p w14:paraId="47089595" w14:textId="6A00034C" w:rsidR="005B7A72" w:rsidRPr="00377505" w:rsidRDefault="005B7A72" w:rsidP="00377505">
            <w:pPr>
              <w:pStyle w:val="NormalWeb"/>
              <w:jc w:val="center"/>
              <w:rPr>
                <w:sz w:val="22"/>
                <w:szCs w:val="22"/>
              </w:rPr>
            </w:pPr>
            <w:r w:rsidRPr="00377505">
              <w:rPr>
                <w:noProof/>
                <w:sz w:val="22"/>
                <w:szCs w:val="22"/>
              </w:rPr>
              <w:drawing>
                <wp:inline distT="0" distB="0" distL="0" distR="0" wp14:anchorId="1D8B598C" wp14:editId="05F708A9">
                  <wp:extent cx="743054" cy="333422"/>
                  <wp:effectExtent l="0" t="0" r="0" b="9525"/>
                  <wp:docPr id="876182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82140" name=""/>
                          <pic:cNvPicPr/>
                        </pic:nvPicPr>
                        <pic:blipFill>
                          <a:blip r:embed="rId35"/>
                          <a:stretch>
                            <a:fillRect/>
                          </a:stretch>
                        </pic:blipFill>
                        <pic:spPr>
                          <a:xfrm>
                            <a:off x="0" y="0"/>
                            <a:ext cx="743054" cy="333422"/>
                          </a:xfrm>
                          <a:prstGeom prst="rect">
                            <a:avLst/>
                          </a:prstGeom>
                        </pic:spPr>
                      </pic:pic>
                    </a:graphicData>
                  </a:graphic>
                </wp:inline>
              </w:drawing>
            </w:r>
          </w:p>
        </w:tc>
        <w:tc>
          <w:tcPr>
            <w:tcW w:w="1546" w:type="dxa"/>
            <w:hideMark/>
          </w:tcPr>
          <w:p w14:paraId="7B91040D" w14:textId="6BF5A8C3" w:rsidR="005B7A72" w:rsidRPr="00377505" w:rsidRDefault="005B7A72" w:rsidP="00377505">
            <w:pPr>
              <w:pStyle w:val="NormalWeb"/>
              <w:jc w:val="both"/>
              <w:rPr>
                <w:sz w:val="22"/>
                <w:szCs w:val="22"/>
              </w:rPr>
            </w:pPr>
            <w:r w:rsidRPr="00377505">
              <w:rPr>
                <w:sz w:val="22"/>
                <w:szCs w:val="22"/>
              </w:rPr>
              <w:t>A</w:t>
            </w:r>
            <w:r w:rsidR="00F660D2" w:rsidRPr="00377505">
              <w:rPr>
                <w:sz w:val="22"/>
                <w:szCs w:val="22"/>
              </w:rPr>
              <w:t xml:space="preserve"> </w:t>
            </w:r>
            <w:r w:rsidRPr="00377505">
              <w:rPr>
                <w:sz w:val="22"/>
                <w:szCs w:val="22"/>
              </w:rPr>
              <w:t>message</w:t>
            </w:r>
          </w:p>
        </w:tc>
        <w:tc>
          <w:tcPr>
            <w:tcW w:w="4941" w:type="dxa"/>
            <w:vAlign w:val="center"/>
            <w:hideMark/>
          </w:tcPr>
          <w:p w14:paraId="05555B04" w14:textId="52DA14CB" w:rsidR="005B7A72" w:rsidRPr="00377505" w:rsidRDefault="005B7A72" w:rsidP="00377505">
            <w:pPr>
              <w:pStyle w:val="NormalWeb"/>
              <w:keepNext/>
              <w:jc w:val="both"/>
              <w:rPr>
                <w:sz w:val="22"/>
                <w:szCs w:val="22"/>
              </w:rPr>
            </w:pPr>
            <w:proofErr w:type="spellStart"/>
            <w:r w:rsidRPr="00377505">
              <w:rPr>
                <w:color w:val="000000"/>
                <w:sz w:val="22"/>
                <w:szCs w:val="22"/>
              </w:rPr>
              <w:t>Menunjukkan</w:t>
            </w:r>
            <w:proofErr w:type="spellEnd"/>
            <w:r w:rsidR="00F660D2" w:rsidRPr="00377505">
              <w:rPr>
                <w:color w:val="000000"/>
                <w:sz w:val="22"/>
                <w:szCs w:val="22"/>
              </w:rPr>
              <w:t xml:space="preserve"> </w:t>
            </w:r>
            <w:proofErr w:type="spellStart"/>
            <w:r w:rsidRPr="00377505">
              <w:rPr>
                <w:color w:val="000000"/>
                <w:sz w:val="22"/>
                <w:szCs w:val="22"/>
              </w:rPr>
              <w:t>komunikasi</w:t>
            </w:r>
            <w:proofErr w:type="spellEnd"/>
            <w:r w:rsidR="00F660D2" w:rsidRPr="00377505">
              <w:rPr>
                <w:color w:val="000000"/>
                <w:sz w:val="22"/>
                <w:szCs w:val="22"/>
              </w:rPr>
              <w:t xml:space="preserve"> </w:t>
            </w:r>
            <w:proofErr w:type="spellStart"/>
            <w:r w:rsidRPr="00377505">
              <w:rPr>
                <w:color w:val="000000"/>
                <w:sz w:val="22"/>
                <w:szCs w:val="22"/>
              </w:rPr>
              <w:t>atau</w:t>
            </w:r>
            <w:proofErr w:type="spellEnd"/>
            <w:r w:rsidR="00F660D2" w:rsidRPr="00377505">
              <w:rPr>
                <w:color w:val="000000"/>
                <w:sz w:val="22"/>
                <w:szCs w:val="22"/>
              </w:rPr>
              <w:t xml:space="preserve"> </w:t>
            </w:r>
            <w:proofErr w:type="spellStart"/>
            <w:r w:rsidRPr="00377505">
              <w:rPr>
                <w:color w:val="000000"/>
                <w:sz w:val="22"/>
                <w:szCs w:val="22"/>
              </w:rPr>
              <w:t>pengiriman</w:t>
            </w:r>
            <w:proofErr w:type="spellEnd"/>
            <w:r w:rsidR="00F660D2" w:rsidRPr="00377505">
              <w:rPr>
                <w:color w:val="000000"/>
                <w:sz w:val="22"/>
                <w:szCs w:val="22"/>
              </w:rPr>
              <w:t xml:space="preserve"> </w:t>
            </w:r>
            <w:proofErr w:type="spellStart"/>
            <w:r w:rsidRPr="00377505">
              <w:rPr>
                <w:color w:val="000000"/>
                <w:sz w:val="22"/>
                <w:szCs w:val="22"/>
              </w:rPr>
              <w:t>pesan</w:t>
            </w:r>
            <w:proofErr w:type="spellEnd"/>
            <w:r w:rsidR="00F660D2" w:rsidRPr="00377505">
              <w:rPr>
                <w:color w:val="000000"/>
                <w:sz w:val="22"/>
                <w:szCs w:val="22"/>
              </w:rPr>
              <w:t xml:space="preserve"> </w:t>
            </w:r>
            <w:proofErr w:type="spellStart"/>
            <w:r w:rsidRPr="00377505">
              <w:rPr>
                <w:color w:val="000000"/>
                <w:sz w:val="22"/>
                <w:szCs w:val="22"/>
              </w:rPr>
              <w:t>antar</w:t>
            </w:r>
            <w:proofErr w:type="spellEnd"/>
            <w:r w:rsidR="00F660D2" w:rsidRPr="00377505">
              <w:rPr>
                <w:color w:val="000000"/>
                <w:sz w:val="22"/>
                <w:szCs w:val="22"/>
              </w:rPr>
              <w:t xml:space="preserve"> </w:t>
            </w:r>
            <w:proofErr w:type="spellStart"/>
            <w:r w:rsidRPr="00377505">
              <w:rPr>
                <w:color w:val="000000"/>
                <w:sz w:val="22"/>
                <w:szCs w:val="22"/>
              </w:rPr>
              <w:t>objek</w:t>
            </w:r>
            <w:proofErr w:type="spellEnd"/>
            <w:r w:rsidRPr="00377505">
              <w:rPr>
                <w:color w:val="000000"/>
                <w:sz w:val="22"/>
                <w:szCs w:val="22"/>
              </w:rPr>
              <w:t>.</w:t>
            </w:r>
          </w:p>
        </w:tc>
      </w:tr>
    </w:tbl>
    <w:p w14:paraId="38430B01" w14:textId="1EBB5CFD" w:rsidR="002F72F9" w:rsidRPr="00387AD0" w:rsidRDefault="002F72F9" w:rsidP="00D70A29">
      <w:pPr>
        <w:pStyle w:val="Caption"/>
        <w:spacing w:line="360" w:lineRule="auto"/>
        <w:rPr>
          <w:rFonts w:cs="Times New Roman"/>
        </w:rPr>
      </w:pPr>
    </w:p>
    <w:p w14:paraId="68FB9FF7" w14:textId="093310A0" w:rsidR="005B7A72" w:rsidRPr="00387AD0" w:rsidRDefault="004F419D" w:rsidP="00302053">
      <w:pPr>
        <w:pStyle w:val="NormalWeb"/>
        <w:spacing w:before="0" w:beforeAutospacing="0" w:after="0" w:afterAutospacing="0" w:line="360" w:lineRule="auto"/>
        <w:ind w:right="-427" w:firstLine="720"/>
        <w:jc w:val="both"/>
      </w:pPr>
      <w:r w:rsidRPr="004F419D">
        <w:rPr>
          <w:i/>
          <w:iCs/>
        </w:rPr>
        <w:t>Sequence Diagram</w:t>
      </w:r>
      <w:r w:rsidR="00F660D2" w:rsidRPr="00387AD0">
        <w:t xml:space="preserve"> </w:t>
      </w:r>
      <w:proofErr w:type="spellStart"/>
      <w:r w:rsidR="005B7A72" w:rsidRPr="00387AD0">
        <w:t>membantu</w:t>
      </w:r>
      <w:proofErr w:type="spellEnd"/>
      <w:r w:rsidR="00F660D2" w:rsidRPr="00387AD0">
        <w:t xml:space="preserve"> </w:t>
      </w:r>
      <w:proofErr w:type="spellStart"/>
      <w:r w:rsidR="005B7A72" w:rsidRPr="00387AD0">
        <w:t>pengembang</w:t>
      </w:r>
      <w:proofErr w:type="spellEnd"/>
      <w:r w:rsidR="00F660D2" w:rsidRPr="00387AD0">
        <w:t xml:space="preserve"> </w:t>
      </w:r>
      <w:proofErr w:type="spellStart"/>
      <w:r w:rsidR="005B7A72" w:rsidRPr="00387AD0">
        <w:t>dalam</w:t>
      </w:r>
      <w:proofErr w:type="spellEnd"/>
      <w:r w:rsidR="00F660D2" w:rsidRPr="00387AD0">
        <w:t xml:space="preserve"> </w:t>
      </w:r>
      <w:proofErr w:type="spellStart"/>
      <w:r w:rsidR="005B7A72" w:rsidRPr="00387AD0">
        <w:t>memahami</w:t>
      </w:r>
      <w:proofErr w:type="spellEnd"/>
      <w:r w:rsidR="00F660D2" w:rsidRPr="00387AD0">
        <w:t xml:space="preserve"> </w:t>
      </w:r>
      <w:proofErr w:type="spellStart"/>
      <w:r w:rsidR="005B7A72" w:rsidRPr="00387AD0">
        <w:t>runtutan</w:t>
      </w:r>
      <w:proofErr w:type="spellEnd"/>
      <w:r w:rsidR="00F660D2" w:rsidRPr="00387AD0">
        <w:t xml:space="preserve"> </w:t>
      </w:r>
      <w:proofErr w:type="spellStart"/>
      <w:r w:rsidR="005B7A72" w:rsidRPr="00387AD0">
        <w:t>pelaksanaan</w:t>
      </w:r>
      <w:proofErr w:type="spellEnd"/>
      <w:r w:rsidR="00F660D2" w:rsidRPr="00387AD0">
        <w:t xml:space="preserve"> </w:t>
      </w:r>
      <w:proofErr w:type="spellStart"/>
      <w:r w:rsidR="005B7A72" w:rsidRPr="00387AD0">
        <w:t>fungsi</w:t>
      </w:r>
      <w:proofErr w:type="spellEnd"/>
      <w:r w:rsidR="00F660D2" w:rsidRPr="00387AD0">
        <w:t xml:space="preserve"> </w:t>
      </w:r>
      <w:proofErr w:type="spellStart"/>
      <w:r w:rsidR="005B7A72" w:rsidRPr="00387AD0">
        <w:t>serta</w:t>
      </w:r>
      <w:proofErr w:type="spellEnd"/>
      <w:r w:rsidR="00F660D2" w:rsidRPr="00387AD0">
        <w:t xml:space="preserve"> </w:t>
      </w:r>
      <w:proofErr w:type="spellStart"/>
      <w:r w:rsidR="005B7A72" w:rsidRPr="00387AD0">
        <w:t>hubungan</w:t>
      </w:r>
      <w:proofErr w:type="spellEnd"/>
      <w:r w:rsidR="00F660D2" w:rsidRPr="00387AD0">
        <w:t xml:space="preserve"> </w:t>
      </w:r>
      <w:proofErr w:type="spellStart"/>
      <w:r w:rsidR="005B7A72" w:rsidRPr="00387AD0">
        <w:t>ketergantungan</w:t>
      </w:r>
      <w:proofErr w:type="spellEnd"/>
      <w:r w:rsidR="00F660D2" w:rsidRPr="00387AD0">
        <w:t xml:space="preserve"> </w:t>
      </w:r>
      <w:proofErr w:type="spellStart"/>
      <w:r w:rsidR="005B7A72" w:rsidRPr="00387AD0">
        <w:t>antar</w:t>
      </w:r>
      <w:proofErr w:type="spellEnd"/>
      <w:r w:rsidR="00F660D2" w:rsidRPr="00387AD0">
        <w:t xml:space="preserve"> </w:t>
      </w:r>
      <w:proofErr w:type="spellStart"/>
      <w:r w:rsidR="005B7A72" w:rsidRPr="00387AD0">
        <w:t>komponen</w:t>
      </w:r>
      <w:proofErr w:type="spellEnd"/>
      <w:r w:rsidR="00F660D2" w:rsidRPr="00387AD0">
        <w:t xml:space="preserve"> </w:t>
      </w:r>
      <w:proofErr w:type="spellStart"/>
      <w:r w:rsidR="005B7A72" w:rsidRPr="00387AD0">
        <w:t>sistem</w:t>
      </w:r>
      <w:proofErr w:type="spellEnd"/>
      <w:r w:rsidR="00F660D2" w:rsidRPr="00387AD0">
        <w:t xml:space="preserve"> </w:t>
      </w:r>
      <w:proofErr w:type="spellStart"/>
      <w:r w:rsidR="005B7A72" w:rsidRPr="00387AD0">
        <w:t>secara</w:t>
      </w:r>
      <w:proofErr w:type="spellEnd"/>
      <w:r w:rsidR="00F660D2" w:rsidRPr="00387AD0">
        <w:t xml:space="preserve"> </w:t>
      </w:r>
      <w:proofErr w:type="spellStart"/>
      <w:r w:rsidR="005B7A72" w:rsidRPr="00387AD0">
        <w:t>lebih</w:t>
      </w:r>
      <w:proofErr w:type="spellEnd"/>
      <w:r w:rsidR="00F660D2" w:rsidRPr="00387AD0">
        <w:t xml:space="preserve"> </w:t>
      </w:r>
      <w:proofErr w:type="spellStart"/>
      <w:r w:rsidR="005B7A72" w:rsidRPr="00387AD0">
        <w:t>terstruktur</w:t>
      </w:r>
      <w:proofErr w:type="spellEnd"/>
      <w:r w:rsidR="00F660D2" w:rsidRPr="00387AD0">
        <w:t xml:space="preserve"> </w:t>
      </w:r>
      <w:r w:rsidR="005B7A72" w:rsidRPr="00387AD0">
        <w:t>dan</w:t>
      </w:r>
      <w:r w:rsidR="00F660D2" w:rsidRPr="00387AD0">
        <w:t xml:space="preserve"> </w:t>
      </w:r>
      <w:proofErr w:type="spellStart"/>
      <w:r w:rsidR="005B7A72" w:rsidRPr="00387AD0">
        <w:t>kronologis</w:t>
      </w:r>
      <w:proofErr w:type="spellEnd"/>
      <w:r w:rsidR="00F660D2" w:rsidRPr="00387AD0">
        <w:t xml:space="preserve"> </w:t>
      </w:r>
      <w:r w:rsidR="005B7A72" w:rsidRPr="00387AD0">
        <w:t>(</w:t>
      </w:r>
      <w:proofErr w:type="spellStart"/>
      <w:r w:rsidR="005B7A72" w:rsidRPr="00387AD0">
        <w:t>Fadillah</w:t>
      </w:r>
      <w:proofErr w:type="spellEnd"/>
      <w:r w:rsidR="00F660D2" w:rsidRPr="00387AD0">
        <w:t xml:space="preserve"> </w:t>
      </w:r>
      <w:r w:rsidR="005B7A72" w:rsidRPr="00387AD0">
        <w:t>&amp;</w:t>
      </w:r>
      <w:r w:rsidR="00F660D2" w:rsidRPr="00387AD0">
        <w:t xml:space="preserve"> </w:t>
      </w:r>
      <w:r w:rsidR="005B7A72" w:rsidRPr="00387AD0">
        <w:t>Kurniawan,</w:t>
      </w:r>
      <w:r w:rsidR="00F660D2" w:rsidRPr="00387AD0">
        <w:t xml:space="preserve"> </w:t>
      </w:r>
      <w:r w:rsidR="005B7A72" w:rsidRPr="00387AD0">
        <w:t>2022).</w:t>
      </w:r>
    </w:p>
    <w:p w14:paraId="0368223E" w14:textId="77777777" w:rsidR="00993E63" w:rsidRPr="00387AD0" w:rsidRDefault="00993E63" w:rsidP="00D70A29">
      <w:pPr>
        <w:spacing w:line="360" w:lineRule="auto"/>
        <w:jc w:val="left"/>
        <w:rPr>
          <w:rFonts w:eastAsiaTheme="majorEastAsia" w:cs="Times New Roman"/>
          <w:b/>
          <w:bCs/>
          <w:color w:val="000000" w:themeColor="text1"/>
          <w:szCs w:val="24"/>
          <w:lang w:val="id"/>
        </w:rPr>
      </w:pPr>
      <w:bookmarkStart w:id="88" w:name="_Toc204310527"/>
      <w:bookmarkEnd w:id="0"/>
      <w:r w:rsidRPr="00387AD0">
        <w:rPr>
          <w:rFonts w:cs="Times New Roman"/>
          <w:szCs w:val="24"/>
          <w:lang w:val="id"/>
        </w:rPr>
        <w:br w:type="page"/>
      </w:r>
    </w:p>
    <w:p w14:paraId="1C13422C" w14:textId="3EC2F727" w:rsidR="004500A0" w:rsidRPr="0003347B" w:rsidRDefault="00B842C8" w:rsidP="0097332F">
      <w:pPr>
        <w:pStyle w:val="Heading1"/>
      </w:pPr>
      <w:bookmarkStart w:id="89" w:name="_Toc205248730"/>
      <w:bookmarkStart w:id="90" w:name="_Toc205261379"/>
      <w:r w:rsidRPr="0003347B">
        <w:lastRenderedPageBreak/>
        <w:t>BAB</w:t>
      </w:r>
      <w:r w:rsidR="00F660D2" w:rsidRPr="0003347B">
        <w:t xml:space="preserve"> </w:t>
      </w:r>
      <w:bookmarkEnd w:id="88"/>
      <w:bookmarkEnd w:id="89"/>
      <w:r w:rsidR="0003347B">
        <w:t>III</w:t>
      </w:r>
      <w:r w:rsidR="00F660D2" w:rsidRPr="0003347B">
        <w:t xml:space="preserve"> </w:t>
      </w:r>
      <w:bookmarkStart w:id="91" w:name="_Toc204310528"/>
      <w:bookmarkStart w:id="92" w:name="_Toc205248731"/>
      <w:r w:rsidR="00AF1370" w:rsidRPr="0003347B">
        <w:br/>
      </w:r>
      <w:r w:rsidR="004500A0" w:rsidRPr="0003347B">
        <w:t>PEMBAHASAN</w:t>
      </w:r>
      <w:bookmarkEnd w:id="90"/>
      <w:bookmarkEnd w:id="91"/>
      <w:bookmarkEnd w:id="92"/>
      <w:r w:rsidR="00F660D2" w:rsidRPr="0003347B">
        <w:t xml:space="preserve"> </w:t>
      </w:r>
    </w:p>
    <w:p w14:paraId="1B21322B" w14:textId="77777777" w:rsidR="0076694C" w:rsidRPr="0076694C" w:rsidRDefault="0076694C" w:rsidP="0076694C">
      <w:pPr>
        <w:rPr>
          <w:lang w:val="id"/>
        </w:rPr>
      </w:pPr>
    </w:p>
    <w:p w14:paraId="4C1BA0C6" w14:textId="6C672557" w:rsidR="007A347E" w:rsidRPr="00387AD0" w:rsidRDefault="007A347E" w:rsidP="00302053">
      <w:pPr>
        <w:pStyle w:val="Heading2"/>
        <w:numPr>
          <w:ilvl w:val="0"/>
          <w:numId w:val="27"/>
        </w:numPr>
        <w:spacing w:after="240" w:line="360" w:lineRule="auto"/>
        <w:ind w:left="0" w:firstLine="0"/>
        <w:rPr>
          <w:rFonts w:cs="Times New Roman"/>
          <w:szCs w:val="24"/>
          <w:lang w:val="id"/>
        </w:rPr>
      </w:pPr>
      <w:bookmarkStart w:id="93" w:name="_Toc205248732"/>
      <w:bookmarkStart w:id="94" w:name="_Toc205261380"/>
      <w:r w:rsidRPr="00387AD0">
        <w:rPr>
          <w:rFonts w:cs="Times New Roman"/>
          <w:szCs w:val="24"/>
          <w:lang w:val="id"/>
        </w:rPr>
        <w:t>Lingkup</w:t>
      </w:r>
      <w:r w:rsidR="00F660D2" w:rsidRPr="00387AD0">
        <w:rPr>
          <w:rFonts w:cs="Times New Roman"/>
          <w:szCs w:val="24"/>
          <w:lang w:val="id"/>
        </w:rPr>
        <w:t xml:space="preserve"> </w:t>
      </w:r>
      <w:r w:rsidRPr="00387AD0">
        <w:rPr>
          <w:rFonts w:cs="Times New Roman"/>
          <w:szCs w:val="24"/>
          <w:lang w:val="id"/>
        </w:rPr>
        <w:t>Kegiatan</w:t>
      </w:r>
      <w:bookmarkEnd w:id="93"/>
      <w:bookmarkEnd w:id="94"/>
      <w:r w:rsidR="00F660D2" w:rsidRPr="00387AD0">
        <w:rPr>
          <w:rFonts w:cs="Times New Roman"/>
          <w:szCs w:val="24"/>
          <w:lang w:val="id"/>
        </w:rPr>
        <w:t xml:space="preserve"> </w:t>
      </w:r>
    </w:p>
    <w:p w14:paraId="3A7E7039" w14:textId="0C29AE45" w:rsidR="002C2DEC" w:rsidRPr="00387AD0" w:rsidRDefault="005F6410" w:rsidP="00302053">
      <w:pPr>
        <w:spacing w:after="0" w:line="360" w:lineRule="auto"/>
        <w:ind w:right="-427" w:firstLine="720"/>
        <w:rPr>
          <w:rFonts w:cs="Times New Roman"/>
          <w:szCs w:val="24"/>
          <w:lang w:val="id"/>
        </w:rPr>
      </w:pPr>
      <w:r w:rsidRPr="00387AD0">
        <w:rPr>
          <w:rFonts w:cs="Times New Roman"/>
          <w:szCs w:val="24"/>
          <w:lang w:val="id"/>
        </w:rPr>
        <w:t>Tempat</w:t>
      </w:r>
      <w:r w:rsidR="00F660D2" w:rsidRPr="00387AD0">
        <w:rPr>
          <w:rFonts w:cs="Times New Roman"/>
          <w:szCs w:val="24"/>
          <w:lang w:val="id"/>
        </w:rPr>
        <w:t xml:space="preserve"> </w:t>
      </w:r>
      <w:r w:rsidRPr="00387AD0">
        <w:rPr>
          <w:rFonts w:cs="Times New Roman"/>
          <w:szCs w:val="24"/>
          <w:lang w:val="id"/>
        </w:rPr>
        <w:t>pelaksanaan</w:t>
      </w:r>
      <w:r w:rsidR="00F660D2" w:rsidRPr="00387AD0">
        <w:rPr>
          <w:rFonts w:cs="Times New Roman"/>
          <w:szCs w:val="24"/>
          <w:lang w:val="id"/>
        </w:rPr>
        <w:t xml:space="preserve"> </w:t>
      </w:r>
      <w:r w:rsidRPr="00387AD0">
        <w:rPr>
          <w:rFonts w:cs="Times New Roman"/>
          <w:szCs w:val="24"/>
          <w:lang w:val="id"/>
        </w:rPr>
        <w:t>kerja</w:t>
      </w:r>
      <w:r w:rsidR="00F660D2" w:rsidRPr="00387AD0">
        <w:rPr>
          <w:rFonts w:cs="Times New Roman"/>
          <w:szCs w:val="24"/>
          <w:lang w:val="id"/>
        </w:rPr>
        <w:t xml:space="preserve"> </w:t>
      </w:r>
      <w:r w:rsidR="007855CE" w:rsidRPr="00387AD0">
        <w:rPr>
          <w:rFonts w:cs="Times New Roman"/>
          <w:szCs w:val="24"/>
          <w:lang w:val="id"/>
        </w:rPr>
        <w:t>di</w:t>
      </w:r>
      <w:r w:rsidR="00F660D2" w:rsidRPr="00387AD0">
        <w:rPr>
          <w:rFonts w:cs="Times New Roman"/>
          <w:szCs w:val="24"/>
          <w:lang w:val="id"/>
        </w:rPr>
        <w:t xml:space="preserve"> </w:t>
      </w:r>
      <w:r w:rsidR="007855CE" w:rsidRPr="00387AD0">
        <w:rPr>
          <w:rFonts w:cs="Times New Roman"/>
          <w:szCs w:val="24"/>
          <w:lang w:val="id"/>
        </w:rPr>
        <w:t>Taman</w:t>
      </w:r>
      <w:r w:rsidR="00F660D2" w:rsidRPr="00387AD0">
        <w:rPr>
          <w:rFonts w:cs="Times New Roman"/>
          <w:szCs w:val="24"/>
          <w:lang w:val="id"/>
        </w:rPr>
        <w:t xml:space="preserve"> </w:t>
      </w:r>
      <w:r w:rsidR="007855CE" w:rsidRPr="00387AD0">
        <w:rPr>
          <w:rFonts w:cs="Times New Roman"/>
          <w:szCs w:val="24"/>
          <w:lang w:val="id"/>
        </w:rPr>
        <w:t>Bacaan</w:t>
      </w:r>
      <w:r w:rsidR="00F660D2" w:rsidRPr="00387AD0">
        <w:rPr>
          <w:rFonts w:cs="Times New Roman"/>
          <w:szCs w:val="24"/>
          <w:lang w:val="id"/>
        </w:rPr>
        <w:t xml:space="preserve"> </w:t>
      </w:r>
      <w:r w:rsidR="007855CE" w:rsidRPr="00387AD0">
        <w:rPr>
          <w:rFonts w:cs="Times New Roman"/>
          <w:szCs w:val="24"/>
          <w:lang w:val="id"/>
        </w:rPr>
        <w:t>Masyarakat(TBM)</w:t>
      </w:r>
      <w:r w:rsidR="00F660D2" w:rsidRPr="00387AD0">
        <w:rPr>
          <w:rFonts w:cs="Times New Roman"/>
          <w:szCs w:val="24"/>
          <w:lang w:val="id"/>
        </w:rPr>
        <w:t xml:space="preserve"> </w:t>
      </w:r>
      <w:r w:rsidR="007855CE" w:rsidRPr="00387AD0">
        <w:rPr>
          <w:rFonts w:cs="Times New Roman"/>
          <w:szCs w:val="24"/>
          <w:lang w:val="id"/>
        </w:rPr>
        <w:t>Al-Azhari,</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belokasi</w:t>
      </w:r>
      <w:r w:rsidR="00F660D2" w:rsidRPr="00387AD0">
        <w:rPr>
          <w:rFonts w:cs="Times New Roman"/>
          <w:szCs w:val="24"/>
          <w:lang w:val="id"/>
        </w:rPr>
        <w:t xml:space="preserve"> </w:t>
      </w:r>
      <w:r w:rsidRPr="00387AD0">
        <w:rPr>
          <w:rFonts w:cs="Times New Roman"/>
          <w:szCs w:val="24"/>
          <w:lang w:val="id"/>
        </w:rPr>
        <w:t>di</w:t>
      </w:r>
      <w:r w:rsidR="00F660D2" w:rsidRPr="00387AD0">
        <w:rPr>
          <w:rFonts w:cs="Times New Roman"/>
          <w:szCs w:val="24"/>
          <w:lang w:val="id"/>
        </w:rPr>
        <w:t xml:space="preserve"> </w:t>
      </w:r>
      <w:r w:rsidR="007855CE" w:rsidRPr="00387AD0">
        <w:rPr>
          <w:rFonts w:cs="Times New Roman"/>
          <w:bCs/>
          <w:szCs w:val="24"/>
          <w:lang w:val="id"/>
        </w:rPr>
        <w:t>Jln.KL.Yos</w:t>
      </w:r>
      <w:r w:rsidR="00F660D2" w:rsidRPr="00387AD0">
        <w:rPr>
          <w:rFonts w:cs="Times New Roman"/>
          <w:bCs/>
          <w:szCs w:val="24"/>
          <w:lang w:val="id"/>
        </w:rPr>
        <w:t xml:space="preserve"> </w:t>
      </w:r>
      <w:r w:rsidR="007855CE" w:rsidRPr="00387AD0">
        <w:rPr>
          <w:rFonts w:cs="Times New Roman"/>
          <w:bCs/>
          <w:szCs w:val="24"/>
          <w:lang w:val="id"/>
        </w:rPr>
        <w:t>Sudarso,</w:t>
      </w:r>
      <w:r w:rsidR="00F660D2" w:rsidRPr="00387AD0">
        <w:rPr>
          <w:rFonts w:cs="Times New Roman"/>
          <w:bCs/>
          <w:szCs w:val="24"/>
          <w:lang w:val="id"/>
        </w:rPr>
        <w:t xml:space="preserve"> </w:t>
      </w:r>
      <w:r w:rsidR="007855CE" w:rsidRPr="00387AD0">
        <w:rPr>
          <w:rFonts w:cs="Times New Roman"/>
          <w:bCs/>
          <w:szCs w:val="24"/>
          <w:lang w:val="id"/>
        </w:rPr>
        <w:t>Martubung,</w:t>
      </w:r>
      <w:r w:rsidR="00F660D2" w:rsidRPr="00387AD0">
        <w:rPr>
          <w:rFonts w:cs="Times New Roman"/>
          <w:bCs/>
          <w:szCs w:val="24"/>
          <w:lang w:val="id"/>
        </w:rPr>
        <w:t xml:space="preserve"> </w:t>
      </w:r>
      <w:r w:rsidR="007855CE" w:rsidRPr="00387AD0">
        <w:rPr>
          <w:rFonts w:cs="Times New Roman"/>
          <w:bCs/>
          <w:szCs w:val="24"/>
          <w:lang w:val="id"/>
        </w:rPr>
        <w:t>Kec.Medan</w:t>
      </w:r>
      <w:r w:rsidR="00F660D2" w:rsidRPr="00387AD0">
        <w:rPr>
          <w:rFonts w:cs="Times New Roman"/>
          <w:bCs/>
          <w:szCs w:val="24"/>
          <w:lang w:val="id"/>
        </w:rPr>
        <w:t xml:space="preserve"> </w:t>
      </w:r>
      <w:r w:rsidR="007855CE" w:rsidRPr="00387AD0">
        <w:rPr>
          <w:rFonts w:cs="Times New Roman"/>
          <w:bCs/>
          <w:szCs w:val="24"/>
          <w:lang w:val="id"/>
        </w:rPr>
        <w:t>Labuhan,</w:t>
      </w:r>
      <w:r w:rsidR="00F660D2" w:rsidRPr="00387AD0">
        <w:rPr>
          <w:rFonts w:cs="Times New Roman"/>
          <w:bCs/>
          <w:szCs w:val="24"/>
          <w:lang w:val="id"/>
        </w:rPr>
        <w:t xml:space="preserve"> </w:t>
      </w:r>
      <w:r w:rsidR="007855CE" w:rsidRPr="00387AD0">
        <w:rPr>
          <w:rFonts w:cs="Times New Roman"/>
          <w:bCs/>
          <w:szCs w:val="24"/>
          <w:lang w:val="id"/>
        </w:rPr>
        <w:t>Kota</w:t>
      </w:r>
      <w:r w:rsidR="00F660D2" w:rsidRPr="00387AD0">
        <w:rPr>
          <w:rFonts w:cs="Times New Roman"/>
          <w:bCs/>
          <w:szCs w:val="24"/>
          <w:lang w:val="id"/>
        </w:rPr>
        <w:t xml:space="preserve"> </w:t>
      </w:r>
      <w:r w:rsidR="007855CE" w:rsidRPr="00387AD0">
        <w:rPr>
          <w:rFonts w:cs="Times New Roman"/>
          <w:bCs/>
          <w:szCs w:val="24"/>
          <w:lang w:val="id"/>
        </w:rPr>
        <w:t>Medan,</w:t>
      </w:r>
      <w:r w:rsidR="00F660D2" w:rsidRPr="00387AD0">
        <w:rPr>
          <w:rFonts w:cs="Times New Roman"/>
          <w:bCs/>
          <w:szCs w:val="24"/>
          <w:lang w:val="id"/>
        </w:rPr>
        <w:t xml:space="preserve"> </w:t>
      </w:r>
      <w:r w:rsidR="007855CE" w:rsidRPr="00387AD0">
        <w:rPr>
          <w:rFonts w:cs="Times New Roman"/>
          <w:bCs/>
          <w:szCs w:val="24"/>
          <w:lang w:val="id"/>
        </w:rPr>
        <w:t>Sumatera</w:t>
      </w:r>
      <w:r w:rsidR="00F660D2" w:rsidRPr="00387AD0">
        <w:rPr>
          <w:rFonts w:cs="Times New Roman"/>
          <w:bCs/>
          <w:szCs w:val="24"/>
          <w:lang w:val="id"/>
        </w:rPr>
        <w:t xml:space="preserve"> </w:t>
      </w:r>
      <w:r w:rsidR="007855CE" w:rsidRPr="00387AD0">
        <w:rPr>
          <w:rFonts w:cs="Times New Roman"/>
          <w:bCs/>
          <w:szCs w:val="24"/>
          <w:lang w:val="id"/>
        </w:rPr>
        <w:t>Utara</w:t>
      </w:r>
      <w:r w:rsidRPr="00387AD0">
        <w:rPr>
          <w:rFonts w:cs="Times New Roman"/>
          <w:szCs w:val="24"/>
          <w:lang w:val="id"/>
        </w:rPr>
        <w:t>.</w:t>
      </w:r>
      <w:r w:rsidR="00F660D2" w:rsidRPr="00387AD0">
        <w:rPr>
          <w:rFonts w:cs="Times New Roman"/>
          <w:szCs w:val="24"/>
          <w:lang w:val="id"/>
        </w:rPr>
        <w:t xml:space="preserve"> </w:t>
      </w:r>
      <w:r w:rsidRPr="00387AD0">
        <w:rPr>
          <w:rFonts w:cs="Times New Roman"/>
          <w:szCs w:val="24"/>
          <w:lang w:val="id"/>
        </w:rPr>
        <w:t>Media</w:t>
      </w:r>
      <w:r w:rsidR="00F660D2" w:rsidRPr="00387AD0">
        <w:rPr>
          <w:rFonts w:cs="Times New Roman"/>
          <w:szCs w:val="24"/>
          <w:lang w:val="id"/>
        </w:rPr>
        <w:t xml:space="preserve"> </w:t>
      </w:r>
      <w:r w:rsidRPr="00387AD0">
        <w:rPr>
          <w:rFonts w:cs="Times New Roman"/>
          <w:szCs w:val="24"/>
          <w:lang w:val="id"/>
        </w:rPr>
        <w:t>Sosial</w:t>
      </w:r>
      <w:r w:rsidR="00F660D2" w:rsidRPr="00387AD0">
        <w:rPr>
          <w:rFonts w:cs="Times New Roman"/>
          <w:szCs w:val="24"/>
          <w:lang w:val="id"/>
        </w:rPr>
        <w:t xml:space="preserve"> </w:t>
      </w:r>
      <w:r w:rsidRPr="00387AD0">
        <w:rPr>
          <w:rFonts w:cs="Times New Roman"/>
          <w:szCs w:val="24"/>
          <w:lang w:val="id"/>
        </w:rPr>
        <w:t>:</w:t>
      </w:r>
      <w:r w:rsidR="00F660D2" w:rsidRPr="00387AD0">
        <w:rPr>
          <w:rFonts w:cs="Times New Roman"/>
          <w:szCs w:val="24"/>
          <w:lang w:val="id"/>
        </w:rPr>
        <w:t xml:space="preserve"> </w:t>
      </w:r>
      <w:r w:rsidR="007855CE" w:rsidRPr="00387AD0">
        <w:rPr>
          <w:rFonts w:cs="Times New Roman"/>
          <w:szCs w:val="24"/>
          <w:lang w:val="id"/>
        </w:rPr>
        <w:t>facebook</w:t>
      </w:r>
      <w:r w:rsidR="00F660D2" w:rsidRPr="00387AD0">
        <w:rPr>
          <w:rFonts w:cs="Times New Roman"/>
          <w:szCs w:val="24"/>
          <w:lang w:val="id"/>
        </w:rPr>
        <w:t xml:space="preserve"> </w:t>
      </w:r>
      <w:r w:rsidR="007855CE" w:rsidRPr="00387AD0">
        <w:rPr>
          <w:rFonts w:cs="Times New Roman"/>
          <w:szCs w:val="24"/>
          <w:lang w:val="id"/>
        </w:rPr>
        <w:t>TBM</w:t>
      </w:r>
      <w:r w:rsidR="00F660D2" w:rsidRPr="00387AD0">
        <w:rPr>
          <w:rFonts w:cs="Times New Roman"/>
          <w:szCs w:val="24"/>
          <w:lang w:val="id"/>
        </w:rPr>
        <w:t xml:space="preserve"> </w:t>
      </w:r>
      <w:r w:rsidR="007855CE" w:rsidRPr="00387AD0">
        <w:rPr>
          <w:rFonts w:cs="Times New Roman"/>
          <w:szCs w:val="24"/>
          <w:lang w:val="id"/>
        </w:rPr>
        <w:t>AlAzhari</w:t>
      </w:r>
      <w:r w:rsidRPr="00387AD0">
        <w:rPr>
          <w:rFonts w:cs="Times New Roman"/>
          <w:szCs w:val="24"/>
          <w:lang w:val="id"/>
        </w:rPr>
        <w:t>.</w:t>
      </w:r>
      <w:r w:rsidR="00F660D2" w:rsidRPr="00387AD0">
        <w:rPr>
          <w:rFonts w:cs="Times New Roman"/>
          <w:szCs w:val="24"/>
          <w:lang w:val="id"/>
        </w:rPr>
        <w:t xml:space="preserve"> </w:t>
      </w:r>
    </w:p>
    <w:p w14:paraId="216D4527" w14:textId="77777777" w:rsidR="00BB5D2B" w:rsidRPr="00387AD0" w:rsidRDefault="00BB5D2B" w:rsidP="00D70A29">
      <w:pPr>
        <w:spacing w:after="0" w:line="360" w:lineRule="auto"/>
        <w:ind w:right="-427"/>
        <w:rPr>
          <w:rFonts w:cs="Times New Roman"/>
          <w:szCs w:val="24"/>
          <w:lang w:val="id"/>
        </w:rPr>
      </w:pPr>
    </w:p>
    <w:p w14:paraId="5F465229" w14:textId="77777777" w:rsidR="00004164" w:rsidRDefault="002C2DEC" w:rsidP="00004164">
      <w:pPr>
        <w:keepNext/>
        <w:widowControl w:val="0"/>
        <w:autoSpaceDE w:val="0"/>
        <w:autoSpaceDN w:val="0"/>
        <w:spacing w:after="0" w:line="360" w:lineRule="auto"/>
        <w:ind w:right="-427"/>
      </w:pPr>
      <w:r w:rsidRPr="00387AD0">
        <w:rPr>
          <w:rFonts w:eastAsia="Times New Roman" w:cs="Times New Roman"/>
          <w:noProof/>
          <w:szCs w:val="24"/>
          <w:lang w:val="id"/>
        </w:rPr>
        <w:drawing>
          <wp:inline distT="0" distB="0" distL="0" distR="0" wp14:anchorId="789596E8" wp14:editId="45C1A62B">
            <wp:extent cx="4899773" cy="2327564"/>
            <wp:effectExtent l="0" t="0" r="0" b="0"/>
            <wp:docPr id="239871272"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photo description avail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7272" cy="2331126"/>
                    </a:xfrm>
                    <a:prstGeom prst="rect">
                      <a:avLst/>
                    </a:prstGeom>
                    <a:noFill/>
                    <a:ln>
                      <a:noFill/>
                    </a:ln>
                  </pic:spPr>
                </pic:pic>
              </a:graphicData>
            </a:graphic>
          </wp:inline>
        </w:drawing>
      </w:r>
    </w:p>
    <w:p w14:paraId="4C42FAC0" w14:textId="2B764614" w:rsidR="00B819CA" w:rsidRPr="00302053" w:rsidRDefault="00004164" w:rsidP="00004164">
      <w:pPr>
        <w:pStyle w:val="Caption"/>
        <w:jc w:val="center"/>
        <w:rPr>
          <w:rFonts w:cs="Times New Roman"/>
          <w:color w:val="auto"/>
          <w:sz w:val="20"/>
          <w:szCs w:val="20"/>
        </w:rPr>
      </w:pPr>
      <w:bookmarkStart w:id="95" w:name="_Toc205257738"/>
      <w:r w:rsidRPr="00302053">
        <w:rPr>
          <w:color w:val="auto"/>
          <w:sz w:val="20"/>
          <w:szCs w:val="20"/>
        </w:rPr>
        <w:t xml:space="preserve">Gambar 3. </w:t>
      </w:r>
      <w:r w:rsidRPr="00302053">
        <w:rPr>
          <w:color w:val="auto"/>
          <w:sz w:val="20"/>
          <w:szCs w:val="20"/>
        </w:rPr>
        <w:fldChar w:fldCharType="begin"/>
      </w:r>
      <w:r w:rsidRPr="00302053">
        <w:rPr>
          <w:color w:val="auto"/>
          <w:sz w:val="20"/>
          <w:szCs w:val="20"/>
        </w:rPr>
        <w:instrText xml:space="preserve"> SEQ Gambar_3. \* ARABIC </w:instrText>
      </w:r>
      <w:r w:rsidRPr="00302053">
        <w:rPr>
          <w:color w:val="auto"/>
          <w:sz w:val="20"/>
          <w:szCs w:val="20"/>
        </w:rPr>
        <w:fldChar w:fldCharType="separate"/>
      </w:r>
      <w:r w:rsidR="0003347B">
        <w:rPr>
          <w:noProof/>
          <w:color w:val="auto"/>
          <w:sz w:val="20"/>
          <w:szCs w:val="20"/>
        </w:rPr>
        <w:t>1</w:t>
      </w:r>
      <w:r w:rsidRPr="00302053">
        <w:rPr>
          <w:color w:val="auto"/>
          <w:sz w:val="20"/>
          <w:szCs w:val="20"/>
        </w:rPr>
        <w:fldChar w:fldCharType="end"/>
      </w:r>
      <w:r w:rsidRPr="00302053">
        <w:rPr>
          <w:color w:val="auto"/>
          <w:sz w:val="20"/>
          <w:szCs w:val="20"/>
        </w:rPr>
        <w:t xml:space="preserve"> </w:t>
      </w:r>
      <w:r w:rsidRPr="0076694C">
        <w:rPr>
          <w:b w:val="0"/>
          <w:bCs w:val="0"/>
          <w:color w:val="auto"/>
          <w:sz w:val="20"/>
          <w:szCs w:val="20"/>
        </w:rPr>
        <w:t>Lokasi</w:t>
      </w:r>
      <w:bookmarkEnd w:id="95"/>
    </w:p>
    <w:p w14:paraId="1E7383AF" w14:textId="77777777" w:rsidR="00004164" w:rsidRDefault="002C2DEC" w:rsidP="00004164">
      <w:pPr>
        <w:keepNext/>
        <w:widowControl w:val="0"/>
        <w:autoSpaceDE w:val="0"/>
        <w:autoSpaceDN w:val="0"/>
        <w:spacing w:after="0" w:line="360" w:lineRule="auto"/>
        <w:ind w:right="-427"/>
      </w:pPr>
      <w:r w:rsidRPr="00387AD0">
        <w:rPr>
          <w:rFonts w:eastAsia="Times New Roman" w:cs="Times New Roman"/>
          <w:noProof/>
          <w:szCs w:val="24"/>
        </w:rPr>
        <w:drawing>
          <wp:inline distT="0" distB="0" distL="0" distR="0" wp14:anchorId="175B3C79" wp14:editId="025BBB67">
            <wp:extent cx="4900930" cy="2064327"/>
            <wp:effectExtent l="0" t="0" r="0" b="0"/>
            <wp:docPr id="145665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3857" name=""/>
                    <pic:cNvPicPr/>
                  </pic:nvPicPr>
                  <pic:blipFill>
                    <a:blip r:embed="rId37"/>
                    <a:stretch>
                      <a:fillRect/>
                    </a:stretch>
                  </pic:blipFill>
                  <pic:spPr>
                    <a:xfrm>
                      <a:off x="0" y="0"/>
                      <a:ext cx="4907895" cy="2067261"/>
                    </a:xfrm>
                    <a:prstGeom prst="rect">
                      <a:avLst/>
                    </a:prstGeom>
                  </pic:spPr>
                </pic:pic>
              </a:graphicData>
            </a:graphic>
          </wp:inline>
        </w:drawing>
      </w:r>
    </w:p>
    <w:p w14:paraId="13A424EB" w14:textId="65F8B7B4" w:rsidR="002C2DEC" w:rsidRPr="00302053" w:rsidRDefault="00004164" w:rsidP="00004164">
      <w:pPr>
        <w:pStyle w:val="Caption"/>
        <w:jc w:val="center"/>
        <w:rPr>
          <w:color w:val="auto"/>
          <w:sz w:val="20"/>
          <w:szCs w:val="20"/>
        </w:rPr>
      </w:pPr>
      <w:bookmarkStart w:id="96" w:name="_Toc205257739"/>
      <w:r w:rsidRPr="00302053">
        <w:rPr>
          <w:color w:val="auto"/>
          <w:sz w:val="20"/>
          <w:szCs w:val="20"/>
        </w:rPr>
        <w:t xml:space="preserve">Gambar 3. </w:t>
      </w:r>
      <w:r w:rsidRPr="00302053">
        <w:rPr>
          <w:color w:val="auto"/>
          <w:sz w:val="20"/>
          <w:szCs w:val="20"/>
        </w:rPr>
        <w:fldChar w:fldCharType="begin"/>
      </w:r>
      <w:r w:rsidRPr="00302053">
        <w:rPr>
          <w:color w:val="auto"/>
          <w:sz w:val="20"/>
          <w:szCs w:val="20"/>
        </w:rPr>
        <w:instrText xml:space="preserve"> SEQ Gambar_3. \* ARABIC </w:instrText>
      </w:r>
      <w:r w:rsidRPr="00302053">
        <w:rPr>
          <w:color w:val="auto"/>
          <w:sz w:val="20"/>
          <w:szCs w:val="20"/>
        </w:rPr>
        <w:fldChar w:fldCharType="separate"/>
      </w:r>
      <w:r w:rsidR="0003347B">
        <w:rPr>
          <w:noProof/>
          <w:color w:val="auto"/>
          <w:sz w:val="20"/>
          <w:szCs w:val="20"/>
        </w:rPr>
        <w:t>2</w:t>
      </w:r>
      <w:r w:rsidRPr="00302053">
        <w:rPr>
          <w:color w:val="auto"/>
          <w:sz w:val="20"/>
          <w:szCs w:val="20"/>
        </w:rPr>
        <w:fldChar w:fldCharType="end"/>
      </w:r>
      <w:r w:rsidRPr="00302053">
        <w:rPr>
          <w:color w:val="auto"/>
          <w:sz w:val="20"/>
          <w:szCs w:val="20"/>
        </w:rPr>
        <w:t xml:space="preserve"> </w:t>
      </w:r>
      <w:r w:rsidRPr="0076694C">
        <w:rPr>
          <w:b w:val="0"/>
          <w:bCs w:val="0"/>
          <w:color w:val="auto"/>
          <w:sz w:val="20"/>
          <w:szCs w:val="20"/>
        </w:rPr>
        <w:t>Denah Lokasi</w:t>
      </w:r>
      <w:bookmarkEnd w:id="96"/>
    </w:p>
    <w:p w14:paraId="183518EE" w14:textId="77777777" w:rsidR="00004164" w:rsidRPr="00004164" w:rsidRDefault="00004164" w:rsidP="00004164"/>
    <w:p w14:paraId="4927E64D" w14:textId="5BEA9F90" w:rsidR="005F6410" w:rsidRDefault="007855CE" w:rsidP="00302053">
      <w:pPr>
        <w:spacing w:after="0" w:line="360" w:lineRule="auto"/>
        <w:ind w:right="-427" w:firstLine="720"/>
        <w:rPr>
          <w:rFonts w:cs="Times New Roman"/>
          <w:szCs w:val="24"/>
        </w:rPr>
      </w:pPr>
      <w:r w:rsidRPr="00387AD0">
        <w:rPr>
          <w:rFonts w:cs="Times New Roman"/>
          <w:szCs w:val="24"/>
          <w:lang w:val="id"/>
        </w:rPr>
        <w:t>Taman</w:t>
      </w:r>
      <w:r w:rsidR="00F660D2" w:rsidRPr="00387AD0">
        <w:rPr>
          <w:rFonts w:cs="Times New Roman"/>
          <w:szCs w:val="24"/>
          <w:lang w:val="id"/>
        </w:rPr>
        <w:t xml:space="preserve"> </w:t>
      </w:r>
      <w:r w:rsidRPr="00387AD0">
        <w:rPr>
          <w:rFonts w:cs="Times New Roman"/>
          <w:szCs w:val="24"/>
          <w:lang w:val="id"/>
        </w:rPr>
        <w:t>Bacaan</w:t>
      </w:r>
      <w:r w:rsidR="00F660D2" w:rsidRPr="00387AD0">
        <w:rPr>
          <w:rFonts w:cs="Times New Roman"/>
          <w:szCs w:val="24"/>
          <w:lang w:val="id"/>
        </w:rPr>
        <w:t xml:space="preserve"> </w:t>
      </w:r>
      <w:r w:rsidRPr="00387AD0">
        <w:rPr>
          <w:rFonts w:cs="Times New Roman"/>
          <w:szCs w:val="24"/>
          <w:lang w:val="id"/>
        </w:rPr>
        <w:t>Masyarakat(TBM)</w:t>
      </w:r>
      <w:r w:rsidR="00F660D2" w:rsidRPr="00387AD0">
        <w:rPr>
          <w:rFonts w:cs="Times New Roman"/>
          <w:szCs w:val="24"/>
          <w:lang w:val="id"/>
        </w:rPr>
        <w:t xml:space="preserve"> </w:t>
      </w:r>
      <w:r w:rsidRPr="00387AD0">
        <w:rPr>
          <w:rFonts w:cs="Times New Roman"/>
          <w:szCs w:val="24"/>
          <w:lang w:val="id"/>
        </w:rPr>
        <w:t>Al-Azhari</w:t>
      </w:r>
      <w:r w:rsidR="00F660D2" w:rsidRPr="00387AD0">
        <w:rPr>
          <w:rFonts w:cs="Times New Roman"/>
          <w:szCs w:val="24"/>
          <w:lang w:val="id"/>
        </w:rPr>
        <w:t xml:space="preserve"> </w:t>
      </w:r>
      <w:r w:rsidRPr="00387AD0">
        <w:rPr>
          <w:rFonts w:cs="Times New Roman"/>
          <w:szCs w:val="24"/>
          <w:lang w:val="id"/>
        </w:rPr>
        <w:t>hingga</w:t>
      </w:r>
      <w:r w:rsidR="00F660D2" w:rsidRPr="00387AD0">
        <w:rPr>
          <w:rFonts w:cs="Times New Roman"/>
          <w:szCs w:val="24"/>
          <w:lang w:val="id"/>
        </w:rPr>
        <w:t xml:space="preserve"> </w:t>
      </w:r>
      <w:r w:rsidRPr="00387AD0">
        <w:rPr>
          <w:rFonts w:cs="Times New Roman"/>
          <w:szCs w:val="24"/>
          <w:lang w:val="id"/>
        </w:rPr>
        <w:t>kini</w:t>
      </w:r>
      <w:r w:rsidR="00F660D2" w:rsidRPr="00387AD0">
        <w:rPr>
          <w:rFonts w:cs="Times New Roman"/>
          <w:szCs w:val="24"/>
          <w:lang w:val="id"/>
        </w:rPr>
        <w:t xml:space="preserve"> </w:t>
      </w:r>
      <w:r w:rsidRPr="00387AD0">
        <w:rPr>
          <w:rFonts w:cs="Times New Roman"/>
          <w:szCs w:val="24"/>
          <w:lang w:val="id"/>
        </w:rPr>
        <w:t>masih</w:t>
      </w:r>
      <w:r w:rsidR="00F660D2" w:rsidRPr="00387AD0">
        <w:rPr>
          <w:rFonts w:cs="Times New Roman"/>
          <w:szCs w:val="24"/>
          <w:lang w:val="id"/>
        </w:rPr>
        <w:t xml:space="preserve"> </w:t>
      </w:r>
      <w:r w:rsidRPr="00387AD0">
        <w:rPr>
          <w:rFonts w:cs="Times New Roman"/>
          <w:szCs w:val="24"/>
          <w:lang w:val="id"/>
        </w:rPr>
        <w:t>menggunakan</w:t>
      </w:r>
      <w:r w:rsidR="00F660D2" w:rsidRPr="00387AD0">
        <w:rPr>
          <w:rFonts w:cs="Times New Roman"/>
          <w:szCs w:val="24"/>
          <w:lang w:val="id"/>
        </w:rPr>
        <w:t xml:space="preserve"> </w:t>
      </w:r>
      <w:proofErr w:type="spellStart"/>
      <w:r w:rsidR="005F6410" w:rsidRPr="00387AD0">
        <w:rPr>
          <w:rFonts w:cs="Times New Roman"/>
          <w:szCs w:val="24"/>
        </w:rPr>
        <w:t>sistem</w:t>
      </w:r>
      <w:proofErr w:type="spellEnd"/>
      <w:r w:rsidR="00F660D2" w:rsidRPr="00387AD0">
        <w:rPr>
          <w:rFonts w:cs="Times New Roman"/>
          <w:szCs w:val="24"/>
        </w:rPr>
        <w:t xml:space="preserve"> </w:t>
      </w:r>
      <w:r w:rsidRPr="00387AD0">
        <w:rPr>
          <w:rFonts w:cs="Times New Roman"/>
          <w:szCs w:val="24"/>
        </w:rPr>
        <w:t>manual</w:t>
      </w:r>
      <w:r w:rsidR="00F660D2" w:rsidRPr="00387AD0">
        <w:rPr>
          <w:rFonts w:cs="Times New Roman"/>
          <w:szCs w:val="24"/>
        </w:rPr>
        <w:t xml:space="preserve"> </w:t>
      </w:r>
      <w:proofErr w:type="spellStart"/>
      <w:r w:rsidR="005F6410" w:rsidRPr="00387AD0">
        <w:rPr>
          <w:rFonts w:cs="Times New Roman"/>
          <w:szCs w:val="24"/>
        </w:rPr>
        <w:t>dalam</w:t>
      </w:r>
      <w:proofErr w:type="spellEnd"/>
      <w:r w:rsidR="00F660D2" w:rsidRPr="00387AD0">
        <w:rPr>
          <w:rFonts w:cs="Times New Roman"/>
          <w:szCs w:val="24"/>
        </w:rPr>
        <w:t xml:space="preserve"> </w:t>
      </w:r>
      <w:proofErr w:type="spellStart"/>
      <w:r w:rsidR="005F6410" w:rsidRPr="00387AD0">
        <w:rPr>
          <w:rFonts w:cs="Times New Roman"/>
          <w:szCs w:val="24"/>
        </w:rPr>
        <w:t>menginput</w:t>
      </w:r>
      <w:proofErr w:type="spellEnd"/>
      <w:r w:rsidR="00F660D2" w:rsidRPr="00387AD0">
        <w:rPr>
          <w:rFonts w:cs="Times New Roman"/>
          <w:szCs w:val="24"/>
        </w:rPr>
        <w:t xml:space="preserve"> </w:t>
      </w:r>
      <w:r w:rsidR="005F6410"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005F6410" w:rsidRPr="00387AD0">
        <w:rPr>
          <w:rFonts w:cs="Times New Roman"/>
          <w:szCs w:val="24"/>
        </w:rPr>
        <w:t>dengan</w:t>
      </w:r>
      <w:proofErr w:type="spellEnd"/>
      <w:r w:rsidR="00F660D2" w:rsidRPr="00387AD0">
        <w:rPr>
          <w:rFonts w:cs="Times New Roman"/>
          <w:szCs w:val="24"/>
        </w:rPr>
        <w:t xml:space="preserve"> </w:t>
      </w:r>
      <w:proofErr w:type="spellStart"/>
      <w:r w:rsidRPr="00387AD0">
        <w:rPr>
          <w:rFonts w:cs="Times New Roman"/>
          <w:szCs w:val="24"/>
        </w:rPr>
        <w:t>menulisnya</w:t>
      </w:r>
      <w:proofErr w:type="spellEnd"/>
      <w:r w:rsidR="00F660D2" w:rsidRPr="00387AD0">
        <w:rPr>
          <w:rFonts w:cs="Times New Roman"/>
          <w:szCs w:val="24"/>
        </w:rPr>
        <w:t xml:space="preserve"> </w:t>
      </w:r>
      <w:proofErr w:type="spellStart"/>
      <w:r w:rsidRPr="00387AD0">
        <w:rPr>
          <w:rFonts w:cs="Times New Roman"/>
          <w:szCs w:val="24"/>
        </w:rPr>
        <w:t>diatas</w:t>
      </w:r>
      <w:proofErr w:type="spellEnd"/>
      <w:r w:rsidR="00F660D2" w:rsidRPr="00387AD0">
        <w:rPr>
          <w:rFonts w:cs="Times New Roman"/>
          <w:szCs w:val="24"/>
        </w:rPr>
        <w:t xml:space="preserve"> </w:t>
      </w:r>
      <w:proofErr w:type="spellStart"/>
      <w:r w:rsidRPr="00387AD0">
        <w:rPr>
          <w:rFonts w:cs="Times New Roman"/>
          <w:szCs w:val="24"/>
        </w:rPr>
        <w:t>kertas</w:t>
      </w:r>
      <w:proofErr w:type="spellEnd"/>
      <w:r w:rsidR="005F6410" w:rsidRPr="00387AD0">
        <w:rPr>
          <w:rFonts w:cs="Times New Roman"/>
          <w:szCs w:val="24"/>
        </w:rPr>
        <w:t>,</w:t>
      </w:r>
      <w:r w:rsidR="00F660D2" w:rsidRPr="00387AD0">
        <w:rPr>
          <w:rFonts w:cs="Times New Roman"/>
          <w:szCs w:val="24"/>
        </w:rPr>
        <w:t xml:space="preserve"> </w:t>
      </w:r>
      <w:proofErr w:type="spellStart"/>
      <w:r w:rsidR="005F6410" w:rsidRPr="00387AD0">
        <w:rPr>
          <w:rFonts w:cs="Times New Roman"/>
          <w:szCs w:val="24"/>
        </w:rPr>
        <w:t>belum</w:t>
      </w:r>
      <w:proofErr w:type="spellEnd"/>
      <w:r w:rsidR="00F660D2" w:rsidRPr="00387AD0">
        <w:rPr>
          <w:rFonts w:cs="Times New Roman"/>
          <w:szCs w:val="24"/>
        </w:rPr>
        <w:t xml:space="preserve"> </w:t>
      </w:r>
      <w:proofErr w:type="spellStart"/>
      <w:r w:rsidR="005F6410" w:rsidRPr="00387AD0">
        <w:rPr>
          <w:rFonts w:cs="Times New Roman"/>
          <w:szCs w:val="24"/>
        </w:rPr>
        <w:t>menggunakan</w:t>
      </w:r>
      <w:proofErr w:type="spellEnd"/>
      <w:r w:rsidR="00F660D2" w:rsidRPr="00387AD0">
        <w:rPr>
          <w:rFonts w:cs="Times New Roman"/>
          <w:szCs w:val="24"/>
        </w:rPr>
        <w:t xml:space="preserve"> </w:t>
      </w:r>
      <w:r w:rsidRPr="00387AD0">
        <w:rPr>
          <w:rFonts w:cs="Times New Roman"/>
          <w:szCs w:val="24"/>
        </w:rPr>
        <w:t>excel</w:t>
      </w:r>
      <w:r w:rsidR="00F660D2" w:rsidRPr="00387AD0">
        <w:rPr>
          <w:rFonts w:cs="Times New Roman"/>
          <w:szCs w:val="24"/>
        </w:rPr>
        <w:t xml:space="preserve"> </w:t>
      </w:r>
      <w:proofErr w:type="spellStart"/>
      <w:r w:rsidRPr="00387AD0">
        <w:rPr>
          <w:rFonts w:cs="Times New Roman"/>
          <w:szCs w:val="24"/>
        </w:rPr>
        <w:t>ataupun</w:t>
      </w:r>
      <w:proofErr w:type="spellEnd"/>
      <w:r w:rsidR="00F660D2" w:rsidRPr="00387AD0">
        <w:rPr>
          <w:rFonts w:cs="Times New Roman"/>
          <w:szCs w:val="24"/>
        </w:rPr>
        <w:t xml:space="preserve"> </w:t>
      </w:r>
      <w:r w:rsidR="005F6410" w:rsidRPr="00387AD0">
        <w:rPr>
          <w:rFonts w:cs="Times New Roman"/>
          <w:szCs w:val="24"/>
        </w:rPr>
        <w:t>online</w:t>
      </w:r>
      <w:r w:rsidR="00F660D2" w:rsidRPr="00387AD0">
        <w:rPr>
          <w:rFonts w:cs="Times New Roman"/>
          <w:szCs w:val="24"/>
        </w:rPr>
        <w:t xml:space="preserve"> </w:t>
      </w:r>
      <w:r w:rsidR="005F6410" w:rsidRPr="00387AD0">
        <w:rPr>
          <w:rFonts w:cs="Times New Roman"/>
          <w:szCs w:val="24"/>
        </w:rPr>
        <w:t>yang</w:t>
      </w:r>
      <w:r w:rsidR="00F660D2" w:rsidRPr="00387AD0">
        <w:rPr>
          <w:rFonts w:cs="Times New Roman"/>
          <w:szCs w:val="24"/>
        </w:rPr>
        <w:t xml:space="preserve"> </w:t>
      </w:r>
      <w:proofErr w:type="spellStart"/>
      <w:r w:rsidR="005F6410" w:rsidRPr="00387AD0">
        <w:rPr>
          <w:rFonts w:cs="Times New Roman"/>
          <w:szCs w:val="24"/>
        </w:rPr>
        <w:t>berbasis</w:t>
      </w:r>
      <w:proofErr w:type="spellEnd"/>
      <w:r w:rsidR="00F660D2" w:rsidRPr="00387AD0">
        <w:rPr>
          <w:rFonts w:cs="Times New Roman"/>
          <w:szCs w:val="24"/>
        </w:rPr>
        <w:t xml:space="preserve"> </w:t>
      </w:r>
      <w:r w:rsidR="005F6410" w:rsidRPr="00387AD0">
        <w:rPr>
          <w:rFonts w:cs="Times New Roman"/>
          <w:szCs w:val="24"/>
        </w:rPr>
        <w:t>web.</w:t>
      </w:r>
      <w:r w:rsidR="00F660D2" w:rsidRPr="00387AD0">
        <w:rPr>
          <w:rFonts w:cs="Times New Roman"/>
          <w:szCs w:val="24"/>
        </w:rPr>
        <w:t xml:space="preserve"> </w:t>
      </w:r>
      <w:proofErr w:type="spellStart"/>
      <w:r w:rsidRPr="00387AD0">
        <w:rPr>
          <w:rFonts w:cs="Times New Roman"/>
          <w:szCs w:val="24"/>
        </w:rPr>
        <w:t>S</w:t>
      </w:r>
      <w:r w:rsidR="005F6410" w:rsidRPr="00387AD0">
        <w:rPr>
          <w:rFonts w:cs="Times New Roman"/>
          <w:szCs w:val="24"/>
        </w:rPr>
        <w:t>istem</w:t>
      </w:r>
      <w:proofErr w:type="spellEnd"/>
      <w:r w:rsidR="00F660D2" w:rsidRPr="00387AD0">
        <w:rPr>
          <w:rFonts w:cs="Times New Roman"/>
          <w:szCs w:val="24"/>
        </w:rPr>
        <w:t xml:space="preserve"> </w:t>
      </w:r>
      <w:proofErr w:type="spellStart"/>
      <w:r w:rsidRPr="00387AD0">
        <w:rPr>
          <w:rFonts w:cs="Times New Roman"/>
          <w:szCs w:val="24"/>
        </w:rPr>
        <w:t>saat</w:t>
      </w:r>
      <w:proofErr w:type="spellEnd"/>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kurang</w:t>
      </w:r>
      <w:proofErr w:type="spellEnd"/>
      <w:r w:rsidR="00F660D2" w:rsidRPr="00387AD0">
        <w:rPr>
          <w:rFonts w:cs="Times New Roman"/>
          <w:szCs w:val="24"/>
        </w:rPr>
        <w:t xml:space="preserve"> </w:t>
      </w:r>
      <w:proofErr w:type="spellStart"/>
      <w:r w:rsidRPr="00387AD0">
        <w:rPr>
          <w:rFonts w:cs="Times New Roman"/>
          <w:szCs w:val="24"/>
        </w:rPr>
        <w:t>akurat</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lastRenderedPageBreak/>
        <w:t>karena</w:t>
      </w:r>
      <w:proofErr w:type="spellEnd"/>
      <w:r w:rsidR="00F660D2" w:rsidRPr="00387AD0">
        <w:rPr>
          <w:rFonts w:cs="Times New Roman"/>
          <w:szCs w:val="24"/>
        </w:rPr>
        <w:t xml:space="preserve"> </w:t>
      </w:r>
      <w:proofErr w:type="spellStart"/>
      <w:r w:rsidRPr="00387AD0">
        <w:rPr>
          <w:rFonts w:cs="Times New Roman"/>
          <w:szCs w:val="24"/>
        </w:rPr>
        <w:t>keamanan</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tidak</w:t>
      </w:r>
      <w:proofErr w:type="spellEnd"/>
      <w:r w:rsidR="00F660D2" w:rsidRPr="00387AD0">
        <w:rPr>
          <w:rFonts w:cs="Times New Roman"/>
          <w:szCs w:val="24"/>
        </w:rPr>
        <w:t xml:space="preserve"> </w:t>
      </w:r>
      <w:proofErr w:type="spellStart"/>
      <w:r w:rsidRPr="00387AD0">
        <w:rPr>
          <w:rFonts w:cs="Times New Roman"/>
          <w:szCs w:val="24"/>
        </w:rPr>
        <w:t>dapat</w:t>
      </w:r>
      <w:proofErr w:type="spellEnd"/>
      <w:r w:rsidR="00F660D2" w:rsidRPr="00387AD0">
        <w:rPr>
          <w:rFonts w:cs="Times New Roman"/>
          <w:szCs w:val="24"/>
        </w:rPr>
        <w:t xml:space="preserve"> </w:t>
      </w:r>
      <w:proofErr w:type="spellStart"/>
      <w:r w:rsidRPr="00387AD0">
        <w:rPr>
          <w:rFonts w:cs="Times New Roman"/>
          <w:szCs w:val="24"/>
        </w:rPr>
        <w:t>terjamin</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00A54964" w:rsidRPr="00387AD0">
        <w:rPr>
          <w:rFonts w:cs="Times New Roman"/>
          <w:szCs w:val="24"/>
        </w:rPr>
        <w:t>akan</w:t>
      </w:r>
      <w:proofErr w:type="spellEnd"/>
      <w:r w:rsidR="00F660D2" w:rsidRPr="00387AD0">
        <w:rPr>
          <w:rFonts w:cs="Times New Roman"/>
          <w:szCs w:val="24"/>
        </w:rPr>
        <w:t xml:space="preserve"> </w:t>
      </w:r>
      <w:proofErr w:type="spellStart"/>
      <w:r w:rsidR="00A54964" w:rsidRPr="00387AD0">
        <w:rPr>
          <w:rFonts w:cs="Times New Roman"/>
          <w:szCs w:val="24"/>
        </w:rPr>
        <w:t>mudah</w:t>
      </w:r>
      <w:proofErr w:type="spellEnd"/>
      <w:r w:rsidR="00F660D2" w:rsidRPr="00387AD0">
        <w:rPr>
          <w:rFonts w:cs="Times New Roman"/>
          <w:szCs w:val="24"/>
        </w:rPr>
        <w:t xml:space="preserve"> </w:t>
      </w:r>
      <w:proofErr w:type="spellStart"/>
      <w:proofErr w:type="gramStart"/>
      <w:r w:rsidR="00A54964" w:rsidRPr="00387AD0">
        <w:rPr>
          <w:rFonts w:cs="Times New Roman"/>
          <w:szCs w:val="24"/>
        </w:rPr>
        <w:t>hilang</w:t>
      </w:r>
      <w:proofErr w:type="spellEnd"/>
      <w:r w:rsidR="00A54964" w:rsidRPr="00387AD0">
        <w:rPr>
          <w:rFonts w:cs="Times New Roman"/>
          <w:szCs w:val="24"/>
        </w:rPr>
        <w:t>.</w:t>
      </w:r>
      <w:r w:rsidR="005F6410" w:rsidRPr="00387AD0">
        <w:rPr>
          <w:rFonts w:cs="Times New Roman"/>
          <w:szCs w:val="24"/>
        </w:rPr>
        <w:t>(</w:t>
      </w:r>
      <w:proofErr w:type="gramEnd"/>
      <w:r w:rsidR="005F6410" w:rsidRPr="00387AD0">
        <w:rPr>
          <w:rFonts w:cs="Times New Roman"/>
          <w:szCs w:val="24"/>
        </w:rPr>
        <w:t>Kurnia</w:t>
      </w:r>
      <w:r w:rsidR="00F660D2" w:rsidRPr="00387AD0">
        <w:rPr>
          <w:rFonts w:cs="Times New Roman"/>
          <w:szCs w:val="24"/>
        </w:rPr>
        <w:t xml:space="preserve"> </w:t>
      </w:r>
      <w:r w:rsidR="005F6410" w:rsidRPr="00387AD0">
        <w:rPr>
          <w:rFonts w:cs="Times New Roman"/>
          <w:szCs w:val="24"/>
        </w:rPr>
        <w:t>&amp;</w:t>
      </w:r>
      <w:r w:rsidR="00F660D2" w:rsidRPr="00387AD0">
        <w:rPr>
          <w:rFonts w:cs="Times New Roman"/>
          <w:szCs w:val="24"/>
        </w:rPr>
        <w:t xml:space="preserve"> </w:t>
      </w:r>
      <w:proofErr w:type="spellStart"/>
      <w:r w:rsidR="005F6410" w:rsidRPr="00387AD0">
        <w:rPr>
          <w:rFonts w:cs="Times New Roman"/>
          <w:szCs w:val="24"/>
        </w:rPr>
        <w:t>Risyda</w:t>
      </w:r>
      <w:proofErr w:type="spellEnd"/>
      <w:r w:rsidR="005F6410" w:rsidRPr="00387AD0">
        <w:rPr>
          <w:rFonts w:cs="Times New Roman"/>
          <w:szCs w:val="24"/>
        </w:rPr>
        <w:t>,</w:t>
      </w:r>
      <w:r w:rsidR="00F660D2" w:rsidRPr="00387AD0">
        <w:rPr>
          <w:rFonts w:cs="Times New Roman"/>
          <w:szCs w:val="24"/>
        </w:rPr>
        <w:t xml:space="preserve"> </w:t>
      </w:r>
      <w:r w:rsidR="005F6410" w:rsidRPr="00387AD0">
        <w:rPr>
          <w:rFonts w:cs="Times New Roman"/>
          <w:szCs w:val="24"/>
        </w:rPr>
        <w:t>2021).</w:t>
      </w:r>
      <w:r w:rsidR="00F660D2" w:rsidRPr="00387AD0">
        <w:rPr>
          <w:rFonts w:cs="Times New Roman"/>
          <w:szCs w:val="24"/>
        </w:rPr>
        <w:t xml:space="preserve"> </w:t>
      </w:r>
      <w:proofErr w:type="spellStart"/>
      <w:r w:rsidR="005F6410" w:rsidRPr="00387AD0">
        <w:rPr>
          <w:rFonts w:cs="Times New Roman"/>
          <w:szCs w:val="24"/>
        </w:rPr>
        <w:t>Penulis</w:t>
      </w:r>
      <w:proofErr w:type="spellEnd"/>
      <w:r w:rsidR="00F660D2" w:rsidRPr="00387AD0">
        <w:rPr>
          <w:rFonts w:cs="Times New Roman"/>
          <w:szCs w:val="24"/>
        </w:rPr>
        <w:t xml:space="preserve"> </w:t>
      </w:r>
      <w:proofErr w:type="spellStart"/>
      <w:r w:rsidR="005F6410" w:rsidRPr="00387AD0">
        <w:rPr>
          <w:rFonts w:cs="Times New Roman"/>
          <w:szCs w:val="24"/>
        </w:rPr>
        <w:t>dalam</w:t>
      </w:r>
      <w:proofErr w:type="spellEnd"/>
      <w:r w:rsidR="00F660D2" w:rsidRPr="00387AD0">
        <w:rPr>
          <w:rFonts w:cs="Times New Roman"/>
          <w:szCs w:val="24"/>
        </w:rPr>
        <w:t xml:space="preserve"> </w:t>
      </w:r>
      <w:proofErr w:type="spellStart"/>
      <w:r w:rsidR="005F6410" w:rsidRPr="00387AD0">
        <w:rPr>
          <w:rFonts w:cs="Times New Roman"/>
          <w:szCs w:val="24"/>
        </w:rPr>
        <w:t>pelaksanaan</w:t>
      </w:r>
      <w:proofErr w:type="spellEnd"/>
      <w:r w:rsidR="00F660D2" w:rsidRPr="00387AD0">
        <w:rPr>
          <w:rFonts w:cs="Times New Roman"/>
          <w:szCs w:val="24"/>
        </w:rPr>
        <w:t xml:space="preserve"> </w:t>
      </w:r>
      <w:proofErr w:type="spellStart"/>
      <w:r w:rsidR="005F6410" w:rsidRPr="00387AD0">
        <w:rPr>
          <w:rFonts w:cs="Times New Roman"/>
          <w:szCs w:val="24"/>
        </w:rPr>
        <w:t>kerja</w:t>
      </w:r>
      <w:proofErr w:type="spellEnd"/>
      <w:r w:rsidR="00F660D2" w:rsidRPr="00387AD0">
        <w:rPr>
          <w:rFonts w:cs="Times New Roman"/>
          <w:szCs w:val="24"/>
        </w:rPr>
        <w:t xml:space="preserve"> </w:t>
      </w:r>
      <w:proofErr w:type="spellStart"/>
      <w:r w:rsidR="005F6410" w:rsidRPr="00387AD0">
        <w:rPr>
          <w:rFonts w:cs="Times New Roman"/>
          <w:szCs w:val="24"/>
        </w:rPr>
        <w:t>praktek</w:t>
      </w:r>
      <w:proofErr w:type="spellEnd"/>
      <w:r w:rsidR="00F660D2" w:rsidRPr="00387AD0">
        <w:rPr>
          <w:rFonts w:cs="Times New Roman"/>
          <w:szCs w:val="24"/>
        </w:rPr>
        <w:t xml:space="preserve"> </w:t>
      </w:r>
      <w:proofErr w:type="spellStart"/>
      <w:r w:rsidR="005F6410" w:rsidRPr="00387AD0">
        <w:rPr>
          <w:rFonts w:cs="Times New Roman"/>
          <w:szCs w:val="24"/>
        </w:rPr>
        <w:t>ini</w:t>
      </w:r>
      <w:proofErr w:type="spellEnd"/>
      <w:r w:rsidR="00F660D2" w:rsidRPr="00387AD0">
        <w:rPr>
          <w:rFonts w:cs="Times New Roman"/>
          <w:szCs w:val="24"/>
        </w:rPr>
        <w:t xml:space="preserve"> </w:t>
      </w:r>
      <w:proofErr w:type="spellStart"/>
      <w:r w:rsidR="00A54964" w:rsidRPr="00387AD0">
        <w:rPr>
          <w:rFonts w:cs="Times New Roman"/>
          <w:szCs w:val="24"/>
        </w:rPr>
        <w:t>akan</w:t>
      </w:r>
      <w:proofErr w:type="spellEnd"/>
      <w:r w:rsidR="00F660D2" w:rsidRPr="00387AD0">
        <w:rPr>
          <w:rFonts w:cs="Times New Roman"/>
          <w:szCs w:val="24"/>
        </w:rPr>
        <w:t xml:space="preserve"> </w:t>
      </w:r>
      <w:proofErr w:type="spellStart"/>
      <w:r w:rsidR="00A54964" w:rsidRPr="00387AD0">
        <w:rPr>
          <w:rFonts w:cs="Times New Roman"/>
          <w:szCs w:val="24"/>
        </w:rPr>
        <w:t>membuat</w:t>
      </w:r>
      <w:proofErr w:type="spellEnd"/>
      <w:r w:rsidR="00F660D2" w:rsidRPr="00387AD0">
        <w:rPr>
          <w:rFonts w:cs="Times New Roman"/>
          <w:szCs w:val="24"/>
        </w:rPr>
        <w:t xml:space="preserve"> </w:t>
      </w:r>
      <w:proofErr w:type="spellStart"/>
      <w:r w:rsidR="005F6410" w:rsidRPr="00387AD0">
        <w:rPr>
          <w:rFonts w:cs="Times New Roman"/>
          <w:szCs w:val="24"/>
        </w:rPr>
        <w:t>sistem</w:t>
      </w:r>
      <w:proofErr w:type="spellEnd"/>
      <w:r w:rsidR="00F660D2" w:rsidRPr="00387AD0">
        <w:rPr>
          <w:rFonts w:cs="Times New Roman"/>
          <w:szCs w:val="24"/>
        </w:rPr>
        <w:t xml:space="preserve"> </w:t>
      </w:r>
      <w:proofErr w:type="spellStart"/>
      <w:r w:rsidR="00A54964" w:rsidRPr="00387AD0">
        <w:rPr>
          <w:rFonts w:cs="Times New Roman"/>
          <w:szCs w:val="24"/>
        </w:rPr>
        <w:t>katalog</w:t>
      </w:r>
      <w:proofErr w:type="spellEnd"/>
      <w:r w:rsidR="00F660D2" w:rsidRPr="00387AD0">
        <w:rPr>
          <w:rFonts w:cs="Times New Roman"/>
          <w:szCs w:val="24"/>
        </w:rPr>
        <w:t xml:space="preserve"> </w:t>
      </w:r>
      <w:proofErr w:type="spellStart"/>
      <w:r w:rsidR="00A54964" w:rsidRPr="00387AD0">
        <w:rPr>
          <w:rFonts w:cs="Times New Roman"/>
          <w:szCs w:val="24"/>
        </w:rPr>
        <w:t>buku</w:t>
      </w:r>
      <w:proofErr w:type="spellEnd"/>
      <w:r w:rsidR="00F660D2" w:rsidRPr="00387AD0">
        <w:rPr>
          <w:rFonts w:cs="Times New Roman"/>
          <w:szCs w:val="24"/>
        </w:rPr>
        <w:t xml:space="preserve"> </w:t>
      </w:r>
      <w:r w:rsidR="005F6410" w:rsidRPr="00387AD0">
        <w:rPr>
          <w:rFonts w:cs="Times New Roman"/>
          <w:szCs w:val="24"/>
        </w:rPr>
        <w:t>yang</w:t>
      </w:r>
      <w:r w:rsidR="00F660D2" w:rsidRPr="00387AD0">
        <w:rPr>
          <w:rFonts w:cs="Times New Roman"/>
          <w:szCs w:val="24"/>
        </w:rPr>
        <w:t xml:space="preserve"> </w:t>
      </w:r>
      <w:proofErr w:type="spellStart"/>
      <w:r w:rsidR="005F6410" w:rsidRPr="00387AD0">
        <w:rPr>
          <w:rFonts w:cs="Times New Roman"/>
          <w:szCs w:val="24"/>
        </w:rPr>
        <w:t>memuat</w:t>
      </w:r>
      <w:proofErr w:type="spellEnd"/>
      <w:r w:rsidR="00F660D2" w:rsidRPr="00387AD0">
        <w:rPr>
          <w:rFonts w:cs="Times New Roman"/>
          <w:szCs w:val="24"/>
        </w:rPr>
        <w:t xml:space="preserve"> </w:t>
      </w:r>
      <w:r w:rsidR="00A54964" w:rsidRPr="00387AD0">
        <w:rPr>
          <w:rFonts w:cs="Times New Roman"/>
          <w:szCs w:val="24"/>
        </w:rPr>
        <w:t>data</w:t>
      </w:r>
      <w:r w:rsidR="00F660D2" w:rsidRPr="00387AD0">
        <w:rPr>
          <w:rFonts w:cs="Times New Roman"/>
          <w:szCs w:val="24"/>
        </w:rPr>
        <w:t xml:space="preserve"> </w:t>
      </w:r>
      <w:proofErr w:type="spellStart"/>
      <w:r w:rsidR="00A54964" w:rsidRPr="00387AD0">
        <w:rPr>
          <w:rFonts w:cs="Times New Roman"/>
          <w:szCs w:val="24"/>
        </w:rPr>
        <w:t>buku</w:t>
      </w:r>
      <w:proofErr w:type="spellEnd"/>
      <w:r w:rsidR="00F660D2" w:rsidRPr="00387AD0">
        <w:rPr>
          <w:rFonts w:cs="Times New Roman"/>
          <w:szCs w:val="24"/>
        </w:rPr>
        <w:t xml:space="preserve"> </w:t>
      </w:r>
      <w:proofErr w:type="spellStart"/>
      <w:r w:rsidR="00A54964" w:rsidRPr="00387AD0">
        <w:rPr>
          <w:rFonts w:cs="Times New Roman"/>
          <w:szCs w:val="24"/>
        </w:rPr>
        <w:t>serta</w:t>
      </w:r>
      <w:proofErr w:type="spellEnd"/>
      <w:r w:rsidR="00F660D2" w:rsidRPr="00387AD0">
        <w:rPr>
          <w:rFonts w:cs="Times New Roman"/>
          <w:szCs w:val="24"/>
        </w:rPr>
        <w:t xml:space="preserve"> </w:t>
      </w:r>
      <w:proofErr w:type="spellStart"/>
      <w:r w:rsidR="00A54964" w:rsidRPr="00387AD0">
        <w:rPr>
          <w:rFonts w:cs="Times New Roman"/>
          <w:szCs w:val="24"/>
        </w:rPr>
        <w:t>tampilan</w:t>
      </w:r>
      <w:proofErr w:type="spellEnd"/>
      <w:r w:rsidR="00F660D2" w:rsidRPr="00387AD0">
        <w:rPr>
          <w:rFonts w:cs="Times New Roman"/>
          <w:szCs w:val="24"/>
        </w:rPr>
        <w:t xml:space="preserve"> </w:t>
      </w:r>
      <w:proofErr w:type="spellStart"/>
      <w:r w:rsidR="00A54964" w:rsidRPr="00387AD0">
        <w:rPr>
          <w:rFonts w:cs="Times New Roman"/>
          <w:szCs w:val="24"/>
        </w:rPr>
        <w:t>katalog</w:t>
      </w:r>
      <w:proofErr w:type="spellEnd"/>
      <w:r w:rsidR="00F660D2" w:rsidRPr="00387AD0">
        <w:rPr>
          <w:rFonts w:cs="Times New Roman"/>
          <w:szCs w:val="24"/>
        </w:rPr>
        <w:t xml:space="preserve"> </w:t>
      </w:r>
      <w:proofErr w:type="spellStart"/>
      <w:r w:rsidR="00A54964" w:rsidRPr="00387AD0">
        <w:rPr>
          <w:rFonts w:cs="Times New Roman"/>
          <w:szCs w:val="24"/>
        </w:rPr>
        <w:t>buku</w:t>
      </w:r>
      <w:proofErr w:type="spellEnd"/>
      <w:r w:rsidR="00F660D2" w:rsidRPr="00387AD0">
        <w:rPr>
          <w:rFonts w:cs="Times New Roman"/>
          <w:szCs w:val="24"/>
        </w:rPr>
        <w:t xml:space="preserve"> </w:t>
      </w:r>
      <w:r w:rsidR="00A54964" w:rsidRPr="00387AD0">
        <w:rPr>
          <w:rFonts w:cs="Times New Roman"/>
          <w:szCs w:val="24"/>
        </w:rPr>
        <w:t>yang</w:t>
      </w:r>
      <w:r w:rsidR="00F660D2" w:rsidRPr="00387AD0">
        <w:rPr>
          <w:rFonts w:cs="Times New Roman"/>
          <w:szCs w:val="24"/>
        </w:rPr>
        <w:t xml:space="preserve"> </w:t>
      </w:r>
      <w:proofErr w:type="spellStart"/>
      <w:r w:rsidR="00A54964" w:rsidRPr="00387AD0">
        <w:rPr>
          <w:rFonts w:cs="Times New Roman"/>
          <w:szCs w:val="24"/>
        </w:rPr>
        <w:t>dapat</w:t>
      </w:r>
      <w:proofErr w:type="spellEnd"/>
      <w:r w:rsidR="00F660D2" w:rsidRPr="00387AD0">
        <w:rPr>
          <w:rFonts w:cs="Times New Roman"/>
          <w:szCs w:val="24"/>
        </w:rPr>
        <w:t xml:space="preserve"> </w:t>
      </w:r>
      <w:proofErr w:type="spellStart"/>
      <w:r w:rsidR="00A54964" w:rsidRPr="00387AD0">
        <w:rPr>
          <w:rFonts w:cs="Times New Roman"/>
          <w:szCs w:val="24"/>
        </w:rPr>
        <w:t>dilihat</w:t>
      </w:r>
      <w:proofErr w:type="spellEnd"/>
      <w:r w:rsidR="00F660D2" w:rsidRPr="00387AD0">
        <w:rPr>
          <w:rFonts w:cs="Times New Roman"/>
          <w:szCs w:val="24"/>
        </w:rPr>
        <w:t xml:space="preserve"> </w:t>
      </w:r>
      <w:r w:rsidR="00A54964" w:rsidRPr="00387AD0">
        <w:rPr>
          <w:rFonts w:cs="Times New Roman"/>
          <w:szCs w:val="24"/>
        </w:rPr>
        <w:t>oleh</w:t>
      </w:r>
      <w:r w:rsidR="00F660D2" w:rsidRPr="00387AD0">
        <w:rPr>
          <w:rFonts w:cs="Times New Roman"/>
          <w:szCs w:val="24"/>
        </w:rPr>
        <w:t xml:space="preserve"> </w:t>
      </w:r>
      <w:proofErr w:type="spellStart"/>
      <w:r w:rsidR="00A54964" w:rsidRPr="00387AD0">
        <w:rPr>
          <w:rFonts w:cs="Times New Roman"/>
          <w:szCs w:val="24"/>
        </w:rPr>
        <w:t>masyarakat</w:t>
      </w:r>
      <w:proofErr w:type="spellEnd"/>
      <w:r w:rsidR="00F660D2" w:rsidRPr="00387AD0">
        <w:rPr>
          <w:rFonts w:cs="Times New Roman"/>
          <w:szCs w:val="24"/>
        </w:rPr>
        <w:t xml:space="preserve"> </w:t>
      </w:r>
      <w:r w:rsidR="00A54964" w:rsidRPr="00387AD0">
        <w:rPr>
          <w:rFonts w:cs="Times New Roman"/>
          <w:szCs w:val="24"/>
        </w:rPr>
        <w:t>pada</w:t>
      </w:r>
      <w:r w:rsidR="00F660D2" w:rsidRPr="00387AD0">
        <w:rPr>
          <w:rFonts w:cs="Times New Roman"/>
          <w:szCs w:val="24"/>
        </w:rPr>
        <w:t xml:space="preserve"> </w:t>
      </w:r>
      <w:r w:rsidR="00A54964" w:rsidRPr="00387AD0">
        <w:rPr>
          <w:rFonts w:cs="Times New Roman"/>
          <w:szCs w:val="24"/>
          <w:lang w:val="id"/>
        </w:rPr>
        <w:t>Taman</w:t>
      </w:r>
      <w:r w:rsidR="00F660D2" w:rsidRPr="00387AD0">
        <w:rPr>
          <w:rFonts w:cs="Times New Roman"/>
          <w:szCs w:val="24"/>
          <w:lang w:val="id"/>
        </w:rPr>
        <w:t xml:space="preserve"> </w:t>
      </w:r>
      <w:r w:rsidR="00A54964" w:rsidRPr="00387AD0">
        <w:rPr>
          <w:rFonts w:cs="Times New Roman"/>
          <w:szCs w:val="24"/>
          <w:lang w:val="id"/>
        </w:rPr>
        <w:t>Bacaan</w:t>
      </w:r>
      <w:r w:rsidR="00F660D2" w:rsidRPr="00387AD0">
        <w:rPr>
          <w:rFonts w:cs="Times New Roman"/>
          <w:szCs w:val="24"/>
          <w:lang w:val="id"/>
        </w:rPr>
        <w:t xml:space="preserve"> </w:t>
      </w:r>
      <w:proofErr w:type="gramStart"/>
      <w:r w:rsidR="00A54964" w:rsidRPr="00387AD0">
        <w:rPr>
          <w:rFonts w:cs="Times New Roman"/>
          <w:szCs w:val="24"/>
          <w:lang w:val="id"/>
        </w:rPr>
        <w:t>Masyarakat(</w:t>
      </w:r>
      <w:proofErr w:type="gramEnd"/>
      <w:r w:rsidR="00A54964" w:rsidRPr="00387AD0">
        <w:rPr>
          <w:rFonts w:cs="Times New Roman"/>
          <w:szCs w:val="24"/>
          <w:lang w:val="id"/>
        </w:rPr>
        <w:t>TBM)</w:t>
      </w:r>
      <w:r w:rsidR="00F660D2" w:rsidRPr="00387AD0">
        <w:rPr>
          <w:rFonts w:cs="Times New Roman"/>
          <w:szCs w:val="24"/>
          <w:lang w:val="id"/>
        </w:rPr>
        <w:t xml:space="preserve"> </w:t>
      </w:r>
      <w:r w:rsidR="00A54964" w:rsidRPr="00387AD0">
        <w:rPr>
          <w:rFonts w:cs="Times New Roman"/>
          <w:szCs w:val="24"/>
          <w:lang w:val="id"/>
        </w:rPr>
        <w:t>Al-Azhari.</w:t>
      </w:r>
      <w:r w:rsidR="00F660D2" w:rsidRPr="00387AD0">
        <w:rPr>
          <w:rFonts w:cs="Times New Roman"/>
          <w:szCs w:val="24"/>
          <w:lang w:val="id"/>
        </w:rPr>
        <w:t xml:space="preserve"> </w:t>
      </w:r>
      <w:proofErr w:type="spellStart"/>
      <w:r w:rsidR="005F6410" w:rsidRPr="00387AD0">
        <w:rPr>
          <w:rFonts w:cs="Times New Roman"/>
          <w:szCs w:val="24"/>
        </w:rPr>
        <w:t>Pelaksanaan</w:t>
      </w:r>
      <w:proofErr w:type="spellEnd"/>
      <w:r w:rsidR="00F660D2" w:rsidRPr="00387AD0">
        <w:rPr>
          <w:rFonts w:cs="Times New Roman"/>
          <w:szCs w:val="24"/>
        </w:rPr>
        <w:t xml:space="preserve"> </w:t>
      </w:r>
      <w:proofErr w:type="spellStart"/>
      <w:r w:rsidR="005F6410" w:rsidRPr="00387AD0">
        <w:rPr>
          <w:rFonts w:cs="Times New Roman"/>
          <w:szCs w:val="24"/>
        </w:rPr>
        <w:t>kerja</w:t>
      </w:r>
      <w:proofErr w:type="spellEnd"/>
      <w:r w:rsidR="00F660D2" w:rsidRPr="00387AD0">
        <w:rPr>
          <w:rFonts w:cs="Times New Roman"/>
          <w:szCs w:val="24"/>
        </w:rPr>
        <w:t xml:space="preserve"> </w:t>
      </w:r>
      <w:proofErr w:type="spellStart"/>
      <w:r w:rsidR="005F6410" w:rsidRPr="00387AD0">
        <w:rPr>
          <w:rFonts w:cs="Times New Roman"/>
          <w:szCs w:val="24"/>
        </w:rPr>
        <w:t>praktek</w:t>
      </w:r>
      <w:proofErr w:type="spellEnd"/>
      <w:r w:rsidR="00F660D2" w:rsidRPr="00387AD0">
        <w:rPr>
          <w:rFonts w:cs="Times New Roman"/>
          <w:szCs w:val="24"/>
        </w:rPr>
        <w:t xml:space="preserve"> </w:t>
      </w:r>
      <w:proofErr w:type="spellStart"/>
      <w:r w:rsidR="005F6410" w:rsidRPr="00387AD0">
        <w:rPr>
          <w:rFonts w:cs="Times New Roman"/>
          <w:szCs w:val="24"/>
        </w:rPr>
        <w:t>ini</w:t>
      </w:r>
      <w:proofErr w:type="spellEnd"/>
      <w:r w:rsidR="00F660D2" w:rsidRPr="00387AD0">
        <w:rPr>
          <w:rFonts w:cs="Times New Roman"/>
          <w:szCs w:val="24"/>
        </w:rPr>
        <w:t xml:space="preserve"> </w:t>
      </w:r>
      <w:proofErr w:type="spellStart"/>
      <w:r w:rsidR="00A54964" w:rsidRPr="00387AD0">
        <w:rPr>
          <w:rFonts w:cs="Times New Roman"/>
          <w:szCs w:val="24"/>
        </w:rPr>
        <w:t>bertujuan</w:t>
      </w:r>
      <w:proofErr w:type="spellEnd"/>
      <w:r w:rsidR="00F660D2" w:rsidRPr="00387AD0">
        <w:rPr>
          <w:rFonts w:cs="Times New Roman"/>
          <w:szCs w:val="24"/>
        </w:rPr>
        <w:t xml:space="preserve"> </w:t>
      </w:r>
      <w:proofErr w:type="spellStart"/>
      <w:r w:rsidR="00A54964" w:rsidRPr="00387AD0">
        <w:rPr>
          <w:rFonts w:cs="Times New Roman"/>
          <w:szCs w:val="24"/>
        </w:rPr>
        <w:t>membangun</w:t>
      </w:r>
      <w:proofErr w:type="spellEnd"/>
      <w:r w:rsidR="00F660D2" w:rsidRPr="00387AD0">
        <w:rPr>
          <w:rFonts w:cs="Times New Roman"/>
          <w:szCs w:val="24"/>
        </w:rPr>
        <w:t xml:space="preserve"> </w:t>
      </w:r>
      <w:proofErr w:type="spellStart"/>
      <w:r w:rsidR="005F6410" w:rsidRPr="00387AD0">
        <w:rPr>
          <w:rFonts w:cs="Times New Roman"/>
          <w:szCs w:val="24"/>
        </w:rPr>
        <w:t>sistem</w:t>
      </w:r>
      <w:proofErr w:type="spellEnd"/>
      <w:r w:rsidR="00F660D2" w:rsidRPr="00387AD0">
        <w:rPr>
          <w:rFonts w:cs="Times New Roman"/>
          <w:szCs w:val="24"/>
        </w:rPr>
        <w:t xml:space="preserve"> </w:t>
      </w:r>
      <w:r w:rsidR="005F6410" w:rsidRPr="00387AD0">
        <w:rPr>
          <w:rFonts w:cs="Times New Roman"/>
          <w:szCs w:val="24"/>
        </w:rPr>
        <w:t>yang</w:t>
      </w:r>
      <w:r w:rsidR="00F660D2" w:rsidRPr="00387AD0">
        <w:rPr>
          <w:rFonts w:cs="Times New Roman"/>
          <w:szCs w:val="24"/>
        </w:rPr>
        <w:t xml:space="preserve"> </w:t>
      </w:r>
      <w:proofErr w:type="spellStart"/>
      <w:r w:rsidR="00A54964" w:rsidRPr="00387AD0">
        <w:rPr>
          <w:rFonts w:cs="Times New Roman"/>
          <w:szCs w:val="24"/>
        </w:rPr>
        <w:t>memudahkan</w:t>
      </w:r>
      <w:proofErr w:type="spellEnd"/>
      <w:r w:rsidR="00F660D2" w:rsidRPr="00387AD0">
        <w:rPr>
          <w:rFonts w:cs="Times New Roman"/>
          <w:szCs w:val="24"/>
        </w:rPr>
        <w:t xml:space="preserve"> </w:t>
      </w:r>
      <w:r w:rsidR="00A54964" w:rsidRPr="00387AD0">
        <w:rPr>
          <w:rFonts w:cs="Times New Roman"/>
          <w:szCs w:val="24"/>
        </w:rPr>
        <w:t>admin</w:t>
      </w:r>
      <w:r w:rsidR="00F660D2" w:rsidRPr="00387AD0">
        <w:rPr>
          <w:rFonts w:cs="Times New Roman"/>
          <w:szCs w:val="24"/>
        </w:rPr>
        <w:t xml:space="preserve"> </w:t>
      </w:r>
      <w:proofErr w:type="spellStart"/>
      <w:r w:rsidR="00A54964" w:rsidRPr="00387AD0">
        <w:rPr>
          <w:rFonts w:cs="Times New Roman"/>
          <w:szCs w:val="24"/>
        </w:rPr>
        <w:t>untuk</w:t>
      </w:r>
      <w:proofErr w:type="spellEnd"/>
      <w:r w:rsidR="00F660D2" w:rsidRPr="00387AD0">
        <w:rPr>
          <w:rFonts w:cs="Times New Roman"/>
          <w:szCs w:val="24"/>
        </w:rPr>
        <w:t xml:space="preserve"> </w:t>
      </w:r>
      <w:proofErr w:type="spellStart"/>
      <w:r w:rsidR="00A54964" w:rsidRPr="00387AD0">
        <w:rPr>
          <w:rFonts w:cs="Times New Roman"/>
          <w:szCs w:val="24"/>
        </w:rPr>
        <w:t>mengelola</w:t>
      </w:r>
      <w:proofErr w:type="spellEnd"/>
      <w:r w:rsidR="00F660D2" w:rsidRPr="00387AD0">
        <w:rPr>
          <w:rFonts w:cs="Times New Roman"/>
          <w:szCs w:val="24"/>
        </w:rPr>
        <w:t xml:space="preserve"> </w:t>
      </w:r>
      <w:r w:rsidR="00A54964" w:rsidRPr="00387AD0">
        <w:rPr>
          <w:rFonts w:cs="Times New Roman"/>
          <w:szCs w:val="24"/>
        </w:rPr>
        <w:t>data</w:t>
      </w:r>
      <w:r w:rsidR="00F660D2" w:rsidRPr="00387AD0">
        <w:rPr>
          <w:rFonts w:cs="Times New Roman"/>
          <w:szCs w:val="24"/>
        </w:rPr>
        <w:t xml:space="preserve"> </w:t>
      </w:r>
      <w:proofErr w:type="spellStart"/>
      <w:r w:rsidR="00A54964" w:rsidRPr="00387AD0">
        <w:rPr>
          <w:rFonts w:cs="Times New Roman"/>
          <w:szCs w:val="24"/>
        </w:rPr>
        <w:t>buku</w:t>
      </w:r>
      <w:proofErr w:type="spellEnd"/>
      <w:r w:rsidR="00A54964" w:rsidRPr="00387AD0">
        <w:rPr>
          <w:rFonts w:cs="Times New Roman"/>
          <w:szCs w:val="24"/>
        </w:rPr>
        <w:t>.</w:t>
      </w:r>
      <w:r w:rsidR="00F660D2" w:rsidRPr="00387AD0">
        <w:rPr>
          <w:rFonts w:cs="Times New Roman"/>
          <w:szCs w:val="24"/>
        </w:rPr>
        <w:t xml:space="preserve"> </w:t>
      </w:r>
      <w:proofErr w:type="spellStart"/>
      <w:r w:rsidR="005F6410" w:rsidRPr="00387AD0">
        <w:rPr>
          <w:rFonts w:cs="Times New Roman"/>
          <w:szCs w:val="24"/>
        </w:rPr>
        <w:t>Kerja</w:t>
      </w:r>
      <w:proofErr w:type="spellEnd"/>
      <w:r w:rsidR="00F660D2" w:rsidRPr="00387AD0">
        <w:rPr>
          <w:rFonts w:cs="Times New Roman"/>
          <w:szCs w:val="24"/>
        </w:rPr>
        <w:t xml:space="preserve"> </w:t>
      </w:r>
      <w:proofErr w:type="spellStart"/>
      <w:r w:rsidR="005F6410" w:rsidRPr="00387AD0">
        <w:rPr>
          <w:rFonts w:cs="Times New Roman"/>
          <w:szCs w:val="24"/>
        </w:rPr>
        <w:t>praktek</w:t>
      </w:r>
      <w:proofErr w:type="spellEnd"/>
      <w:r w:rsidR="00F660D2" w:rsidRPr="00387AD0">
        <w:rPr>
          <w:rFonts w:cs="Times New Roman"/>
          <w:szCs w:val="24"/>
        </w:rPr>
        <w:t xml:space="preserve"> </w:t>
      </w:r>
      <w:proofErr w:type="spellStart"/>
      <w:r w:rsidR="005F6410" w:rsidRPr="00387AD0">
        <w:rPr>
          <w:rFonts w:cs="Times New Roman"/>
          <w:szCs w:val="24"/>
        </w:rPr>
        <w:t>ini</w:t>
      </w:r>
      <w:proofErr w:type="spellEnd"/>
      <w:r w:rsidR="00F660D2" w:rsidRPr="00387AD0">
        <w:rPr>
          <w:rFonts w:cs="Times New Roman"/>
          <w:szCs w:val="24"/>
        </w:rPr>
        <w:t xml:space="preserve"> </w:t>
      </w:r>
      <w:proofErr w:type="spellStart"/>
      <w:r w:rsidR="005F6410" w:rsidRPr="00387AD0">
        <w:rPr>
          <w:rFonts w:cs="Times New Roman"/>
          <w:szCs w:val="24"/>
        </w:rPr>
        <w:t>akan</w:t>
      </w:r>
      <w:proofErr w:type="spellEnd"/>
      <w:r w:rsidR="00F660D2" w:rsidRPr="00387AD0">
        <w:rPr>
          <w:rFonts w:cs="Times New Roman"/>
          <w:szCs w:val="24"/>
        </w:rPr>
        <w:t xml:space="preserve"> </w:t>
      </w:r>
      <w:proofErr w:type="spellStart"/>
      <w:r w:rsidR="005F6410" w:rsidRPr="00387AD0">
        <w:rPr>
          <w:rFonts w:cs="Times New Roman"/>
          <w:szCs w:val="24"/>
        </w:rPr>
        <w:t>mencakup</w:t>
      </w:r>
      <w:proofErr w:type="spellEnd"/>
      <w:r w:rsidR="00F660D2" w:rsidRPr="00387AD0">
        <w:rPr>
          <w:rFonts w:cs="Times New Roman"/>
          <w:szCs w:val="24"/>
        </w:rPr>
        <w:t xml:space="preserve"> </w:t>
      </w:r>
      <w:proofErr w:type="spellStart"/>
      <w:r w:rsidR="005F6410" w:rsidRPr="00387AD0">
        <w:rPr>
          <w:rFonts w:cs="Times New Roman"/>
          <w:szCs w:val="24"/>
        </w:rPr>
        <w:t>beberapa</w:t>
      </w:r>
      <w:proofErr w:type="spellEnd"/>
      <w:r w:rsidR="00F660D2" w:rsidRPr="00387AD0">
        <w:rPr>
          <w:rFonts w:cs="Times New Roman"/>
          <w:szCs w:val="24"/>
        </w:rPr>
        <w:t xml:space="preserve"> </w:t>
      </w:r>
      <w:proofErr w:type="spellStart"/>
      <w:r w:rsidR="005F6410" w:rsidRPr="00387AD0">
        <w:rPr>
          <w:rFonts w:cs="Times New Roman"/>
          <w:szCs w:val="24"/>
        </w:rPr>
        <w:t>kegiatan</w:t>
      </w:r>
      <w:proofErr w:type="spellEnd"/>
      <w:r w:rsidR="00F660D2" w:rsidRPr="00387AD0">
        <w:rPr>
          <w:rFonts w:cs="Times New Roman"/>
          <w:szCs w:val="24"/>
        </w:rPr>
        <w:t xml:space="preserve"> </w:t>
      </w:r>
      <w:proofErr w:type="spellStart"/>
      <w:r w:rsidR="005F6410" w:rsidRPr="00387AD0">
        <w:rPr>
          <w:rFonts w:cs="Times New Roman"/>
          <w:szCs w:val="24"/>
        </w:rPr>
        <w:t>utama</w:t>
      </w:r>
      <w:proofErr w:type="spellEnd"/>
      <w:r w:rsidR="005F6410" w:rsidRPr="00387AD0">
        <w:rPr>
          <w:rFonts w:cs="Times New Roman"/>
          <w:szCs w:val="24"/>
        </w:rPr>
        <w:t>,</w:t>
      </w:r>
      <w:r w:rsidR="00F660D2" w:rsidRPr="00387AD0">
        <w:rPr>
          <w:rFonts w:cs="Times New Roman"/>
          <w:szCs w:val="24"/>
        </w:rPr>
        <w:t xml:space="preserve"> </w:t>
      </w:r>
      <w:proofErr w:type="spellStart"/>
      <w:r w:rsidR="005F6410" w:rsidRPr="00387AD0">
        <w:rPr>
          <w:rFonts w:cs="Times New Roman"/>
          <w:szCs w:val="24"/>
        </w:rPr>
        <w:t>antara</w:t>
      </w:r>
      <w:proofErr w:type="spellEnd"/>
      <w:r w:rsidR="00F660D2" w:rsidRPr="00387AD0">
        <w:rPr>
          <w:rFonts w:cs="Times New Roman"/>
          <w:szCs w:val="24"/>
        </w:rPr>
        <w:t xml:space="preserve"> </w:t>
      </w:r>
      <w:r w:rsidR="005F6410" w:rsidRPr="00387AD0">
        <w:rPr>
          <w:rFonts w:cs="Times New Roman"/>
          <w:szCs w:val="24"/>
        </w:rPr>
        <w:t>lain:</w:t>
      </w:r>
    </w:p>
    <w:p w14:paraId="3C2598A8" w14:textId="77777777" w:rsidR="00FB2541" w:rsidRPr="00387AD0" w:rsidRDefault="00FB2541" w:rsidP="00302053">
      <w:pPr>
        <w:spacing w:after="0" w:line="360" w:lineRule="auto"/>
        <w:ind w:right="-427" w:firstLine="720"/>
        <w:rPr>
          <w:rFonts w:cs="Times New Roman"/>
          <w:szCs w:val="24"/>
        </w:rPr>
      </w:pPr>
    </w:p>
    <w:p w14:paraId="03362094" w14:textId="77777777" w:rsidR="00302053" w:rsidRDefault="005F6410" w:rsidP="00302053">
      <w:pPr>
        <w:numPr>
          <w:ilvl w:val="0"/>
          <w:numId w:val="15"/>
        </w:numPr>
        <w:spacing w:after="0" w:line="360" w:lineRule="auto"/>
        <w:ind w:left="851" w:right="-427" w:hanging="425"/>
        <w:rPr>
          <w:rFonts w:cs="Times New Roman"/>
          <w:szCs w:val="24"/>
        </w:rPr>
      </w:pPr>
      <w:proofErr w:type="spellStart"/>
      <w:r w:rsidRPr="00387AD0">
        <w:rPr>
          <w:rFonts w:cs="Times New Roman"/>
          <w:szCs w:val="24"/>
        </w:rPr>
        <w:t>Analisis</w:t>
      </w:r>
      <w:proofErr w:type="spellEnd"/>
      <w:r w:rsidR="00F660D2" w:rsidRPr="00387AD0">
        <w:rPr>
          <w:rFonts w:cs="Times New Roman"/>
          <w:szCs w:val="24"/>
        </w:rPr>
        <w:t xml:space="preserve"> </w:t>
      </w:r>
      <w:proofErr w:type="spellStart"/>
      <w:r w:rsidRPr="00387AD0">
        <w:rPr>
          <w:rFonts w:cs="Times New Roman"/>
          <w:szCs w:val="24"/>
        </w:rPr>
        <w:t>Kebutuhan</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Melakukan</w:t>
      </w:r>
      <w:proofErr w:type="spellEnd"/>
      <w:r w:rsidR="00F660D2" w:rsidRPr="00387AD0">
        <w:rPr>
          <w:rFonts w:cs="Times New Roman"/>
          <w:szCs w:val="24"/>
        </w:rPr>
        <w:t xml:space="preserve"> </w:t>
      </w:r>
      <w:proofErr w:type="spellStart"/>
      <w:r w:rsidRPr="00387AD0">
        <w:rPr>
          <w:rFonts w:cs="Times New Roman"/>
          <w:szCs w:val="24"/>
        </w:rPr>
        <w:t>wawancara</w:t>
      </w:r>
      <w:proofErr w:type="spellEnd"/>
      <w:r w:rsidR="00F660D2" w:rsidRPr="00387AD0">
        <w:rPr>
          <w:rFonts w:cs="Times New Roman"/>
          <w:szCs w:val="24"/>
        </w:rPr>
        <w:t xml:space="preserve"> </w:t>
      </w:r>
      <w:proofErr w:type="spellStart"/>
      <w:r w:rsidRPr="00387AD0">
        <w:rPr>
          <w:rFonts w:cs="Times New Roman"/>
          <w:szCs w:val="24"/>
        </w:rPr>
        <w:t>dengan</w:t>
      </w:r>
      <w:proofErr w:type="spellEnd"/>
      <w:r w:rsidR="00F660D2" w:rsidRPr="00387AD0">
        <w:rPr>
          <w:rFonts w:cs="Times New Roman"/>
          <w:szCs w:val="24"/>
        </w:rPr>
        <w:t xml:space="preserve"> </w:t>
      </w:r>
      <w:proofErr w:type="spellStart"/>
      <w:r w:rsidRPr="00387AD0">
        <w:rPr>
          <w:rFonts w:cs="Times New Roman"/>
          <w:szCs w:val="24"/>
        </w:rPr>
        <w:t>pengelola</w:t>
      </w:r>
      <w:proofErr w:type="spellEnd"/>
      <w:r w:rsidR="00F660D2" w:rsidRPr="00387AD0">
        <w:rPr>
          <w:rFonts w:cs="Times New Roman"/>
          <w:szCs w:val="24"/>
        </w:rPr>
        <w:t xml:space="preserve"> </w:t>
      </w:r>
      <w:r w:rsidRPr="00387AD0">
        <w:rPr>
          <w:rFonts w:cs="Times New Roman"/>
          <w:szCs w:val="24"/>
        </w:rPr>
        <w:t>Taman</w:t>
      </w:r>
      <w:r w:rsidR="00F660D2" w:rsidRPr="00387AD0">
        <w:rPr>
          <w:rFonts w:cs="Times New Roman"/>
          <w:szCs w:val="24"/>
        </w:rPr>
        <w:t xml:space="preserve"> </w:t>
      </w:r>
      <w:r w:rsidRPr="00387AD0">
        <w:rPr>
          <w:rFonts w:cs="Times New Roman"/>
          <w:szCs w:val="24"/>
        </w:rPr>
        <w:t>Baca</w:t>
      </w:r>
      <w:r w:rsidR="00F660D2" w:rsidRPr="00387AD0">
        <w:rPr>
          <w:rFonts w:cs="Times New Roman"/>
          <w:szCs w:val="24"/>
        </w:rPr>
        <w:t xml:space="preserve"> </w:t>
      </w:r>
      <w:r w:rsidRPr="00387AD0">
        <w:rPr>
          <w:rFonts w:cs="Times New Roman"/>
          <w:szCs w:val="24"/>
        </w:rPr>
        <w:t>Al-Azhari</w:t>
      </w:r>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observasi</w:t>
      </w:r>
      <w:proofErr w:type="spellEnd"/>
      <w:r w:rsidR="00F660D2" w:rsidRPr="00387AD0">
        <w:rPr>
          <w:rFonts w:cs="Times New Roman"/>
          <w:szCs w:val="24"/>
        </w:rPr>
        <w:t xml:space="preserve"> </w:t>
      </w:r>
      <w:proofErr w:type="spellStart"/>
      <w:r w:rsidRPr="00387AD0">
        <w:rPr>
          <w:rFonts w:cs="Times New Roman"/>
          <w:szCs w:val="24"/>
        </w:rPr>
        <w:t>alur</w:t>
      </w:r>
      <w:proofErr w:type="spellEnd"/>
      <w:r w:rsidR="00F660D2" w:rsidRPr="00387AD0">
        <w:rPr>
          <w:rFonts w:cs="Times New Roman"/>
          <w:szCs w:val="24"/>
        </w:rPr>
        <w:t xml:space="preserve"> </w:t>
      </w:r>
      <w:proofErr w:type="spellStart"/>
      <w:r w:rsidRPr="00387AD0">
        <w:rPr>
          <w:rFonts w:cs="Times New Roman"/>
          <w:szCs w:val="24"/>
        </w:rPr>
        <w:t>kerja</w:t>
      </w:r>
      <w:proofErr w:type="spellEnd"/>
      <w:r w:rsidR="00F660D2" w:rsidRPr="00387AD0">
        <w:rPr>
          <w:rFonts w:cs="Times New Roman"/>
          <w:szCs w:val="24"/>
        </w:rPr>
        <w:t xml:space="preserve"> </w:t>
      </w:r>
      <w:proofErr w:type="spellStart"/>
      <w:r w:rsidRPr="00387AD0">
        <w:rPr>
          <w:rFonts w:cs="Times New Roman"/>
          <w:szCs w:val="24"/>
        </w:rPr>
        <w:t>pengelolaan</w:t>
      </w:r>
      <w:proofErr w:type="spellEnd"/>
      <w:r w:rsidR="00F660D2" w:rsidRPr="00387AD0">
        <w:rPr>
          <w:rFonts w:cs="Times New Roman"/>
          <w:szCs w:val="24"/>
        </w:rPr>
        <w:t xml:space="preserve"> </w:t>
      </w:r>
      <w:proofErr w:type="spellStart"/>
      <w:r w:rsidRPr="00387AD0">
        <w:rPr>
          <w:rFonts w:cs="Times New Roman"/>
          <w:szCs w:val="24"/>
        </w:rPr>
        <w:t>koleksi</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Pr="00387AD0">
        <w:rPr>
          <w:rFonts w:cs="Times New Roman"/>
          <w:szCs w:val="24"/>
        </w:rPr>
        <w:t>saat</w:t>
      </w:r>
      <w:proofErr w:type="spellEnd"/>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proofErr w:type="spellStart"/>
      <w:r w:rsidRPr="00387AD0">
        <w:rPr>
          <w:rFonts w:cs="Times New Roman"/>
          <w:szCs w:val="24"/>
        </w:rPr>
        <w:t>mengidentifikasi</w:t>
      </w:r>
      <w:proofErr w:type="spellEnd"/>
      <w:r w:rsidR="00F660D2" w:rsidRPr="00387AD0">
        <w:rPr>
          <w:rFonts w:cs="Times New Roman"/>
          <w:szCs w:val="24"/>
        </w:rPr>
        <w:t xml:space="preserve"> </w:t>
      </w:r>
      <w:proofErr w:type="spellStart"/>
      <w:r w:rsidR="00F660D2" w:rsidRPr="00387AD0">
        <w:rPr>
          <w:rFonts w:cs="Times New Roman"/>
          <w:szCs w:val="24"/>
        </w:rPr>
        <w:t>kedua</w:t>
      </w:r>
      <w:proofErr w:type="spellEnd"/>
      <w:r w:rsidR="00F660D2" w:rsidRPr="00387AD0">
        <w:rPr>
          <w:rFonts w:cs="Times New Roman"/>
          <w:szCs w:val="24"/>
        </w:rPr>
        <w:t xml:space="preserve"> </w:t>
      </w:r>
      <w:proofErr w:type="spellStart"/>
      <w:r w:rsidR="00F660D2" w:rsidRPr="00387AD0">
        <w:rPr>
          <w:rFonts w:cs="Times New Roman"/>
          <w:szCs w:val="24"/>
        </w:rPr>
        <w:t>kebutuhan</w:t>
      </w:r>
      <w:proofErr w:type="spellEnd"/>
      <w:r w:rsidR="00F660D2" w:rsidRPr="00387AD0">
        <w:rPr>
          <w:rFonts w:cs="Times New Roman"/>
          <w:szCs w:val="24"/>
        </w:rPr>
        <w:t xml:space="preserve"> yang </w:t>
      </w:r>
      <w:proofErr w:type="spellStart"/>
      <w:r w:rsidR="00F660D2" w:rsidRPr="00387AD0">
        <w:rPr>
          <w:rFonts w:cs="Times New Roman"/>
          <w:szCs w:val="24"/>
        </w:rPr>
        <w:t>bersifat</w:t>
      </w:r>
      <w:proofErr w:type="spellEnd"/>
      <w:r w:rsidR="00F660D2" w:rsidRPr="00387AD0">
        <w:rPr>
          <w:rFonts w:cs="Times New Roman"/>
          <w:szCs w:val="24"/>
        </w:rPr>
        <w:t xml:space="preserve"> </w:t>
      </w:r>
      <w:proofErr w:type="spellStart"/>
      <w:r w:rsidR="00F660D2" w:rsidRPr="00387AD0">
        <w:rPr>
          <w:rFonts w:cs="Times New Roman"/>
          <w:szCs w:val="24"/>
        </w:rPr>
        <w:t>fungsional</w:t>
      </w:r>
      <w:proofErr w:type="spellEnd"/>
      <w:r w:rsidR="00F660D2" w:rsidRPr="00387AD0">
        <w:rPr>
          <w:rFonts w:cs="Times New Roman"/>
          <w:szCs w:val="24"/>
        </w:rPr>
        <w:t xml:space="preserve"> dan non-</w:t>
      </w:r>
      <w:proofErr w:type="spellStart"/>
      <w:r w:rsidR="00F660D2" w:rsidRPr="00387AD0">
        <w:rPr>
          <w:rFonts w:cs="Times New Roman"/>
          <w:szCs w:val="24"/>
        </w:rPr>
        <w:t>fungsional</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Pr="00387AD0">
        <w:rPr>
          <w:rFonts w:cs="Times New Roman"/>
          <w:szCs w:val="24"/>
        </w:rPr>
        <w:t>.</w:t>
      </w:r>
    </w:p>
    <w:p w14:paraId="6F7D413E" w14:textId="77777777" w:rsidR="00302053" w:rsidRDefault="00F660D2" w:rsidP="00302053">
      <w:pPr>
        <w:numPr>
          <w:ilvl w:val="0"/>
          <w:numId w:val="15"/>
        </w:numPr>
        <w:spacing w:after="0" w:line="360" w:lineRule="auto"/>
        <w:ind w:left="851" w:right="-427" w:hanging="425"/>
        <w:rPr>
          <w:rFonts w:cs="Times New Roman"/>
          <w:szCs w:val="24"/>
        </w:rPr>
      </w:pPr>
      <w:proofErr w:type="spellStart"/>
      <w:r w:rsidRPr="00302053">
        <w:rPr>
          <w:rFonts w:cs="Times New Roman"/>
          <w:szCs w:val="24"/>
        </w:rPr>
        <w:t>Membuat</w:t>
      </w:r>
      <w:proofErr w:type="spellEnd"/>
      <w:r w:rsidRPr="00302053">
        <w:rPr>
          <w:rFonts w:cs="Times New Roman"/>
          <w:szCs w:val="24"/>
        </w:rPr>
        <w:t xml:space="preserve"> </w:t>
      </w:r>
      <w:proofErr w:type="spellStart"/>
      <w:r w:rsidR="005F6410" w:rsidRPr="00302053">
        <w:rPr>
          <w:rFonts w:cs="Times New Roman"/>
          <w:szCs w:val="24"/>
        </w:rPr>
        <w:t>Sistem</w:t>
      </w:r>
      <w:proofErr w:type="spellEnd"/>
      <w:r w:rsidRPr="00302053">
        <w:rPr>
          <w:rFonts w:cs="Times New Roman"/>
          <w:szCs w:val="24"/>
        </w:rPr>
        <w:t xml:space="preserve"> </w:t>
      </w:r>
      <w:proofErr w:type="spellStart"/>
      <w:r w:rsidR="005F6410" w:rsidRPr="00302053">
        <w:rPr>
          <w:rFonts w:cs="Times New Roman"/>
          <w:szCs w:val="24"/>
        </w:rPr>
        <w:t>Informasi</w:t>
      </w:r>
      <w:proofErr w:type="spellEnd"/>
      <w:r w:rsidR="005F6410" w:rsidRPr="00302053">
        <w:rPr>
          <w:rFonts w:cs="Times New Roman"/>
          <w:szCs w:val="24"/>
        </w:rPr>
        <w:t>:</w:t>
      </w:r>
      <w:r w:rsidRPr="00302053">
        <w:rPr>
          <w:rFonts w:cs="Times New Roman"/>
          <w:szCs w:val="24"/>
        </w:rPr>
        <w:t xml:space="preserve"> </w:t>
      </w:r>
      <w:proofErr w:type="spellStart"/>
      <w:r w:rsidR="005F6410" w:rsidRPr="00302053">
        <w:rPr>
          <w:rFonts w:cs="Times New Roman"/>
          <w:szCs w:val="24"/>
        </w:rPr>
        <w:t>Membuat</w:t>
      </w:r>
      <w:proofErr w:type="spellEnd"/>
      <w:r w:rsidRPr="00302053">
        <w:rPr>
          <w:rFonts w:cs="Times New Roman"/>
          <w:szCs w:val="24"/>
        </w:rPr>
        <w:t xml:space="preserve"> </w:t>
      </w:r>
      <w:proofErr w:type="spellStart"/>
      <w:r w:rsidR="005F6410" w:rsidRPr="00302053">
        <w:rPr>
          <w:rFonts w:cs="Times New Roman"/>
          <w:szCs w:val="24"/>
        </w:rPr>
        <w:t>desain</w:t>
      </w:r>
      <w:proofErr w:type="spellEnd"/>
      <w:r w:rsidRPr="00302053">
        <w:rPr>
          <w:rFonts w:cs="Times New Roman"/>
          <w:szCs w:val="24"/>
        </w:rPr>
        <w:t xml:space="preserve"> </w:t>
      </w:r>
      <w:r w:rsidR="005F6410" w:rsidRPr="00302053">
        <w:rPr>
          <w:rFonts w:cs="Times New Roman"/>
          <w:szCs w:val="24"/>
        </w:rPr>
        <w:t>basis</w:t>
      </w:r>
      <w:r w:rsidRPr="00302053">
        <w:rPr>
          <w:rFonts w:cs="Times New Roman"/>
          <w:szCs w:val="24"/>
        </w:rPr>
        <w:t xml:space="preserve"> </w:t>
      </w:r>
      <w:r w:rsidR="005F6410" w:rsidRPr="00302053">
        <w:rPr>
          <w:rFonts w:cs="Times New Roman"/>
          <w:szCs w:val="24"/>
        </w:rPr>
        <w:t>data</w:t>
      </w:r>
      <w:r w:rsidRPr="00302053">
        <w:rPr>
          <w:rFonts w:cs="Times New Roman"/>
          <w:szCs w:val="24"/>
        </w:rPr>
        <w:t xml:space="preserve"> </w:t>
      </w:r>
      <w:r w:rsidR="005F6410" w:rsidRPr="00302053">
        <w:rPr>
          <w:rFonts w:cs="Times New Roman"/>
          <w:szCs w:val="24"/>
        </w:rPr>
        <w:t>(ERD),</w:t>
      </w:r>
      <w:r w:rsidRPr="00302053">
        <w:rPr>
          <w:rFonts w:cs="Times New Roman"/>
          <w:szCs w:val="24"/>
        </w:rPr>
        <w:t xml:space="preserve"> </w:t>
      </w:r>
      <w:proofErr w:type="spellStart"/>
      <w:r w:rsidR="005F6410" w:rsidRPr="00302053">
        <w:rPr>
          <w:rFonts w:cs="Times New Roman"/>
          <w:szCs w:val="24"/>
        </w:rPr>
        <w:t>desain</w:t>
      </w:r>
      <w:proofErr w:type="spellEnd"/>
      <w:r w:rsidRPr="00302053">
        <w:rPr>
          <w:rFonts w:cs="Times New Roman"/>
          <w:szCs w:val="24"/>
        </w:rPr>
        <w:t xml:space="preserve"> </w:t>
      </w:r>
      <w:proofErr w:type="spellStart"/>
      <w:r w:rsidR="005F6410" w:rsidRPr="00302053">
        <w:rPr>
          <w:rFonts w:cs="Times New Roman"/>
          <w:szCs w:val="24"/>
        </w:rPr>
        <w:t>antarmuka</w:t>
      </w:r>
      <w:proofErr w:type="spellEnd"/>
      <w:r w:rsidRPr="00302053">
        <w:rPr>
          <w:rFonts w:cs="Times New Roman"/>
          <w:szCs w:val="24"/>
        </w:rPr>
        <w:t xml:space="preserve"> </w:t>
      </w:r>
      <w:proofErr w:type="spellStart"/>
      <w:r w:rsidR="005F6410" w:rsidRPr="00302053">
        <w:rPr>
          <w:rFonts w:cs="Times New Roman"/>
          <w:szCs w:val="24"/>
        </w:rPr>
        <w:t>pengguna</w:t>
      </w:r>
      <w:proofErr w:type="spellEnd"/>
      <w:r w:rsidRPr="00302053">
        <w:rPr>
          <w:rFonts w:cs="Times New Roman"/>
          <w:szCs w:val="24"/>
        </w:rPr>
        <w:t xml:space="preserve"> </w:t>
      </w:r>
      <w:r w:rsidR="005F6410" w:rsidRPr="00302053">
        <w:rPr>
          <w:rFonts w:cs="Times New Roman"/>
          <w:szCs w:val="24"/>
        </w:rPr>
        <w:t>(UI/UX)</w:t>
      </w:r>
      <w:r w:rsidRPr="00302053">
        <w:rPr>
          <w:rFonts w:cs="Times New Roman"/>
          <w:szCs w:val="24"/>
        </w:rPr>
        <w:t xml:space="preserve"> </w:t>
      </w:r>
      <w:proofErr w:type="spellStart"/>
      <w:r w:rsidR="005F6410" w:rsidRPr="00302053">
        <w:rPr>
          <w:rFonts w:cs="Times New Roman"/>
          <w:szCs w:val="24"/>
        </w:rPr>
        <w:t>untuk</w:t>
      </w:r>
      <w:proofErr w:type="spellEnd"/>
      <w:r w:rsidRPr="00302053">
        <w:rPr>
          <w:rFonts w:cs="Times New Roman"/>
          <w:szCs w:val="24"/>
        </w:rPr>
        <w:t xml:space="preserve"> </w:t>
      </w:r>
      <w:proofErr w:type="spellStart"/>
      <w:r w:rsidR="005F6410" w:rsidRPr="00302053">
        <w:rPr>
          <w:rFonts w:cs="Times New Roman"/>
          <w:szCs w:val="24"/>
        </w:rPr>
        <w:t>modul</w:t>
      </w:r>
      <w:proofErr w:type="spellEnd"/>
      <w:r w:rsidRPr="00302053">
        <w:rPr>
          <w:rFonts w:cs="Times New Roman"/>
          <w:szCs w:val="24"/>
        </w:rPr>
        <w:t xml:space="preserve"> </w:t>
      </w:r>
      <w:r w:rsidR="005F6410" w:rsidRPr="00302053">
        <w:rPr>
          <w:rFonts w:cs="Times New Roman"/>
          <w:szCs w:val="24"/>
        </w:rPr>
        <w:t>admin</w:t>
      </w:r>
      <w:r w:rsidRPr="00302053">
        <w:rPr>
          <w:rFonts w:cs="Times New Roman"/>
          <w:szCs w:val="24"/>
        </w:rPr>
        <w:t xml:space="preserve"> </w:t>
      </w:r>
      <w:r w:rsidR="005F6410" w:rsidRPr="00302053">
        <w:rPr>
          <w:rFonts w:cs="Times New Roman"/>
          <w:szCs w:val="24"/>
        </w:rPr>
        <w:t>dan</w:t>
      </w:r>
      <w:r w:rsidRPr="00302053">
        <w:rPr>
          <w:rFonts w:cs="Times New Roman"/>
          <w:szCs w:val="24"/>
        </w:rPr>
        <w:t xml:space="preserve"> </w:t>
      </w:r>
      <w:r w:rsidR="00487BE5" w:rsidRPr="00302053">
        <w:rPr>
          <w:rFonts w:cs="Times New Roman"/>
          <w:szCs w:val="24"/>
        </w:rPr>
        <w:t>Masyarakat</w:t>
      </w:r>
      <w:r w:rsidR="005F6410" w:rsidRPr="00302053">
        <w:rPr>
          <w:rFonts w:cs="Times New Roman"/>
          <w:szCs w:val="24"/>
        </w:rPr>
        <w:t>,</w:t>
      </w:r>
      <w:r w:rsidRPr="00302053">
        <w:rPr>
          <w:rFonts w:cs="Times New Roman"/>
          <w:szCs w:val="24"/>
        </w:rPr>
        <w:t xml:space="preserve"> </w:t>
      </w:r>
      <w:proofErr w:type="spellStart"/>
      <w:r w:rsidR="005F6410" w:rsidRPr="00302053">
        <w:rPr>
          <w:rFonts w:cs="Times New Roman"/>
          <w:szCs w:val="24"/>
        </w:rPr>
        <w:t>serta</w:t>
      </w:r>
      <w:proofErr w:type="spellEnd"/>
      <w:r w:rsidRPr="00302053">
        <w:rPr>
          <w:rFonts w:cs="Times New Roman"/>
          <w:szCs w:val="24"/>
        </w:rPr>
        <w:t xml:space="preserve"> </w:t>
      </w:r>
      <w:proofErr w:type="spellStart"/>
      <w:r w:rsidR="005F6410" w:rsidRPr="00302053">
        <w:rPr>
          <w:rFonts w:cs="Times New Roman"/>
          <w:szCs w:val="24"/>
        </w:rPr>
        <w:t>merancang</w:t>
      </w:r>
      <w:proofErr w:type="spellEnd"/>
      <w:r w:rsidRPr="00302053">
        <w:rPr>
          <w:rFonts w:cs="Times New Roman"/>
          <w:szCs w:val="24"/>
        </w:rPr>
        <w:t xml:space="preserve"> </w:t>
      </w:r>
      <w:proofErr w:type="spellStart"/>
      <w:r w:rsidR="005F6410" w:rsidRPr="00302053">
        <w:rPr>
          <w:rFonts w:cs="Times New Roman"/>
          <w:szCs w:val="24"/>
        </w:rPr>
        <w:t>arsitektur</w:t>
      </w:r>
      <w:proofErr w:type="spellEnd"/>
      <w:r w:rsidRPr="00302053">
        <w:rPr>
          <w:rFonts w:cs="Times New Roman"/>
          <w:szCs w:val="24"/>
        </w:rPr>
        <w:t xml:space="preserve"> </w:t>
      </w:r>
      <w:proofErr w:type="spellStart"/>
      <w:r w:rsidR="005F6410" w:rsidRPr="00302053">
        <w:rPr>
          <w:rFonts w:cs="Times New Roman"/>
          <w:szCs w:val="24"/>
        </w:rPr>
        <w:t>sistem</w:t>
      </w:r>
      <w:proofErr w:type="spellEnd"/>
      <w:r w:rsidR="005F6410" w:rsidRPr="00302053">
        <w:rPr>
          <w:rFonts w:cs="Times New Roman"/>
          <w:szCs w:val="24"/>
        </w:rPr>
        <w:t>.</w:t>
      </w:r>
    </w:p>
    <w:p w14:paraId="62DBCCDC" w14:textId="77777777" w:rsidR="00302053" w:rsidRDefault="005F6410" w:rsidP="00302053">
      <w:pPr>
        <w:numPr>
          <w:ilvl w:val="0"/>
          <w:numId w:val="15"/>
        </w:numPr>
        <w:spacing w:after="0" w:line="360" w:lineRule="auto"/>
        <w:ind w:left="851" w:right="-427" w:hanging="425"/>
        <w:rPr>
          <w:rFonts w:cs="Times New Roman"/>
          <w:szCs w:val="24"/>
        </w:rPr>
      </w:pPr>
      <w:proofErr w:type="spellStart"/>
      <w:r w:rsidRPr="00302053">
        <w:rPr>
          <w:rFonts w:cs="Times New Roman"/>
          <w:szCs w:val="24"/>
        </w:rPr>
        <w:t>Pengembangan</w:t>
      </w:r>
      <w:proofErr w:type="spellEnd"/>
      <w:r w:rsidR="00F660D2" w:rsidRPr="00302053">
        <w:rPr>
          <w:rFonts w:cs="Times New Roman"/>
          <w:szCs w:val="24"/>
        </w:rPr>
        <w:t xml:space="preserve"> </w:t>
      </w:r>
      <w:r w:rsidRPr="00302053">
        <w:rPr>
          <w:rFonts w:cs="Times New Roman"/>
          <w:szCs w:val="24"/>
        </w:rPr>
        <w:t>(</w:t>
      </w:r>
      <w:proofErr w:type="spellStart"/>
      <w:r w:rsidRPr="00302053">
        <w:rPr>
          <w:rFonts w:cs="Times New Roman"/>
          <w:szCs w:val="24"/>
        </w:rPr>
        <w:t>Implementasi</w:t>
      </w:r>
      <w:proofErr w:type="spellEnd"/>
      <w:r w:rsidRPr="00302053">
        <w:rPr>
          <w:rFonts w:cs="Times New Roman"/>
          <w:szCs w:val="24"/>
        </w:rPr>
        <w:t>)</w:t>
      </w:r>
      <w:r w:rsidR="00F660D2" w:rsidRPr="00302053">
        <w:rPr>
          <w:rFonts w:cs="Times New Roman"/>
          <w:szCs w:val="24"/>
        </w:rPr>
        <w:t xml:space="preserve"> </w:t>
      </w:r>
      <w:proofErr w:type="spellStart"/>
      <w:r w:rsidRPr="00302053">
        <w:rPr>
          <w:rFonts w:cs="Times New Roman"/>
          <w:szCs w:val="24"/>
        </w:rPr>
        <w:t>Sistem</w:t>
      </w:r>
      <w:proofErr w:type="spellEnd"/>
      <w:r w:rsidRPr="00302053">
        <w:rPr>
          <w:rFonts w:cs="Times New Roman"/>
          <w:szCs w:val="24"/>
        </w:rPr>
        <w:t>:</w:t>
      </w:r>
      <w:r w:rsidR="00F660D2" w:rsidRPr="00302053">
        <w:rPr>
          <w:rFonts w:cs="Times New Roman"/>
          <w:szCs w:val="24"/>
        </w:rPr>
        <w:t xml:space="preserve"> </w:t>
      </w:r>
      <w:proofErr w:type="spellStart"/>
      <w:r w:rsidRPr="00302053">
        <w:rPr>
          <w:rFonts w:cs="Times New Roman"/>
          <w:szCs w:val="24"/>
        </w:rPr>
        <w:t>Mengimplementasikan</w:t>
      </w:r>
      <w:proofErr w:type="spellEnd"/>
      <w:r w:rsidR="00F660D2" w:rsidRPr="00302053">
        <w:rPr>
          <w:rFonts w:cs="Times New Roman"/>
          <w:szCs w:val="24"/>
        </w:rPr>
        <w:t xml:space="preserve"> </w:t>
      </w:r>
      <w:proofErr w:type="spellStart"/>
      <w:r w:rsidRPr="00302053">
        <w:rPr>
          <w:rFonts w:cs="Times New Roman"/>
          <w:szCs w:val="24"/>
        </w:rPr>
        <w:t>sistem</w:t>
      </w:r>
      <w:proofErr w:type="spellEnd"/>
      <w:r w:rsidR="00F660D2" w:rsidRPr="00302053">
        <w:rPr>
          <w:rFonts w:cs="Times New Roman"/>
          <w:szCs w:val="24"/>
        </w:rPr>
        <w:t xml:space="preserve"> </w:t>
      </w:r>
      <w:proofErr w:type="spellStart"/>
      <w:r w:rsidRPr="00302053">
        <w:rPr>
          <w:rFonts w:cs="Times New Roman"/>
          <w:szCs w:val="24"/>
        </w:rPr>
        <w:t>katalog</w:t>
      </w:r>
      <w:proofErr w:type="spellEnd"/>
      <w:r w:rsidR="00F660D2" w:rsidRPr="00302053">
        <w:rPr>
          <w:rFonts w:cs="Times New Roman"/>
          <w:szCs w:val="24"/>
        </w:rPr>
        <w:t xml:space="preserve"> </w:t>
      </w:r>
      <w:proofErr w:type="spellStart"/>
      <w:r w:rsidRPr="00302053">
        <w:rPr>
          <w:rFonts w:cs="Times New Roman"/>
          <w:szCs w:val="24"/>
        </w:rPr>
        <w:t>buku</w:t>
      </w:r>
      <w:proofErr w:type="spellEnd"/>
      <w:r w:rsidR="00F660D2" w:rsidRPr="00302053">
        <w:rPr>
          <w:rFonts w:cs="Times New Roman"/>
          <w:szCs w:val="24"/>
        </w:rPr>
        <w:t xml:space="preserve"> </w:t>
      </w:r>
      <w:proofErr w:type="spellStart"/>
      <w:r w:rsidRPr="00302053">
        <w:rPr>
          <w:rFonts w:cs="Times New Roman"/>
          <w:szCs w:val="24"/>
        </w:rPr>
        <w:t>berbasis</w:t>
      </w:r>
      <w:proofErr w:type="spellEnd"/>
      <w:r w:rsidR="00F660D2" w:rsidRPr="00302053">
        <w:rPr>
          <w:rFonts w:cs="Times New Roman"/>
          <w:szCs w:val="24"/>
        </w:rPr>
        <w:t xml:space="preserve"> </w:t>
      </w:r>
      <w:r w:rsidRPr="00302053">
        <w:rPr>
          <w:rFonts w:cs="Times New Roman"/>
          <w:szCs w:val="24"/>
        </w:rPr>
        <w:t>web</w:t>
      </w:r>
      <w:r w:rsidR="00F660D2" w:rsidRPr="00302053">
        <w:rPr>
          <w:rFonts w:cs="Times New Roman"/>
          <w:szCs w:val="24"/>
        </w:rPr>
        <w:t xml:space="preserve"> </w:t>
      </w:r>
      <w:proofErr w:type="spellStart"/>
      <w:r w:rsidRPr="00302053">
        <w:rPr>
          <w:rFonts w:cs="Times New Roman"/>
          <w:szCs w:val="24"/>
        </w:rPr>
        <w:t>menggunakan</w:t>
      </w:r>
      <w:proofErr w:type="spellEnd"/>
      <w:r w:rsidR="00F660D2" w:rsidRPr="00302053">
        <w:rPr>
          <w:rFonts w:cs="Times New Roman"/>
          <w:szCs w:val="24"/>
        </w:rPr>
        <w:t xml:space="preserve"> </w:t>
      </w:r>
      <w:proofErr w:type="spellStart"/>
      <w:r w:rsidRPr="00302053">
        <w:rPr>
          <w:rFonts w:cs="Times New Roman"/>
          <w:szCs w:val="24"/>
        </w:rPr>
        <w:t>bahasa</w:t>
      </w:r>
      <w:proofErr w:type="spellEnd"/>
      <w:r w:rsidR="00F660D2" w:rsidRPr="00302053">
        <w:rPr>
          <w:rFonts w:cs="Times New Roman"/>
          <w:szCs w:val="24"/>
        </w:rPr>
        <w:t xml:space="preserve"> </w:t>
      </w:r>
      <w:proofErr w:type="spellStart"/>
      <w:r w:rsidRPr="00302053">
        <w:rPr>
          <w:rFonts w:cs="Times New Roman"/>
          <w:szCs w:val="24"/>
        </w:rPr>
        <w:t>pemrograman</w:t>
      </w:r>
      <w:proofErr w:type="spellEnd"/>
      <w:r w:rsidR="00F660D2" w:rsidRPr="00302053">
        <w:rPr>
          <w:rFonts w:cs="Times New Roman"/>
          <w:szCs w:val="24"/>
        </w:rPr>
        <w:t xml:space="preserve"> </w:t>
      </w:r>
      <w:r w:rsidRPr="00302053">
        <w:rPr>
          <w:rFonts w:cs="Times New Roman"/>
          <w:szCs w:val="24"/>
        </w:rPr>
        <w:t>dan</w:t>
      </w:r>
      <w:r w:rsidR="00F660D2" w:rsidRPr="00302053">
        <w:rPr>
          <w:rFonts w:cs="Times New Roman"/>
          <w:szCs w:val="24"/>
        </w:rPr>
        <w:t xml:space="preserve"> </w:t>
      </w:r>
      <w:r w:rsidRPr="00302053">
        <w:rPr>
          <w:rFonts w:cs="Times New Roman"/>
          <w:szCs w:val="24"/>
        </w:rPr>
        <w:t>framework</w:t>
      </w:r>
      <w:r w:rsidR="00F660D2" w:rsidRPr="00302053">
        <w:rPr>
          <w:rFonts w:cs="Times New Roman"/>
          <w:szCs w:val="24"/>
        </w:rPr>
        <w:t xml:space="preserve"> </w:t>
      </w:r>
      <w:r w:rsidRPr="00302053">
        <w:rPr>
          <w:rFonts w:cs="Times New Roman"/>
          <w:szCs w:val="24"/>
        </w:rPr>
        <w:t>yang</w:t>
      </w:r>
      <w:r w:rsidR="00F660D2" w:rsidRPr="00302053">
        <w:rPr>
          <w:rFonts w:cs="Times New Roman"/>
          <w:szCs w:val="24"/>
        </w:rPr>
        <w:t xml:space="preserve"> </w:t>
      </w:r>
      <w:proofErr w:type="spellStart"/>
      <w:r w:rsidRPr="00302053">
        <w:rPr>
          <w:rFonts w:cs="Times New Roman"/>
          <w:szCs w:val="24"/>
        </w:rPr>
        <w:t>relevan</w:t>
      </w:r>
      <w:proofErr w:type="spellEnd"/>
      <w:r w:rsidRPr="00302053">
        <w:rPr>
          <w:rFonts w:cs="Times New Roman"/>
          <w:szCs w:val="24"/>
        </w:rPr>
        <w:t>,</w:t>
      </w:r>
      <w:r w:rsidR="00F660D2" w:rsidRPr="00302053">
        <w:rPr>
          <w:rFonts w:cs="Times New Roman"/>
          <w:szCs w:val="24"/>
        </w:rPr>
        <w:t xml:space="preserve"> </w:t>
      </w:r>
      <w:proofErr w:type="spellStart"/>
      <w:r w:rsidRPr="00302053">
        <w:rPr>
          <w:rFonts w:cs="Times New Roman"/>
          <w:szCs w:val="24"/>
        </w:rPr>
        <w:t>serta</w:t>
      </w:r>
      <w:proofErr w:type="spellEnd"/>
      <w:r w:rsidR="00F660D2" w:rsidRPr="00302053">
        <w:rPr>
          <w:rFonts w:cs="Times New Roman"/>
          <w:szCs w:val="24"/>
        </w:rPr>
        <w:t xml:space="preserve"> </w:t>
      </w:r>
      <w:proofErr w:type="spellStart"/>
      <w:r w:rsidRPr="00302053">
        <w:rPr>
          <w:rFonts w:cs="Times New Roman"/>
          <w:szCs w:val="24"/>
        </w:rPr>
        <w:t>mengintegrasikannya</w:t>
      </w:r>
      <w:proofErr w:type="spellEnd"/>
      <w:r w:rsidR="00F660D2" w:rsidRPr="00302053">
        <w:rPr>
          <w:rFonts w:cs="Times New Roman"/>
          <w:szCs w:val="24"/>
        </w:rPr>
        <w:t xml:space="preserve"> </w:t>
      </w:r>
      <w:proofErr w:type="spellStart"/>
      <w:r w:rsidRPr="00302053">
        <w:rPr>
          <w:rFonts w:cs="Times New Roman"/>
          <w:szCs w:val="24"/>
        </w:rPr>
        <w:t>dengan</w:t>
      </w:r>
      <w:proofErr w:type="spellEnd"/>
      <w:r w:rsidR="00F660D2" w:rsidRPr="00302053">
        <w:rPr>
          <w:rFonts w:cs="Times New Roman"/>
          <w:szCs w:val="24"/>
        </w:rPr>
        <w:t xml:space="preserve"> </w:t>
      </w:r>
      <w:r w:rsidRPr="00302053">
        <w:rPr>
          <w:rFonts w:cs="Times New Roman"/>
          <w:szCs w:val="24"/>
        </w:rPr>
        <w:t>basis</w:t>
      </w:r>
      <w:r w:rsidR="00F660D2" w:rsidRPr="00302053">
        <w:rPr>
          <w:rFonts w:cs="Times New Roman"/>
          <w:szCs w:val="24"/>
        </w:rPr>
        <w:t xml:space="preserve"> </w:t>
      </w:r>
      <w:r w:rsidRPr="00302053">
        <w:rPr>
          <w:rFonts w:cs="Times New Roman"/>
          <w:szCs w:val="24"/>
        </w:rPr>
        <w:t>data.</w:t>
      </w:r>
      <w:r w:rsidR="00F660D2" w:rsidRPr="00302053">
        <w:rPr>
          <w:rFonts w:cs="Times New Roman"/>
          <w:szCs w:val="24"/>
        </w:rPr>
        <w:t xml:space="preserve"> </w:t>
      </w:r>
      <w:proofErr w:type="spellStart"/>
      <w:r w:rsidRPr="00302053">
        <w:rPr>
          <w:rFonts w:cs="Times New Roman"/>
          <w:szCs w:val="24"/>
        </w:rPr>
        <w:t>Pengujian</w:t>
      </w:r>
      <w:proofErr w:type="spellEnd"/>
      <w:r w:rsidR="00F660D2" w:rsidRPr="00302053">
        <w:rPr>
          <w:rFonts w:cs="Times New Roman"/>
          <w:szCs w:val="24"/>
        </w:rPr>
        <w:t xml:space="preserve"> </w:t>
      </w:r>
      <w:proofErr w:type="spellStart"/>
      <w:r w:rsidRPr="00302053">
        <w:rPr>
          <w:rFonts w:cs="Times New Roman"/>
          <w:szCs w:val="24"/>
        </w:rPr>
        <w:t>Sistem</w:t>
      </w:r>
      <w:proofErr w:type="spellEnd"/>
      <w:r w:rsidRPr="00302053">
        <w:rPr>
          <w:rFonts w:cs="Times New Roman"/>
          <w:szCs w:val="24"/>
        </w:rPr>
        <w:t>:</w:t>
      </w:r>
      <w:r w:rsidR="00F660D2" w:rsidRPr="00302053">
        <w:rPr>
          <w:rFonts w:cs="Times New Roman"/>
          <w:szCs w:val="24"/>
        </w:rPr>
        <w:t xml:space="preserve"> </w:t>
      </w:r>
      <w:proofErr w:type="spellStart"/>
      <w:r w:rsidRPr="00302053">
        <w:rPr>
          <w:rFonts w:cs="Times New Roman"/>
          <w:szCs w:val="24"/>
        </w:rPr>
        <w:t>Melakukan</w:t>
      </w:r>
      <w:proofErr w:type="spellEnd"/>
      <w:r w:rsidR="00F660D2" w:rsidRPr="00302053">
        <w:rPr>
          <w:rFonts w:cs="Times New Roman"/>
          <w:szCs w:val="24"/>
        </w:rPr>
        <w:t xml:space="preserve"> </w:t>
      </w:r>
      <w:proofErr w:type="spellStart"/>
      <w:r w:rsidRPr="00302053">
        <w:rPr>
          <w:rFonts w:cs="Times New Roman"/>
          <w:szCs w:val="24"/>
        </w:rPr>
        <w:t>pengujian</w:t>
      </w:r>
      <w:proofErr w:type="spellEnd"/>
      <w:r w:rsidR="00F660D2" w:rsidRPr="00302053">
        <w:rPr>
          <w:rFonts w:cs="Times New Roman"/>
          <w:szCs w:val="24"/>
        </w:rPr>
        <w:t xml:space="preserve"> </w:t>
      </w:r>
      <w:proofErr w:type="spellStart"/>
      <w:r w:rsidRPr="00302053">
        <w:rPr>
          <w:rFonts w:cs="Times New Roman"/>
          <w:szCs w:val="24"/>
        </w:rPr>
        <w:t>fungsionalitas</w:t>
      </w:r>
      <w:proofErr w:type="spellEnd"/>
      <w:r w:rsidR="00F660D2" w:rsidRPr="00302053">
        <w:rPr>
          <w:rFonts w:cs="Times New Roman"/>
          <w:szCs w:val="24"/>
        </w:rPr>
        <w:t xml:space="preserve"> </w:t>
      </w:r>
      <w:r w:rsidRPr="00302053">
        <w:rPr>
          <w:rFonts w:cs="Times New Roman"/>
          <w:szCs w:val="24"/>
        </w:rPr>
        <w:t>dan</w:t>
      </w:r>
      <w:r w:rsidR="00F660D2" w:rsidRPr="00302053">
        <w:rPr>
          <w:rFonts w:cs="Times New Roman"/>
          <w:szCs w:val="24"/>
        </w:rPr>
        <w:t xml:space="preserve"> </w:t>
      </w:r>
      <w:proofErr w:type="spellStart"/>
      <w:r w:rsidRPr="00302053">
        <w:rPr>
          <w:rFonts w:cs="Times New Roman"/>
          <w:szCs w:val="24"/>
        </w:rPr>
        <w:t>kinerja</w:t>
      </w:r>
      <w:proofErr w:type="spellEnd"/>
      <w:r w:rsidR="00F660D2" w:rsidRPr="00302053">
        <w:rPr>
          <w:rFonts w:cs="Times New Roman"/>
          <w:szCs w:val="24"/>
        </w:rPr>
        <w:t xml:space="preserve"> </w:t>
      </w:r>
      <w:proofErr w:type="spellStart"/>
      <w:r w:rsidRPr="00302053">
        <w:rPr>
          <w:rFonts w:cs="Times New Roman"/>
          <w:szCs w:val="24"/>
        </w:rPr>
        <w:t>sistem</w:t>
      </w:r>
      <w:proofErr w:type="spellEnd"/>
      <w:r w:rsidR="00F660D2" w:rsidRPr="00302053">
        <w:rPr>
          <w:rFonts w:cs="Times New Roman"/>
          <w:szCs w:val="24"/>
        </w:rPr>
        <w:t xml:space="preserve"> </w:t>
      </w:r>
      <w:proofErr w:type="spellStart"/>
      <w:r w:rsidRPr="00302053">
        <w:rPr>
          <w:rFonts w:cs="Times New Roman"/>
          <w:szCs w:val="24"/>
        </w:rPr>
        <w:t>untuk</w:t>
      </w:r>
      <w:proofErr w:type="spellEnd"/>
      <w:r w:rsidR="00F660D2" w:rsidRPr="00302053">
        <w:rPr>
          <w:rFonts w:cs="Times New Roman"/>
          <w:szCs w:val="24"/>
        </w:rPr>
        <w:t xml:space="preserve"> </w:t>
      </w:r>
      <w:proofErr w:type="spellStart"/>
      <w:r w:rsidRPr="00302053">
        <w:rPr>
          <w:rFonts w:cs="Times New Roman"/>
          <w:szCs w:val="24"/>
        </w:rPr>
        <w:t>memastikan</w:t>
      </w:r>
      <w:proofErr w:type="spellEnd"/>
      <w:r w:rsidR="00F660D2" w:rsidRPr="00302053">
        <w:rPr>
          <w:rFonts w:cs="Times New Roman"/>
          <w:szCs w:val="24"/>
        </w:rPr>
        <w:t xml:space="preserve"> </w:t>
      </w:r>
      <w:proofErr w:type="spellStart"/>
      <w:r w:rsidRPr="00302053">
        <w:rPr>
          <w:rFonts w:cs="Times New Roman"/>
          <w:szCs w:val="24"/>
        </w:rPr>
        <w:t>semua</w:t>
      </w:r>
      <w:proofErr w:type="spellEnd"/>
      <w:r w:rsidR="00F660D2" w:rsidRPr="00302053">
        <w:rPr>
          <w:rFonts w:cs="Times New Roman"/>
          <w:szCs w:val="24"/>
        </w:rPr>
        <w:t xml:space="preserve"> </w:t>
      </w:r>
      <w:proofErr w:type="spellStart"/>
      <w:r w:rsidRPr="00302053">
        <w:rPr>
          <w:rFonts w:cs="Times New Roman"/>
          <w:szCs w:val="24"/>
        </w:rPr>
        <w:t>fitur</w:t>
      </w:r>
      <w:proofErr w:type="spellEnd"/>
      <w:r w:rsidR="00F660D2" w:rsidRPr="00302053">
        <w:rPr>
          <w:rFonts w:cs="Times New Roman"/>
          <w:szCs w:val="24"/>
        </w:rPr>
        <w:t xml:space="preserve"> </w:t>
      </w:r>
      <w:proofErr w:type="spellStart"/>
      <w:r w:rsidRPr="00302053">
        <w:rPr>
          <w:rFonts w:cs="Times New Roman"/>
          <w:szCs w:val="24"/>
        </w:rPr>
        <w:t>berjalan</w:t>
      </w:r>
      <w:proofErr w:type="spellEnd"/>
      <w:r w:rsidR="00F660D2" w:rsidRPr="00302053">
        <w:rPr>
          <w:rFonts w:cs="Times New Roman"/>
          <w:szCs w:val="24"/>
        </w:rPr>
        <w:t xml:space="preserve"> </w:t>
      </w:r>
      <w:proofErr w:type="spellStart"/>
      <w:r w:rsidRPr="00302053">
        <w:rPr>
          <w:rFonts w:cs="Times New Roman"/>
          <w:szCs w:val="24"/>
        </w:rPr>
        <w:t>sesuai</w:t>
      </w:r>
      <w:proofErr w:type="spellEnd"/>
      <w:r w:rsidR="00F660D2" w:rsidRPr="00302053">
        <w:rPr>
          <w:rFonts w:cs="Times New Roman"/>
          <w:szCs w:val="24"/>
        </w:rPr>
        <w:t xml:space="preserve"> </w:t>
      </w:r>
      <w:proofErr w:type="spellStart"/>
      <w:r w:rsidRPr="00302053">
        <w:rPr>
          <w:rFonts w:cs="Times New Roman"/>
          <w:szCs w:val="24"/>
        </w:rPr>
        <w:t>harapan</w:t>
      </w:r>
      <w:proofErr w:type="spellEnd"/>
      <w:r w:rsidR="00F660D2" w:rsidRPr="00302053">
        <w:rPr>
          <w:rFonts w:cs="Times New Roman"/>
          <w:szCs w:val="24"/>
        </w:rPr>
        <w:t xml:space="preserve"> </w:t>
      </w:r>
      <w:r w:rsidRPr="00302053">
        <w:rPr>
          <w:rFonts w:cs="Times New Roman"/>
          <w:szCs w:val="24"/>
        </w:rPr>
        <w:t>dan</w:t>
      </w:r>
      <w:r w:rsidR="00F660D2" w:rsidRPr="00302053">
        <w:rPr>
          <w:rFonts w:cs="Times New Roman"/>
          <w:szCs w:val="24"/>
        </w:rPr>
        <w:t xml:space="preserve"> </w:t>
      </w:r>
      <w:proofErr w:type="spellStart"/>
      <w:r w:rsidRPr="00302053">
        <w:rPr>
          <w:rFonts w:cs="Times New Roman"/>
          <w:szCs w:val="24"/>
        </w:rPr>
        <w:t>tidak</w:t>
      </w:r>
      <w:proofErr w:type="spellEnd"/>
      <w:r w:rsidR="00F660D2" w:rsidRPr="00302053">
        <w:rPr>
          <w:rFonts w:cs="Times New Roman"/>
          <w:szCs w:val="24"/>
        </w:rPr>
        <w:t xml:space="preserve"> </w:t>
      </w:r>
      <w:proofErr w:type="spellStart"/>
      <w:r w:rsidRPr="00302053">
        <w:rPr>
          <w:rFonts w:cs="Times New Roman"/>
          <w:szCs w:val="24"/>
        </w:rPr>
        <w:t>ada</w:t>
      </w:r>
      <w:proofErr w:type="spellEnd"/>
      <w:r w:rsidR="00F660D2" w:rsidRPr="00302053">
        <w:rPr>
          <w:rFonts w:cs="Times New Roman"/>
          <w:szCs w:val="24"/>
        </w:rPr>
        <w:t xml:space="preserve"> </w:t>
      </w:r>
      <w:r w:rsidRPr="00302053">
        <w:rPr>
          <w:rFonts w:cs="Times New Roman"/>
          <w:szCs w:val="24"/>
        </w:rPr>
        <w:t>bug.</w:t>
      </w:r>
    </w:p>
    <w:p w14:paraId="2C4E13B4" w14:textId="32201266" w:rsidR="005F6410" w:rsidRDefault="005F6410" w:rsidP="00D70A29">
      <w:pPr>
        <w:numPr>
          <w:ilvl w:val="0"/>
          <w:numId w:val="15"/>
        </w:numPr>
        <w:spacing w:after="0" w:line="360" w:lineRule="auto"/>
        <w:ind w:left="851" w:right="-427" w:hanging="425"/>
        <w:rPr>
          <w:rFonts w:cs="Times New Roman"/>
          <w:szCs w:val="24"/>
        </w:rPr>
      </w:pPr>
      <w:proofErr w:type="spellStart"/>
      <w:r w:rsidRPr="00302053">
        <w:rPr>
          <w:rFonts w:cs="Times New Roman"/>
          <w:szCs w:val="24"/>
        </w:rPr>
        <w:t>Penyusunan</w:t>
      </w:r>
      <w:proofErr w:type="spellEnd"/>
      <w:r w:rsidR="00F660D2" w:rsidRPr="00302053">
        <w:rPr>
          <w:rFonts w:cs="Times New Roman"/>
          <w:szCs w:val="24"/>
        </w:rPr>
        <w:t xml:space="preserve"> </w:t>
      </w:r>
      <w:r w:rsidRPr="00302053">
        <w:rPr>
          <w:rFonts w:cs="Times New Roman"/>
          <w:szCs w:val="24"/>
        </w:rPr>
        <w:t>Dokumentasi:</w:t>
      </w:r>
      <w:r w:rsidR="00F660D2" w:rsidRPr="00302053">
        <w:rPr>
          <w:rFonts w:cs="Times New Roman"/>
          <w:szCs w:val="24"/>
        </w:rPr>
        <w:t xml:space="preserve"> </w:t>
      </w:r>
      <w:proofErr w:type="spellStart"/>
      <w:r w:rsidRPr="00302053">
        <w:rPr>
          <w:rFonts w:cs="Times New Roman"/>
          <w:szCs w:val="24"/>
        </w:rPr>
        <w:t>Membuat</w:t>
      </w:r>
      <w:proofErr w:type="spellEnd"/>
      <w:r w:rsidR="00F660D2" w:rsidRPr="00302053">
        <w:rPr>
          <w:rFonts w:cs="Times New Roman"/>
          <w:szCs w:val="24"/>
        </w:rPr>
        <w:t xml:space="preserve"> </w:t>
      </w:r>
      <w:proofErr w:type="spellStart"/>
      <w:r w:rsidRPr="00302053">
        <w:rPr>
          <w:rFonts w:cs="Times New Roman"/>
          <w:szCs w:val="24"/>
        </w:rPr>
        <w:t>laporan</w:t>
      </w:r>
      <w:proofErr w:type="spellEnd"/>
      <w:r w:rsidR="00F660D2" w:rsidRPr="00302053">
        <w:rPr>
          <w:rFonts w:cs="Times New Roman"/>
          <w:szCs w:val="24"/>
        </w:rPr>
        <w:t xml:space="preserve"> </w:t>
      </w:r>
      <w:proofErr w:type="spellStart"/>
      <w:r w:rsidRPr="00302053">
        <w:rPr>
          <w:rFonts w:cs="Times New Roman"/>
          <w:szCs w:val="24"/>
        </w:rPr>
        <w:t>akhir</w:t>
      </w:r>
      <w:proofErr w:type="spellEnd"/>
      <w:r w:rsidR="00F660D2" w:rsidRPr="00302053">
        <w:rPr>
          <w:rFonts w:cs="Times New Roman"/>
          <w:szCs w:val="24"/>
        </w:rPr>
        <w:t xml:space="preserve"> </w:t>
      </w:r>
      <w:proofErr w:type="spellStart"/>
      <w:r w:rsidRPr="00302053">
        <w:rPr>
          <w:rFonts w:cs="Times New Roman"/>
          <w:szCs w:val="24"/>
        </w:rPr>
        <w:t>kerja</w:t>
      </w:r>
      <w:proofErr w:type="spellEnd"/>
      <w:r w:rsidR="00F660D2" w:rsidRPr="00302053">
        <w:rPr>
          <w:rFonts w:cs="Times New Roman"/>
          <w:szCs w:val="24"/>
        </w:rPr>
        <w:t xml:space="preserve"> </w:t>
      </w:r>
      <w:proofErr w:type="spellStart"/>
      <w:r w:rsidRPr="00302053">
        <w:rPr>
          <w:rFonts w:cs="Times New Roman"/>
          <w:szCs w:val="24"/>
        </w:rPr>
        <w:t>praktek</w:t>
      </w:r>
      <w:proofErr w:type="spellEnd"/>
      <w:r w:rsidRPr="00302053">
        <w:rPr>
          <w:rFonts w:cs="Times New Roman"/>
          <w:szCs w:val="24"/>
        </w:rPr>
        <w:t>,</w:t>
      </w:r>
      <w:r w:rsidR="00F660D2" w:rsidRPr="00302053">
        <w:rPr>
          <w:rFonts w:cs="Times New Roman"/>
          <w:szCs w:val="24"/>
        </w:rPr>
        <w:t xml:space="preserve"> </w:t>
      </w:r>
      <w:proofErr w:type="spellStart"/>
      <w:r w:rsidRPr="00302053">
        <w:rPr>
          <w:rFonts w:cs="Times New Roman"/>
          <w:szCs w:val="24"/>
        </w:rPr>
        <w:t>panduan</w:t>
      </w:r>
      <w:proofErr w:type="spellEnd"/>
      <w:r w:rsidR="00F660D2" w:rsidRPr="00302053">
        <w:rPr>
          <w:rFonts w:cs="Times New Roman"/>
          <w:szCs w:val="24"/>
        </w:rPr>
        <w:t xml:space="preserve"> </w:t>
      </w:r>
      <w:proofErr w:type="spellStart"/>
      <w:r w:rsidRPr="00302053">
        <w:rPr>
          <w:rFonts w:cs="Times New Roman"/>
          <w:szCs w:val="24"/>
        </w:rPr>
        <w:t>pengguna</w:t>
      </w:r>
      <w:proofErr w:type="spellEnd"/>
      <w:r w:rsidR="00F660D2" w:rsidRPr="00302053">
        <w:rPr>
          <w:rFonts w:cs="Times New Roman"/>
          <w:szCs w:val="24"/>
        </w:rPr>
        <w:t xml:space="preserve"> </w:t>
      </w:r>
      <w:proofErr w:type="spellStart"/>
      <w:r w:rsidRPr="00302053">
        <w:rPr>
          <w:rFonts w:cs="Times New Roman"/>
          <w:szCs w:val="24"/>
        </w:rPr>
        <w:t>untuk</w:t>
      </w:r>
      <w:proofErr w:type="spellEnd"/>
      <w:r w:rsidR="00F660D2" w:rsidRPr="00302053">
        <w:rPr>
          <w:rFonts w:cs="Times New Roman"/>
          <w:szCs w:val="24"/>
        </w:rPr>
        <w:t xml:space="preserve"> </w:t>
      </w:r>
      <w:proofErr w:type="spellStart"/>
      <w:r w:rsidRPr="00302053">
        <w:rPr>
          <w:rFonts w:cs="Times New Roman"/>
          <w:szCs w:val="24"/>
        </w:rPr>
        <w:t>sistem</w:t>
      </w:r>
      <w:proofErr w:type="spellEnd"/>
      <w:r w:rsidR="00F660D2" w:rsidRPr="00302053">
        <w:rPr>
          <w:rFonts w:cs="Times New Roman"/>
          <w:szCs w:val="24"/>
        </w:rPr>
        <w:t xml:space="preserve"> </w:t>
      </w:r>
      <w:r w:rsidRPr="00302053">
        <w:rPr>
          <w:rFonts w:cs="Times New Roman"/>
          <w:szCs w:val="24"/>
        </w:rPr>
        <w:t>yang</w:t>
      </w:r>
      <w:r w:rsidR="00F660D2" w:rsidRPr="00302053">
        <w:rPr>
          <w:rFonts w:cs="Times New Roman"/>
          <w:szCs w:val="24"/>
        </w:rPr>
        <w:t xml:space="preserve"> </w:t>
      </w:r>
      <w:proofErr w:type="spellStart"/>
      <w:r w:rsidRPr="00302053">
        <w:rPr>
          <w:rFonts w:cs="Times New Roman"/>
          <w:szCs w:val="24"/>
        </w:rPr>
        <w:t>dibangun</w:t>
      </w:r>
      <w:proofErr w:type="spellEnd"/>
      <w:r w:rsidRPr="00302053">
        <w:rPr>
          <w:rFonts w:cs="Times New Roman"/>
          <w:szCs w:val="24"/>
        </w:rPr>
        <w:t>,</w:t>
      </w:r>
      <w:r w:rsidR="00F660D2" w:rsidRPr="00302053">
        <w:rPr>
          <w:rFonts w:cs="Times New Roman"/>
          <w:szCs w:val="24"/>
        </w:rPr>
        <w:t xml:space="preserve"> </w:t>
      </w:r>
      <w:r w:rsidRPr="00302053">
        <w:rPr>
          <w:rFonts w:cs="Times New Roman"/>
          <w:szCs w:val="24"/>
        </w:rPr>
        <w:t>dan</w:t>
      </w:r>
      <w:r w:rsidR="00F660D2" w:rsidRPr="00302053">
        <w:rPr>
          <w:rFonts w:cs="Times New Roman"/>
          <w:szCs w:val="24"/>
        </w:rPr>
        <w:t xml:space="preserve"> </w:t>
      </w:r>
      <w:proofErr w:type="spellStart"/>
      <w:r w:rsidRPr="00302053">
        <w:rPr>
          <w:rFonts w:cs="Times New Roman"/>
          <w:szCs w:val="24"/>
        </w:rPr>
        <w:t>dokumentasi</w:t>
      </w:r>
      <w:proofErr w:type="spellEnd"/>
      <w:r w:rsidR="00F660D2" w:rsidRPr="00302053">
        <w:rPr>
          <w:rFonts w:cs="Times New Roman"/>
          <w:szCs w:val="24"/>
        </w:rPr>
        <w:t xml:space="preserve"> </w:t>
      </w:r>
      <w:proofErr w:type="spellStart"/>
      <w:r w:rsidRPr="00302053">
        <w:rPr>
          <w:rFonts w:cs="Times New Roman"/>
          <w:szCs w:val="24"/>
        </w:rPr>
        <w:t>teknis</w:t>
      </w:r>
      <w:proofErr w:type="spellEnd"/>
      <w:r w:rsidR="00F660D2" w:rsidRPr="00302053">
        <w:rPr>
          <w:rFonts w:cs="Times New Roman"/>
          <w:szCs w:val="24"/>
        </w:rPr>
        <w:t xml:space="preserve"> </w:t>
      </w:r>
      <w:proofErr w:type="spellStart"/>
      <w:r w:rsidRPr="00302053">
        <w:rPr>
          <w:rFonts w:cs="Times New Roman"/>
          <w:szCs w:val="24"/>
        </w:rPr>
        <w:t>sistem</w:t>
      </w:r>
      <w:proofErr w:type="spellEnd"/>
      <w:r w:rsidRPr="00302053">
        <w:rPr>
          <w:rFonts w:cs="Times New Roman"/>
          <w:szCs w:val="24"/>
        </w:rPr>
        <w:t>.</w:t>
      </w:r>
    </w:p>
    <w:p w14:paraId="65BF60C7" w14:textId="77777777" w:rsidR="0076694C" w:rsidRDefault="0076694C" w:rsidP="0076694C">
      <w:pPr>
        <w:spacing w:after="0" w:line="360" w:lineRule="auto"/>
        <w:ind w:right="-427"/>
        <w:rPr>
          <w:rFonts w:cs="Times New Roman"/>
          <w:szCs w:val="24"/>
        </w:rPr>
      </w:pPr>
    </w:p>
    <w:p w14:paraId="148A6DBA" w14:textId="77777777" w:rsidR="0076694C" w:rsidRDefault="0076694C" w:rsidP="0076694C">
      <w:pPr>
        <w:spacing w:after="0" w:line="360" w:lineRule="auto"/>
        <w:ind w:right="-427"/>
        <w:rPr>
          <w:rFonts w:cs="Times New Roman"/>
          <w:szCs w:val="24"/>
        </w:rPr>
      </w:pPr>
    </w:p>
    <w:p w14:paraId="1E1EB5DB" w14:textId="77777777" w:rsidR="0076694C" w:rsidRDefault="0076694C" w:rsidP="0076694C">
      <w:pPr>
        <w:spacing w:after="0" w:line="360" w:lineRule="auto"/>
        <w:ind w:right="-427"/>
        <w:rPr>
          <w:rFonts w:cs="Times New Roman"/>
          <w:szCs w:val="24"/>
        </w:rPr>
      </w:pPr>
    </w:p>
    <w:p w14:paraId="3BF3D0C4" w14:textId="77777777" w:rsidR="0076694C" w:rsidRDefault="0076694C" w:rsidP="0076694C">
      <w:pPr>
        <w:spacing w:after="0" w:line="360" w:lineRule="auto"/>
        <w:ind w:right="-427"/>
        <w:rPr>
          <w:rFonts w:cs="Times New Roman"/>
          <w:szCs w:val="24"/>
        </w:rPr>
      </w:pPr>
    </w:p>
    <w:p w14:paraId="0AA3D7AD" w14:textId="77777777" w:rsidR="0076694C" w:rsidRDefault="0076694C" w:rsidP="0076694C">
      <w:pPr>
        <w:spacing w:after="0" w:line="360" w:lineRule="auto"/>
        <w:ind w:right="-427"/>
        <w:rPr>
          <w:rFonts w:cs="Times New Roman"/>
          <w:szCs w:val="24"/>
        </w:rPr>
      </w:pPr>
    </w:p>
    <w:p w14:paraId="56A9706A" w14:textId="77777777" w:rsidR="0076694C" w:rsidRDefault="0076694C" w:rsidP="0076694C">
      <w:pPr>
        <w:spacing w:after="0" w:line="360" w:lineRule="auto"/>
        <w:ind w:right="-427"/>
        <w:rPr>
          <w:rFonts w:cs="Times New Roman"/>
          <w:szCs w:val="24"/>
        </w:rPr>
      </w:pPr>
    </w:p>
    <w:p w14:paraId="78DA12C4" w14:textId="77777777" w:rsidR="0076694C" w:rsidRDefault="0076694C" w:rsidP="0076694C">
      <w:pPr>
        <w:spacing w:after="0" w:line="360" w:lineRule="auto"/>
        <w:ind w:right="-427"/>
        <w:rPr>
          <w:rFonts w:cs="Times New Roman"/>
          <w:szCs w:val="24"/>
        </w:rPr>
      </w:pPr>
    </w:p>
    <w:p w14:paraId="0C3AED8C" w14:textId="77777777" w:rsidR="0076694C" w:rsidRPr="00302053" w:rsidRDefault="0076694C" w:rsidP="0076694C">
      <w:pPr>
        <w:spacing w:after="0" w:line="360" w:lineRule="auto"/>
        <w:ind w:right="-427"/>
        <w:rPr>
          <w:rFonts w:cs="Times New Roman"/>
          <w:szCs w:val="24"/>
        </w:rPr>
      </w:pPr>
    </w:p>
    <w:p w14:paraId="7E94BF04" w14:textId="6AE84846" w:rsidR="007A347E" w:rsidRPr="00387AD0" w:rsidRDefault="007A347E" w:rsidP="00302053">
      <w:pPr>
        <w:pStyle w:val="Heading2"/>
        <w:numPr>
          <w:ilvl w:val="0"/>
          <w:numId w:val="27"/>
        </w:numPr>
        <w:spacing w:after="240" w:line="360" w:lineRule="auto"/>
        <w:ind w:left="0" w:firstLine="0"/>
        <w:rPr>
          <w:rFonts w:cs="Times New Roman"/>
          <w:szCs w:val="24"/>
          <w:lang w:val="id"/>
        </w:rPr>
      </w:pPr>
      <w:bookmarkStart w:id="97" w:name="_Toc205248733"/>
      <w:bookmarkStart w:id="98" w:name="_Toc205261381"/>
      <w:r w:rsidRPr="00387AD0">
        <w:rPr>
          <w:rFonts w:cs="Times New Roman"/>
          <w:szCs w:val="24"/>
          <w:lang w:val="id"/>
        </w:rPr>
        <w:t>Bentuk</w:t>
      </w:r>
      <w:r w:rsidR="00F660D2" w:rsidRPr="00387AD0">
        <w:rPr>
          <w:rFonts w:cs="Times New Roman"/>
          <w:szCs w:val="24"/>
          <w:lang w:val="id"/>
        </w:rPr>
        <w:t xml:space="preserve"> </w:t>
      </w:r>
      <w:r w:rsidRPr="00387AD0">
        <w:rPr>
          <w:rFonts w:cs="Times New Roman"/>
          <w:szCs w:val="24"/>
          <w:lang w:val="id"/>
        </w:rPr>
        <w:t>Kegiatan</w:t>
      </w:r>
      <w:bookmarkEnd w:id="97"/>
      <w:bookmarkEnd w:id="98"/>
      <w:r w:rsidR="00F660D2" w:rsidRPr="00387AD0">
        <w:rPr>
          <w:rFonts w:cs="Times New Roman"/>
          <w:szCs w:val="24"/>
          <w:lang w:val="id"/>
        </w:rPr>
        <w:t xml:space="preserve"> </w:t>
      </w:r>
    </w:p>
    <w:p w14:paraId="427CE0C4" w14:textId="14DC6BB2" w:rsidR="0010775C" w:rsidRDefault="003F340E" w:rsidP="0076694C">
      <w:pPr>
        <w:widowControl w:val="0"/>
        <w:autoSpaceDE w:val="0"/>
        <w:autoSpaceDN w:val="0"/>
        <w:spacing w:after="0" w:line="360" w:lineRule="auto"/>
        <w:ind w:firstLine="720"/>
        <w:rPr>
          <w:rFonts w:eastAsia="Times New Roman" w:cs="Times New Roman"/>
          <w:szCs w:val="24"/>
          <w:lang w:val="id"/>
        </w:rPr>
      </w:pPr>
      <w:r w:rsidRPr="00387AD0">
        <w:rPr>
          <w:rFonts w:eastAsia="Times New Roman" w:cs="Times New Roman"/>
          <w:szCs w:val="24"/>
          <w:lang w:val="id"/>
        </w:rPr>
        <w:t xml:space="preserve">Kegiatan kerja praktek dilaksanakan melalui beberapa tahapan yang </w:t>
      </w:r>
      <w:r w:rsidRPr="00387AD0">
        <w:rPr>
          <w:rFonts w:eastAsia="Times New Roman" w:cs="Times New Roman"/>
          <w:szCs w:val="24"/>
          <w:lang w:val="id"/>
        </w:rPr>
        <w:lastRenderedPageBreak/>
        <w:t xml:space="preserve">terstruktur untuk mencapai tujuan yang telah ditetapkan. Setiap tahapan memiliki aktivitas dan durasi waktu yang dirancang sesuai dengan kebutuhan sistem yang dikembangkan. </w:t>
      </w:r>
      <w:r w:rsidR="00004164">
        <w:rPr>
          <w:rFonts w:eastAsia="Times New Roman" w:cs="Times New Roman"/>
          <w:szCs w:val="24"/>
          <w:lang w:val="id"/>
        </w:rPr>
        <w:t>Berikur r</w:t>
      </w:r>
      <w:r w:rsidRPr="00387AD0">
        <w:rPr>
          <w:rFonts w:eastAsia="Times New Roman" w:cs="Times New Roman"/>
          <w:szCs w:val="24"/>
          <w:lang w:val="id"/>
        </w:rPr>
        <w:t xml:space="preserve">incian tahapan kegiatan kerja praktek </w:t>
      </w:r>
      <w:r w:rsidR="0010775C">
        <w:rPr>
          <w:rFonts w:eastAsia="Times New Roman" w:cs="Times New Roman"/>
          <w:szCs w:val="24"/>
          <w:lang w:val="id"/>
        </w:rPr>
        <w:t>.</w:t>
      </w:r>
    </w:p>
    <w:p w14:paraId="43896469" w14:textId="77777777" w:rsidR="0076694C" w:rsidRPr="00302053" w:rsidRDefault="0076694C" w:rsidP="0076694C">
      <w:pPr>
        <w:widowControl w:val="0"/>
        <w:autoSpaceDE w:val="0"/>
        <w:autoSpaceDN w:val="0"/>
        <w:spacing w:after="0" w:line="360" w:lineRule="auto"/>
        <w:ind w:firstLine="720"/>
        <w:rPr>
          <w:rFonts w:eastAsia="Times New Roman" w:cs="Times New Roman"/>
          <w:sz w:val="20"/>
          <w:szCs w:val="20"/>
          <w:lang w:val="id"/>
        </w:rPr>
      </w:pPr>
    </w:p>
    <w:p w14:paraId="6238188E" w14:textId="6EBD439D" w:rsidR="0010775C" w:rsidRPr="00302053" w:rsidRDefault="0010775C" w:rsidP="0076694C">
      <w:pPr>
        <w:pStyle w:val="Caption"/>
        <w:keepNext/>
        <w:spacing w:after="0"/>
        <w:jc w:val="center"/>
        <w:rPr>
          <w:color w:val="auto"/>
          <w:sz w:val="20"/>
          <w:szCs w:val="20"/>
        </w:rPr>
      </w:pPr>
      <w:bookmarkStart w:id="99" w:name="_Toc205257758"/>
      <w:proofErr w:type="gramStart"/>
      <w:r w:rsidRPr="00302053">
        <w:rPr>
          <w:color w:val="auto"/>
          <w:sz w:val="20"/>
          <w:szCs w:val="20"/>
        </w:rPr>
        <w:t>Tabel</w:t>
      </w:r>
      <w:proofErr w:type="gramEnd"/>
      <w:r w:rsidRPr="00302053">
        <w:rPr>
          <w:color w:val="auto"/>
          <w:sz w:val="20"/>
          <w:szCs w:val="20"/>
        </w:rPr>
        <w:t xml:space="preserve"> 3. </w:t>
      </w:r>
      <w:r w:rsidRPr="00302053">
        <w:rPr>
          <w:color w:val="auto"/>
          <w:sz w:val="20"/>
          <w:szCs w:val="20"/>
        </w:rPr>
        <w:fldChar w:fldCharType="begin"/>
      </w:r>
      <w:r w:rsidRPr="00302053">
        <w:rPr>
          <w:color w:val="auto"/>
          <w:sz w:val="20"/>
          <w:szCs w:val="20"/>
        </w:rPr>
        <w:instrText xml:space="preserve"> SEQ Tabel_3. \* ARABIC </w:instrText>
      </w:r>
      <w:r w:rsidRPr="00302053">
        <w:rPr>
          <w:color w:val="auto"/>
          <w:sz w:val="20"/>
          <w:szCs w:val="20"/>
        </w:rPr>
        <w:fldChar w:fldCharType="separate"/>
      </w:r>
      <w:r w:rsidR="0003347B">
        <w:rPr>
          <w:noProof/>
          <w:color w:val="auto"/>
          <w:sz w:val="20"/>
          <w:szCs w:val="20"/>
        </w:rPr>
        <w:t>1</w:t>
      </w:r>
      <w:r w:rsidRPr="00302053">
        <w:rPr>
          <w:color w:val="auto"/>
          <w:sz w:val="20"/>
          <w:szCs w:val="20"/>
        </w:rPr>
        <w:fldChar w:fldCharType="end"/>
      </w:r>
      <w:r w:rsidRPr="00302053">
        <w:rPr>
          <w:color w:val="auto"/>
          <w:sz w:val="20"/>
          <w:szCs w:val="20"/>
        </w:rPr>
        <w:t xml:space="preserve"> </w:t>
      </w:r>
      <w:proofErr w:type="spellStart"/>
      <w:r w:rsidRPr="0076694C">
        <w:rPr>
          <w:b w:val="0"/>
          <w:bCs w:val="0"/>
          <w:color w:val="auto"/>
          <w:sz w:val="20"/>
          <w:szCs w:val="20"/>
        </w:rPr>
        <w:t>Bentuk</w:t>
      </w:r>
      <w:proofErr w:type="spellEnd"/>
      <w:r w:rsidRPr="0076694C">
        <w:rPr>
          <w:b w:val="0"/>
          <w:bCs w:val="0"/>
          <w:color w:val="auto"/>
          <w:sz w:val="20"/>
          <w:szCs w:val="20"/>
        </w:rPr>
        <w:t xml:space="preserve"> </w:t>
      </w:r>
      <w:proofErr w:type="spellStart"/>
      <w:r w:rsidRPr="0076694C">
        <w:rPr>
          <w:b w:val="0"/>
          <w:bCs w:val="0"/>
          <w:color w:val="auto"/>
          <w:sz w:val="20"/>
          <w:szCs w:val="20"/>
        </w:rPr>
        <w:t>Kegiatan</w:t>
      </w:r>
      <w:bookmarkEnd w:id="99"/>
      <w:proofErr w:type="spellEnd"/>
    </w:p>
    <w:tbl>
      <w:tblPr>
        <w:tblStyle w:val="TableGrid1"/>
        <w:tblW w:w="8364" w:type="dxa"/>
        <w:tblInd w:w="108" w:type="dxa"/>
        <w:tblLook w:val="04A0" w:firstRow="1" w:lastRow="0" w:firstColumn="1" w:lastColumn="0" w:noHBand="0" w:noVBand="1"/>
      </w:tblPr>
      <w:tblGrid>
        <w:gridCol w:w="709"/>
        <w:gridCol w:w="2836"/>
        <w:gridCol w:w="1275"/>
        <w:gridCol w:w="1245"/>
        <w:gridCol w:w="1357"/>
        <w:gridCol w:w="942"/>
      </w:tblGrid>
      <w:tr w:rsidR="005F6410" w:rsidRPr="00302053" w14:paraId="3632A2A1" w14:textId="77777777" w:rsidTr="00D70A29">
        <w:tc>
          <w:tcPr>
            <w:tcW w:w="709" w:type="dxa"/>
          </w:tcPr>
          <w:p w14:paraId="21AEA2BB" w14:textId="77777777" w:rsidR="005F6410" w:rsidRPr="00302053" w:rsidRDefault="005F6410" w:rsidP="00302053">
            <w:pPr>
              <w:ind w:right="-249"/>
              <w:jc w:val="center"/>
              <w:rPr>
                <w:rFonts w:eastAsia="Times New Roman" w:cs="Times New Roman"/>
                <w:sz w:val="22"/>
                <w:lang w:val="id"/>
              </w:rPr>
            </w:pPr>
            <w:r w:rsidRPr="00302053">
              <w:rPr>
                <w:rFonts w:eastAsia="Times New Roman" w:cs="Times New Roman"/>
                <w:sz w:val="22"/>
                <w:lang w:val="id"/>
              </w:rPr>
              <w:t>NO</w:t>
            </w:r>
          </w:p>
        </w:tc>
        <w:tc>
          <w:tcPr>
            <w:tcW w:w="2836" w:type="dxa"/>
          </w:tcPr>
          <w:p w14:paraId="43A5A1CC" w14:textId="04EBA616"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Nama</w:t>
            </w:r>
            <w:r w:rsidR="00F660D2" w:rsidRPr="00302053">
              <w:rPr>
                <w:rFonts w:eastAsia="Times New Roman" w:cs="Times New Roman"/>
                <w:sz w:val="22"/>
                <w:lang w:val="id"/>
              </w:rPr>
              <w:t xml:space="preserve"> </w:t>
            </w:r>
            <w:r w:rsidRPr="00302053">
              <w:rPr>
                <w:rFonts w:eastAsia="Times New Roman" w:cs="Times New Roman"/>
                <w:sz w:val="22"/>
                <w:lang w:val="id"/>
              </w:rPr>
              <w:t>Kegiatan</w:t>
            </w:r>
          </w:p>
        </w:tc>
        <w:tc>
          <w:tcPr>
            <w:tcW w:w="1275" w:type="dxa"/>
          </w:tcPr>
          <w:p w14:paraId="443CDBFC" w14:textId="77777777"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Minggu</w:t>
            </w:r>
          </w:p>
          <w:p w14:paraId="6DD03A52" w14:textId="0C1D2DFD" w:rsidR="005F6410" w:rsidRPr="00302053" w:rsidRDefault="00F660D2" w:rsidP="00302053">
            <w:pPr>
              <w:jc w:val="center"/>
              <w:rPr>
                <w:rFonts w:eastAsia="Times New Roman" w:cs="Times New Roman"/>
                <w:sz w:val="22"/>
                <w:lang w:val="id"/>
              </w:rPr>
            </w:pPr>
            <w:r w:rsidRPr="00302053">
              <w:rPr>
                <w:rFonts w:eastAsia="Times New Roman" w:cs="Times New Roman"/>
                <w:sz w:val="22"/>
                <w:lang w:val="id"/>
              </w:rPr>
              <w:t xml:space="preserve"> </w:t>
            </w:r>
            <w:r w:rsidR="005F6410" w:rsidRPr="00302053">
              <w:rPr>
                <w:rFonts w:eastAsia="Times New Roman" w:cs="Times New Roman"/>
                <w:sz w:val="22"/>
                <w:lang w:val="id"/>
              </w:rPr>
              <w:t>ke</w:t>
            </w:r>
            <w:r w:rsidRPr="00302053">
              <w:rPr>
                <w:rFonts w:eastAsia="Times New Roman" w:cs="Times New Roman"/>
                <w:sz w:val="22"/>
                <w:lang w:val="id"/>
              </w:rPr>
              <w:t xml:space="preserve"> </w:t>
            </w:r>
            <w:r w:rsidR="005F6410" w:rsidRPr="00302053">
              <w:rPr>
                <w:rFonts w:eastAsia="Times New Roman" w:cs="Times New Roman"/>
                <w:sz w:val="22"/>
                <w:lang w:val="id"/>
              </w:rPr>
              <w:t>-1</w:t>
            </w:r>
          </w:p>
        </w:tc>
        <w:tc>
          <w:tcPr>
            <w:tcW w:w="1245" w:type="dxa"/>
          </w:tcPr>
          <w:p w14:paraId="685A4B94" w14:textId="77777777"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Minggu</w:t>
            </w:r>
          </w:p>
          <w:p w14:paraId="6B126D44" w14:textId="2AF4107E" w:rsidR="005F6410" w:rsidRPr="00302053" w:rsidRDefault="00F660D2" w:rsidP="00302053">
            <w:pPr>
              <w:jc w:val="center"/>
              <w:rPr>
                <w:rFonts w:eastAsia="Times New Roman" w:cs="Times New Roman"/>
                <w:sz w:val="22"/>
                <w:lang w:val="id"/>
              </w:rPr>
            </w:pPr>
            <w:r w:rsidRPr="00302053">
              <w:rPr>
                <w:rFonts w:eastAsia="Times New Roman" w:cs="Times New Roman"/>
                <w:sz w:val="22"/>
                <w:lang w:val="id"/>
              </w:rPr>
              <w:t xml:space="preserve"> </w:t>
            </w:r>
            <w:r w:rsidR="005F6410" w:rsidRPr="00302053">
              <w:rPr>
                <w:rFonts w:eastAsia="Times New Roman" w:cs="Times New Roman"/>
                <w:sz w:val="22"/>
                <w:lang w:val="id"/>
              </w:rPr>
              <w:t>ke</w:t>
            </w:r>
            <w:r w:rsidRPr="00302053">
              <w:rPr>
                <w:rFonts w:eastAsia="Times New Roman" w:cs="Times New Roman"/>
                <w:sz w:val="22"/>
                <w:lang w:val="id"/>
              </w:rPr>
              <w:t xml:space="preserve"> </w:t>
            </w:r>
            <w:r w:rsidR="005F6410" w:rsidRPr="00302053">
              <w:rPr>
                <w:rFonts w:eastAsia="Times New Roman" w:cs="Times New Roman"/>
                <w:sz w:val="22"/>
                <w:lang w:val="id"/>
              </w:rPr>
              <w:t>–</w:t>
            </w:r>
            <w:r w:rsidRPr="00302053">
              <w:rPr>
                <w:rFonts w:eastAsia="Times New Roman" w:cs="Times New Roman"/>
                <w:sz w:val="22"/>
                <w:lang w:val="id"/>
              </w:rPr>
              <w:t xml:space="preserve"> </w:t>
            </w:r>
            <w:r w:rsidR="005F6410" w:rsidRPr="00302053">
              <w:rPr>
                <w:rFonts w:eastAsia="Times New Roman" w:cs="Times New Roman"/>
                <w:sz w:val="22"/>
                <w:lang w:val="id"/>
              </w:rPr>
              <w:t>2</w:t>
            </w:r>
          </w:p>
        </w:tc>
        <w:tc>
          <w:tcPr>
            <w:tcW w:w="1357" w:type="dxa"/>
          </w:tcPr>
          <w:p w14:paraId="3CF6B740" w14:textId="00F2A4D9"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Minggu</w:t>
            </w:r>
            <w:r w:rsidR="00F660D2" w:rsidRPr="00302053">
              <w:rPr>
                <w:rFonts w:eastAsia="Times New Roman" w:cs="Times New Roman"/>
                <w:sz w:val="22"/>
                <w:lang w:val="id"/>
              </w:rPr>
              <w:t xml:space="preserve"> </w:t>
            </w:r>
          </w:p>
          <w:p w14:paraId="5FE0DB4E" w14:textId="49AD475E"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ke</w:t>
            </w:r>
            <w:r w:rsidR="00F660D2" w:rsidRPr="00302053">
              <w:rPr>
                <w:rFonts w:eastAsia="Times New Roman" w:cs="Times New Roman"/>
                <w:sz w:val="22"/>
                <w:lang w:val="id"/>
              </w:rPr>
              <w:t xml:space="preserve"> </w:t>
            </w:r>
            <w:r w:rsidRPr="00302053">
              <w:rPr>
                <w:rFonts w:eastAsia="Times New Roman" w:cs="Times New Roman"/>
                <w:sz w:val="22"/>
                <w:lang w:val="id"/>
              </w:rPr>
              <w:t>–</w:t>
            </w:r>
            <w:r w:rsidR="00F660D2" w:rsidRPr="00302053">
              <w:rPr>
                <w:rFonts w:eastAsia="Times New Roman" w:cs="Times New Roman"/>
                <w:sz w:val="22"/>
                <w:lang w:val="id"/>
              </w:rPr>
              <w:t xml:space="preserve"> </w:t>
            </w:r>
            <w:r w:rsidRPr="00302053">
              <w:rPr>
                <w:rFonts w:eastAsia="Times New Roman" w:cs="Times New Roman"/>
                <w:sz w:val="22"/>
                <w:lang w:val="id"/>
              </w:rPr>
              <w:t>3</w:t>
            </w:r>
          </w:p>
        </w:tc>
        <w:tc>
          <w:tcPr>
            <w:tcW w:w="942" w:type="dxa"/>
          </w:tcPr>
          <w:p w14:paraId="504A1CFF" w14:textId="31244225"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Minggu</w:t>
            </w:r>
            <w:r w:rsidR="00F660D2" w:rsidRPr="00302053">
              <w:rPr>
                <w:rFonts w:eastAsia="Times New Roman" w:cs="Times New Roman"/>
                <w:sz w:val="22"/>
                <w:lang w:val="id"/>
              </w:rPr>
              <w:t xml:space="preserve"> </w:t>
            </w:r>
          </w:p>
          <w:p w14:paraId="46473E6C" w14:textId="7F984F1A" w:rsidR="005F6410" w:rsidRPr="00302053" w:rsidRDefault="005F6410" w:rsidP="00302053">
            <w:pPr>
              <w:jc w:val="center"/>
              <w:rPr>
                <w:rFonts w:eastAsia="Times New Roman" w:cs="Times New Roman"/>
                <w:sz w:val="22"/>
                <w:lang w:val="id"/>
              </w:rPr>
            </w:pPr>
            <w:r w:rsidRPr="00302053">
              <w:rPr>
                <w:rFonts w:eastAsia="Times New Roman" w:cs="Times New Roman"/>
                <w:sz w:val="22"/>
                <w:lang w:val="id"/>
              </w:rPr>
              <w:t>ke</w:t>
            </w:r>
            <w:r w:rsidR="00F660D2" w:rsidRPr="00302053">
              <w:rPr>
                <w:rFonts w:eastAsia="Times New Roman" w:cs="Times New Roman"/>
                <w:sz w:val="22"/>
                <w:lang w:val="id"/>
              </w:rPr>
              <w:t xml:space="preserve"> </w:t>
            </w:r>
            <w:r w:rsidRPr="00302053">
              <w:rPr>
                <w:rFonts w:eastAsia="Times New Roman" w:cs="Times New Roman"/>
                <w:sz w:val="22"/>
                <w:lang w:val="id"/>
              </w:rPr>
              <w:t>–</w:t>
            </w:r>
            <w:r w:rsidR="00F660D2" w:rsidRPr="00302053">
              <w:rPr>
                <w:rFonts w:eastAsia="Times New Roman" w:cs="Times New Roman"/>
                <w:sz w:val="22"/>
                <w:lang w:val="id"/>
              </w:rPr>
              <w:t xml:space="preserve"> </w:t>
            </w:r>
            <w:r w:rsidRPr="00302053">
              <w:rPr>
                <w:rFonts w:eastAsia="Times New Roman" w:cs="Times New Roman"/>
                <w:sz w:val="22"/>
                <w:lang w:val="id"/>
              </w:rPr>
              <w:t>4</w:t>
            </w:r>
          </w:p>
        </w:tc>
      </w:tr>
      <w:tr w:rsidR="005F6410" w:rsidRPr="00302053" w14:paraId="01B813E6" w14:textId="77777777" w:rsidTr="00D70A29">
        <w:tc>
          <w:tcPr>
            <w:tcW w:w="709" w:type="dxa"/>
          </w:tcPr>
          <w:p w14:paraId="4F95DBD2" w14:textId="77777777" w:rsidR="005F6410" w:rsidRPr="00302053" w:rsidRDefault="005F6410" w:rsidP="00302053">
            <w:pPr>
              <w:jc w:val="center"/>
              <w:rPr>
                <w:rFonts w:eastAsia="Times New Roman" w:cs="Times New Roman"/>
                <w:sz w:val="22"/>
              </w:rPr>
            </w:pPr>
            <w:r w:rsidRPr="00302053">
              <w:rPr>
                <w:rFonts w:eastAsia="Times New Roman" w:cs="Times New Roman"/>
                <w:sz w:val="22"/>
              </w:rPr>
              <w:t>1</w:t>
            </w:r>
          </w:p>
        </w:tc>
        <w:tc>
          <w:tcPr>
            <w:tcW w:w="2836" w:type="dxa"/>
          </w:tcPr>
          <w:p w14:paraId="431EDF41" w14:textId="3148D42F" w:rsidR="005F6410" w:rsidRPr="00302053" w:rsidRDefault="005F6410" w:rsidP="00302053">
            <w:pPr>
              <w:rPr>
                <w:rFonts w:eastAsia="Times New Roman" w:cs="Times New Roman"/>
                <w:sz w:val="22"/>
              </w:rPr>
            </w:pPr>
            <w:r w:rsidRPr="00302053">
              <w:rPr>
                <w:rFonts w:eastAsia="Times New Roman" w:cs="Times New Roman"/>
                <w:sz w:val="22"/>
              </w:rPr>
              <w:t>Studi</w:t>
            </w:r>
            <w:r w:rsidR="00F660D2" w:rsidRPr="00302053">
              <w:rPr>
                <w:rFonts w:eastAsia="Times New Roman" w:cs="Times New Roman"/>
                <w:sz w:val="22"/>
              </w:rPr>
              <w:t xml:space="preserve"> </w:t>
            </w:r>
            <w:proofErr w:type="spellStart"/>
            <w:r w:rsidRPr="00302053">
              <w:rPr>
                <w:rFonts w:eastAsia="Times New Roman" w:cs="Times New Roman"/>
                <w:sz w:val="22"/>
              </w:rPr>
              <w:t>Pendahuluan</w:t>
            </w:r>
            <w:proofErr w:type="spellEnd"/>
            <w:r w:rsidR="00F660D2" w:rsidRPr="00302053">
              <w:rPr>
                <w:rFonts w:eastAsia="Times New Roman" w:cs="Times New Roman"/>
                <w:sz w:val="22"/>
              </w:rPr>
              <w:t xml:space="preserve"> </w:t>
            </w:r>
            <w:r w:rsidRPr="00302053">
              <w:rPr>
                <w:rFonts w:eastAsia="Times New Roman" w:cs="Times New Roman"/>
                <w:sz w:val="22"/>
              </w:rPr>
              <w:t>dan</w:t>
            </w:r>
            <w:r w:rsidR="00F660D2" w:rsidRPr="00302053">
              <w:rPr>
                <w:rFonts w:eastAsia="Times New Roman" w:cs="Times New Roman"/>
                <w:sz w:val="22"/>
              </w:rPr>
              <w:t xml:space="preserve"> </w:t>
            </w:r>
            <w:proofErr w:type="spellStart"/>
            <w:r w:rsidRPr="00302053">
              <w:rPr>
                <w:rFonts w:eastAsia="Times New Roman" w:cs="Times New Roman"/>
                <w:sz w:val="22"/>
              </w:rPr>
              <w:t>Analisis</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Kebutuhan</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Sistem</w:t>
            </w:r>
            <w:proofErr w:type="spellEnd"/>
          </w:p>
        </w:tc>
        <w:tc>
          <w:tcPr>
            <w:tcW w:w="1275" w:type="dxa"/>
            <w:shd w:val="clear" w:color="auto" w:fill="D6E3BC"/>
          </w:tcPr>
          <w:p w14:paraId="1267A3E5" w14:textId="77777777" w:rsidR="005F6410" w:rsidRPr="00302053" w:rsidRDefault="005F6410" w:rsidP="00302053">
            <w:pPr>
              <w:rPr>
                <w:rFonts w:eastAsia="Times New Roman" w:cs="Times New Roman"/>
                <w:sz w:val="22"/>
                <w:lang w:val="id"/>
              </w:rPr>
            </w:pPr>
          </w:p>
        </w:tc>
        <w:tc>
          <w:tcPr>
            <w:tcW w:w="1245" w:type="dxa"/>
          </w:tcPr>
          <w:p w14:paraId="2D075585" w14:textId="77777777" w:rsidR="005F6410" w:rsidRPr="00302053" w:rsidRDefault="005F6410" w:rsidP="00302053">
            <w:pPr>
              <w:rPr>
                <w:rFonts w:eastAsia="Times New Roman" w:cs="Times New Roman"/>
                <w:sz w:val="22"/>
                <w:lang w:val="id"/>
              </w:rPr>
            </w:pPr>
          </w:p>
        </w:tc>
        <w:tc>
          <w:tcPr>
            <w:tcW w:w="1357" w:type="dxa"/>
          </w:tcPr>
          <w:p w14:paraId="0D68942E" w14:textId="77777777" w:rsidR="005F6410" w:rsidRPr="00302053" w:rsidRDefault="005F6410" w:rsidP="00302053">
            <w:pPr>
              <w:rPr>
                <w:rFonts w:eastAsia="Times New Roman" w:cs="Times New Roman"/>
                <w:sz w:val="22"/>
                <w:lang w:val="id"/>
              </w:rPr>
            </w:pPr>
          </w:p>
        </w:tc>
        <w:tc>
          <w:tcPr>
            <w:tcW w:w="942" w:type="dxa"/>
          </w:tcPr>
          <w:p w14:paraId="0009596B" w14:textId="77777777" w:rsidR="005F6410" w:rsidRPr="00302053" w:rsidRDefault="005F6410" w:rsidP="00302053">
            <w:pPr>
              <w:rPr>
                <w:rFonts w:eastAsia="Times New Roman" w:cs="Times New Roman"/>
                <w:sz w:val="22"/>
                <w:lang w:val="id"/>
              </w:rPr>
            </w:pPr>
          </w:p>
        </w:tc>
      </w:tr>
      <w:tr w:rsidR="005F6410" w:rsidRPr="00302053" w14:paraId="5AF315BD" w14:textId="77777777" w:rsidTr="00D70A29">
        <w:tc>
          <w:tcPr>
            <w:tcW w:w="709" w:type="dxa"/>
          </w:tcPr>
          <w:p w14:paraId="0DE0109D" w14:textId="77777777" w:rsidR="005F6410" w:rsidRPr="00302053" w:rsidRDefault="005F6410" w:rsidP="00302053">
            <w:pPr>
              <w:jc w:val="center"/>
              <w:rPr>
                <w:rFonts w:eastAsia="Times New Roman" w:cs="Times New Roman"/>
                <w:sz w:val="22"/>
              </w:rPr>
            </w:pPr>
            <w:r w:rsidRPr="00302053">
              <w:rPr>
                <w:rFonts w:eastAsia="Times New Roman" w:cs="Times New Roman"/>
                <w:sz w:val="22"/>
              </w:rPr>
              <w:t>2</w:t>
            </w:r>
          </w:p>
        </w:tc>
        <w:tc>
          <w:tcPr>
            <w:tcW w:w="2836" w:type="dxa"/>
          </w:tcPr>
          <w:p w14:paraId="67E9FEB0" w14:textId="34B569FF" w:rsidR="005F6410" w:rsidRPr="00302053" w:rsidRDefault="005F6410" w:rsidP="00302053">
            <w:pPr>
              <w:rPr>
                <w:rFonts w:eastAsia="Times New Roman" w:cs="Times New Roman"/>
                <w:sz w:val="22"/>
              </w:rPr>
            </w:pPr>
            <w:proofErr w:type="spellStart"/>
            <w:r w:rsidRPr="00302053">
              <w:rPr>
                <w:rFonts w:eastAsia="Times New Roman" w:cs="Times New Roman"/>
                <w:sz w:val="22"/>
              </w:rPr>
              <w:t>Perancangan</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Sistem</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Informasi</w:t>
            </w:r>
            <w:proofErr w:type="spellEnd"/>
          </w:p>
        </w:tc>
        <w:tc>
          <w:tcPr>
            <w:tcW w:w="1275" w:type="dxa"/>
            <w:shd w:val="clear" w:color="auto" w:fill="E5B8B7"/>
          </w:tcPr>
          <w:p w14:paraId="16DCA1AA" w14:textId="77777777" w:rsidR="005F6410" w:rsidRPr="00302053" w:rsidRDefault="005F6410" w:rsidP="00302053">
            <w:pPr>
              <w:rPr>
                <w:rFonts w:eastAsia="Times New Roman" w:cs="Times New Roman"/>
                <w:sz w:val="22"/>
                <w:lang w:val="id"/>
              </w:rPr>
            </w:pPr>
          </w:p>
        </w:tc>
        <w:tc>
          <w:tcPr>
            <w:tcW w:w="1245" w:type="dxa"/>
            <w:shd w:val="clear" w:color="auto" w:fill="E5B8B7"/>
          </w:tcPr>
          <w:p w14:paraId="2932C476" w14:textId="77777777" w:rsidR="005F6410" w:rsidRPr="00302053" w:rsidRDefault="005F6410" w:rsidP="00302053">
            <w:pPr>
              <w:rPr>
                <w:rFonts w:eastAsia="Times New Roman" w:cs="Times New Roman"/>
                <w:sz w:val="22"/>
                <w:lang w:val="id"/>
              </w:rPr>
            </w:pPr>
          </w:p>
        </w:tc>
        <w:tc>
          <w:tcPr>
            <w:tcW w:w="1357" w:type="dxa"/>
            <w:shd w:val="clear" w:color="auto" w:fill="E5B8B7"/>
          </w:tcPr>
          <w:p w14:paraId="1BA7A435" w14:textId="77777777" w:rsidR="005F6410" w:rsidRPr="00302053" w:rsidRDefault="005F6410" w:rsidP="00302053">
            <w:pPr>
              <w:rPr>
                <w:rFonts w:eastAsia="Times New Roman" w:cs="Times New Roman"/>
                <w:sz w:val="22"/>
                <w:lang w:val="id"/>
              </w:rPr>
            </w:pPr>
          </w:p>
        </w:tc>
        <w:tc>
          <w:tcPr>
            <w:tcW w:w="942" w:type="dxa"/>
          </w:tcPr>
          <w:p w14:paraId="095347B8" w14:textId="77777777" w:rsidR="005F6410" w:rsidRPr="00302053" w:rsidRDefault="005F6410" w:rsidP="00302053">
            <w:pPr>
              <w:rPr>
                <w:rFonts w:eastAsia="Times New Roman" w:cs="Times New Roman"/>
                <w:sz w:val="22"/>
                <w:lang w:val="id"/>
              </w:rPr>
            </w:pPr>
          </w:p>
        </w:tc>
      </w:tr>
      <w:tr w:rsidR="005F6410" w:rsidRPr="00302053" w14:paraId="69D5C198" w14:textId="77777777" w:rsidTr="00D70A29">
        <w:tc>
          <w:tcPr>
            <w:tcW w:w="709" w:type="dxa"/>
          </w:tcPr>
          <w:p w14:paraId="3A95E0D5" w14:textId="77777777" w:rsidR="005F6410" w:rsidRPr="00302053" w:rsidRDefault="005F6410" w:rsidP="00302053">
            <w:pPr>
              <w:jc w:val="center"/>
              <w:rPr>
                <w:rFonts w:eastAsia="Times New Roman" w:cs="Times New Roman"/>
                <w:sz w:val="22"/>
              </w:rPr>
            </w:pPr>
            <w:r w:rsidRPr="00302053">
              <w:rPr>
                <w:rFonts w:eastAsia="Times New Roman" w:cs="Times New Roman"/>
                <w:sz w:val="22"/>
              </w:rPr>
              <w:t>3</w:t>
            </w:r>
          </w:p>
        </w:tc>
        <w:tc>
          <w:tcPr>
            <w:tcW w:w="2836" w:type="dxa"/>
          </w:tcPr>
          <w:p w14:paraId="22DF17CF" w14:textId="37E3C7CC" w:rsidR="005F6410" w:rsidRPr="00302053" w:rsidRDefault="005F6410" w:rsidP="00302053">
            <w:pPr>
              <w:rPr>
                <w:rFonts w:eastAsia="Times New Roman" w:cs="Times New Roman"/>
                <w:sz w:val="22"/>
              </w:rPr>
            </w:pPr>
            <w:proofErr w:type="spellStart"/>
            <w:r w:rsidRPr="00302053">
              <w:rPr>
                <w:rFonts w:eastAsia="Times New Roman" w:cs="Times New Roman"/>
                <w:sz w:val="22"/>
              </w:rPr>
              <w:t>Implementasi</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Sistem</w:t>
            </w:r>
            <w:proofErr w:type="spellEnd"/>
          </w:p>
        </w:tc>
        <w:tc>
          <w:tcPr>
            <w:tcW w:w="1275" w:type="dxa"/>
          </w:tcPr>
          <w:p w14:paraId="63A11E2A" w14:textId="77777777" w:rsidR="005F6410" w:rsidRPr="00302053" w:rsidRDefault="005F6410" w:rsidP="00302053">
            <w:pPr>
              <w:rPr>
                <w:rFonts w:eastAsia="Times New Roman" w:cs="Times New Roman"/>
                <w:sz w:val="22"/>
                <w:lang w:val="id"/>
              </w:rPr>
            </w:pPr>
          </w:p>
        </w:tc>
        <w:tc>
          <w:tcPr>
            <w:tcW w:w="1245" w:type="dxa"/>
          </w:tcPr>
          <w:p w14:paraId="370F136A" w14:textId="77777777" w:rsidR="005F6410" w:rsidRPr="00302053" w:rsidRDefault="005F6410" w:rsidP="00302053">
            <w:pPr>
              <w:rPr>
                <w:rFonts w:eastAsia="Times New Roman" w:cs="Times New Roman"/>
                <w:sz w:val="22"/>
                <w:lang w:val="id"/>
              </w:rPr>
            </w:pPr>
          </w:p>
        </w:tc>
        <w:tc>
          <w:tcPr>
            <w:tcW w:w="1357" w:type="dxa"/>
            <w:shd w:val="clear" w:color="auto" w:fill="CCC0D9"/>
          </w:tcPr>
          <w:p w14:paraId="5868A166" w14:textId="77777777" w:rsidR="005F6410" w:rsidRPr="00302053" w:rsidRDefault="005F6410" w:rsidP="00302053">
            <w:pPr>
              <w:jc w:val="center"/>
              <w:rPr>
                <w:rFonts w:eastAsia="Times New Roman" w:cs="Times New Roman"/>
                <w:sz w:val="22"/>
                <w:lang w:val="id"/>
              </w:rPr>
            </w:pPr>
          </w:p>
        </w:tc>
        <w:tc>
          <w:tcPr>
            <w:tcW w:w="942" w:type="dxa"/>
            <w:shd w:val="clear" w:color="auto" w:fill="FFFFFF"/>
          </w:tcPr>
          <w:p w14:paraId="4104A25E" w14:textId="77777777" w:rsidR="005F6410" w:rsidRPr="00302053" w:rsidRDefault="005F6410" w:rsidP="00302053">
            <w:pPr>
              <w:rPr>
                <w:rFonts w:eastAsia="Times New Roman" w:cs="Times New Roman"/>
                <w:sz w:val="22"/>
                <w:lang w:val="id"/>
              </w:rPr>
            </w:pPr>
          </w:p>
        </w:tc>
      </w:tr>
      <w:tr w:rsidR="005F6410" w:rsidRPr="00302053" w14:paraId="2E732AC6" w14:textId="77777777" w:rsidTr="00D70A29">
        <w:tc>
          <w:tcPr>
            <w:tcW w:w="709" w:type="dxa"/>
          </w:tcPr>
          <w:p w14:paraId="4870CF11" w14:textId="77777777" w:rsidR="005F6410" w:rsidRPr="00302053" w:rsidRDefault="005F6410" w:rsidP="00302053">
            <w:pPr>
              <w:jc w:val="center"/>
              <w:rPr>
                <w:rFonts w:eastAsia="Times New Roman" w:cs="Times New Roman"/>
                <w:sz w:val="22"/>
              </w:rPr>
            </w:pPr>
            <w:r w:rsidRPr="00302053">
              <w:rPr>
                <w:rFonts w:eastAsia="Times New Roman" w:cs="Times New Roman"/>
                <w:sz w:val="22"/>
              </w:rPr>
              <w:t>4</w:t>
            </w:r>
          </w:p>
        </w:tc>
        <w:tc>
          <w:tcPr>
            <w:tcW w:w="2836" w:type="dxa"/>
          </w:tcPr>
          <w:p w14:paraId="2AC499C4" w14:textId="55793C3C" w:rsidR="005F6410" w:rsidRPr="00302053" w:rsidRDefault="005F6410" w:rsidP="00302053">
            <w:pPr>
              <w:rPr>
                <w:rFonts w:eastAsia="Times New Roman" w:cs="Times New Roman"/>
                <w:sz w:val="22"/>
              </w:rPr>
            </w:pPr>
            <w:proofErr w:type="spellStart"/>
            <w:r w:rsidRPr="00302053">
              <w:rPr>
                <w:rFonts w:eastAsia="Times New Roman" w:cs="Times New Roman"/>
                <w:sz w:val="22"/>
              </w:rPr>
              <w:t>Pengujian</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Sistem</w:t>
            </w:r>
            <w:proofErr w:type="spellEnd"/>
            <w:r w:rsidR="00F660D2" w:rsidRPr="00302053">
              <w:rPr>
                <w:rFonts w:eastAsia="Times New Roman" w:cs="Times New Roman"/>
                <w:sz w:val="22"/>
              </w:rPr>
              <w:t xml:space="preserve"> </w:t>
            </w:r>
            <w:r w:rsidRPr="00302053">
              <w:rPr>
                <w:rFonts w:eastAsia="Times New Roman" w:cs="Times New Roman"/>
                <w:sz w:val="22"/>
              </w:rPr>
              <w:t>dan</w:t>
            </w:r>
            <w:r w:rsidR="00F660D2" w:rsidRPr="00302053">
              <w:rPr>
                <w:rFonts w:eastAsia="Times New Roman" w:cs="Times New Roman"/>
                <w:sz w:val="22"/>
              </w:rPr>
              <w:t xml:space="preserve"> </w:t>
            </w:r>
            <w:r w:rsidRPr="00302053">
              <w:rPr>
                <w:rFonts w:eastAsia="Times New Roman" w:cs="Times New Roman"/>
                <w:sz w:val="22"/>
              </w:rPr>
              <w:t>Uji</w:t>
            </w:r>
            <w:r w:rsidR="00F660D2" w:rsidRPr="00302053">
              <w:rPr>
                <w:rFonts w:eastAsia="Times New Roman" w:cs="Times New Roman"/>
                <w:sz w:val="22"/>
              </w:rPr>
              <w:t xml:space="preserve"> </w:t>
            </w:r>
            <w:r w:rsidRPr="00302053">
              <w:rPr>
                <w:rFonts w:eastAsia="Times New Roman" w:cs="Times New Roman"/>
                <w:sz w:val="22"/>
              </w:rPr>
              <w:t>Coba</w:t>
            </w:r>
            <w:r w:rsidR="00F660D2" w:rsidRPr="00302053">
              <w:rPr>
                <w:rFonts w:eastAsia="Times New Roman" w:cs="Times New Roman"/>
                <w:sz w:val="22"/>
              </w:rPr>
              <w:t xml:space="preserve"> </w:t>
            </w:r>
            <w:proofErr w:type="spellStart"/>
            <w:r w:rsidRPr="00302053">
              <w:rPr>
                <w:rFonts w:eastAsia="Times New Roman" w:cs="Times New Roman"/>
                <w:sz w:val="22"/>
              </w:rPr>
              <w:t>Pengguna</w:t>
            </w:r>
            <w:proofErr w:type="spellEnd"/>
            <w:r w:rsidR="00F660D2" w:rsidRPr="00302053">
              <w:rPr>
                <w:rFonts w:eastAsia="Times New Roman" w:cs="Times New Roman"/>
                <w:sz w:val="22"/>
              </w:rPr>
              <w:t xml:space="preserve"> </w:t>
            </w:r>
          </w:p>
        </w:tc>
        <w:tc>
          <w:tcPr>
            <w:tcW w:w="1275" w:type="dxa"/>
          </w:tcPr>
          <w:p w14:paraId="534BBED5" w14:textId="77777777" w:rsidR="005F6410" w:rsidRPr="00302053" w:rsidRDefault="005F6410" w:rsidP="00302053">
            <w:pPr>
              <w:rPr>
                <w:rFonts w:eastAsia="Times New Roman" w:cs="Times New Roman"/>
                <w:sz w:val="22"/>
                <w:lang w:val="id"/>
              </w:rPr>
            </w:pPr>
          </w:p>
        </w:tc>
        <w:tc>
          <w:tcPr>
            <w:tcW w:w="1245" w:type="dxa"/>
          </w:tcPr>
          <w:p w14:paraId="1BE4C7EC" w14:textId="77777777" w:rsidR="005F6410" w:rsidRPr="00302053" w:rsidRDefault="005F6410" w:rsidP="00302053">
            <w:pPr>
              <w:rPr>
                <w:rFonts w:eastAsia="Times New Roman" w:cs="Times New Roman"/>
                <w:sz w:val="22"/>
                <w:lang w:val="id"/>
              </w:rPr>
            </w:pPr>
          </w:p>
        </w:tc>
        <w:tc>
          <w:tcPr>
            <w:tcW w:w="1357" w:type="dxa"/>
            <w:shd w:val="clear" w:color="auto" w:fill="C6D9F1"/>
          </w:tcPr>
          <w:p w14:paraId="32D67AB5" w14:textId="77777777" w:rsidR="005F6410" w:rsidRPr="00302053" w:rsidRDefault="005F6410" w:rsidP="00302053">
            <w:pPr>
              <w:jc w:val="center"/>
              <w:rPr>
                <w:rFonts w:eastAsia="Times New Roman" w:cs="Times New Roman"/>
                <w:sz w:val="22"/>
                <w:lang w:val="id"/>
              </w:rPr>
            </w:pPr>
          </w:p>
        </w:tc>
        <w:tc>
          <w:tcPr>
            <w:tcW w:w="942" w:type="dxa"/>
            <w:shd w:val="clear" w:color="auto" w:fill="FFFFFF"/>
          </w:tcPr>
          <w:p w14:paraId="692E40A7" w14:textId="77777777" w:rsidR="005F6410" w:rsidRPr="00302053" w:rsidRDefault="005F6410" w:rsidP="00302053">
            <w:pPr>
              <w:rPr>
                <w:rFonts w:eastAsia="Times New Roman" w:cs="Times New Roman"/>
                <w:sz w:val="22"/>
                <w:lang w:val="id"/>
              </w:rPr>
            </w:pPr>
          </w:p>
        </w:tc>
      </w:tr>
      <w:tr w:rsidR="005F6410" w:rsidRPr="00302053" w14:paraId="4B0F4A60" w14:textId="77777777" w:rsidTr="00D70A29">
        <w:tc>
          <w:tcPr>
            <w:tcW w:w="709" w:type="dxa"/>
          </w:tcPr>
          <w:p w14:paraId="133CBB2F" w14:textId="77777777" w:rsidR="005F6410" w:rsidRPr="00302053" w:rsidRDefault="005F6410" w:rsidP="00302053">
            <w:pPr>
              <w:jc w:val="center"/>
              <w:rPr>
                <w:rFonts w:eastAsia="Times New Roman" w:cs="Times New Roman"/>
                <w:sz w:val="22"/>
              </w:rPr>
            </w:pPr>
            <w:r w:rsidRPr="00302053">
              <w:rPr>
                <w:rFonts w:eastAsia="Times New Roman" w:cs="Times New Roman"/>
                <w:sz w:val="22"/>
              </w:rPr>
              <w:t>5</w:t>
            </w:r>
          </w:p>
        </w:tc>
        <w:tc>
          <w:tcPr>
            <w:tcW w:w="2836" w:type="dxa"/>
          </w:tcPr>
          <w:p w14:paraId="56CF59EB" w14:textId="062151A2" w:rsidR="005F6410" w:rsidRPr="00302053" w:rsidRDefault="005F6410" w:rsidP="00302053">
            <w:pPr>
              <w:rPr>
                <w:rFonts w:eastAsia="Times New Roman" w:cs="Times New Roman"/>
                <w:sz w:val="22"/>
              </w:rPr>
            </w:pPr>
            <w:proofErr w:type="spellStart"/>
            <w:r w:rsidRPr="00302053">
              <w:rPr>
                <w:rFonts w:eastAsia="Times New Roman" w:cs="Times New Roman"/>
                <w:sz w:val="22"/>
              </w:rPr>
              <w:t>Penyusunan</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Laporan</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Kerja</w:t>
            </w:r>
            <w:proofErr w:type="spellEnd"/>
            <w:r w:rsidR="00F660D2" w:rsidRPr="00302053">
              <w:rPr>
                <w:rFonts w:eastAsia="Times New Roman" w:cs="Times New Roman"/>
                <w:sz w:val="22"/>
              </w:rPr>
              <w:t xml:space="preserve"> </w:t>
            </w:r>
            <w:proofErr w:type="spellStart"/>
            <w:r w:rsidRPr="00302053">
              <w:rPr>
                <w:rFonts w:eastAsia="Times New Roman" w:cs="Times New Roman"/>
                <w:sz w:val="22"/>
              </w:rPr>
              <w:t>Praktik</w:t>
            </w:r>
            <w:proofErr w:type="spellEnd"/>
          </w:p>
        </w:tc>
        <w:tc>
          <w:tcPr>
            <w:tcW w:w="1275" w:type="dxa"/>
          </w:tcPr>
          <w:p w14:paraId="6BB96861" w14:textId="77777777" w:rsidR="005F6410" w:rsidRPr="00302053" w:rsidRDefault="005F6410" w:rsidP="00302053">
            <w:pPr>
              <w:rPr>
                <w:rFonts w:eastAsia="Times New Roman" w:cs="Times New Roman"/>
                <w:sz w:val="22"/>
                <w:lang w:val="id"/>
              </w:rPr>
            </w:pPr>
          </w:p>
        </w:tc>
        <w:tc>
          <w:tcPr>
            <w:tcW w:w="1245" w:type="dxa"/>
            <w:shd w:val="clear" w:color="auto" w:fill="FFFFFF"/>
          </w:tcPr>
          <w:p w14:paraId="42E6538A" w14:textId="77777777" w:rsidR="005F6410" w:rsidRPr="00302053" w:rsidRDefault="005F6410" w:rsidP="00302053">
            <w:pPr>
              <w:rPr>
                <w:rFonts w:eastAsia="Times New Roman" w:cs="Times New Roman"/>
                <w:sz w:val="22"/>
                <w:lang w:val="id"/>
              </w:rPr>
            </w:pPr>
          </w:p>
        </w:tc>
        <w:tc>
          <w:tcPr>
            <w:tcW w:w="1357" w:type="dxa"/>
            <w:shd w:val="clear" w:color="auto" w:fill="FFFFFF"/>
          </w:tcPr>
          <w:p w14:paraId="191FAA2E" w14:textId="77777777" w:rsidR="005F6410" w:rsidRPr="00302053" w:rsidRDefault="005F6410" w:rsidP="00302053">
            <w:pPr>
              <w:rPr>
                <w:rFonts w:eastAsia="Times New Roman" w:cs="Times New Roman"/>
                <w:sz w:val="22"/>
                <w:lang w:val="id"/>
              </w:rPr>
            </w:pPr>
          </w:p>
        </w:tc>
        <w:tc>
          <w:tcPr>
            <w:tcW w:w="942" w:type="dxa"/>
            <w:shd w:val="clear" w:color="auto" w:fill="FBD4B4"/>
          </w:tcPr>
          <w:p w14:paraId="6ED06067" w14:textId="77777777" w:rsidR="005F6410" w:rsidRPr="00302053" w:rsidRDefault="005F6410" w:rsidP="00302053">
            <w:pPr>
              <w:rPr>
                <w:rFonts w:eastAsia="Times New Roman" w:cs="Times New Roman"/>
                <w:sz w:val="22"/>
                <w:lang w:val="id"/>
              </w:rPr>
            </w:pPr>
          </w:p>
        </w:tc>
      </w:tr>
    </w:tbl>
    <w:p w14:paraId="7E9D6AB2" w14:textId="77777777" w:rsidR="0076694C" w:rsidRDefault="0076694C" w:rsidP="0076694C">
      <w:pPr>
        <w:pStyle w:val="Heading2"/>
        <w:spacing w:after="240" w:line="360" w:lineRule="auto"/>
        <w:rPr>
          <w:rFonts w:cs="Times New Roman"/>
          <w:szCs w:val="24"/>
          <w:lang w:val="id"/>
        </w:rPr>
      </w:pPr>
      <w:bookmarkStart w:id="100" w:name="_Toc205248734"/>
      <w:bookmarkStart w:id="101" w:name="_Toc205261382"/>
    </w:p>
    <w:p w14:paraId="34C1EB9C" w14:textId="1F78F6B6" w:rsidR="007A347E" w:rsidRPr="00387AD0" w:rsidRDefault="007A347E" w:rsidP="00FB2541">
      <w:pPr>
        <w:pStyle w:val="Heading2"/>
        <w:numPr>
          <w:ilvl w:val="0"/>
          <w:numId w:val="27"/>
        </w:numPr>
        <w:spacing w:after="240" w:line="360" w:lineRule="auto"/>
        <w:ind w:left="0" w:firstLine="0"/>
        <w:rPr>
          <w:rFonts w:cs="Times New Roman"/>
          <w:szCs w:val="24"/>
          <w:lang w:val="id"/>
        </w:rPr>
      </w:pPr>
      <w:r w:rsidRPr="00387AD0">
        <w:rPr>
          <w:rFonts w:cs="Times New Roman"/>
          <w:szCs w:val="24"/>
          <w:lang w:val="id"/>
        </w:rPr>
        <w:t>Hasil</w:t>
      </w:r>
      <w:r w:rsidR="00F660D2" w:rsidRPr="00387AD0">
        <w:rPr>
          <w:rFonts w:cs="Times New Roman"/>
          <w:szCs w:val="24"/>
          <w:lang w:val="id"/>
        </w:rPr>
        <w:t xml:space="preserve"> </w:t>
      </w:r>
      <w:r w:rsidRPr="00387AD0">
        <w:rPr>
          <w:rFonts w:cs="Times New Roman"/>
          <w:szCs w:val="24"/>
          <w:lang w:val="id"/>
        </w:rPr>
        <w:t>Kerja</w:t>
      </w:r>
      <w:r w:rsidR="00F660D2" w:rsidRPr="00387AD0">
        <w:rPr>
          <w:rFonts w:cs="Times New Roman"/>
          <w:szCs w:val="24"/>
          <w:lang w:val="id"/>
        </w:rPr>
        <w:t xml:space="preserve"> </w:t>
      </w:r>
      <w:r w:rsidRPr="00387AD0">
        <w:rPr>
          <w:rFonts w:cs="Times New Roman"/>
          <w:szCs w:val="24"/>
          <w:lang w:val="id"/>
        </w:rPr>
        <w:t>Praktek</w:t>
      </w:r>
      <w:bookmarkEnd w:id="100"/>
      <w:bookmarkEnd w:id="101"/>
      <w:r w:rsidR="00F660D2" w:rsidRPr="00387AD0">
        <w:rPr>
          <w:rFonts w:cs="Times New Roman"/>
          <w:szCs w:val="24"/>
          <w:lang w:val="id"/>
        </w:rPr>
        <w:t xml:space="preserve"> </w:t>
      </w:r>
    </w:p>
    <w:p w14:paraId="6B5293CD" w14:textId="0BC5EA3E" w:rsidR="002E5334" w:rsidRDefault="005F6410" w:rsidP="00FB2541">
      <w:pPr>
        <w:spacing w:after="0" w:line="360" w:lineRule="auto"/>
        <w:ind w:right="-427" w:firstLine="720"/>
        <w:rPr>
          <w:rFonts w:cs="Times New Roman"/>
          <w:szCs w:val="24"/>
        </w:rPr>
      </w:pPr>
      <w:proofErr w:type="spellStart"/>
      <w:r w:rsidRPr="00387AD0">
        <w:rPr>
          <w:rFonts w:cs="Times New Roman"/>
          <w:szCs w:val="24"/>
        </w:rPr>
        <w:t>Berbagai</w:t>
      </w:r>
      <w:proofErr w:type="spellEnd"/>
      <w:r w:rsidR="00F660D2" w:rsidRPr="00387AD0">
        <w:rPr>
          <w:rFonts w:cs="Times New Roman"/>
          <w:szCs w:val="24"/>
        </w:rPr>
        <w:t xml:space="preserve"> </w:t>
      </w:r>
      <w:proofErr w:type="spellStart"/>
      <w:r w:rsidRPr="00387AD0">
        <w:rPr>
          <w:rFonts w:cs="Times New Roman"/>
          <w:szCs w:val="24"/>
        </w:rPr>
        <w:t>kegiatan</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dilakukan</w:t>
      </w:r>
      <w:proofErr w:type="spellEnd"/>
      <w:r w:rsidR="00F660D2" w:rsidRPr="00387AD0">
        <w:rPr>
          <w:rFonts w:cs="Times New Roman"/>
          <w:szCs w:val="24"/>
        </w:rPr>
        <w:t xml:space="preserve"> </w:t>
      </w:r>
      <w:proofErr w:type="spellStart"/>
      <w:r w:rsidRPr="00387AD0">
        <w:rPr>
          <w:rFonts w:cs="Times New Roman"/>
          <w:szCs w:val="24"/>
        </w:rPr>
        <w:t>maka</w:t>
      </w:r>
      <w:proofErr w:type="spellEnd"/>
      <w:r w:rsidR="00F660D2" w:rsidRPr="00387AD0">
        <w:rPr>
          <w:rFonts w:cs="Times New Roman"/>
          <w:szCs w:val="24"/>
        </w:rPr>
        <w:t xml:space="preserve"> </w:t>
      </w:r>
      <w:proofErr w:type="spellStart"/>
      <w:r w:rsidRPr="00387AD0">
        <w:rPr>
          <w:rFonts w:cs="Times New Roman"/>
          <w:szCs w:val="24"/>
        </w:rPr>
        <w:t>penulis</w:t>
      </w:r>
      <w:proofErr w:type="spellEnd"/>
      <w:r w:rsidR="00F660D2" w:rsidRPr="00387AD0">
        <w:rPr>
          <w:rFonts w:cs="Times New Roman"/>
          <w:szCs w:val="24"/>
        </w:rPr>
        <w:t xml:space="preserve"> </w:t>
      </w:r>
      <w:proofErr w:type="spellStart"/>
      <w:r w:rsidRPr="00387AD0">
        <w:rPr>
          <w:rFonts w:cs="Times New Roman"/>
          <w:szCs w:val="24"/>
        </w:rPr>
        <w:t>mendapatkan</w:t>
      </w:r>
      <w:proofErr w:type="spellEnd"/>
      <w:r w:rsidR="00F660D2" w:rsidRPr="00387AD0">
        <w:rPr>
          <w:rFonts w:cs="Times New Roman"/>
          <w:szCs w:val="24"/>
        </w:rPr>
        <w:t xml:space="preserve"> </w:t>
      </w:r>
      <w:proofErr w:type="spellStart"/>
      <w:r w:rsidRPr="00387AD0">
        <w:rPr>
          <w:rFonts w:cs="Times New Roman"/>
          <w:szCs w:val="24"/>
        </w:rPr>
        <w:t>hasil</w:t>
      </w:r>
      <w:proofErr w:type="spellEnd"/>
      <w:r w:rsidR="00F660D2" w:rsidRPr="00387AD0">
        <w:rPr>
          <w:rFonts w:cs="Times New Roman"/>
          <w:szCs w:val="24"/>
        </w:rPr>
        <w:t xml:space="preserve"> </w:t>
      </w:r>
      <w:proofErr w:type="spellStart"/>
      <w:r w:rsidRPr="00387AD0">
        <w:rPr>
          <w:rFonts w:cs="Times New Roman"/>
          <w:szCs w:val="24"/>
        </w:rPr>
        <w:t>kerja</w:t>
      </w:r>
      <w:proofErr w:type="spellEnd"/>
      <w:r w:rsidR="00F660D2" w:rsidRPr="00387AD0">
        <w:rPr>
          <w:rFonts w:cs="Times New Roman"/>
          <w:szCs w:val="24"/>
        </w:rPr>
        <w:t xml:space="preserve"> </w:t>
      </w:r>
      <w:proofErr w:type="spellStart"/>
      <w:r w:rsidRPr="00387AD0">
        <w:rPr>
          <w:rFonts w:cs="Times New Roman"/>
          <w:szCs w:val="24"/>
        </w:rPr>
        <w:t>praktik</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diperoleh</w:t>
      </w:r>
      <w:proofErr w:type="spellEnd"/>
      <w:r w:rsidR="00F660D2" w:rsidRPr="00387AD0">
        <w:rPr>
          <w:rFonts w:cs="Times New Roman"/>
          <w:szCs w:val="24"/>
        </w:rPr>
        <w:t xml:space="preserve"> </w:t>
      </w:r>
      <w:proofErr w:type="spellStart"/>
      <w:r w:rsidRPr="00387AD0">
        <w:rPr>
          <w:rFonts w:cs="Times New Roman"/>
          <w:szCs w:val="24"/>
        </w:rPr>
        <w:t>melalui</w:t>
      </w:r>
      <w:proofErr w:type="spellEnd"/>
      <w:r w:rsidR="00F660D2" w:rsidRPr="00387AD0">
        <w:rPr>
          <w:rFonts w:cs="Times New Roman"/>
          <w:szCs w:val="24"/>
        </w:rPr>
        <w:t xml:space="preserve"> </w:t>
      </w:r>
      <w:proofErr w:type="spellStart"/>
      <w:r w:rsidRPr="00387AD0">
        <w:rPr>
          <w:rFonts w:cs="Times New Roman"/>
          <w:szCs w:val="24"/>
        </w:rPr>
        <w:t>wawancara</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observasi</w:t>
      </w:r>
      <w:proofErr w:type="spellEnd"/>
      <w:r w:rsidR="00F660D2" w:rsidRPr="00387AD0">
        <w:rPr>
          <w:rFonts w:cs="Times New Roman"/>
          <w:szCs w:val="24"/>
        </w:rPr>
        <w:t xml:space="preserve"> </w:t>
      </w:r>
      <w:r w:rsidRPr="00387AD0">
        <w:rPr>
          <w:rFonts w:cs="Times New Roman"/>
          <w:szCs w:val="24"/>
        </w:rPr>
        <w:t>pada</w:t>
      </w:r>
      <w:r w:rsidR="00F660D2" w:rsidRPr="00387AD0">
        <w:rPr>
          <w:rFonts w:cs="Times New Roman"/>
          <w:szCs w:val="24"/>
        </w:rPr>
        <w:t xml:space="preserve"> </w:t>
      </w:r>
      <w:r w:rsidRPr="00387AD0">
        <w:rPr>
          <w:rFonts w:cs="Times New Roman"/>
          <w:szCs w:val="24"/>
        </w:rPr>
        <w:t>CV.</w:t>
      </w:r>
      <w:r w:rsidR="00F660D2" w:rsidRPr="00387AD0">
        <w:rPr>
          <w:rFonts w:cs="Times New Roman"/>
          <w:szCs w:val="24"/>
        </w:rPr>
        <w:t xml:space="preserve"> </w:t>
      </w:r>
      <w:proofErr w:type="spellStart"/>
      <w:r w:rsidRPr="00387AD0">
        <w:rPr>
          <w:rFonts w:cs="Times New Roman"/>
          <w:szCs w:val="24"/>
        </w:rPr>
        <w:t>Melpura</w:t>
      </w:r>
      <w:proofErr w:type="spellEnd"/>
      <w:r w:rsidR="00F660D2" w:rsidRPr="00387AD0">
        <w:rPr>
          <w:rFonts w:cs="Times New Roman"/>
          <w:szCs w:val="24"/>
        </w:rPr>
        <w:t xml:space="preserve"> </w:t>
      </w:r>
      <w:r w:rsidRPr="00387AD0">
        <w:rPr>
          <w:rFonts w:cs="Times New Roman"/>
          <w:szCs w:val="24"/>
        </w:rPr>
        <w:t>Jaya</w:t>
      </w:r>
      <w:r w:rsidR="00F660D2" w:rsidRPr="00387AD0">
        <w:rPr>
          <w:rFonts w:cs="Times New Roman"/>
          <w:szCs w:val="24"/>
        </w:rPr>
        <w:t xml:space="preserve"> </w:t>
      </w:r>
      <w:proofErr w:type="spellStart"/>
      <w:r w:rsidRPr="00387AD0">
        <w:rPr>
          <w:rFonts w:cs="Times New Roman"/>
          <w:szCs w:val="24"/>
        </w:rPr>
        <w:t>Tehnik</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Penulis</w:t>
      </w:r>
      <w:proofErr w:type="spellEnd"/>
      <w:r w:rsidR="00F660D2" w:rsidRPr="00387AD0">
        <w:rPr>
          <w:rFonts w:cs="Times New Roman"/>
          <w:szCs w:val="24"/>
        </w:rPr>
        <w:t xml:space="preserve"> </w:t>
      </w:r>
      <w:proofErr w:type="spellStart"/>
      <w:r w:rsidRPr="00387AD0">
        <w:rPr>
          <w:rFonts w:cs="Times New Roman"/>
          <w:szCs w:val="24"/>
        </w:rPr>
        <w:t>dapat</w:t>
      </w:r>
      <w:proofErr w:type="spellEnd"/>
      <w:r w:rsidR="00F660D2" w:rsidRPr="00387AD0">
        <w:rPr>
          <w:rFonts w:cs="Times New Roman"/>
          <w:szCs w:val="24"/>
        </w:rPr>
        <w:t xml:space="preserve"> </w:t>
      </w:r>
      <w:proofErr w:type="spellStart"/>
      <w:r w:rsidRPr="00387AD0">
        <w:rPr>
          <w:rFonts w:cs="Times New Roman"/>
          <w:szCs w:val="24"/>
        </w:rPr>
        <w:t>membangun</w:t>
      </w:r>
      <w:proofErr w:type="spellEnd"/>
      <w:r w:rsidR="00F660D2" w:rsidRPr="00387AD0">
        <w:rPr>
          <w:rFonts w:cs="Times New Roman"/>
          <w:szCs w:val="24"/>
        </w:rPr>
        <w:t xml:space="preserve"> </w:t>
      </w:r>
      <w:proofErr w:type="spellStart"/>
      <w:r w:rsidRPr="00387AD0">
        <w:rPr>
          <w:rFonts w:cs="Times New Roman"/>
          <w:szCs w:val="24"/>
        </w:rPr>
        <w:t>sebuah</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Pr="00387AD0">
        <w:rPr>
          <w:rFonts w:cs="Times New Roman"/>
          <w:szCs w:val="24"/>
        </w:rPr>
        <w:t>berbasis</w:t>
      </w:r>
      <w:proofErr w:type="spellEnd"/>
      <w:r w:rsidR="00F660D2" w:rsidRPr="00387AD0">
        <w:rPr>
          <w:rFonts w:cs="Times New Roman"/>
          <w:szCs w:val="24"/>
        </w:rPr>
        <w:t xml:space="preserve"> </w:t>
      </w:r>
      <w:r w:rsidRPr="00387AD0">
        <w:rPr>
          <w:rFonts w:cs="Times New Roman"/>
          <w:szCs w:val="24"/>
        </w:rPr>
        <w:t>web</w:t>
      </w:r>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dapat</w:t>
      </w:r>
      <w:proofErr w:type="spellEnd"/>
      <w:r w:rsidR="00F660D2" w:rsidRPr="00387AD0">
        <w:rPr>
          <w:rFonts w:cs="Times New Roman"/>
          <w:szCs w:val="24"/>
        </w:rPr>
        <w:t xml:space="preserve"> </w:t>
      </w:r>
      <w:proofErr w:type="spellStart"/>
      <w:r w:rsidRPr="00387AD0">
        <w:rPr>
          <w:rFonts w:cs="Times New Roman"/>
          <w:szCs w:val="24"/>
        </w:rPr>
        <w:t>mempermudah</w:t>
      </w:r>
      <w:proofErr w:type="spellEnd"/>
      <w:r w:rsidR="00F660D2" w:rsidRPr="00387AD0">
        <w:rPr>
          <w:rFonts w:cs="Times New Roman"/>
          <w:szCs w:val="24"/>
        </w:rPr>
        <w:t xml:space="preserve"> </w:t>
      </w:r>
      <w:r w:rsidRPr="00387AD0">
        <w:rPr>
          <w:rFonts w:cs="Times New Roman"/>
          <w:szCs w:val="24"/>
        </w:rPr>
        <w:t>Masyarakat</w:t>
      </w:r>
      <w:r w:rsidR="00F660D2" w:rsidRPr="00387AD0">
        <w:rPr>
          <w:rFonts w:cs="Times New Roman"/>
          <w:szCs w:val="24"/>
        </w:rPr>
        <w:t xml:space="preserve"> </w:t>
      </w:r>
      <w:proofErr w:type="spellStart"/>
      <w:r w:rsidRPr="00387AD0">
        <w:rPr>
          <w:rFonts w:cs="Times New Roman"/>
          <w:szCs w:val="24"/>
        </w:rPr>
        <w:t>melihat</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tersedia</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pengurus</w:t>
      </w:r>
      <w:proofErr w:type="spellEnd"/>
      <w:r w:rsidR="00F660D2" w:rsidRPr="00387AD0">
        <w:rPr>
          <w:rFonts w:cs="Times New Roman"/>
          <w:szCs w:val="24"/>
        </w:rPr>
        <w:t xml:space="preserve"> </w:t>
      </w:r>
      <w:proofErr w:type="spellStart"/>
      <w:r w:rsidRPr="00387AD0">
        <w:rPr>
          <w:rFonts w:cs="Times New Roman"/>
          <w:szCs w:val="24"/>
        </w:rPr>
        <w:t>perpustakaan</w:t>
      </w:r>
      <w:proofErr w:type="spellEnd"/>
      <w:r w:rsidR="00F660D2" w:rsidRPr="00387AD0">
        <w:rPr>
          <w:rFonts w:cs="Times New Roman"/>
          <w:szCs w:val="24"/>
        </w:rPr>
        <w:t xml:space="preserve"> </w:t>
      </w:r>
      <w:proofErr w:type="spellStart"/>
      <w:r w:rsidRPr="00387AD0">
        <w:rPr>
          <w:rFonts w:cs="Times New Roman"/>
          <w:szCs w:val="24"/>
        </w:rPr>
        <w:t>dalam</w:t>
      </w:r>
      <w:proofErr w:type="spellEnd"/>
      <w:r w:rsidR="00F660D2" w:rsidRPr="00387AD0">
        <w:rPr>
          <w:rFonts w:cs="Times New Roman"/>
          <w:szCs w:val="24"/>
        </w:rPr>
        <w:t xml:space="preserve"> </w:t>
      </w:r>
      <w:proofErr w:type="spellStart"/>
      <w:r w:rsidRPr="00387AD0">
        <w:rPr>
          <w:rFonts w:cs="Times New Roman"/>
          <w:szCs w:val="24"/>
        </w:rPr>
        <w:t>mengelola</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p>
    <w:p w14:paraId="1395056A" w14:textId="77777777" w:rsidR="0076694C" w:rsidRDefault="0076694C" w:rsidP="00FB2541">
      <w:pPr>
        <w:spacing w:after="0" w:line="360" w:lineRule="auto"/>
        <w:ind w:right="-427" w:firstLine="720"/>
        <w:rPr>
          <w:rFonts w:cs="Times New Roman"/>
          <w:szCs w:val="24"/>
        </w:rPr>
      </w:pPr>
    </w:p>
    <w:p w14:paraId="5486CAA5" w14:textId="77777777" w:rsidR="0076694C" w:rsidRDefault="0076694C" w:rsidP="00FB2541">
      <w:pPr>
        <w:spacing w:after="0" w:line="360" w:lineRule="auto"/>
        <w:ind w:right="-427" w:firstLine="720"/>
        <w:rPr>
          <w:rFonts w:cs="Times New Roman"/>
          <w:szCs w:val="24"/>
        </w:rPr>
      </w:pPr>
    </w:p>
    <w:p w14:paraId="3E65FC7C" w14:textId="77777777" w:rsidR="0076694C" w:rsidRDefault="0076694C" w:rsidP="00FB2541">
      <w:pPr>
        <w:spacing w:after="0" w:line="360" w:lineRule="auto"/>
        <w:ind w:right="-427" w:firstLine="720"/>
        <w:rPr>
          <w:rFonts w:cs="Times New Roman"/>
          <w:szCs w:val="24"/>
        </w:rPr>
      </w:pPr>
    </w:p>
    <w:p w14:paraId="7DF55ED5" w14:textId="77777777" w:rsidR="0076694C" w:rsidRDefault="0076694C" w:rsidP="00FB2541">
      <w:pPr>
        <w:spacing w:after="0" w:line="360" w:lineRule="auto"/>
        <w:ind w:right="-427" w:firstLine="720"/>
        <w:rPr>
          <w:rFonts w:cs="Times New Roman"/>
          <w:szCs w:val="24"/>
        </w:rPr>
      </w:pPr>
    </w:p>
    <w:p w14:paraId="22581BC9" w14:textId="77777777" w:rsidR="0076694C" w:rsidRDefault="0076694C" w:rsidP="00FB2541">
      <w:pPr>
        <w:spacing w:after="0" w:line="360" w:lineRule="auto"/>
        <w:ind w:right="-427" w:firstLine="720"/>
        <w:rPr>
          <w:rFonts w:cs="Times New Roman"/>
          <w:szCs w:val="24"/>
        </w:rPr>
      </w:pPr>
    </w:p>
    <w:p w14:paraId="7BF32841" w14:textId="77777777" w:rsidR="0076694C" w:rsidRDefault="0076694C" w:rsidP="00FB2541">
      <w:pPr>
        <w:spacing w:after="0" w:line="360" w:lineRule="auto"/>
        <w:ind w:right="-427" w:firstLine="720"/>
        <w:rPr>
          <w:rFonts w:cs="Times New Roman"/>
          <w:szCs w:val="24"/>
        </w:rPr>
      </w:pPr>
    </w:p>
    <w:p w14:paraId="75070F92" w14:textId="77777777" w:rsidR="0076694C" w:rsidRDefault="0076694C" w:rsidP="00FB2541">
      <w:pPr>
        <w:spacing w:after="0" w:line="360" w:lineRule="auto"/>
        <w:ind w:right="-427" w:firstLine="720"/>
        <w:rPr>
          <w:rFonts w:cs="Times New Roman"/>
          <w:szCs w:val="24"/>
        </w:rPr>
      </w:pPr>
    </w:p>
    <w:p w14:paraId="74304761" w14:textId="77777777" w:rsidR="0076694C" w:rsidRPr="00387AD0" w:rsidRDefault="0076694C" w:rsidP="00FB2541">
      <w:pPr>
        <w:spacing w:after="0" w:line="360" w:lineRule="auto"/>
        <w:ind w:right="-427" w:firstLine="720"/>
        <w:rPr>
          <w:rFonts w:cs="Times New Roman"/>
          <w:szCs w:val="24"/>
        </w:rPr>
      </w:pPr>
    </w:p>
    <w:p w14:paraId="1718941A" w14:textId="3A5AE37E" w:rsidR="00315600" w:rsidRPr="00387AD0" w:rsidRDefault="007A347E" w:rsidP="00FB2541">
      <w:pPr>
        <w:pStyle w:val="Heading2"/>
        <w:numPr>
          <w:ilvl w:val="0"/>
          <w:numId w:val="27"/>
        </w:numPr>
        <w:spacing w:after="240" w:line="360" w:lineRule="auto"/>
        <w:ind w:left="0" w:firstLine="0"/>
        <w:rPr>
          <w:rFonts w:cs="Times New Roman"/>
          <w:szCs w:val="24"/>
        </w:rPr>
      </w:pPr>
      <w:bookmarkStart w:id="102" w:name="_Toc205248735"/>
      <w:bookmarkStart w:id="103" w:name="_Toc205261383"/>
      <w:r w:rsidRPr="00387AD0">
        <w:rPr>
          <w:rFonts w:cs="Times New Roman"/>
          <w:szCs w:val="24"/>
          <w:lang w:val="id"/>
        </w:rPr>
        <w:t>Perancangan</w:t>
      </w:r>
      <w:r w:rsidR="00F660D2" w:rsidRPr="00387AD0">
        <w:rPr>
          <w:rFonts w:cs="Times New Roman"/>
          <w:szCs w:val="24"/>
          <w:lang w:val="id"/>
        </w:rPr>
        <w:t xml:space="preserve"> </w:t>
      </w:r>
      <w:r w:rsidR="00CA1B38" w:rsidRPr="00CA1B38">
        <w:rPr>
          <w:rFonts w:cs="Times New Roman"/>
          <w:i/>
          <w:iCs/>
          <w:szCs w:val="24"/>
          <w:lang w:val="id"/>
        </w:rPr>
        <w:t>Flowchart</w:t>
      </w:r>
      <w:bookmarkEnd w:id="102"/>
      <w:bookmarkEnd w:id="103"/>
      <w:r w:rsidR="00F660D2" w:rsidRPr="00387AD0">
        <w:rPr>
          <w:rFonts w:cs="Times New Roman"/>
          <w:szCs w:val="24"/>
        </w:rPr>
        <w:t xml:space="preserve"> </w:t>
      </w:r>
    </w:p>
    <w:p w14:paraId="642D8245" w14:textId="051CE11E" w:rsidR="00315600" w:rsidRPr="00387AD0" w:rsidRDefault="00315600" w:rsidP="00FB2541">
      <w:pPr>
        <w:spacing w:line="360" w:lineRule="auto"/>
        <w:ind w:right="-427" w:firstLine="720"/>
        <w:rPr>
          <w:rFonts w:cs="Times New Roman"/>
          <w:szCs w:val="24"/>
        </w:rPr>
      </w:pPr>
      <w:proofErr w:type="spellStart"/>
      <w:r w:rsidRPr="00387AD0">
        <w:rPr>
          <w:rFonts w:cs="Times New Roman"/>
          <w:szCs w:val="24"/>
        </w:rPr>
        <w:t>Berikut</w:t>
      </w:r>
      <w:proofErr w:type="spellEnd"/>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adalah</w:t>
      </w:r>
      <w:proofErr w:type="spellEnd"/>
      <w:r w:rsidR="00F660D2" w:rsidRPr="00387AD0">
        <w:rPr>
          <w:rFonts w:cs="Times New Roman"/>
          <w:szCs w:val="24"/>
        </w:rPr>
        <w:t xml:space="preserve"> </w:t>
      </w:r>
      <w:r w:rsidRPr="00387AD0">
        <w:rPr>
          <w:rFonts w:cs="Times New Roman"/>
          <w:szCs w:val="24"/>
        </w:rPr>
        <w:t>diagram</w:t>
      </w:r>
      <w:r w:rsidR="00F660D2" w:rsidRPr="00387AD0">
        <w:rPr>
          <w:rFonts w:cs="Times New Roman"/>
          <w:szCs w:val="24"/>
        </w:rPr>
        <w:t xml:space="preserve"> </w:t>
      </w:r>
      <w:r w:rsidR="00CA1B38" w:rsidRPr="00CA1B38">
        <w:rPr>
          <w:rFonts w:cs="Times New Roman"/>
          <w:i/>
          <w:iCs/>
          <w:szCs w:val="24"/>
        </w:rPr>
        <w:t>Flowchart</w:t>
      </w:r>
      <w:r w:rsidR="00F660D2" w:rsidRPr="00387AD0">
        <w:rPr>
          <w:rFonts w:cs="Times New Roman"/>
          <w:szCs w:val="24"/>
        </w:rPr>
        <w:t xml:space="preserve"> </w:t>
      </w:r>
      <w:proofErr w:type="spellStart"/>
      <w:r w:rsidRPr="00387AD0">
        <w:rPr>
          <w:rFonts w:cs="Times New Roman"/>
          <w:szCs w:val="24"/>
        </w:rPr>
        <w:t>sitem</w:t>
      </w:r>
      <w:proofErr w:type="spellEnd"/>
      <w:r w:rsidR="00F660D2" w:rsidRPr="00387AD0">
        <w:rPr>
          <w:rFonts w:cs="Times New Roman"/>
          <w:szCs w:val="24"/>
        </w:rPr>
        <w:t xml:space="preserve"> </w:t>
      </w:r>
      <w:proofErr w:type="spellStart"/>
      <w:r w:rsidRPr="00387AD0">
        <w:rPr>
          <w:rFonts w:cs="Times New Roman"/>
          <w:szCs w:val="24"/>
        </w:rPr>
        <w:t>informasi</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r w:rsidRPr="00387AD0">
        <w:rPr>
          <w:rFonts w:cs="Times New Roman"/>
          <w:szCs w:val="24"/>
        </w:rPr>
        <w:t>pada</w:t>
      </w:r>
      <w:r w:rsidR="00F660D2" w:rsidRPr="00387AD0">
        <w:rPr>
          <w:rFonts w:cs="Times New Roman"/>
          <w:szCs w:val="24"/>
        </w:rPr>
        <w:t xml:space="preserve"> </w:t>
      </w:r>
      <w:r w:rsidRPr="00387AD0">
        <w:rPr>
          <w:rFonts w:cs="Times New Roman"/>
          <w:szCs w:val="24"/>
        </w:rPr>
        <w:t>Taman</w:t>
      </w:r>
      <w:r w:rsidR="00F660D2" w:rsidRPr="00387AD0">
        <w:rPr>
          <w:rFonts w:cs="Times New Roman"/>
          <w:szCs w:val="24"/>
        </w:rPr>
        <w:t xml:space="preserve"> </w:t>
      </w:r>
      <w:proofErr w:type="spellStart"/>
      <w:r w:rsidRPr="00387AD0">
        <w:rPr>
          <w:rFonts w:cs="Times New Roman"/>
          <w:szCs w:val="24"/>
        </w:rPr>
        <w:t>Bacaan</w:t>
      </w:r>
      <w:proofErr w:type="spellEnd"/>
      <w:r w:rsidR="00F660D2" w:rsidRPr="00387AD0">
        <w:rPr>
          <w:rFonts w:cs="Times New Roman"/>
          <w:szCs w:val="24"/>
        </w:rPr>
        <w:t xml:space="preserve"> </w:t>
      </w:r>
      <w:r w:rsidRPr="00387AD0">
        <w:rPr>
          <w:rFonts w:cs="Times New Roman"/>
          <w:szCs w:val="24"/>
        </w:rPr>
        <w:t>Al-Azhari:</w:t>
      </w:r>
    </w:p>
    <w:p w14:paraId="5894AC33" w14:textId="77777777" w:rsidR="00004164" w:rsidRDefault="00647FED" w:rsidP="00004164">
      <w:pPr>
        <w:keepNext/>
        <w:spacing w:line="360" w:lineRule="auto"/>
        <w:jc w:val="center"/>
      </w:pPr>
      <w:r w:rsidRPr="00387AD0">
        <w:rPr>
          <w:rFonts w:cs="Times New Roman"/>
          <w:noProof/>
          <w:szCs w:val="24"/>
        </w:rPr>
        <w:lastRenderedPageBreak/>
        <w:drawing>
          <wp:inline distT="0" distB="0" distL="0" distR="0" wp14:anchorId="68A3D3AA" wp14:editId="411FE9A0">
            <wp:extent cx="4130882" cy="4071486"/>
            <wp:effectExtent l="0" t="0" r="3175" b="5715"/>
            <wp:docPr id="8293309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3046" cy="4152469"/>
                    </a:xfrm>
                    <a:prstGeom prst="rect">
                      <a:avLst/>
                    </a:prstGeom>
                    <a:noFill/>
                    <a:ln>
                      <a:noFill/>
                    </a:ln>
                  </pic:spPr>
                </pic:pic>
              </a:graphicData>
            </a:graphic>
          </wp:inline>
        </w:drawing>
      </w:r>
    </w:p>
    <w:p w14:paraId="042E84F6" w14:textId="7DA6AA05" w:rsidR="00647FED" w:rsidRPr="00FB2541" w:rsidRDefault="00004164" w:rsidP="00004164">
      <w:pPr>
        <w:pStyle w:val="Caption"/>
        <w:jc w:val="center"/>
        <w:rPr>
          <w:rFonts w:cs="Times New Roman"/>
          <w:color w:val="auto"/>
          <w:sz w:val="20"/>
          <w:szCs w:val="20"/>
        </w:rPr>
      </w:pPr>
      <w:bookmarkStart w:id="104" w:name="_Toc205257740"/>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3</w:t>
      </w:r>
      <w:r w:rsidRPr="00FB2541">
        <w:rPr>
          <w:color w:val="auto"/>
          <w:sz w:val="20"/>
          <w:szCs w:val="20"/>
        </w:rPr>
        <w:fldChar w:fldCharType="end"/>
      </w:r>
      <w:r w:rsidRPr="00FB2541">
        <w:rPr>
          <w:color w:val="auto"/>
          <w:sz w:val="20"/>
          <w:szCs w:val="20"/>
        </w:rPr>
        <w:t xml:space="preserve"> </w:t>
      </w:r>
      <w:r w:rsidR="00CA1B38" w:rsidRPr="0076694C">
        <w:rPr>
          <w:b w:val="0"/>
          <w:bCs w:val="0"/>
          <w:i/>
          <w:iCs/>
          <w:color w:val="auto"/>
          <w:sz w:val="20"/>
          <w:szCs w:val="20"/>
        </w:rPr>
        <w:t>Flowchart</w:t>
      </w:r>
      <w:bookmarkEnd w:id="104"/>
    </w:p>
    <w:p w14:paraId="4F8E072F" w14:textId="59AAA063" w:rsidR="007A347E" w:rsidRPr="00387AD0" w:rsidRDefault="00CA1B38" w:rsidP="00FB2541">
      <w:pPr>
        <w:spacing w:line="360" w:lineRule="auto"/>
        <w:ind w:right="-427" w:firstLine="720"/>
        <w:rPr>
          <w:rFonts w:cs="Times New Roman"/>
          <w:szCs w:val="24"/>
        </w:rPr>
      </w:pPr>
      <w:r w:rsidRPr="00CA1B38">
        <w:rPr>
          <w:rFonts w:cs="Times New Roman"/>
          <w:i/>
          <w:iCs/>
          <w:szCs w:val="24"/>
        </w:rPr>
        <w:t>Flowchart</w:t>
      </w:r>
      <w:r w:rsidR="00F660D2" w:rsidRPr="00387AD0">
        <w:rPr>
          <w:rFonts w:cs="Times New Roman"/>
          <w:szCs w:val="24"/>
        </w:rPr>
        <w:t xml:space="preserve"> </w:t>
      </w:r>
      <w:r w:rsidR="00126F72" w:rsidRPr="00387AD0">
        <w:rPr>
          <w:rFonts w:cs="Times New Roman"/>
          <w:szCs w:val="24"/>
        </w:rPr>
        <w:t>di</w:t>
      </w:r>
      <w:r w:rsidR="00F660D2" w:rsidRPr="00387AD0">
        <w:rPr>
          <w:rFonts w:cs="Times New Roman"/>
          <w:szCs w:val="24"/>
        </w:rPr>
        <w:t xml:space="preserve"> </w:t>
      </w:r>
      <w:proofErr w:type="spellStart"/>
      <w:r w:rsidR="00126F72" w:rsidRPr="00387AD0">
        <w:rPr>
          <w:rFonts w:cs="Times New Roman"/>
          <w:szCs w:val="24"/>
        </w:rPr>
        <w:t>atas</w:t>
      </w:r>
      <w:proofErr w:type="spellEnd"/>
      <w:r w:rsidR="00F660D2" w:rsidRPr="00387AD0">
        <w:rPr>
          <w:rFonts w:cs="Times New Roman"/>
          <w:szCs w:val="24"/>
        </w:rPr>
        <w:t xml:space="preserve"> </w:t>
      </w:r>
      <w:proofErr w:type="spellStart"/>
      <w:r w:rsidR="00126F72" w:rsidRPr="00387AD0">
        <w:rPr>
          <w:rFonts w:cs="Times New Roman"/>
          <w:szCs w:val="24"/>
        </w:rPr>
        <w:t>merupakan</w:t>
      </w:r>
      <w:proofErr w:type="spellEnd"/>
      <w:r w:rsidR="00F660D2" w:rsidRPr="00387AD0">
        <w:rPr>
          <w:rFonts w:cs="Times New Roman"/>
          <w:szCs w:val="24"/>
        </w:rPr>
        <w:t xml:space="preserve"> </w:t>
      </w:r>
      <w:proofErr w:type="spellStart"/>
      <w:r w:rsidR="00126F72" w:rsidRPr="00387AD0">
        <w:rPr>
          <w:rFonts w:cs="Times New Roman"/>
          <w:szCs w:val="24"/>
        </w:rPr>
        <w:t>alur</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katalog</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26F72" w:rsidRPr="00387AD0">
        <w:rPr>
          <w:rFonts w:cs="Times New Roman"/>
          <w:szCs w:val="24"/>
        </w:rPr>
        <w:t>yang</w:t>
      </w:r>
      <w:r w:rsidR="00F660D2" w:rsidRPr="00387AD0">
        <w:rPr>
          <w:rFonts w:cs="Times New Roman"/>
          <w:szCs w:val="24"/>
        </w:rPr>
        <w:t xml:space="preserve"> </w:t>
      </w:r>
      <w:proofErr w:type="spellStart"/>
      <w:r w:rsidR="00126F72" w:rsidRPr="00387AD0">
        <w:rPr>
          <w:rFonts w:cs="Times New Roman"/>
          <w:szCs w:val="24"/>
        </w:rPr>
        <w:t>menggambarkan</w:t>
      </w:r>
      <w:proofErr w:type="spellEnd"/>
      <w:r w:rsidR="00F660D2" w:rsidRPr="00387AD0">
        <w:rPr>
          <w:rFonts w:cs="Times New Roman"/>
          <w:szCs w:val="24"/>
        </w:rPr>
        <w:t xml:space="preserve"> </w:t>
      </w:r>
      <w:r w:rsidR="00126F72" w:rsidRPr="00387AD0">
        <w:rPr>
          <w:rFonts w:cs="Times New Roman"/>
          <w:szCs w:val="24"/>
        </w:rPr>
        <w:t>proses</w:t>
      </w:r>
      <w:r w:rsidR="00F660D2" w:rsidRPr="00387AD0">
        <w:rPr>
          <w:rFonts w:cs="Times New Roman"/>
          <w:szCs w:val="24"/>
        </w:rPr>
        <w:t xml:space="preserve"> </w:t>
      </w:r>
      <w:proofErr w:type="spellStart"/>
      <w:r w:rsidR="00126F72" w:rsidRPr="00387AD0">
        <w:rPr>
          <w:rFonts w:cs="Times New Roman"/>
          <w:szCs w:val="24"/>
        </w:rPr>
        <w:t>pencarian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peminjaman</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pengembalian</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26F72" w:rsidRPr="00387AD0">
        <w:rPr>
          <w:rFonts w:cs="Times New Roman"/>
          <w:szCs w:val="24"/>
        </w:rPr>
        <w:t>pada</w:t>
      </w:r>
      <w:r w:rsidR="00F660D2" w:rsidRPr="00387AD0">
        <w:rPr>
          <w:rFonts w:cs="Times New Roman"/>
          <w:szCs w:val="24"/>
        </w:rPr>
        <w:t xml:space="preserve"> </w:t>
      </w:r>
      <w:proofErr w:type="spellStart"/>
      <w:r w:rsidR="00126F72" w:rsidRPr="00387AD0">
        <w:rPr>
          <w:rFonts w:cs="Times New Roman"/>
          <w:szCs w:val="24"/>
        </w:rPr>
        <w:t>perpustakaan</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Proses</w:t>
      </w:r>
      <w:r w:rsidR="00F660D2" w:rsidRPr="00387AD0">
        <w:rPr>
          <w:rFonts w:cs="Times New Roman"/>
          <w:szCs w:val="24"/>
        </w:rPr>
        <w:t xml:space="preserve"> </w:t>
      </w:r>
      <w:proofErr w:type="spellStart"/>
      <w:r w:rsidR="00126F72" w:rsidRPr="00387AD0">
        <w:rPr>
          <w:rFonts w:cs="Times New Roman"/>
          <w:szCs w:val="24"/>
        </w:rPr>
        <w:t>dimulai</w:t>
      </w:r>
      <w:proofErr w:type="spellEnd"/>
      <w:r w:rsidR="00F660D2" w:rsidRPr="00387AD0">
        <w:rPr>
          <w:rFonts w:cs="Times New Roman"/>
          <w:szCs w:val="24"/>
        </w:rPr>
        <w:t xml:space="preserve"> </w:t>
      </w:r>
      <w:proofErr w:type="spellStart"/>
      <w:r w:rsidR="00126F72" w:rsidRPr="00387AD0">
        <w:rPr>
          <w:rFonts w:cs="Times New Roman"/>
          <w:szCs w:val="24"/>
        </w:rPr>
        <w:t>dari</w:t>
      </w:r>
      <w:proofErr w:type="spellEnd"/>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melakukan</w:t>
      </w:r>
      <w:proofErr w:type="spellEnd"/>
      <w:r w:rsidR="00F660D2" w:rsidRPr="00387AD0">
        <w:rPr>
          <w:rFonts w:cs="Times New Roman"/>
          <w:szCs w:val="24"/>
        </w:rPr>
        <w:t xml:space="preserve"> </w:t>
      </w:r>
      <w:r w:rsidR="00126F72" w:rsidRPr="00387AD0">
        <w:rPr>
          <w:rFonts w:cs="Times New Roman"/>
          <w:szCs w:val="24"/>
        </w:rPr>
        <w:t>login,</w:t>
      </w:r>
      <w:r w:rsidR="00F660D2" w:rsidRPr="00387AD0">
        <w:rPr>
          <w:rFonts w:cs="Times New Roman"/>
          <w:szCs w:val="24"/>
        </w:rPr>
        <w:t xml:space="preserve"> </w:t>
      </w:r>
      <w:proofErr w:type="spellStart"/>
      <w:r w:rsidR="00126F72" w:rsidRPr="00387AD0">
        <w:rPr>
          <w:rFonts w:cs="Times New Roman"/>
          <w:szCs w:val="24"/>
        </w:rPr>
        <w:t>kemudian</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memvalidasi</w:t>
      </w:r>
      <w:proofErr w:type="spellEnd"/>
      <w:r w:rsidR="00F660D2" w:rsidRPr="00387AD0">
        <w:rPr>
          <w:rFonts w:cs="Times New Roman"/>
          <w:szCs w:val="24"/>
        </w:rPr>
        <w:t xml:space="preserve"> </w:t>
      </w:r>
      <w:proofErr w:type="spellStart"/>
      <w:r w:rsidR="00126F72" w:rsidRPr="00387AD0">
        <w:rPr>
          <w:rFonts w:cs="Times New Roman"/>
          <w:szCs w:val="24"/>
        </w:rPr>
        <w:t>akun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Setelah</w:t>
      </w:r>
      <w:proofErr w:type="spellEnd"/>
      <w:r w:rsidR="00F660D2" w:rsidRPr="00387AD0">
        <w:rPr>
          <w:rFonts w:cs="Times New Roman"/>
          <w:szCs w:val="24"/>
        </w:rPr>
        <w:t xml:space="preserve"> </w:t>
      </w:r>
      <w:proofErr w:type="spellStart"/>
      <w:r w:rsidR="00126F72" w:rsidRPr="00387AD0">
        <w:rPr>
          <w:rFonts w:cs="Times New Roman"/>
          <w:szCs w:val="24"/>
        </w:rPr>
        <w:t>berhasil</w:t>
      </w:r>
      <w:proofErr w:type="spellEnd"/>
      <w:r w:rsidR="00F660D2" w:rsidRPr="00387AD0">
        <w:rPr>
          <w:rFonts w:cs="Times New Roman"/>
          <w:szCs w:val="24"/>
        </w:rPr>
        <w:t xml:space="preserve"> </w:t>
      </w:r>
      <w:r w:rsidR="00126F72" w:rsidRPr="00387AD0">
        <w:rPr>
          <w:rFonts w:cs="Times New Roman"/>
          <w:szCs w:val="24"/>
        </w:rPr>
        <w:t>login,</w:t>
      </w:r>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diarahkan</w:t>
      </w:r>
      <w:proofErr w:type="spellEnd"/>
      <w:r w:rsidR="00F660D2" w:rsidRPr="00387AD0">
        <w:rPr>
          <w:rFonts w:cs="Times New Roman"/>
          <w:szCs w:val="24"/>
        </w:rPr>
        <w:t xml:space="preserve"> </w:t>
      </w:r>
      <w:proofErr w:type="spellStart"/>
      <w:r w:rsidR="00126F72" w:rsidRPr="00387AD0">
        <w:rPr>
          <w:rFonts w:cs="Times New Roman"/>
          <w:szCs w:val="24"/>
        </w:rPr>
        <w:t>ke</w:t>
      </w:r>
      <w:proofErr w:type="spellEnd"/>
      <w:r w:rsidR="00F660D2" w:rsidRPr="00387AD0">
        <w:rPr>
          <w:rFonts w:cs="Times New Roman"/>
          <w:szCs w:val="24"/>
        </w:rPr>
        <w:t xml:space="preserve"> </w:t>
      </w:r>
      <w:r w:rsidR="00126F72" w:rsidRPr="00387AD0">
        <w:rPr>
          <w:rFonts w:cs="Times New Roman"/>
          <w:szCs w:val="24"/>
        </w:rPr>
        <w:t>menu</w:t>
      </w:r>
      <w:r w:rsidR="00F660D2" w:rsidRPr="00387AD0">
        <w:rPr>
          <w:rFonts w:cs="Times New Roman"/>
          <w:szCs w:val="24"/>
        </w:rPr>
        <w:t xml:space="preserve"> </w:t>
      </w:r>
      <w:proofErr w:type="spellStart"/>
      <w:r w:rsidR="00126F72" w:rsidRPr="00387AD0">
        <w:rPr>
          <w:rFonts w:cs="Times New Roman"/>
          <w:szCs w:val="24"/>
        </w:rPr>
        <w:t>utama</w:t>
      </w:r>
      <w:proofErr w:type="spellEnd"/>
      <w:r w:rsidR="00F660D2" w:rsidRPr="00387AD0">
        <w:rPr>
          <w:rFonts w:cs="Times New Roman"/>
          <w:szCs w:val="24"/>
        </w:rPr>
        <w:t xml:space="preserve"> </w:t>
      </w:r>
      <w:r w:rsidR="00126F72" w:rsidRPr="00387AD0">
        <w:rPr>
          <w:rFonts w:cs="Times New Roman"/>
          <w:szCs w:val="24"/>
        </w:rPr>
        <w:t>yang</w:t>
      </w:r>
      <w:r w:rsidR="00F660D2" w:rsidRPr="00387AD0">
        <w:rPr>
          <w:rFonts w:cs="Times New Roman"/>
          <w:szCs w:val="24"/>
        </w:rPr>
        <w:t xml:space="preserve"> </w:t>
      </w:r>
      <w:proofErr w:type="spellStart"/>
      <w:r w:rsidR="00126F72" w:rsidRPr="00387AD0">
        <w:rPr>
          <w:rFonts w:cs="Times New Roman"/>
          <w:szCs w:val="24"/>
        </w:rPr>
        <w:t>terdiri</w:t>
      </w:r>
      <w:proofErr w:type="spellEnd"/>
      <w:r w:rsidR="00F660D2" w:rsidRPr="00387AD0">
        <w:rPr>
          <w:rFonts w:cs="Times New Roman"/>
          <w:szCs w:val="24"/>
        </w:rPr>
        <w:t xml:space="preserve"> </w:t>
      </w:r>
      <w:proofErr w:type="spellStart"/>
      <w:r w:rsidR="00126F72" w:rsidRPr="00387AD0">
        <w:rPr>
          <w:rFonts w:cs="Times New Roman"/>
          <w:szCs w:val="24"/>
        </w:rPr>
        <w:t>dari</w:t>
      </w:r>
      <w:proofErr w:type="spellEnd"/>
      <w:r w:rsidR="00F660D2" w:rsidRPr="00387AD0">
        <w:rPr>
          <w:rFonts w:cs="Times New Roman"/>
          <w:szCs w:val="24"/>
        </w:rPr>
        <w:t xml:space="preserve"> </w:t>
      </w:r>
      <w:proofErr w:type="spellStart"/>
      <w:r w:rsidR="00126F72" w:rsidRPr="00387AD0">
        <w:rPr>
          <w:rFonts w:cs="Times New Roman"/>
          <w:szCs w:val="24"/>
        </w:rPr>
        <w:t>tiga</w:t>
      </w:r>
      <w:proofErr w:type="spellEnd"/>
      <w:r w:rsidR="00F660D2" w:rsidRPr="00387AD0">
        <w:rPr>
          <w:rFonts w:cs="Times New Roman"/>
          <w:szCs w:val="24"/>
        </w:rPr>
        <w:t xml:space="preserve"> </w:t>
      </w:r>
      <w:proofErr w:type="spellStart"/>
      <w:r w:rsidR="00126F72" w:rsidRPr="00387AD0">
        <w:rPr>
          <w:rFonts w:cs="Times New Roman"/>
          <w:szCs w:val="24"/>
        </w:rPr>
        <w:t>fitur</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yaitu</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cari</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pinjam</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kembalikan</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Pada</w:t>
      </w:r>
      <w:r w:rsidR="00F660D2" w:rsidRPr="00387AD0">
        <w:rPr>
          <w:rFonts w:cs="Times New Roman"/>
          <w:szCs w:val="24"/>
        </w:rPr>
        <w:t xml:space="preserve"> </w:t>
      </w:r>
      <w:proofErr w:type="spellStart"/>
      <w:r w:rsidR="00126F72" w:rsidRPr="00387AD0">
        <w:rPr>
          <w:rFonts w:cs="Times New Roman"/>
          <w:szCs w:val="24"/>
        </w:rPr>
        <w:t>fitur</w:t>
      </w:r>
      <w:proofErr w:type="spellEnd"/>
      <w:r w:rsidR="00F660D2" w:rsidRPr="00387AD0">
        <w:rPr>
          <w:rFonts w:cs="Times New Roman"/>
          <w:szCs w:val="24"/>
        </w:rPr>
        <w:t xml:space="preserve"> </w:t>
      </w:r>
      <w:proofErr w:type="spellStart"/>
      <w:r w:rsidR="00126F72" w:rsidRPr="00387AD0">
        <w:rPr>
          <w:rFonts w:cs="Times New Roman"/>
          <w:szCs w:val="24"/>
        </w:rPr>
        <w:t>pencarian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dapat</w:t>
      </w:r>
      <w:proofErr w:type="spellEnd"/>
      <w:r w:rsidR="00F660D2" w:rsidRPr="00387AD0">
        <w:rPr>
          <w:rFonts w:cs="Times New Roman"/>
          <w:szCs w:val="24"/>
        </w:rPr>
        <w:t xml:space="preserve"> </w:t>
      </w:r>
      <w:proofErr w:type="spellStart"/>
      <w:r w:rsidR="00126F72" w:rsidRPr="00387AD0">
        <w:rPr>
          <w:rFonts w:cs="Times New Roman"/>
          <w:szCs w:val="24"/>
        </w:rPr>
        <w:t>mencari</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proofErr w:type="spellStart"/>
      <w:r w:rsidR="00126F72" w:rsidRPr="00387AD0">
        <w:rPr>
          <w:rFonts w:cs="Times New Roman"/>
          <w:szCs w:val="24"/>
        </w:rPr>
        <w:t>berdasarkan</w:t>
      </w:r>
      <w:proofErr w:type="spellEnd"/>
      <w:r w:rsidR="00F660D2" w:rsidRPr="00387AD0">
        <w:rPr>
          <w:rFonts w:cs="Times New Roman"/>
          <w:szCs w:val="24"/>
        </w:rPr>
        <w:t xml:space="preserve"> </w:t>
      </w:r>
      <w:proofErr w:type="spellStart"/>
      <w:r w:rsidR="00126F72" w:rsidRPr="00387AD0">
        <w:rPr>
          <w:rFonts w:cs="Times New Roman"/>
          <w:szCs w:val="24"/>
        </w:rPr>
        <w:t>judul</w:t>
      </w:r>
      <w:proofErr w:type="spellEnd"/>
      <w:r w:rsidR="00F660D2" w:rsidRPr="00387AD0">
        <w:rPr>
          <w:rFonts w:cs="Times New Roman"/>
          <w:szCs w:val="24"/>
        </w:rPr>
        <w:t xml:space="preserve"> </w:t>
      </w:r>
      <w:proofErr w:type="spellStart"/>
      <w:r w:rsidR="00126F72" w:rsidRPr="00387AD0">
        <w:rPr>
          <w:rFonts w:cs="Times New Roman"/>
          <w:szCs w:val="24"/>
        </w:rPr>
        <w:t>atau</w:t>
      </w:r>
      <w:proofErr w:type="spellEnd"/>
      <w:r w:rsidR="00F660D2" w:rsidRPr="00387AD0">
        <w:rPr>
          <w:rFonts w:cs="Times New Roman"/>
          <w:szCs w:val="24"/>
        </w:rPr>
        <w:t xml:space="preserve"> </w:t>
      </w:r>
      <w:proofErr w:type="spellStart"/>
      <w:r w:rsidR="00126F72" w:rsidRPr="00387AD0">
        <w:rPr>
          <w:rFonts w:cs="Times New Roman"/>
          <w:szCs w:val="24"/>
        </w:rPr>
        <w:t>kategori</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Jika</w:t>
      </w:r>
      <w:r w:rsidR="00F660D2" w:rsidRPr="00387AD0">
        <w:rPr>
          <w:rFonts w:cs="Times New Roman"/>
          <w:szCs w:val="24"/>
        </w:rPr>
        <w:t xml:space="preserve"> </w:t>
      </w:r>
      <w:proofErr w:type="spellStart"/>
      <w:r w:rsidR="00126F72" w:rsidRPr="00387AD0">
        <w:rPr>
          <w:rFonts w:cs="Times New Roman"/>
          <w:szCs w:val="24"/>
        </w:rPr>
        <w:t>ingin</w:t>
      </w:r>
      <w:proofErr w:type="spellEnd"/>
      <w:r w:rsidR="00F660D2" w:rsidRPr="00387AD0">
        <w:rPr>
          <w:rFonts w:cs="Times New Roman"/>
          <w:szCs w:val="24"/>
        </w:rPr>
        <w:t xml:space="preserve"> </w:t>
      </w:r>
      <w:proofErr w:type="spellStart"/>
      <w:r w:rsidR="00126F72" w:rsidRPr="00387AD0">
        <w:rPr>
          <w:rFonts w:cs="Times New Roman"/>
          <w:szCs w:val="24"/>
        </w:rPr>
        <w:t>meminjam</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memilih</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mencatat</w:t>
      </w:r>
      <w:proofErr w:type="spellEnd"/>
      <w:r w:rsidR="00F660D2" w:rsidRPr="00387AD0">
        <w:rPr>
          <w:rFonts w:cs="Times New Roman"/>
          <w:szCs w:val="24"/>
        </w:rPr>
        <w:t xml:space="preserve"> </w:t>
      </w:r>
      <w:proofErr w:type="spellStart"/>
      <w:r w:rsidR="00126F72" w:rsidRPr="00387AD0">
        <w:rPr>
          <w:rFonts w:cs="Times New Roman"/>
          <w:szCs w:val="24"/>
        </w:rPr>
        <w:t>transaksi</w:t>
      </w:r>
      <w:proofErr w:type="spellEnd"/>
      <w:r w:rsidR="00F660D2" w:rsidRPr="00387AD0">
        <w:rPr>
          <w:rFonts w:cs="Times New Roman"/>
          <w:szCs w:val="24"/>
        </w:rPr>
        <w:t xml:space="preserve"> </w:t>
      </w:r>
      <w:proofErr w:type="spellStart"/>
      <w:r w:rsidR="00126F72" w:rsidRPr="00387AD0">
        <w:rPr>
          <w:rFonts w:cs="Times New Roman"/>
          <w:szCs w:val="24"/>
        </w:rPr>
        <w:t>peminjaman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Sedangkan</w:t>
      </w:r>
      <w:proofErr w:type="spellEnd"/>
      <w:r w:rsidR="00F660D2" w:rsidRPr="00387AD0">
        <w:rPr>
          <w:rFonts w:cs="Times New Roman"/>
          <w:szCs w:val="24"/>
        </w:rPr>
        <w:t xml:space="preserve"> </w:t>
      </w:r>
      <w:r w:rsidR="00126F72" w:rsidRPr="00387AD0">
        <w:rPr>
          <w:rFonts w:cs="Times New Roman"/>
          <w:szCs w:val="24"/>
        </w:rPr>
        <w:t>pada</w:t>
      </w:r>
      <w:r w:rsidR="00F660D2" w:rsidRPr="00387AD0">
        <w:rPr>
          <w:rFonts w:cs="Times New Roman"/>
          <w:szCs w:val="24"/>
        </w:rPr>
        <w:t xml:space="preserve"> </w:t>
      </w:r>
      <w:r w:rsidR="00126F72" w:rsidRPr="00387AD0">
        <w:rPr>
          <w:rFonts w:cs="Times New Roman"/>
          <w:szCs w:val="24"/>
        </w:rPr>
        <w:t>proses</w:t>
      </w:r>
      <w:r w:rsidR="00F660D2" w:rsidRPr="00387AD0">
        <w:rPr>
          <w:rFonts w:cs="Times New Roman"/>
          <w:szCs w:val="24"/>
        </w:rPr>
        <w:t xml:space="preserve"> </w:t>
      </w:r>
      <w:proofErr w:type="spellStart"/>
      <w:r w:rsidR="00126F72" w:rsidRPr="00387AD0">
        <w:rPr>
          <w:rFonts w:cs="Times New Roman"/>
          <w:szCs w:val="24"/>
        </w:rPr>
        <w:t>pengembalian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memilih</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26F72" w:rsidRPr="00387AD0">
        <w:rPr>
          <w:rFonts w:cs="Times New Roman"/>
          <w:szCs w:val="24"/>
        </w:rPr>
        <w:t>yang</w:t>
      </w:r>
      <w:r w:rsidR="00F660D2" w:rsidRPr="00387AD0">
        <w:rPr>
          <w:rFonts w:cs="Times New Roman"/>
          <w:szCs w:val="24"/>
        </w:rPr>
        <w:t xml:space="preserve"> </w:t>
      </w:r>
      <w:proofErr w:type="spellStart"/>
      <w:r w:rsidR="00126F72" w:rsidRPr="00387AD0">
        <w:rPr>
          <w:rFonts w:cs="Times New Roman"/>
          <w:szCs w:val="24"/>
        </w:rPr>
        <w:t>dikembalikan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lalu</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mencatat</w:t>
      </w:r>
      <w:proofErr w:type="spellEnd"/>
      <w:r w:rsidR="00F660D2" w:rsidRPr="00387AD0">
        <w:rPr>
          <w:rFonts w:cs="Times New Roman"/>
          <w:szCs w:val="24"/>
        </w:rPr>
        <w:t xml:space="preserve"> </w:t>
      </w:r>
      <w:proofErr w:type="spellStart"/>
      <w:r w:rsidR="00126F72" w:rsidRPr="00387AD0">
        <w:rPr>
          <w:rFonts w:cs="Times New Roman"/>
          <w:szCs w:val="24"/>
        </w:rPr>
        <w:t>transaksi</w:t>
      </w:r>
      <w:proofErr w:type="spellEnd"/>
      <w:r w:rsidR="00F660D2" w:rsidRPr="00387AD0">
        <w:rPr>
          <w:rFonts w:cs="Times New Roman"/>
          <w:szCs w:val="24"/>
        </w:rPr>
        <w:t xml:space="preserve"> </w:t>
      </w:r>
      <w:proofErr w:type="spellStart"/>
      <w:r w:rsidR="00126F72" w:rsidRPr="00387AD0">
        <w:rPr>
          <w:rFonts w:cs="Times New Roman"/>
          <w:szCs w:val="24"/>
        </w:rPr>
        <w:t>tersebut</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Setiap</w:t>
      </w:r>
      <w:proofErr w:type="spellEnd"/>
      <w:r w:rsidR="00F660D2" w:rsidRPr="00387AD0">
        <w:rPr>
          <w:rFonts w:cs="Times New Roman"/>
          <w:szCs w:val="24"/>
        </w:rPr>
        <w:t xml:space="preserve"> </w:t>
      </w:r>
      <w:r w:rsidR="00126F72" w:rsidRPr="00387AD0">
        <w:rPr>
          <w:rFonts w:cs="Times New Roman"/>
          <w:szCs w:val="24"/>
        </w:rPr>
        <w:t>proses</w:t>
      </w:r>
      <w:r w:rsidR="00F660D2" w:rsidRPr="00387AD0">
        <w:rPr>
          <w:rFonts w:cs="Times New Roman"/>
          <w:szCs w:val="24"/>
        </w:rPr>
        <w:t xml:space="preserve"> </w:t>
      </w:r>
      <w:proofErr w:type="spellStart"/>
      <w:r w:rsidR="00126F72" w:rsidRPr="00387AD0">
        <w:rPr>
          <w:rFonts w:cs="Times New Roman"/>
          <w:szCs w:val="24"/>
        </w:rPr>
        <w:t>diakhiri</w:t>
      </w:r>
      <w:proofErr w:type="spellEnd"/>
      <w:r w:rsidR="00F660D2" w:rsidRPr="00387AD0">
        <w:rPr>
          <w:rFonts w:cs="Times New Roman"/>
          <w:szCs w:val="24"/>
        </w:rPr>
        <w:t xml:space="preserve"> </w:t>
      </w:r>
      <w:proofErr w:type="spellStart"/>
      <w:r w:rsidR="00126F72" w:rsidRPr="00387AD0">
        <w:rPr>
          <w:rFonts w:cs="Times New Roman"/>
          <w:szCs w:val="24"/>
        </w:rPr>
        <w:t>dengan</w:t>
      </w:r>
      <w:proofErr w:type="spellEnd"/>
      <w:r w:rsidR="00F660D2" w:rsidRPr="00387AD0">
        <w:rPr>
          <w:rFonts w:cs="Times New Roman"/>
          <w:szCs w:val="24"/>
        </w:rPr>
        <w:t xml:space="preserve"> </w:t>
      </w:r>
      <w:r w:rsidR="00126F72" w:rsidRPr="00387AD0">
        <w:rPr>
          <w:rFonts w:cs="Times New Roman"/>
          <w:szCs w:val="24"/>
        </w:rPr>
        <w:t>status</w:t>
      </w:r>
      <w:r w:rsidR="00F660D2" w:rsidRPr="00387AD0">
        <w:rPr>
          <w:rFonts w:cs="Times New Roman"/>
          <w:szCs w:val="24"/>
        </w:rPr>
        <w:t xml:space="preserve"> </w:t>
      </w:r>
      <w:proofErr w:type="spellStart"/>
      <w:r w:rsidR="00126F72" w:rsidRPr="00387AD0">
        <w:rPr>
          <w:rFonts w:cs="Times New Roman"/>
          <w:szCs w:val="24"/>
        </w:rPr>
        <w:t>selesai</w:t>
      </w:r>
      <w:proofErr w:type="spellEnd"/>
      <w:r w:rsidR="00126F72" w:rsidRPr="00387AD0">
        <w:rPr>
          <w:rFonts w:cs="Times New Roman"/>
          <w:szCs w:val="24"/>
        </w:rPr>
        <w:t>.</w:t>
      </w:r>
      <w:r w:rsidR="00F660D2" w:rsidRPr="00387AD0">
        <w:rPr>
          <w:rFonts w:cs="Times New Roman"/>
          <w:szCs w:val="24"/>
        </w:rPr>
        <w:t xml:space="preserve"> </w:t>
      </w:r>
      <w:r w:rsidRPr="00CA1B38">
        <w:rPr>
          <w:rFonts w:cs="Times New Roman"/>
          <w:i/>
          <w:iCs/>
          <w:szCs w:val="24"/>
        </w:rPr>
        <w:t>Flowchart</w:t>
      </w:r>
      <w:r w:rsidR="00F660D2" w:rsidRPr="00387AD0">
        <w:rPr>
          <w:rFonts w:cs="Times New Roman"/>
          <w:szCs w:val="24"/>
        </w:rPr>
        <w:t xml:space="preserve"> </w:t>
      </w:r>
      <w:proofErr w:type="spellStart"/>
      <w:r w:rsidR="00126F72" w:rsidRPr="00387AD0">
        <w:rPr>
          <w:rFonts w:cs="Times New Roman"/>
          <w:szCs w:val="24"/>
        </w:rPr>
        <w:t>ini</w:t>
      </w:r>
      <w:proofErr w:type="spellEnd"/>
      <w:r w:rsidR="00F660D2" w:rsidRPr="00387AD0">
        <w:rPr>
          <w:rFonts w:cs="Times New Roman"/>
          <w:szCs w:val="24"/>
        </w:rPr>
        <w:t xml:space="preserve"> </w:t>
      </w:r>
      <w:proofErr w:type="spellStart"/>
      <w:r w:rsidR="00126F72" w:rsidRPr="00387AD0">
        <w:rPr>
          <w:rFonts w:cs="Times New Roman"/>
          <w:szCs w:val="24"/>
        </w:rPr>
        <w:t>membantu</w:t>
      </w:r>
      <w:proofErr w:type="spellEnd"/>
      <w:r w:rsidR="00F660D2" w:rsidRPr="00387AD0">
        <w:rPr>
          <w:rFonts w:cs="Times New Roman"/>
          <w:szCs w:val="24"/>
        </w:rPr>
        <w:t xml:space="preserve"> </w:t>
      </w:r>
      <w:proofErr w:type="spellStart"/>
      <w:r w:rsidR="00126F72" w:rsidRPr="00387AD0">
        <w:rPr>
          <w:rFonts w:cs="Times New Roman"/>
          <w:szCs w:val="24"/>
        </w:rPr>
        <w:t>menggambarkan</w:t>
      </w:r>
      <w:proofErr w:type="spellEnd"/>
      <w:r w:rsidR="00F660D2" w:rsidRPr="00387AD0">
        <w:rPr>
          <w:rFonts w:cs="Times New Roman"/>
          <w:szCs w:val="24"/>
        </w:rPr>
        <w:t xml:space="preserve"> </w:t>
      </w:r>
      <w:proofErr w:type="spellStart"/>
      <w:r w:rsidR="00126F72" w:rsidRPr="00387AD0">
        <w:rPr>
          <w:rFonts w:cs="Times New Roman"/>
          <w:szCs w:val="24"/>
        </w:rPr>
        <w:t>alur</w:t>
      </w:r>
      <w:proofErr w:type="spellEnd"/>
      <w:r w:rsidR="00F660D2" w:rsidRPr="00387AD0">
        <w:rPr>
          <w:rFonts w:cs="Times New Roman"/>
          <w:szCs w:val="24"/>
        </w:rPr>
        <w:t xml:space="preserve"> </w:t>
      </w:r>
      <w:proofErr w:type="spellStart"/>
      <w:r w:rsidR="00126F72" w:rsidRPr="00387AD0">
        <w:rPr>
          <w:rFonts w:cs="Times New Roman"/>
          <w:szCs w:val="24"/>
        </w:rPr>
        <w:t>kerja</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informasi</w:t>
      </w:r>
      <w:proofErr w:type="spellEnd"/>
      <w:r w:rsidR="00F660D2" w:rsidRPr="00387AD0">
        <w:rPr>
          <w:rFonts w:cs="Times New Roman"/>
          <w:szCs w:val="24"/>
        </w:rPr>
        <w:t xml:space="preserve"> </w:t>
      </w:r>
      <w:proofErr w:type="spellStart"/>
      <w:r w:rsidR="00126F72" w:rsidRPr="00387AD0">
        <w:rPr>
          <w:rFonts w:cs="Times New Roman"/>
          <w:szCs w:val="24"/>
        </w:rPr>
        <w:t>katalog</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proofErr w:type="spellStart"/>
      <w:r w:rsidR="00126F72" w:rsidRPr="00387AD0">
        <w:rPr>
          <w:rFonts w:cs="Times New Roman"/>
          <w:szCs w:val="24"/>
        </w:rPr>
        <w:t>secara</w:t>
      </w:r>
      <w:proofErr w:type="spellEnd"/>
      <w:r w:rsidR="00F660D2" w:rsidRPr="00387AD0">
        <w:rPr>
          <w:rFonts w:cs="Times New Roman"/>
          <w:szCs w:val="24"/>
        </w:rPr>
        <w:t xml:space="preserve"> </w:t>
      </w:r>
      <w:proofErr w:type="spellStart"/>
      <w:r w:rsidR="00126F72" w:rsidRPr="00387AD0">
        <w:rPr>
          <w:rFonts w:cs="Times New Roman"/>
          <w:szCs w:val="24"/>
        </w:rPr>
        <w:t>sederhana</w:t>
      </w:r>
      <w:proofErr w:type="spellEnd"/>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terstruktur</w:t>
      </w:r>
      <w:proofErr w:type="spellEnd"/>
      <w:r w:rsidR="00850547" w:rsidRPr="00387AD0">
        <w:rPr>
          <w:rFonts w:cs="Times New Roman"/>
          <w:szCs w:val="24"/>
        </w:rPr>
        <w:t>.</w:t>
      </w:r>
    </w:p>
    <w:p w14:paraId="13603912" w14:textId="7CE0AC73" w:rsidR="00315600" w:rsidRPr="00387AD0" w:rsidRDefault="007A347E" w:rsidP="00FB2541">
      <w:pPr>
        <w:pStyle w:val="Heading2"/>
        <w:numPr>
          <w:ilvl w:val="0"/>
          <w:numId w:val="27"/>
        </w:numPr>
        <w:tabs>
          <w:tab w:val="left" w:pos="-142"/>
        </w:tabs>
        <w:spacing w:after="240" w:line="360" w:lineRule="auto"/>
        <w:ind w:left="0" w:firstLine="0"/>
        <w:rPr>
          <w:rFonts w:cs="Times New Roman"/>
          <w:szCs w:val="24"/>
          <w:lang w:val="id"/>
        </w:rPr>
      </w:pPr>
      <w:bookmarkStart w:id="105" w:name="_Toc205248736"/>
      <w:bookmarkStart w:id="106" w:name="_Toc205261384"/>
      <w:r w:rsidRPr="00387AD0">
        <w:rPr>
          <w:rFonts w:cs="Times New Roman"/>
          <w:szCs w:val="24"/>
          <w:lang w:val="id"/>
        </w:rPr>
        <w:lastRenderedPageBreak/>
        <w:t>Perancangan</w:t>
      </w:r>
      <w:r w:rsidR="00F660D2" w:rsidRPr="00387AD0">
        <w:rPr>
          <w:rFonts w:cs="Times New Roman"/>
          <w:szCs w:val="24"/>
          <w:lang w:val="id"/>
        </w:rPr>
        <w:t xml:space="preserve"> </w:t>
      </w:r>
      <w:r w:rsidR="007C71F5" w:rsidRPr="007C71F5">
        <w:rPr>
          <w:rFonts w:cs="Times New Roman"/>
          <w:i/>
          <w:iCs/>
          <w:szCs w:val="24"/>
          <w:lang w:val="id"/>
        </w:rPr>
        <w:t>Use Case</w:t>
      </w:r>
      <w:bookmarkEnd w:id="105"/>
      <w:bookmarkEnd w:id="106"/>
    </w:p>
    <w:p w14:paraId="04A8D776" w14:textId="151A4EEA" w:rsidR="009340E3" w:rsidRPr="00387AD0" w:rsidRDefault="009340E3" w:rsidP="00FB2541">
      <w:pPr>
        <w:keepNext/>
        <w:spacing w:line="360" w:lineRule="auto"/>
        <w:ind w:right="-427" w:firstLine="720"/>
        <w:rPr>
          <w:rFonts w:cs="Times New Roman"/>
          <w:noProof/>
          <w:szCs w:val="24"/>
          <w:lang w:val="id"/>
        </w:rPr>
      </w:pPr>
      <w:r w:rsidRPr="00387AD0">
        <w:rPr>
          <w:rFonts w:cs="Times New Roman"/>
          <w:noProof/>
          <w:szCs w:val="24"/>
          <w:lang w:val="id"/>
        </w:rPr>
        <w:t>Gambar</w:t>
      </w:r>
      <w:r w:rsidR="00F660D2" w:rsidRPr="00387AD0">
        <w:rPr>
          <w:rFonts w:cs="Times New Roman"/>
          <w:noProof/>
          <w:szCs w:val="24"/>
          <w:lang w:val="id"/>
        </w:rPr>
        <w:t xml:space="preserve"> berikut ini </w:t>
      </w:r>
      <w:r w:rsidRPr="00387AD0">
        <w:rPr>
          <w:rFonts w:cs="Times New Roman"/>
          <w:noProof/>
          <w:szCs w:val="24"/>
          <w:lang w:val="id"/>
        </w:rPr>
        <w:t>merupakan</w:t>
      </w:r>
      <w:r w:rsidR="00F660D2" w:rsidRPr="00387AD0">
        <w:rPr>
          <w:rFonts w:cs="Times New Roman"/>
          <w:noProof/>
          <w:szCs w:val="24"/>
          <w:lang w:val="id"/>
        </w:rPr>
        <w:t xml:space="preserve"> </w:t>
      </w:r>
      <w:r w:rsidRPr="00387AD0">
        <w:rPr>
          <w:rFonts w:cs="Times New Roman"/>
          <w:noProof/>
          <w:szCs w:val="24"/>
          <w:lang w:val="id"/>
        </w:rPr>
        <w:t>representasi</w:t>
      </w:r>
      <w:r w:rsidR="00F660D2" w:rsidRPr="00387AD0">
        <w:rPr>
          <w:rFonts w:cs="Times New Roman"/>
          <w:noProof/>
          <w:szCs w:val="24"/>
          <w:lang w:val="id"/>
        </w:rPr>
        <w:t xml:space="preserve"> </w:t>
      </w:r>
      <w:r w:rsidR="007C71F5" w:rsidRPr="007C71F5">
        <w:rPr>
          <w:rFonts w:cs="Times New Roman"/>
          <w:i/>
          <w:iCs/>
          <w:noProof/>
          <w:szCs w:val="24"/>
          <w:lang w:val="id"/>
        </w:rPr>
        <w:t>Use Case</w:t>
      </w:r>
      <w:r w:rsidR="00F660D2" w:rsidRPr="00387AD0">
        <w:rPr>
          <w:rFonts w:cs="Times New Roman"/>
          <w:noProof/>
          <w:szCs w:val="24"/>
          <w:lang w:val="id"/>
        </w:rPr>
        <w:t xml:space="preserve"> </w:t>
      </w:r>
      <w:r w:rsidRPr="00387AD0">
        <w:rPr>
          <w:rFonts w:cs="Times New Roman"/>
          <w:noProof/>
          <w:szCs w:val="24"/>
          <w:lang w:val="id"/>
        </w:rPr>
        <w:t>sistem</w:t>
      </w:r>
      <w:r w:rsidR="00F660D2" w:rsidRPr="00387AD0">
        <w:rPr>
          <w:rFonts w:cs="Times New Roman"/>
          <w:noProof/>
          <w:szCs w:val="24"/>
          <w:lang w:val="id"/>
        </w:rPr>
        <w:t xml:space="preserve"> </w:t>
      </w:r>
      <w:r w:rsidRPr="00387AD0">
        <w:rPr>
          <w:rFonts w:cs="Times New Roman"/>
          <w:noProof/>
          <w:szCs w:val="24"/>
          <w:lang w:val="id"/>
        </w:rPr>
        <w:t>Katalog</w:t>
      </w:r>
      <w:r w:rsidR="00F660D2" w:rsidRPr="00387AD0">
        <w:rPr>
          <w:rFonts w:cs="Times New Roman"/>
          <w:noProof/>
          <w:szCs w:val="24"/>
          <w:lang w:val="id"/>
        </w:rPr>
        <w:t xml:space="preserve"> </w:t>
      </w:r>
      <w:r w:rsidRPr="00387AD0">
        <w:rPr>
          <w:rFonts w:cs="Times New Roman"/>
          <w:noProof/>
          <w:szCs w:val="24"/>
          <w:lang w:val="id"/>
        </w:rPr>
        <w:t>Buku</w:t>
      </w:r>
      <w:r w:rsidR="00F660D2" w:rsidRPr="00387AD0">
        <w:rPr>
          <w:rFonts w:cs="Times New Roman"/>
          <w:noProof/>
          <w:szCs w:val="24"/>
          <w:lang w:val="id"/>
        </w:rPr>
        <w:t xml:space="preserve"> </w:t>
      </w:r>
      <w:r w:rsidRPr="00387AD0">
        <w:rPr>
          <w:rFonts w:cs="Times New Roman"/>
          <w:noProof/>
          <w:szCs w:val="24"/>
          <w:lang w:val="id"/>
        </w:rPr>
        <w:t>yang</w:t>
      </w:r>
      <w:r w:rsidR="00F660D2" w:rsidRPr="00387AD0">
        <w:rPr>
          <w:rFonts w:cs="Times New Roman"/>
          <w:noProof/>
          <w:szCs w:val="24"/>
          <w:lang w:val="id"/>
        </w:rPr>
        <w:t xml:space="preserve"> </w:t>
      </w:r>
      <w:r w:rsidRPr="00387AD0">
        <w:rPr>
          <w:rFonts w:cs="Times New Roman"/>
          <w:noProof/>
          <w:szCs w:val="24"/>
          <w:lang w:val="id"/>
        </w:rPr>
        <w:t>diterapkan</w:t>
      </w:r>
      <w:r w:rsidR="00F660D2" w:rsidRPr="00387AD0">
        <w:rPr>
          <w:rFonts w:cs="Times New Roman"/>
          <w:noProof/>
          <w:szCs w:val="24"/>
          <w:lang w:val="id"/>
        </w:rPr>
        <w:t xml:space="preserve"> </w:t>
      </w:r>
      <w:r w:rsidRPr="00387AD0">
        <w:rPr>
          <w:rFonts w:cs="Times New Roman"/>
          <w:noProof/>
          <w:szCs w:val="24"/>
          <w:lang w:val="id"/>
        </w:rPr>
        <w:t>di</w:t>
      </w:r>
      <w:r w:rsidR="00F660D2" w:rsidRPr="00387AD0">
        <w:rPr>
          <w:rFonts w:cs="Times New Roman"/>
          <w:noProof/>
          <w:szCs w:val="24"/>
          <w:lang w:val="id"/>
        </w:rPr>
        <w:t xml:space="preserve"> </w:t>
      </w:r>
      <w:r w:rsidRPr="00387AD0">
        <w:rPr>
          <w:rFonts w:cs="Times New Roman"/>
          <w:noProof/>
          <w:szCs w:val="24"/>
          <w:lang w:val="id"/>
        </w:rPr>
        <w:t>Taman</w:t>
      </w:r>
      <w:r w:rsidR="00F660D2" w:rsidRPr="00387AD0">
        <w:rPr>
          <w:rFonts w:cs="Times New Roman"/>
          <w:noProof/>
          <w:szCs w:val="24"/>
          <w:lang w:val="id"/>
        </w:rPr>
        <w:t xml:space="preserve"> </w:t>
      </w:r>
      <w:r w:rsidRPr="00387AD0">
        <w:rPr>
          <w:rFonts w:cs="Times New Roman"/>
          <w:noProof/>
          <w:szCs w:val="24"/>
          <w:lang w:val="id"/>
        </w:rPr>
        <w:t>Bacaan</w:t>
      </w:r>
      <w:r w:rsidR="00F660D2" w:rsidRPr="00387AD0">
        <w:rPr>
          <w:rFonts w:cs="Times New Roman"/>
          <w:noProof/>
          <w:szCs w:val="24"/>
          <w:lang w:val="id"/>
        </w:rPr>
        <w:t xml:space="preserve"> </w:t>
      </w:r>
      <w:r w:rsidRPr="00387AD0">
        <w:rPr>
          <w:rFonts w:cs="Times New Roman"/>
          <w:noProof/>
          <w:szCs w:val="24"/>
          <w:lang w:val="id"/>
        </w:rPr>
        <w:t>Masyarakat</w:t>
      </w:r>
      <w:r w:rsidR="00F660D2" w:rsidRPr="00387AD0">
        <w:rPr>
          <w:rFonts w:cs="Times New Roman"/>
          <w:noProof/>
          <w:szCs w:val="24"/>
          <w:lang w:val="id"/>
        </w:rPr>
        <w:t xml:space="preserve"> </w:t>
      </w:r>
      <w:r w:rsidRPr="00387AD0">
        <w:rPr>
          <w:rFonts w:cs="Times New Roman"/>
          <w:noProof/>
          <w:szCs w:val="24"/>
          <w:lang w:val="id"/>
        </w:rPr>
        <w:t>(TBM)</w:t>
      </w:r>
      <w:r w:rsidR="00F660D2" w:rsidRPr="00387AD0">
        <w:rPr>
          <w:rFonts w:cs="Times New Roman"/>
          <w:noProof/>
          <w:szCs w:val="24"/>
          <w:lang w:val="id"/>
        </w:rPr>
        <w:t xml:space="preserve"> </w:t>
      </w:r>
      <w:r w:rsidRPr="00387AD0">
        <w:rPr>
          <w:rFonts w:cs="Times New Roman"/>
          <w:noProof/>
          <w:szCs w:val="24"/>
          <w:lang w:val="id"/>
        </w:rPr>
        <w:t>Al-Azhari</w:t>
      </w:r>
      <w:r w:rsidR="00850547" w:rsidRPr="00387AD0">
        <w:rPr>
          <w:rFonts w:cs="Times New Roman"/>
          <w:noProof/>
          <w:szCs w:val="24"/>
          <w:lang w:val="id"/>
        </w:rPr>
        <w:t>.</w:t>
      </w:r>
    </w:p>
    <w:p w14:paraId="5B90C842" w14:textId="77777777" w:rsidR="00004164" w:rsidRDefault="009F03FD" w:rsidP="00004164">
      <w:pPr>
        <w:keepNext/>
        <w:spacing w:line="360" w:lineRule="auto"/>
      </w:pPr>
      <w:r w:rsidRPr="00387AD0">
        <w:rPr>
          <w:rFonts w:cs="Times New Roman"/>
          <w:noProof/>
          <w:szCs w:val="24"/>
          <w:lang w:val="id"/>
        </w:rPr>
        <w:drawing>
          <wp:inline distT="0" distB="0" distL="0" distR="0" wp14:anchorId="3CE6DE83" wp14:editId="6041897D">
            <wp:extent cx="5045188" cy="3946860"/>
            <wp:effectExtent l="0" t="0" r="3175" b="0"/>
            <wp:docPr id="13487867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86731" name="Picture 1348786731"/>
                    <pic:cNvPicPr/>
                  </pic:nvPicPr>
                  <pic:blipFill>
                    <a:blip r:embed="rId39"/>
                    <a:stretch>
                      <a:fillRect/>
                    </a:stretch>
                  </pic:blipFill>
                  <pic:spPr>
                    <a:xfrm>
                      <a:off x="0" y="0"/>
                      <a:ext cx="5049027" cy="3949863"/>
                    </a:xfrm>
                    <a:prstGeom prst="rect">
                      <a:avLst/>
                    </a:prstGeom>
                  </pic:spPr>
                </pic:pic>
              </a:graphicData>
            </a:graphic>
          </wp:inline>
        </w:drawing>
      </w:r>
    </w:p>
    <w:p w14:paraId="67DD0F89" w14:textId="3FB242D6" w:rsidR="00F936C1" w:rsidRPr="004F419D" w:rsidRDefault="00004164" w:rsidP="00004164">
      <w:pPr>
        <w:pStyle w:val="Caption"/>
        <w:jc w:val="center"/>
        <w:rPr>
          <w:rFonts w:cs="Times New Roman"/>
          <w:color w:val="auto"/>
          <w:sz w:val="20"/>
          <w:szCs w:val="20"/>
        </w:rPr>
      </w:pPr>
      <w:bookmarkStart w:id="107" w:name="_Toc205257741"/>
      <w:r w:rsidRPr="004F419D">
        <w:rPr>
          <w:color w:val="auto"/>
          <w:sz w:val="20"/>
          <w:szCs w:val="20"/>
        </w:rPr>
        <w:t xml:space="preserve">Gambar 3. </w:t>
      </w:r>
      <w:r w:rsidRPr="004F419D">
        <w:rPr>
          <w:color w:val="auto"/>
          <w:sz w:val="20"/>
          <w:szCs w:val="20"/>
        </w:rPr>
        <w:fldChar w:fldCharType="begin"/>
      </w:r>
      <w:r w:rsidRPr="004F419D">
        <w:rPr>
          <w:color w:val="auto"/>
          <w:sz w:val="20"/>
          <w:szCs w:val="20"/>
        </w:rPr>
        <w:instrText xml:space="preserve"> SEQ Gambar_3. \* ARABIC </w:instrText>
      </w:r>
      <w:r w:rsidRPr="004F419D">
        <w:rPr>
          <w:color w:val="auto"/>
          <w:sz w:val="20"/>
          <w:szCs w:val="20"/>
        </w:rPr>
        <w:fldChar w:fldCharType="separate"/>
      </w:r>
      <w:r w:rsidR="0003347B">
        <w:rPr>
          <w:noProof/>
          <w:color w:val="auto"/>
          <w:sz w:val="20"/>
          <w:szCs w:val="20"/>
        </w:rPr>
        <w:t>4</w:t>
      </w:r>
      <w:r w:rsidRPr="004F419D">
        <w:rPr>
          <w:color w:val="auto"/>
          <w:sz w:val="20"/>
          <w:szCs w:val="20"/>
        </w:rPr>
        <w:fldChar w:fldCharType="end"/>
      </w:r>
      <w:r w:rsidRPr="004F419D">
        <w:rPr>
          <w:color w:val="auto"/>
          <w:sz w:val="20"/>
          <w:szCs w:val="20"/>
        </w:rPr>
        <w:t xml:space="preserve"> </w:t>
      </w:r>
      <w:proofErr w:type="spellStart"/>
      <w:r w:rsidRPr="0076694C">
        <w:rPr>
          <w:b w:val="0"/>
          <w:bCs w:val="0"/>
          <w:i/>
          <w:iCs/>
          <w:color w:val="auto"/>
          <w:sz w:val="20"/>
          <w:szCs w:val="20"/>
        </w:rPr>
        <w:t>Usecase</w:t>
      </w:r>
      <w:bookmarkEnd w:id="107"/>
      <w:proofErr w:type="spellEnd"/>
    </w:p>
    <w:p w14:paraId="44EBA7E6" w14:textId="455B2FDA" w:rsidR="009340E3" w:rsidRPr="00387AD0" w:rsidRDefault="009340E3" w:rsidP="00FB2541">
      <w:pPr>
        <w:spacing w:line="360" w:lineRule="auto"/>
        <w:ind w:right="-427" w:firstLine="720"/>
        <w:rPr>
          <w:rFonts w:cs="Times New Roman"/>
          <w:szCs w:val="24"/>
        </w:rPr>
      </w:pPr>
      <w:r w:rsidRPr="00387AD0">
        <w:rPr>
          <w:rFonts w:cs="Times New Roman"/>
          <w:szCs w:val="24"/>
        </w:rPr>
        <w:t>Gambar</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merupakan</w:t>
      </w:r>
      <w:proofErr w:type="spellEnd"/>
      <w:r w:rsidR="00F660D2" w:rsidRPr="00387AD0">
        <w:rPr>
          <w:rFonts w:cs="Times New Roman"/>
          <w:szCs w:val="24"/>
        </w:rPr>
        <w:t xml:space="preserve"> </w:t>
      </w:r>
      <w:r w:rsidRPr="00387AD0">
        <w:rPr>
          <w:rFonts w:cs="Times New Roman"/>
          <w:szCs w:val="24"/>
        </w:rPr>
        <w:t>diagram</w:t>
      </w:r>
      <w:r w:rsidR="00F660D2" w:rsidRPr="00387AD0">
        <w:rPr>
          <w:rFonts w:cs="Times New Roman"/>
          <w:szCs w:val="24"/>
        </w:rPr>
        <w:t xml:space="preserve"> </w:t>
      </w:r>
      <w:r w:rsidR="007C71F5" w:rsidRPr="007C71F5">
        <w:rPr>
          <w:rFonts w:cs="Times New Roman"/>
          <w:i/>
          <w:iCs/>
          <w:szCs w:val="24"/>
        </w:rPr>
        <w:t>Use Case</w:t>
      </w:r>
      <w:r w:rsidR="00F660D2" w:rsidRPr="00387AD0">
        <w:rPr>
          <w:rFonts w:cs="Times New Roman"/>
          <w:szCs w:val="24"/>
        </w:rPr>
        <w:t xml:space="preserve"> </w:t>
      </w:r>
      <w:proofErr w:type="spellStart"/>
      <w:r w:rsidRPr="00387AD0">
        <w:rPr>
          <w:rFonts w:cs="Times New Roman"/>
          <w:szCs w:val="24"/>
        </w:rPr>
        <w:t>dari</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menunjukkan</w:t>
      </w:r>
      <w:proofErr w:type="spellEnd"/>
      <w:r w:rsidR="00F660D2" w:rsidRPr="00387AD0">
        <w:rPr>
          <w:rFonts w:cs="Times New Roman"/>
          <w:szCs w:val="24"/>
        </w:rPr>
        <w:t xml:space="preserve"> </w:t>
      </w:r>
      <w:proofErr w:type="spellStart"/>
      <w:r w:rsidRPr="00387AD0">
        <w:rPr>
          <w:rFonts w:cs="Times New Roman"/>
          <w:szCs w:val="24"/>
        </w:rPr>
        <w:t>interaksi</w:t>
      </w:r>
      <w:proofErr w:type="spellEnd"/>
      <w:r w:rsidR="00F660D2" w:rsidRPr="00387AD0">
        <w:rPr>
          <w:rFonts w:cs="Times New Roman"/>
          <w:szCs w:val="24"/>
        </w:rPr>
        <w:t xml:space="preserve"> </w:t>
      </w:r>
      <w:proofErr w:type="spellStart"/>
      <w:r w:rsidRPr="00387AD0">
        <w:rPr>
          <w:rFonts w:cs="Times New Roman"/>
          <w:szCs w:val="24"/>
        </w:rPr>
        <w:t>antara</w:t>
      </w:r>
      <w:proofErr w:type="spellEnd"/>
      <w:r w:rsidR="00F660D2" w:rsidRPr="00387AD0">
        <w:rPr>
          <w:rFonts w:cs="Times New Roman"/>
          <w:szCs w:val="24"/>
        </w:rPr>
        <w:t xml:space="preserve"> </w:t>
      </w:r>
      <w:proofErr w:type="spellStart"/>
      <w:r w:rsidRPr="00387AD0">
        <w:rPr>
          <w:rFonts w:cs="Times New Roman"/>
          <w:szCs w:val="24"/>
        </w:rPr>
        <w:t>aktor</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sistem</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Secara</w:t>
      </w:r>
      <w:proofErr w:type="spellEnd"/>
      <w:r w:rsidR="00F660D2" w:rsidRPr="00387AD0">
        <w:rPr>
          <w:rFonts w:cs="Times New Roman"/>
          <w:szCs w:val="24"/>
        </w:rPr>
        <w:t xml:space="preserve"> </w:t>
      </w:r>
      <w:proofErr w:type="spellStart"/>
      <w:r w:rsidRPr="00387AD0">
        <w:rPr>
          <w:rFonts w:cs="Times New Roman"/>
          <w:szCs w:val="24"/>
        </w:rPr>
        <w:t>keseluruhan</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diagram</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menggambarkan</w:t>
      </w:r>
      <w:proofErr w:type="spellEnd"/>
      <w:r w:rsidR="00F660D2" w:rsidRPr="00387AD0">
        <w:rPr>
          <w:rFonts w:cs="Times New Roman"/>
          <w:szCs w:val="24"/>
        </w:rPr>
        <w:t xml:space="preserve"> </w:t>
      </w:r>
      <w:proofErr w:type="spellStart"/>
      <w:r w:rsidRPr="00387AD0">
        <w:rPr>
          <w:rFonts w:cs="Times New Roman"/>
          <w:szCs w:val="24"/>
        </w:rPr>
        <w:t>bagaimana</w:t>
      </w:r>
      <w:proofErr w:type="spellEnd"/>
      <w:r w:rsidR="00F660D2" w:rsidRPr="00387AD0">
        <w:rPr>
          <w:rFonts w:cs="Times New Roman"/>
          <w:szCs w:val="24"/>
        </w:rPr>
        <w:t xml:space="preserve"> </w:t>
      </w:r>
      <w:proofErr w:type="spellStart"/>
      <w:r w:rsidRPr="00387AD0">
        <w:rPr>
          <w:rFonts w:cs="Times New Roman"/>
          <w:szCs w:val="24"/>
        </w:rPr>
        <w:t>pengguna</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r w:rsidRPr="00387AD0">
        <w:rPr>
          <w:rFonts w:cs="Times New Roman"/>
          <w:szCs w:val="24"/>
        </w:rPr>
        <w:t>admin</w:t>
      </w:r>
      <w:r w:rsidR="00F660D2" w:rsidRPr="00387AD0">
        <w:rPr>
          <w:rFonts w:cs="Times New Roman"/>
          <w:szCs w:val="24"/>
        </w:rPr>
        <w:t xml:space="preserve"> </w:t>
      </w:r>
      <w:proofErr w:type="spellStart"/>
      <w:r w:rsidRPr="00387AD0">
        <w:rPr>
          <w:rFonts w:cs="Times New Roman"/>
          <w:szCs w:val="24"/>
        </w:rPr>
        <w:t>berinteraksi</w:t>
      </w:r>
      <w:proofErr w:type="spellEnd"/>
      <w:r w:rsidR="00F660D2" w:rsidRPr="00387AD0">
        <w:rPr>
          <w:rFonts w:cs="Times New Roman"/>
          <w:szCs w:val="24"/>
        </w:rPr>
        <w:t xml:space="preserve"> </w:t>
      </w:r>
      <w:proofErr w:type="spellStart"/>
      <w:r w:rsidRPr="00387AD0">
        <w:rPr>
          <w:rFonts w:cs="Times New Roman"/>
          <w:szCs w:val="24"/>
        </w:rPr>
        <w:t>dengan</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memperjelas</w:t>
      </w:r>
      <w:proofErr w:type="spellEnd"/>
      <w:r w:rsidR="00F660D2" w:rsidRPr="00387AD0">
        <w:rPr>
          <w:rFonts w:cs="Times New Roman"/>
          <w:szCs w:val="24"/>
        </w:rPr>
        <w:t xml:space="preserve"> </w:t>
      </w:r>
      <w:proofErr w:type="spellStart"/>
      <w:r w:rsidRPr="00387AD0">
        <w:rPr>
          <w:rFonts w:cs="Times New Roman"/>
          <w:szCs w:val="24"/>
        </w:rPr>
        <w:t>fungsi-fungsi</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tersedia</w:t>
      </w:r>
      <w:proofErr w:type="spellEnd"/>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r w:rsidRPr="00387AD0">
        <w:rPr>
          <w:rFonts w:cs="Times New Roman"/>
          <w:szCs w:val="24"/>
        </w:rPr>
        <w:t>masing-masing</w:t>
      </w:r>
      <w:r w:rsidR="00F660D2" w:rsidRPr="00387AD0">
        <w:rPr>
          <w:rFonts w:cs="Times New Roman"/>
          <w:szCs w:val="24"/>
        </w:rPr>
        <w:t xml:space="preserve"> </w:t>
      </w:r>
      <w:proofErr w:type="spellStart"/>
      <w:r w:rsidRPr="00387AD0">
        <w:rPr>
          <w:rFonts w:cs="Times New Roman"/>
          <w:szCs w:val="24"/>
        </w:rPr>
        <w:t>aktor</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Masyarakat</w:t>
      </w:r>
      <w:r w:rsidR="00F660D2" w:rsidRPr="00387AD0">
        <w:rPr>
          <w:rFonts w:cs="Times New Roman"/>
          <w:szCs w:val="24"/>
        </w:rPr>
        <w:t xml:space="preserve"> </w:t>
      </w:r>
      <w:proofErr w:type="spellStart"/>
      <w:r w:rsidRPr="00387AD0">
        <w:rPr>
          <w:rFonts w:cs="Times New Roman"/>
          <w:szCs w:val="24"/>
        </w:rPr>
        <w:t>memiliki</w:t>
      </w:r>
      <w:proofErr w:type="spellEnd"/>
      <w:r w:rsidR="00F660D2" w:rsidRPr="00387AD0">
        <w:rPr>
          <w:rFonts w:cs="Times New Roman"/>
          <w:szCs w:val="24"/>
        </w:rPr>
        <w:t xml:space="preserve"> </w:t>
      </w:r>
      <w:proofErr w:type="spellStart"/>
      <w:r w:rsidRPr="00387AD0">
        <w:rPr>
          <w:rFonts w:cs="Times New Roman"/>
          <w:szCs w:val="24"/>
        </w:rPr>
        <w:t>akses</w:t>
      </w:r>
      <w:proofErr w:type="spellEnd"/>
      <w:r w:rsidR="00F660D2" w:rsidRPr="00387AD0">
        <w:rPr>
          <w:rFonts w:cs="Times New Roman"/>
          <w:szCs w:val="24"/>
        </w:rPr>
        <w:t xml:space="preserve"> </w:t>
      </w:r>
      <w:proofErr w:type="spellStart"/>
      <w:r w:rsidRPr="00387AD0">
        <w:rPr>
          <w:rFonts w:cs="Times New Roman"/>
          <w:szCs w:val="24"/>
        </w:rPr>
        <w:t>terhadap</w:t>
      </w:r>
      <w:proofErr w:type="spellEnd"/>
      <w:r w:rsidR="00F660D2" w:rsidRPr="00387AD0">
        <w:rPr>
          <w:rFonts w:cs="Times New Roman"/>
          <w:szCs w:val="24"/>
        </w:rPr>
        <w:t xml:space="preserve"> </w:t>
      </w:r>
      <w:proofErr w:type="spellStart"/>
      <w:r w:rsidRPr="00387AD0">
        <w:rPr>
          <w:rFonts w:cs="Times New Roman"/>
          <w:szCs w:val="24"/>
        </w:rPr>
        <w:t>fitur-fitur</w:t>
      </w:r>
      <w:proofErr w:type="spellEnd"/>
      <w:r w:rsidR="00F660D2" w:rsidRPr="00387AD0">
        <w:rPr>
          <w:rFonts w:cs="Times New Roman"/>
          <w:szCs w:val="24"/>
        </w:rPr>
        <w:t xml:space="preserve"> </w:t>
      </w:r>
      <w:proofErr w:type="spellStart"/>
      <w:r w:rsidRPr="00387AD0">
        <w:rPr>
          <w:rFonts w:cs="Times New Roman"/>
          <w:szCs w:val="24"/>
        </w:rPr>
        <w:t>umum</w:t>
      </w:r>
      <w:proofErr w:type="spellEnd"/>
      <w:r w:rsidR="00F660D2" w:rsidRPr="00387AD0">
        <w:rPr>
          <w:rFonts w:cs="Times New Roman"/>
          <w:szCs w:val="24"/>
        </w:rPr>
        <w:t xml:space="preserve"> </w:t>
      </w:r>
      <w:proofErr w:type="spellStart"/>
      <w:r w:rsidRPr="00387AD0">
        <w:rPr>
          <w:rFonts w:cs="Times New Roman"/>
          <w:szCs w:val="24"/>
        </w:rPr>
        <w:t>seperti</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melihat</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r w:rsidRPr="00387AD0">
        <w:rPr>
          <w:rFonts w:cs="Times New Roman"/>
          <w:szCs w:val="24"/>
        </w:rPr>
        <w:t>di</w:t>
      </w:r>
      <w:r w:rsidR="00F660D2" w:rsidRPr="00387AD0">
        <w:rPr>
          <w:rFonts w:cs="Times New Roman"/>
          <w:szCs w:val="24"/>
        </w:rPr>
        <w:t xml:space="preserve"> </w:t>
      </w:r>
      <w:proofErr w:type="spellStart"/>
      <w:r w:rsidRPr="00387AD0">
        <w:rPr>
          <w:rFonts w:cs="Times New Roman"/>
          <w:szCs w:val="24"/>
        </w:rPr>
        <w:t>beranda</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melihat</w:t>
      </w:r>
      <w:proofErr w:type="spellEnd"/>
      <w:r w:rsidR="00F660D2" w:rsidRPr="00387AD0">
        <w:rPr>
          <w:rFonts w:cs="Times New Roman"/>
          <w:szCs w:val="24"/>
        </w:rPr>
        <w:t xml:space="preserve"> </w:t>
      </w:r>
      <w:proofErr w:type="spellStart"/>
      <w:r w:rsidRPr="00387AD0">
        <w:rPr>
          <w:rFonts w:cs="Times New Roman"/>
          <w:szCs w:val="24"/>
        </w:rPr>
        <w:t>grafik</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melihat</w:t>
      </w:r>
      <w:proofErr w:type="spellEnd"/>
      <w:r w:rsidR="00F660D2" w:rsidRPr="00387AD0">
        <w:rPr>
          <w:rFonts w:cs="Times New Roman"/>
          <w:szCs w:val="24"/>
        </w:rPr>
        <w:t xml:space="preserve"> </w:t>
      </w:r>
      <w:r w:rsidRPr="00387AD0">
        <w:rPr>
          <w:rFonts w:cs="Times New Roman"/>
          <w:szCs w:val="24"/>
        </w:rPr>
        <w:t>detail</w:t>
      </w:r>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serta</w:t>
      </w:r>
      <w:proofErr w:type="spellEnd"/>
      <w:r w:rsidR="00F660D2" w:rsidRPr="00387AD0">
        <w:rPr>
          <w:rFonts w:cs="Times New Roman"/>
          <w:szCs w:val="24"/>
        </w:rPr>
        <w:t xml:space="preserve"> </w:t>
      </w:r>
      <w:proofErr w:type="spellStart"/>
      <w:r w:rsidRPr="00387AD0">
        <w:rPr>
          <w:rFonts w:cs="Times New Roman"/>
          <w:szCs w:val="24"/>
        </w:rPr>
        <w:t>melihat</w:t>
      </w:r>
      <w:proofErr w:type="spellEnd"/>
      <w:r w:rsidR="00F660D2" w:rsidRPr="00387AD0">
        <w:rPr>
          <w:rFonts w:cs="Times New Roman"/>
          <w:szCs w:val="24"/>
        </w:rPr>
        <w:t xml:space="preserve"> </w:t>
      </w:r>
      <w:proofErr w:type="spellStart"/>
      <w:r w:rsidRPr="00387AD0">
        <w:rPr>
          <w:rFonts w:cs="Times New Roman"/>
          <w:szCs w:val="24"/>
        </w:rPr>
        <w:t>koleksi</w:t>
      </w:r>
      <w:proofErr w:type="spellEnd"/>
      <w:r w:rsidR="00F660D2" w:rsidRPr="00387AD0">
        <w:rPr>
          <w:rFonts w:cs="Times New Roman"/>
          <w:szCs w:val="24"/>
        </w:rPr>
        <w:t xml:space="preserve"> </w:t>
      </w:r>
      <w:proofErr w:type="spellStart"/>
      <w:r w:rsidRPr="00387AD0">
        <w:rPr>
          <w:rFonts w:cs="Times New Roman"/>
          <w:szCs w:val="24"/>
        </w:rPr>
        <w:t>terbaru</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Selain</w:t>
      </w:r>
      <w:r w:rsidR="00F660D2" w:rsidRPr="00387AD0">
        <w:rPr>
          <w:rFonts w:cs="Times New Roman"/>
          <w:szCs w:val="24"/>
        </w:rPr>
        <w:t xml:space="preserve"> </w:t>
      </w:r>
      <w:proofErr w:type="spellStart"/>
      <w:r w:rsidRPr="00387AD0">
        <w:rPr>
          <w:rFonts w:cs="Times New Roman"/>
          <w:szCs w:val="24"/>
        </w:rPr>
        <w:t>itu</w:t>
      </w:r>
      <w:proofErr w:type="spellEnd"/>
      <w:r w:rsidRPr="00387AD0">
        <w:rPr>
          <w:rFonts w:cs="Times New Roman"/>
          <w:szCs w:val="24"/>
        </w:rPr>
        <w:t>,</w:t>
      </w:r>
      <w:r w:rsidR="00F660D2" w:rsidRPr="00387AD0">
        <w:rPr>
          <w:rFonts w:cs="Times New Roman"/>
          <w:szCs w:val="24"/>
        </w:rPr>
        <w:t xml:space="preserve"> </w:t>
      </w:r>
      <w:r w:rsidR="00487BE5" w:rsidRPr="00387AD0">
        <w:rPr>
          <w:rFonts w:cs="Times New Roman"/>
          <w:szCs w:val="24"/>
        </w:rPr>
        <w:t>Masyarakat</w:t>
      </w:r>
      <w:r w:rsidR="00F660D2" w:rsidRPr="00387AD0">
        <w:rPr>
          <w:rFonts w:cs="Times New Roman"/>
          <w:szCs w:val="24"/>
        </w:rPr>
        <w:t xml:space="preserve"> </w:t>
      </w:r>
      <w:r w:rsidRPr="00387AD0">
        <w:rPr>
          <w:rFonts w:cs="Times New Roman"/>
          <w:szCs w:val="24"/>
        </w:rPr>
        <w:t>juga</w:t>
      </w:r>
      <w:r w:rsidR="00F660D2" w:rsidRPr="00387AD0">
        <w:rPr>
          <w:rFonts w:cs="Times New Roman"/>
          <w:szCs w:val="24"/>
        </w:rPr>
        <w:t xml:space="preserve"> </w:t>
      </w:r>
      <w:proofErr w:type="spellStart"/>
      <w:r w:rsidRPr="00387AD0">
        <w:rPr>
          <w:rFonts w:cs="Times New Roman"/>
          <w:szCs w:val="24"/>
        </w:rPr>
        <w:t>memiliki</w:t>
      </w:r>
      <w:proofErr w:type="spellEnd"/>
      <w:r w:rsidR="00F660D2" w:rsidRPr="00387AD0">
        <w:rPr>
          <w:rFonts w:cs="Times New Roman"/>
          <w:szCs w:val="24"/>
        </w:rPr>
        <w:t xml:space="preserve"> </w:t>
      </w:r>
      <w:proofErr w:type="spellStart"/>
      <w:r w:rsidRPr="00387AD0">
        <w:rPr>
          <w:rFonts w:cs="Times New Roman"/>
          <w:szCs w:val="24"/>
        </w:rPr>
        <w:t>opsi</w:t>
      </w:r>
      <w:proofErr w:type="spellEnd"/>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r w:rsidRPr="00387AD0">
        <w:rPr>
          <w:rFonts w:cs="Times New Roman"/>
          <w:szCs w:val="24"/>
        </w:rPr>
        <w:t>logout</w:t>
      </w:r>
      <w:r w:rsidR="00F660D2" w:rsidRPr="00387AD0">
        <w:rPr>
          <w:rFonts w:cs="Times New Roman"/>
          <w:szCs w:val="24"/>
        </w:rPr>
        <w:t xml:space="preserve"> </w:t>
      </w:r>
      <w:proofErr w:type="spellStart"/>
      <w:r w:rsidRPr="00387AD0">
        <w:rPr>
          <w:rFonts w:cs="Times New Roman"/>
          <w:szCs w:val="24"/>
        </w:rPr>
        <w:t>dari</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Sementara</w:t>
      </w:r>
      <w:proofErr w:type="spellEnd"/>
      <w:r w:rsidR="00F660D2" w:rsidRPr="00387AD0">
        <w:rPr>
          <w:rFonts w:cs="Times New Roman"/>
          <w:szCs w:val="24"/>
        </w:rPr>
        <w:t xml:space="preserve"> </w:t>
      </w:r>
      <w:proofErr w:type="spellStart"/>
      <w:r w:rsidRPr="00387AD0">
        <w:rPr>
          <w:rFonts w:cs="Times New Roman"/>
          <w:szCs w:val="24"/>
        </w:rPr>
        <w:t>itu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admin</w:t>
      </w:r>
      <w:r w:rsidR="00F660D2" w:rsidRPr="00387AD0">
        <w:rPr>
          <w:rFonts w:cs="Times New Roman"/>
          <w:szCs w:val="24"/>
        </w:rPr>
        <w:t xml:space="preserve"> </w:t>
      </w:r>
      <w:r w:rsidRPr="00387AD0">
        <w:rPr>
          <w:rFonts w:cs="Times New Roman"/>
          <w:szCs w:val="24"/>
        </w:rPr>
        <w:t>TBM</w:t>
      </w:r>
      <w:r w:rsidR="00F660D2" w:rsidRPr="00387AD0">
        <w:rPr>
          <w:rFonts w:cs="Times New Roman"/>
          <w:szCs w:val="24"/>
        </w:rPr>
        <w:t xml:space="preserve"> </w:t>
      </w:r>
      <w:proofErr w:type="spellStart"/>
      <w:r w:rsidRPr="00387AD0">
        <w:rPr>
          <w:rFonts w:cs="Times New Roman"/>
          <w:szCs w:val="24"/>
        </w:rPr>
        <w:t>memiliki</w:t>
      </w:r>
      <w:proofErr w:type="spellEnd"/>
      <w:r w:rsidR="00F660D2" w:rsidRPr="00387AD0">
        <w:rPr>
          <w:rFonts w:cs="Times New Roman"/>
          <w:szCs w:val="24"/>
        </w:rPr>
        <w:t xml:space="preserve"> </w:t>
      </w:r>
      <w:proofErr w:type="spellStart"/>
      <w:r w:rsidRPr="00387AD0">
        <w:rPr>
          <w:rFonts w:cs="Times New Roman"/>
          <w:szCs w:val="24"/>
        </w:rPr>
        <w:t>hak</w:t>
      </w:r>
      <w:proofErr w:type="spellEnd"/>
      <w:r w:rsidR="00F660D2" w:rsidRPr="00387AD0">
        <w:rPr>
          <w:rFonts w:cs="Times New Roman"/>
          <w:szCs w:val="24"/>
        </w:rPr>
        <w:t xml:space="preserve"> </w:t>
      </w:r>
      <w:proofErr w:type="spellStart"/>
      <w:r w:rsidRPr="00387AD0">
        <w:rPr>
          <w:rFonts w:cs="Times New Roman"/>
          <w:szCs w:val="24"/>
        </w:rPr>
        <w:t>akses</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lebih</w:t>
      </w:r>
      <w:proofErr w:type="spellEnd"/>
      <w:r w:rsidR="00F660D2" w:rsidRPr="00387AD0">
        <w:rPr>
          <w:rFonts w:cs="Times New Roman"/>
          <w:szCs w:val="24"/>
        </w:rPr>
        <w:t xml:space="preserve"> </w:t>
      </w:r>
      <w:proofErr w:type="spellStart"/>
      <w:r w:rsidRPr="00387AD0">
        <w:rPr>
          <w:rFonts w:cs="Times New Roman"/>
          <w:szCs w:val="24"/>
        </w:rPr>
        <w:t>luas</w:t>
      </w:r>
      <w:proofErr w:type="spellEnd"/>
      <w:r w:rsidR="00F660D2" w:rsidRPr="00387AD0">
        <w:rPr>
          <w:rFonts w:cs="Times New Roman"/>
          <w:szCs w:val="24"/>
        </w:rPr>
        <w:t xml:space="preserve"> </w:t>
      </w:r>
      <w:proofErr w:type="spellStart"/>
      <w:r w:rsidRPr="00387AD0">
        <w:rPr>
          <w:rFonts w:cs="Times New Roman"/>
          <w:szCs w:val="24"/>
        </w:rPr>
        <w:t>sebagai</w:t>
      </w:r>
      <w:proofErr w:type="spellEnd"/>
      <w:r w:rsidR="00F660D2" w:rsidRPr="00387AD0">
        <w:rPr>
          <w:rFonts w:cs="Times New Roman"/>
          <w:szCs w:val="24"/>
        </w:rPr>
        <w:t xml:space="preserve"> </w:t>
      </w:r>
      <w:proofErr w:type="spellStart"/>
      <w:r w:rsidRPr="00387AD0">
        <w:rPr>
          <w:rFonts w:cs="Times New Roman"/>
          <w:szCs w:val="24"/>
        </w:rPr>
        <w:t>pengelola</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Melalui</w:t>
      </w:r>
      <w:proofErr w:type="spellEnd"/>
      <w:r w:rsidR="00F660D2" w:rsidRPr="00387AD0">
        <w:rPr>
          <w:rFonts w:cs="Times New Roman"/>
          <w:szCs w:val="24"/>
        </w:rPr>
        <w:t xml:space="preserve"> </w:t>
      </w:r>
      <w:proofErr w:type="spellStart"/>
      <w:r w:rsidRPr="00387AD0">
        <w:rPr>
          <w:rFonts w:cs="Times New Roman"/>
          <w:szCs w:val="24"/>
        </w:rPr>
        <w:t>fitur</w:t>
      </w:r>
      <w:proofErr w:type="spellEnd"/>
      <w:r w:rsidR="00F660D2" w:rsidRPr="00387AD0">
        <w:rPr>
          <w:rFonts w:cs="Times New Roman"/>
          <w:szCs w:val="24"/>
        </w:rPr>
        <w:t xml:space="preserve"> </w:t>
      </w:r>
      <w:r w:rsidRPr="00387AD0">
        <w:rPr>
          <w:rFonts w:cs="Times New Roman"/>
          <w:szCs w:val="24"/>
        </w:rPr>
        <w:t>login,</w:t>
      </w:r>
      <w:r w:rsidR="00F660D2" w:rsidRPr="00387AD0">
        <w:rPr>
          <w:rFonts w:cs="Times New Roman"/>
          <w:szCs w:val="24"/>
        </w:rPr>
        <w:t xml:space="preserve"> </w:t>
      </w:r>
      <w:r w:rsidRPr="00387AD0">
        <w:rPr>
          <w:rFonts w:cs="Times New Roman"/>
          <w:szCs w:val="24"/>
        </w:rPr>
        <w:t>admin</w:t>
      </w:r>
      <w:r w:rsidR="00F660D2" w:rsidRPr="00387AD0">
        <w:rPr>
          <w:rFonts w:cs="Times New Roman"/>
          <w:szCs w:val="24"/>
        </w:rPr>
        <w:t xml:space="preserve"> </w:t>
      </w:r>
      <w:proofErr w:type="spellStart"/>
      <w:r w:rsidRPr="00387AD0">
        <w:rPr>
          <w:rFonts w:cs="Times New Roman"/>
          <w:szCs w:val="24"/>
        </w:rPr>
        <w:t>dapat</w:t>
      </w:r>
      <w:proofErr w:type="spellEnd"/>
      <w:r w:rsidR="00F660D2" w:rsidRPr="00387AD0">
        <w:rPr>
          <w:rFonts w:cs="Times New Roman"/>
          <w:szCs w:val="24"/>
        </w:rPr>
        <w:t xml:space="preserve"> </w:t>
      </w:r>
      <w:proofErr w:type="spellStart"/>
      <w:r w:rsidRPr="00387AD0">
        <w:rPr>
          <w:rFonts w:cs="Times New Roman"/>
          <w:szCs w:val="24"/>
        </w:rPr>
        <w:t>mengelola</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termasuk</w:t>
      </w:r>
      <w:proofErr w:type="spellEnd"/>
      <w:r w:rsidR="00F660D2" w:rsidRPr="00387AD0">
        <w:rPr>
          <w:rFonts w:cs="Times New Roman"/>
          <w:szCs w:val="24"/>
        </w:rPr>
        <w:t xml:space="preserve"> </w:t>
      </w:r>
      <w:proofErr w:type="spellStart"/>
      <w:r w:rsidRPr="00387AD0">
        <w:rPr>
          <w:rFonts w:cs="Times New Roman"/>
          <w:szCs w:val="24"/>
        </w:rPr>
        <w:t>meninjau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menambah</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menghapus</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mengedit</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serta</w:t>
      </w:r>
      <w:proofErr w:type="spellEnd"/>
      <w:r w:rsidR="00F660D2" w:rsidRPr="00387AD0">
        <w:rPr>
          <w:rFonts w:cs="Times New Roman"/>
          <w:szCs w:val="24"/>
        </w:rPr>
        <w:t xml:space="preserve"> </w:t>
      </w:r>
      <w:proofErr w:type="spellStart"/>
      <w:r w:rsidRPr="00387AD0">
        <w:rPr>
          <w:rFonts w:cs="Times New Roman"/>
          <w:szCs w:val="24"/>
        </w:rPr>
        <w:t>mengunggah</w:t>
      </w:r>
      <w:proofErr w:type="spellEnd"/>
      <w:r w:rsidR="00F660D2" w:rsidRPr="00387AD0">
        <w:rPr>
          <w:rFonts w:cs="Times New Roman"/>
          <w:szCs w:val="24"/>
        </w:rPr>
        <w:t xml:space="preserve"> </w:t>
      </w:r>
      <w:proofErr w:type="spellStart"/>
      <w:r w:rsidRPr="00387AD0">
        <w:rPr>
          <w:rFonts w:cs="Times New Roman"/>
          <w:szCs w:val="24"/>
        </w:rPr>
        <w:t>atau</w:t>
      </w:r>
      <w:proofErr w:type="spellEnd"/>
      <w:r w:rsidR="00F660D2" w:rsidRPr="00387AD0">
        <w:rPr>
          <w:rFonts w:cs="Times New Roman"/>
          <w:szCs w:val="24"/>
        </w:rPr>
        <w:t xml:space="preserve"> </w:t>
      </w:r>
      <w:proofErr w:type="spellStart"/>
      <w:r w:rsidRPr="00387AD0">
        <w:rPr>
          <w:rFonts w:cs="Times New Roman"/>
          <w:szCs w:val="24"/>
        </w:rPr>
        <w:t>menghapus</w:t>
      </w:r>
      <w:proofErr w:type="spellEnd"/>
      <w:r w:rsidR="00F660D2" w:rsidRPr="00387AD0">
        <w:rPr>
          <w:rFonts w:cs="Times New Roman"/>
          <w:szCs w:val="24"/>
        </w:rPr>
        <w:t xml:space="preserve"> </w:t>
      </w:r>
      <w:r w:rsidRPr="00387AD0">
        <w:rPr>
          <w:rFonts w:cs="Times New Roman"/>
          <w:szCs w:val="24"/>
        </w:rPr>
        <w:t>cover</w:t>
      </w:r>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Admin</w:t>
      </w:r>
      <w:r w:rsidR="00F660D2" w:rsidRPr="00387AD0">
        <w:rPr>
          <w:rFonts w:cs="Times New Roman"/>
          <w:szCs w:val="24"/>
        </w:rPr>
        <w:t xml:space="preserve"> </w:t>
      </w:r>
      <w:r w:rsidRPr="00387AD0">
        <w:rPr>
          <w:rFonts w:cs="Times New Roman"/>
          <w:szCs w:val="24"/>
        </w:rPr>
        <w:t>juga</w:t>
      </w:r>
      <w:r w:rsidR="00F660D2" w:rsidRPr="00387AD0">
        <w:rPr>
          <w:rFonts w:cs="Times New Roman"/>
          <w:szCs w:val="24"/>
        </w:rPr>
        <w:t xml:space="preserve"> </w:t>
      </w:r>
      <w:proofErr w:type="spellStart"/>
      <w:r w:rsidRPr="00387AD0">
        <w:rPr>
          <w:rFonts w:cs="Times New Roman"/>
          <w:szCs w:val="24"/>
        </w:rPr>
        <w:t>dapat</w:t>
      </w:r>
      <w:proofErr w:type="spellEnd"/>
      <w:r w:rsidR="00F660D2" w:rsidRPr="00387AD0">
        <w:rPr>
          <w:rFonts w:cs="Times New Roman"/>
          <w:szCs w:val="24"/>
        </w:rPr>
        <w:t xml:space="preserve"> </w:t>
      </w:r>
      <w:proofErr w:type="spellStart"/>
      <w:r w:rsidRPr="00387AD0">
        <w:rPr>
          <w:rFonts w:cs="Times New Roman"/>
          <w:szCs w:val="24"/>
        </w:rPr>
        <w:t>keluar</w:t>
      </w:r>
      <w:proofErr w:type="spellEnd"/>
      <w:r w:rsidR="00F660D2" w:rsidRPr="00387AD0">
        <w:rPr>
          <w:rFonts w:cs="Times New Roman"/>
          <w:szCs w:val="24"/>
        </w:rPr>
        <w:t xml:space="preserve"> </w:t>
      </w:r>
      <w:proofErr w:type="spellStart"/>
      <w:r w:rsidRPr="00387AD0">
        <w:rPr>
          <w:rFonts w:cs="Times New Roman"/>
          <w:szCs w:val="24"/>
        </w:rPr>
        <w:t>dari</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melalui</w:t>
      </w:r>
      <w:proofErr w:type="spellEnd"/>
      <w:r w:rsidR="00F660D2" w:rsidRPr="00387AD0">
        <w:rPr>
          <w:rFonts w:cs="Times New Roman"/>
          <w:szCs w:val="24"/>
        </w:rPr>
        <w:t xml:space="preserve"> </w:t>
      </w:r>
      <w:proofErr w:type="spellStart"/>
      <w:r w:rsidRPr="00387AD0">
        <w:rPr>
          <w:rFonts w:cs="Times New Roman"/>
          <w:szCs w:val="24"/>
        </w:rPr>
        <w:t>fitur</w:t>
      </w:r>
      <w:proofErr w:type="spellEnd"/>
      <w:r w:rsidR="00F660D2" w:rsidRPr="00387AD0">
        <w:rPr>
          <w:rFonts w:cs="Times New Roman"/>
          <w:szCs w:val="24"/>
        </w:rPr>
        <w:t xml:space="preserve"> </w:t>
      </w:r>
      <w:r w:rsidRPr="00387AD0">
        <w:rPr>
          <w:rFonts w:cs="Times New Roman"/>
          <w:szCs w:val="24"/>
        </w:rPr>
        <w:t>logout.</w:t>
      </w:r>
    </w:p>
    <w:p w14:paraId="220A8E81" w14:textId="08F9BC8A" w:rsidR="007A347E" w:rsidRPr="00387AD0" w:rsidRDefault="007A347E" w:rsidP="00FB2541">
      <w:pPr>
        <w:pStyle w:val="Heading2"/>
        <w:numPr>
          <w:ilvl w:val="0"/>
          <w:numId w:val="27"/>
        </w:numPr>
        <w:tabs>
          <w:tab w:val="left" w:pos="-142"/>
        </w:tabs>
        <w:spacing w:after="240" w:line="360" w:lineRule="auto"/>
        <w:ind w:left="0" w:firstLine="0"/>
        <w:rPr>
          <w:rFonts w:cs="Times New Roman"/>
          <w:szCs w:val="24"/>
          <w:lang w:val="id"/>
        </w:rPr>
      </w:pPr>
      <w:bookmarkStart w:id="108" w:name="_Toc205248737"/>
      <w:bookmarkStart w:id="109" w:name="_Toc205261385"/>
      <w:r w:rsidRPr="00387AD0">
        <w:rPr>
          <w:rFonts w:cs="Times New Roman"/>
          <w:szCs w:val="24"/>
          <w:lang w:val="id"/>
        </w:rPr>
        <w:lastRenderedPageBreak/>
        <w:t>Perancangan</w:t>
      </w:r>
      <w:r w:rsidR="00F660D2" w:rsidRPr="00387AD0">
        <w:rPr>
          <w:rFonts w:cs="Times New Roman"/>
          <w:szCs w:val="24"/>
          <w:lang w:val="id"/>
        </w:rPr>
        <w:t xml:space="preserve"> </w:t>
      </w:r>
      <w:r w:rsidRPr="00387AD0">
        <w:rPr>
          <w:rFonts w:cs="Times New Roman"/>
          <w:szCs w:val="24"/>
          <w:lang w:val="id"/>
        </w:rPr>
        <w:t>Database</w:t>
      </w:r>
      <w:bookmarkEnd w:id="108"/>
      <w:bookmarkEnd w:id="109"/>
    </w:p>
    <w:p w14:paraId="6A27DEDB" w14:textId="0602B1DF" w:rsidR="006B381C" w:rsidRPr="00387AD0" w:rsidRDefault="006B381C" w:rsidP="00D70A29">
      <w:pPr>
        <w:spacing w:line="360" w:lineRule="auto"/>
        <w:rPr>
          <w:rFonts w:cs="Times New Roman"/>
          <w:szCs w:val="24"/>
          <w:lang w:val="id"/>
        </w:rPr>
      </w:pPr>
      <w:r w:rsidRPr="00387AD0">
        <w:rPr>
          <w:rFonts w:cs="Times New Roman"/>
          <w:noProof/>
          <w:szCs w:val="24"/>
          <w:lang w:val="id"/>
        </w:rPr>
        <w:t>Berikut</w:t>
      </w:r>
      <w:r w:rsidR="00F660D2" w:rsidRPr="00387AD0">
        <w:rPr>
          <w:rFonts w:cs="Times New Roman"/>
          <w:noProof/>
          <w:szCs w:val="24"/>
          <w:lang w:val="id"/>
        </w:rPr>
        <w:t xml:space="preserve"> </w:t>
      </w:r>
      <w:r w:rsidRPr="00387AD0">
        <w:rPr>
          <w:rFonts w:cs="Times New Roman"/>
          <w:noProof/>
          <w:szCs w:val="24"/>
          <w:lang w:val="id"/>
        </w:rPr>
        <w:t>ini</w:t>
      </w:r>
      <w:r w:rsidR="00F660D2" w:rsidRPr="00387AD0">
        <w:rPr>
          <w:rFonts w:cs="Times New Roman"/>
          <w:noProof/>
          <w:szCs w:val="24"/>
          <w:lang w:val="id"/>
        </w:rPr>
        <w:t xml:space="preserve"> </w:t>
      </w:r>
      <w:r w:rsidRPr="00387AD0">
        <w:rPr>
          <w:rFonts w:cs="Times New Roman"/>
          <w:noProof/>
          <w:szCs w:val="24"/>
          <w:lang w:val="id"/>
        </w:rPr>
        <w:t>adalah</w:t>
      </w:r>
      <w:r w:rsidR="00F660D2" w:rsidRPr="00387AD0">
        <w:rPr>
          <w:rFonts w:cs="Times New Roman"/>
          <w:noProof/>
          <w:szCs w:val="24"/>
          <w:lang w:val="id"/>
        </w:rPr>
        <w:t xml:space="preserve"> </w:t>
      </w:r>
      <w:r w:rsidRPr="00387AD0">
        <w:rPr>
          <w:rFonts w:cs="Times New Roman"/>
          <w:noProof/>
          <w:szCs w:val="24"/>
          <w:lang w:val="id"/>
        </w:rPr>
        <w:t>Database</w:t>
      </w:r>
      <w:r w:rsidR="00F660D2" w:rsidRPr="00387AD0">
        <w:rPr>
          <w:rFonts w:cs="Times New Roman"/>
          <w:noProof/>
          <w:szCs w:val="24"/>
          <w:lang w:val="id"/>
        </w:rPr>
        <w:t xml:space="preserve"> </w:t>
      </w:r>
      <w:r w:rsidRPr="00387AD0">
        <w:rPr>
          <w:rFonts w:cs="Times New Roman"/>
          <w:noProof/>
          <w:szCs w:val="24"/>
          <w:lang w:val="id"/>
        </w:rPr>
        <w:t>Katalog</w:t>
      </w:r>
      <w:r w:rsidR="00F660D2" w:rsidRPr="00387AD0">
        <w:rPr>
          <w:rFonts w:cs="Times New Roman"/>
          <w:noProof/>
          <w:szCs w:val="24"/>
          <w:lang w:val="id"/>
        </w:rPr>
        <w:t xml:space="preserve"> </w:t>
      </w:r>
      <w:r w:rsidRPr="00387AD0">
        <w:rPr>
          <w:rFonts w:cs="Times New Roman"/>
          <w:noProof/>
          <w:szCs w:val="24"/>
          <w:lang w:val="id"/>
        </w:rPr>
        <w:t>Buku</w:t>
      </w:r>
      <w:r w:rsidR="00F660D2" w:rsidRPr="00387AD0">
        <w:rPr>
          <w:rFonts w:cs="Times New Roman"/>
          <w:noProof/>
          <w:szCs w:val="24"/>
          <w:lang w:val="id"/>
        </w:rPr>
        <w:t xml:space="preserve"> </w:t>
      </w:r>
      <w:r w:rsidRPr="00387AD0">
        <w:rPr>
          <w:rFonts w:cs="Times New Roman"/>
          <w:noProof/>
          <w:szCs w:val="24"/>
          <w:lang w:val="id"/>
        </w:rPr>
        <w:t>pada</w:t>
      </w:r>
      <w:r w:rsidR="00F660D2" w:rsidRPr="00387AD0">
        <w:rPr>
          <w:rFonts w:cs="Times New Roman"/>
          <w:noProof/>
          <w:szCs w:val="24"/>
          <w:lang w:val="id"/>
        </w:rPr>
        <w:t xml:space="preserve"> </w:t>
      </w:r>
      <w:r w:rsidRPr="00387AD0">
        <w:rPr>
          <w:rFonts w:cs="Times New Roman"/>
          <w:noProof/>
          <w:szCs w:val="24"/>
          <w:lang w:val="id"/>
        </w:rPr>
        <w:t>Taman</w:t>
      </w:r>
      <w:r w:rsidR="00F660D2" w:rsidRPr="00387AD0">
        <w:rPr>
          <w:rFonts w:cs="Times New Roman"/>
          <w:noProof/>
          <w:szCs w:val="24"/>
          <w:lang w:val="id"/>
        </w:rPr>
        <w:t xml:space="preserve"> </w:t>
      </w:r>
      <w:r w:rsidRPr="00387AD0">
        <w:rPr>
          <w:rFonts w:cs="Times New Roman"/>
          <w:noProof/>
          <w:szCs w:val="24"/>
          <w:lang w:val="id"/>
        </w:rPr>
        <w:t>Bacaan</w:t>
      </w:r>
      <w:r w:rsidR="00F660D2" w:rsidRPr="00387AD0">
        <w:rPr>
          <w:rFonts w:cs="Times New Roman"/>
          <w:noProof/>
          <w:szCs w:val="24"/>
          <w:lang w:val="id"/>
        </w:rPr>
        <w:t xml:space="preserve"> </w:t>
      </w:r>
      <w:r w:rsidRPr="00387AD0">
        <w:rPr>
          <w:rFonts w:cs="Times New Roman"/>
          <w:noProof/>
          <w:szCs w:val="24"/>
          <w:lang w:val="id"/>
        </w:rPr>
        <w:t>Al-Azhari:</w:t>
      </w:r>
    </w:p>
    <w:p w14:paraId="0984123C" w14:textId="77777777" w:rsidR="00004164" w:rsidRDefault="005D359E" w:rsidP="00004164">
      <w:pPr>
        <w:keepNext/>
        <w:spacing w:line="360" w:lineRule="auto"/>
        <w:ind w:right="-427"/>
        <w:jc w:val="center"/>
      </w:pPr>
      <w:r w:rsidRPr="00387AD0">
        <w:rPr>
          <w:rFonts w:cs="Times New Roman"/>
          <w:noProof/>
          <w:szCs w:val="24"/>
          <w:lang w:val="id"/>
        </w:rPr>
        <w:drawing>
          <wp:inline distT="0" distB="0" distL="0" distR="0" wp14:anchorId="5183F2FB" wp14:editId="5974945D">
            <wp:extent cx="2492943" cy="1530350"/>
            <wp:effectExtent l="0" t="0" r="3175" b="0"/>
            <wp:docPr id="55346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69520" name=""/>
                    <pic:cNvPicPr/>
                  </pic:nvPicPr>
                  <pic:blipFill>
                    <a:blip r:embed="rId40"/>
                    <a:stretch>
                      <a:fillRect/>
                    </a:stretch>
                  </pic:blipFill>
                  <pic:spPr>
                    <a:xfrm>
                      <a:off x="0" y="0"/>
                      <a:ext cx="2504867" cy="1537670"/>
                    </a:xfrm>
                    <a:prstGeom prst="rect">
                      <a:avLst/>
                    </a:prstGeom>
                  </pic:spPr>
                </pic:pic>
              </a:graphicData>
            </a:graphic>
          </wp:inline>
        </w:drawing>
      </w:r>
    </w:p>
    <w:p w14:paraId="0C98F56E" w14:textId="477F441F" w:rsidR="00647FED" w:rsidRDefault="00004164" w:rsidP="00004164">
      <w:pPr>
        <w:pStyle w:val="Caption"/>
        <w:jc w:val="center"/>
        <w:rPr>
          <w:color w:val="auto"/>
          <w:sz w:val="20"/>
          <w:szCs w:val="20"/>
        </w:rPr>
      </w:pPr>
      <w:bookmarkStart w:id="110" w:name="_Toc205257742"/>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5</w:t>
      </w:r>
      <w:r w:rsidRPr="00FB2541">
        <w:rPr>
          <w:color w:val="auto"/>
          <w:sz w:val="20"/>
          <w:szCs w:val="20"/>
        </w:rPr>
        <w:fldChar w:fldCharType="end"/>
      </w:r>
      <w:r w:rsidRPr="00FB2541">
        <w:rPr>
          <w:color w:val="auto"/>
          <w:sz w:val="20"/>
          <w:szCs w:val="20"/>
        </w:rPr>
        <w:t xml:space="preserve"> </w:t>
      </w:r>
      <w:r w:rsidRPr="0076694C">
        <w:rPr>
          <w:b w:val="0"/>
          <w:bCs w:val="0"/>
          <w:i/>
          <w:iCs/>
          <w:color w:val="auto"/>
          <w:sz w:val="20"/>
          <w:szCs w:val="20"/>
        </w:rPr>
        <w:t>Database</w:t>
      </w:r>
      <w:bookmarkEnd w:id="110"/>
    </w:p>
    <w:p w14:paraId="143D4CB7" w14:textId="77777777" w:rsidR="005D5B14" w:rsidRPr="005D5B14" w:rsidRDefault="005D5B14" w:rsidP="005D5B14"/>
    <w:p w14:paraId="3DB7470A" w14:textId="6DF3403B" w:rsidR="00126F72" w:rsidRPr="00387AD0" w:rsidRDefault="00835A23" w:rsidP="00FB2541">
      <w:pPr>
        <w:spacing w:line="360" w:lineRule="auto"/>
        <w:ind w:right="-427" w:firstLine="720"/>
        <w:rPr>
          <w:rFonts w:cs="Times New Roman"/>
          <w:szCs w:val="24"/>
        </w:rPr>
      </w:pPr>
      <w:r w:rsidRPr="00387AD0">
        <w:rPr>
          <w:rFonts w:cs="Times New Roman"/>
          <w:szCs w:val="24"/>
        </w:rPr>
        <w:t>Gambar</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00126F72" w:rsidRPr="00387AD0">
        <w:rPr>
          <w:rFonts w:cs="Times New Roman"/>
          <w:szCs w:val="24"/>
        </w:rPr>
        <w:t>menunjukkan</w:t>
      </w:r>
      <w:proofErr w:type="spellEnd"/>
      <w:r w:rsidR="00F660D2" w:rsidRPr="00387AD0">
        <w:rPr>
          <w:rFonts w:cs="Times New Roman"/>
          <w:szCs w:val="24"/>
        </w:rPr>
        <w:t xml:space="preserve"> </w:t>
      </w:r>
      <w:proofErr w:type="spellStart"/>
      <w:r w:rsidR="00126F72" w:rsidRPr="00387AD0">
        <w:rPr>
          <w:rFonts w:cs="Times New Roman"/>
          <w:szCs w:val="24"/>
        </w:rPr>
        <w:t>struktur</w:t>
      </w:r>
      <w:proofErr w:type="spellEnd"/>
      <w:r w:rsidR="00F660D2" w:rsidRPr="00387AD0">
        <w:rPr>
          <w:rFonts w:cs="Times New Roman"/>
          <w:szCs w:val="24"/>
        </w:rPr>
        <w:t xml:space="preserve"> </w:t>
      </w:r>
      <w:r w:rsidR="00126F72" w:rsidRPr="00387AD0">
        <w:rPr>
          <w:rFonts w:cs="Times New Roman"/>
          <w:szCs w:val="24"/>
        </w:rPr>
        <w:t>basis</w:t>
      </w:r>
      <w:r w:rsidR="00F660D2" w:rsidRPr="00387AD0">
        <w:rPr>
          <w:rFonts w:cs="Times New Roman"/>
          <w:szCs w:val="24"/>
        </w:rPr>
        <w:t xml:space="preserve"> </w:t>
      </w:r>
      <w:r w:rsidR="00126F72" w:rsidRPr="00387AD0">
        <w:rPr>
          <w:rFonts w:cs="Times New Roman"/>
          <w:szCs w:val="24"/>
        </w:rPr>
        <w:t>data</w:t>
      </w:r>
      <w:r w:rsidR="00F660D2" w:rsidRPr="00387AD0">
        <w:rPr>
          <w:rFonts w:cs="Times New Roman"/>
          <w:szCs w:val="24"/>
        </w:rPr>
        <w:t xml:space="preserve"> </w:t>
      </w:r>
      <w:proofErr w:type="spellStart"/>
      <w:r w:rsidR="00126F72" w:rsidRPr="00387AD0">
        <w:rPr>
          <w:rFonts w:cs="Times New Roman"/>
          <w:szCs w:val="24"/>
        </w:rPr>
        <w:t>bernama</w:t>
      </w:r>
      <w:proofErr w:type="spellEnd"/>
      <w:r w:rsidR="00F660D2" w:rsidRPr="00387AD0">
        <w:rPr>
          <w:rFonts w:cs="Times New Roman"/>
          <w:szCs w:val="24"/>
        </w:rPr>
        <w:t xml:space="preserve"> </w:t>
      </w:r>
      <w:proofErr w:type="spellStart"/>
      <w:r w:rsidR="00126F72" w:rsidRPr="00387AD0">
        <w:rPr>
          <w:rFonts w:cs="Times New Roman"/>
          <w:szCs w:val="24"/>
        </w:rPr>
        <w:t>data_perpus</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yang</w:t>
      </w:r>
      <w:r w:rsidR="00F660D2" w:rsidRPr="00387AD0">
        <w:rPr>
          <w:rFonts w:cs="Times New Roman"/>
          <w:szCs w:val="24"/>
        </w:rPr>
        <w:t xml:space="preserve"> </w:t>
      </w:r>
      <w:proofErr w:type="spellStart"/>
      <w:r w:rsidR="00126F72" w:rsidRPr="00387AD0">
        <w:rPr>
          <w:rFonts w:cs="Times New Roman"/>
          <w:szCs w:val="24"/>
        </w:rPr>
        <w:t>berisi</w:t>
      </w:r>
      <w:proofErr w:type="spellEnd"/>
      <w:r w:rsidR="00F660D2" w:rsidRPr="00387AD0">
        <w:rPr>
          <w:rFonts w:cs="Times New Roman"/>
          <w:szCs w:val="24"/>
        </w:rPr>
        <w:t xml:space="preserve"> </w:t>
      </w:r>
      <w:proofErr w:type="spellStart"/>
      <w:r w:rsidR="00126F72" w:rsidRPr="00387AD0">
        <w:rPr>
          <w:rFonts w:cs="Times New Roman"/>
          <w:szCs w:val="24"/>
        </w:rPr>
        <w:t>beberapa</w:t>
      </w:r>
      <w:proofErr w:type="spellEnd"/>
      <w:r w:rsidR="00F660D2" w:rsidRPr="00387AD0">
        <w:rPr>
          <w:rFonts w:cs="Times New Roman"/>
          <w:szCs w:val="24"/>
        </w:rPr>
        <w:t xml:space="preserve"> </w:t>
      </w:r>
      <w:proofErr w:type="spellStart"/>
      <w:r w:rsidR="00126F72" w:rsidRPr="00387AD0">
        <w:rPr>
          <w:rFonts w:cs="Times New Roman"/>
          <w:szCs w:val="24"/>
        </w:rPr>
        <w:t>tabel</w:t>
      </w:r>
      <w:proofErr w:type="spellEnd"/>
      <w:r w:rsidR="00F660D2" w:rsidRPr="00387AD0">
        <w:rPr>
          <w:rFonts w:cs="Times New Roman"/>
          <w:szCs w:val="24"/>
        </w:rPr>
        <w:t xml:space="preserve"> </w:t>
      </w:r>
      <w:proofErr w:type="spellStart"/>
      <w:r w:rsidR="00126F72" w:rsidRPr="00387AD0">
        <w:rPr>
          <w:rFonts w:cs="Times New Roman"/>
          <w:szCs w:val="24"/>
        </w:rPr>
        <w:t>utama</w:t>
      </w:r>
      <w:proofErr w:type="spellEnd"/>
      <w:r w:rsidR="00F660D2" w:rsidRPr="00387AD0">
        <w:rPr>
          <w:rFonts w:cs="Times New Roman"/>
          <w:szCs w:val="24"/>
        </w:rPr>
        <w:t xml:space="preserve"> </w:t>
      </w:r>
      <w:r w:rsidR="00126F72" w:rsidRPr="00387AD0">
        <w:rPr>
          <w:rFonts w:cs="Times New Roman"/>
          <w:szCs w:val="24"/>
        </w:rPr>
        <w:t>yang</w:t>
      </w:r>
      <w:r w:rsidR="00F660D2" w:rsidRPr="00387AD0">
        <w:rPr>
          <w:rFonts w:cs="Times New Roman"/>
          <w:szCs w:val="24"/>
        </w:rPr>
        <w:t xml:space="preserve"> </w:t>
      </w:r>
      <w:proofErr w:type="spellStart"/>
      <w:r w:rsidR="00126F72" w:rsidRPr="00387AD0">
        <w:rPr>
          <w:rFonts w:cs="Times New Roman"/>
          <w:szCs w:val="24"/>
        </w:rPr>
        <w:t>mendukung</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katalog</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26F72" w:rsidRPr="00387AD0">
        <w:rPr>
          <w:rFonts w:cs="Times New Roman"/>
          <w:szCs w:val="24"/>
        </w:rPr>
        <w:t>di</w:t>
      </w:r>
      <w:r w:rsidR="00F660D2" w:rsidRPr="00387AD0">
        <w:rPr>
          <w:rFonts w:cs="Times New Roman"/>
          <w:szCs w:val="24"/>
        </w:rPr>
        <w:t xml:space="preserve"> </w:t>
      </w:r>
      <w:r w:rsidR="00126F72" w:rsidRPr="00387AD0">
        <w:rPr>
          <w:rFonts w:cs="Times New Roman"/>
          <w:szCs w:val="24"/>
        </w:rPr>
        <w:t>Taman</w:t>
      </w:r>
      <w:r w:rsidR="00F660D2" w:rsidRPr="00387AD0">
        <w:rPr>
          <w:rFonts w:cs="Times New Roman"/>
          <w:szCs w:val="24"/>
        </w:rPr>
        <w:t xml:space="preserve"> </w:t>
      </w:r>
      <w:r w:rsidR="00126F72" w:rsidRPr="00387AD0">
        <w:rPr>
          <w:rFonts w:cs="Times New Roman"/>
          <w:szCs w:val="24"/>
        </w:rPr>
        <w:t>Baca</w:t>
      </w:r>
      <w:r w:rsidR="00F660D2" w:rsidRPr="00387AD0">
        <w:rPr>
          <w:rFonts w:cs="Times New Roman"/>
          <w:szCs w:val="24"/>
        </w:rPr>
        <w:t xml:space="preserve"> </w:t>
      </w:r>
      <w:r w:rsidR="00126F72" w:rsidRPr="00387AD0">
        <w:rPr>
          <w:rFonts w:cs="Times New Roman"/>
          <w:szCs w:val="24"/>
        </w:rPr>
        <w:t>Masyarakat.</w:t>
      </w:r>
      <w:r w:rsidR="00F660D2" w:rsidRPr="00387AD0">
        <w:rPr>
          <w:rFonts w:cs="Times New Roman"/>
          <w:szCs w:val="24"/>
        </w:rPr>
        <w:t xml:space="preserve"> </w:t>
      </w:r>
      <w:r w:rsidR="00126F72" w:rsidRPr="00387AD0">
        <w:rPr>
          <w:rFonts w:cs="Times New Roman"/>
          <w:szCs w:val="24"/>
        </w:rPr>
        <w:t>Tabel</w:t>
      </w:r>
      <w:r w:rsidR="00F660D2" w:rsidRPr="00387AD0">
        <w:rPr>
          <w:rFonts w:cs="Times New Roman"/>
          <w:szCs w:val="24"/>
        </w:rPr>
        <w:t xml:space="preserve"> </w:t>
      </w:r>
      <w:proofErr w:type="spellStart"/>
      <w:r w:rsidR="00126F72" w:rsidRPr="00387AD0">
        <w:rPr>
          <w:rFonts w:cs="Times New Roman"/>
          <w:szCs w:val="24"/>
        </w:rPr>
        <w:t>tb_buku</w:t>
      </w:r>
      <w:proofErr w:type="spellEnd"/>
      <w:r w:rsidR="00F660D2" w:rsidRPr="00387AD0">
        <w:rPr>
          <w:rFonts w:cs="Times New Roman"/>
          <w:szCs w:val="24"/>
        </w:rPr>
        <w:t xml:space="preserve"> </w:t>
      </w:r>
      <w:proofErr w:type="spellStart"/>
      <w:r w:rsidR="00126F72" w:rsidRPr="00387AD0">
        <w:rPr>
          <w:rFonts w:cs="Times New Roman"/>
          <w:szCs w:val="24"/>
        </w:rPr>
        <w:t>menjadi</w:t>
      </w:r>
      <w:proofErr w:type="spellEnd"/>
      <w:r w:rsidR="00F660D2" w:rsidRPr="00387AD0">
        <w:rPr>
          <w:rFonts w:cs="Times New Roman"/>
          <w:szCs w:val="24"/>
        </w:rPr>
        <w:t xml:space="preserve"> </w:t>
      </w:r>
      <w:r w:rsidR="00126F72" w:rsidRPr="00387AD0">
        <w:rPr>
          <w:rFonts w:cs="Times New Roman"/>
          <w:szCs w:val="24"/>
        </w:rPr>
        <w:t>inti</w:t>
      </w:r>
      <w:r w:rsidR="00F660D2" w:rsidRPr="00387AD0">
        <w:rPr>
          <w:rFonts w:cs="Times New Roman"/>
          <w:szCs w:val="24"/>
        </w:rPr>
        <w:t xml:space="preserve"> </w:t>
      </w:r>
      <w:proofErr w:type="spellStart"/>
      <w:r w:rsidR="00126F72" w:rsidRPr="00387AD0">
        <w:rPr>
          <w:rFonts w:cs="Times New Roman"/>
          <w:szCs w:val="24"/>
        </w:rPr>
        <w:t>dari</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katalog</w:t>
      </w:r>
      <w:proofErr w:type="spellEnd"/>
      <w:r w:rsidR="00F660D2" w:rsidRPr="00387AD0">
        <w:rPr>
          <w:rFonts w:cs="Times New Roman"/>
          <w:szCs w:val="24"/>
        </w:rPr>
        <w:t xml:space="preserve"> </w:t>
      </w:r>
      <w:proofErr w:type="spellStart"/>
      <w:r w:rsidR="00126F72" w:rsidRPr="00387AD0">
        <w:rPr>
          <w:rFonts w:cs="Times New Roman"/>
          <w:szCs w:val="24"/>
        </w:rPr>
        <w:t>karena</w:t>
      </w:r>
      <w:proofErr w:type="spellEnd"/>
      <w:r w:rsidR="00F660D2" w:rsidRPr="00387AD0">
        <w:rPr>
          <w:rFonts w:cs="Times New Roman"/>
          <w:szCs w:val="24"/>
        </w:rPr>
        <w:t xml:space="preserve"> </w:t>
      </w:r>
      <w:proofErr w:type="spellStart"/>
      <w:r w:rsidR="00126F72" w:rsidRPr="00387AD0">
        <w:rPr>
          <w:rFonts w:cs="Times New Roman"/>
          <w:szCs w:val="24"/>
        </w:rPr>
        <w:t>menyimpan</w:t>
      </w:r>
      <w:proofErr w:type="spellEnd"/>
      <w:r w:rsidR="00F660D2" w:rsidRPr="00387AD0">
        <w:rPr>
          <w:rFonts w:cs="Times New Roman"/>
          <w:szCs w:val="24"/>
        </w:rPr>
        <w:t xml:space="preserve"> </w:t>
      </w:r>
      <w:proofErr w:type="spellStart"/>
      <w:r w:rsidR="00126F72" w:rsidRPr="00387AD0">
        <w:rPr>
          <w:rFonts w:cs="Times New Roman"/>
          <w:szCs w:val="24"/>
        </w:rPr>
        <w:t>informasi</w:t>
      </w:r>
      <w:proofErr w:type="spellEnd"/>
      <w:r w:rsidR="00F660D2" w:rsidRPr="00387AD0">
        <w:rPr>
          <w:rFonts w:cs="Times New Roman"/>
          <w:szCs w:val="24"/>
        </w:rPr>
        <w:t xml:space="preserve"> </w:t>
      </w:r>
      <w:proofErr w:type="spellStart"/>
      <w:r w:rsidR="00126F72" w:rsidRPr="00387AD0">
        <w:rPr>
          <w:rFonts w:cs="Times New Roman"/>
          <w:szCs w:val="24"/>
        </w:rPr>
        <w:t>terkait</w:t>
      </w:r>
      <w:proofErr w:type="spellEnd"/>
      <w:r w:rsidR="00F660D2" w:rsidRPr="00387AD0">
        <w:rPr>
          <w:rFonts w:cs="Times New Roman"/>
          <w:szCs w:val="24"/>
        </w:rPr>
        <w:t xml:space="preserve"> </w:t>
      </w:r>
      <w:r w:rsidR="00126F72" w:rsidRPr="00387AD0">
        <w:rPr>
          <w:rFonts w:cs="Times New Roman"/>
          <w:szCs w:val="24"/>
        </w:rPr>
        <w:t>daftar</w:t>
      </w:r>
      <w:r w:rsidR="00F660D2" w:rsidRPr="00387AD0">
        <w:rPr>
          <w:rFonts w:cs="Times New Roman"/>
          <w:szCs w:val="24"/>
        </w:rPr>
        <w:t xml:space="preserve"> </w:t>
      </w:r>
      <w:proofErr w:type="spellStart"/>
      <w:r w:rsidR="00126F72" w:rsidRPr="00387AD0">
        <w:rPr>
          <w:rFonts w:cs="Times New Roman"/>
          <w:szCs w:val="24"/>
        </w:rPr>
        <w:t>koleksi</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Selain</w:t>
      </w:r>
      <w:r w:rsidR="00F660D2" w:rsidRPr="00387AD0">
        <w:rPr>
          <w:rFonts w:cs="Times New Roman"/>
          <w:szCs w:val="24"/>
        </w:rPr>
        <w:t xml:space="preserve"> </w:t>
      </w:r>
      <w:proofErr w:type="spellStart"/>
      <w:r w:rsidR="00126F72" w:rsidRPr="00387AD0">
        <w:rPr>
          <w:rFonts w:cs="Times New Roman"/>
          <w:szCs w:val="24"/>
        </w:rPr>
        <w:t>itu</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terdapat</w:t>
      </w:r>
      <w:proofErr w:type="spellEnd"/>
      <w:r w:rsidR="00F660D2" w:rsidRPr="00387AD0">
        <w:rPr>
          <w:rFonts w:cs="Times New Roman"/>
          <w:szCs w:val="24"/>
        </w:rPr>
        <w:t xml:space="preserve"> </w:t>
      </w:r>
      <w:proofErr w:type="spellStart"/>
      <w:r w:rsidR="00126F72" w:rsidRPr="00387AD0">
        <w:rPr>
          <w:rFonts w:cs="Times New Roman"/>
          <w:szCs w:val="24"/>
        </w:rPr>
        <w:t>tabel</w:t>
      </w:r>
      <w:proofErr w:type="spellEnd"/>
      <w:r w:rsidR="00F660D2" w:rsidRPr="00387AD0">
        <w:rPr>
          <w:rFonts w:cs="Times New Roman"/>
          <w:szCs w:val="24"/>
        </w:rPr>
        <w:t xml:space="preserve"> </w:t>
      </w:r>
      <w:proofErr w:type="spellStart"/>
      <w:r w:rsidR="00126F72" w:rsidRPr="00387AD0">
        <w:rPr>
          <w:rFonts w:cs="Times New Roman"/>
          <w:szCs w:val="24"/>
        </w:rPr>
        <w:t>tb_anggota</w:t>
      </w:r>
      <w:proofErr w:type="spellEnd"/>
      <w:r w:rsidR="00F660D2" w:rsidRPr="00387AD0">
        <w:rPr>
          <w:rFonts w:cs="Times New Roman"/>
          <w:szCs w:val="24"/>
        </w:rPr>
        <w:t xml:space="preserve"> </w:t>
      </w:r>
      <w:proofErr w:type="spellStart"/>
      <w:r w:rsidR="00126F72" w:rsidRPr="00387AD0">
        <w:rPr>
          <w:rFonts w:cs="Times New Roman"/>
          <w:szCs w:val="24"/>
        </w:rPr>
        <w:t>untuk</w:t>
      </w:r>
      <w:proofErr w:type="spellEnd"/>
      <w:r w:rsidR="00F660D2" w:rsidRPr="00387AD0">
        <w:rPr>
          <w:rFonts w:cs="Times New Roman"/>
          <w:szCs w:val="24"/>
        </w:rPr>
        <w:t xml:space="preserve"> </w:t>
      </w:r>
      <w:r w:rsidR="00126F72" w:rsidRPr="00387AD0">
        <w:rPr>
          <w:rFonts w:cs="Times New Roman"/>
          <w:szCs w:val="24"/>
        </w:rPr>
        <w:t>data</w:t>
      </w:r>
      <w:r w:rsidR="00F660D2" w:rsidRPr="00387AD0">
        <w:rPr>
          <w:rFonts w:cs="Times New Roman"/>
          <w:szCs w:val="24"/>
        </w:rPr>
        <w:t xml:space="preserve"> </w:t>
      </w:r>
      <w:proofErr w:type="spellStart"/>
      <w:r w:rsidR="00126F72" w:rsidRPr="00387AD0">
        <w:rPr>
          <w:rFonts w:cs="Times New Roman"/>
          <w:szCs w:val="24"/>
        </w:rPr>
        <w:t>pengguna</w:t>
      </w:r>
      <w:proofErr w:type="spellEnd"/>
      <w:r w:rsidR="00F660D2" w:rsidRPr="00387AD0">
        <w:rPr>
          <w:rFonts w:cs="Times New Roman"/>
          <w:szCs w:val="24"/>
        </w:rPr>
        <w:t xml:space="preserve"> </w:t>
      </w:r>
      <w:proofErr w:type="spellStart"/>
      <w:r w:rsidR="00126F72" w:rsidRPr="00387AD0">
        <w:rPr>
          <w:rFonts w:cs="Times New Roman"/>
          <w:szCs w:val="24"/>
        </w:rPr>
        <w:t>atau</w:t>
      </w:r>
      <w:proofErr w:type="spellEnd"/>
      <w:r w:rsidR="00F660D2" w:rsidRPr="00387AD0">
        <w:rPr>
          <w:rFonts w:cs="Times New Roman"/>
          <w:szCs w:val="24"/>
        </w:rPr>
        <w:t xml:space="preserve"> </w:t>
      </w:r>
      <w:proofErr w:type="spellStart"/>
      <w:r w:rsidR="00126F72" w:rsidRPr="00387AD0">
        <w:rPr>
          <w:rFonts w:cs="Times New Roman"/>
          <w:szCs w:val="24"/>
        </w:rPr>
        <w:t>peminjam</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tb_pengguna</w:t>
      </w:r>
      <w:proofErr w:type="spellEnd"/>
      <w:r w:rsidR="00F660D2" w:rsidRPr="00387AD0">
        <w:rPr>
          <w:rFonts w:cs="Times New Roman"/>
          <w:szCs w:val="24"/>
        </w:rPr>
        <w:t xml:space="preserve"> </w:t>
      </w:r>
      <w:proofErr w:type="spellStart"/>
      <w:r w:rsidR="00126F72" w:rsidRPr="00387AD0">
        <w:rPr>
          <w:rFonts w:cs="Times New Roman"/>
          <w:szCs w:val="24"/>
        </w:rPr>
        <w:t>untuk</w:t>
      </w:r>
      <w:proofErr w:type="spellEnd"/>
      <w:r w:rsidR="00F660D2" w:rsidRPr="00387AD0">
        <w:rPr>
          <w:rFonts w:cs="Times New Roman"/>
          <w:szCs w:val="24"/>
        </w:rPr>
        <w:t xml:space="preserve"> </w:t>
      </w:r>
      <w:proofErr w:type="spellStart"/>
      <w:r w:rsidR="00126F72" w:rsidRPr="00387AD0">
        <w:rPr>
          <w:rFonts w:cs="Times New Roman"/>
          <w:szCs w:val="24"/>
        </w:rPr>
        <w:t>akun</w:t>
      </w:r>
      <w:proofErr w:type="spellEnd"/>
      <w:r w:rsidR="00F660D2" w:rsidRPr="00387AD0">
        <w:rPr>
          <w:rFonts w:cs="Times New Roman"/>
          <w:szCs w:val="24"/>
        </w:rPr>
        <w:t xml:space="preserve"> </w:t>
      </w:r>
      <w:r w:rsidR="00126F72" w:rsidRPr="00387AD0">
        <w:rPr>
          <w:rFonts w:cs="Times New Roman"/>
          <w:szCs w:val="24"/>
        </w:rPr>
        <w:t>login</w:t>
      </w:r>
      <w:r w:rsidR="00F660D2" w:rsidRPr="00387AD0">
        <w:rPr>
          <w:rFonts w:cs="Times New Roman"/>
          <w:szCs w:val="24"/>
        </w:rPr>
        <w:t xml:space="preserve"> </w:t>
      </w:r>
      <w:proofErr w:type="spellStart"/>
      <w:r w:rsidR="00126F72" w:rsidRPr="00387AD0">
        <w:rPr>
          <w:rFonts w:cs="Times New Roman"/>
          <w:szCs w:val="24"/>
        </w:rPr>
        <w:t>sistem</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serta</w:t>
      </w:r>
      <w:proofErr w:type="spellEnd"/>
      <w:r w:rsidR="00F660D2" w:rsidRPr="00387AD0">
        <w:rPr>
          <w:rFonts w:cs="Times New Roman"/>
          <w:szCs w:val="24"/>
        </w:rPr>
        <w:t xml:space="preserve"> </w:t>
      </w:r>
      <w:proofErr w:type="spellStart"/>
      <w:r w:rsidR="00126F72" w:rsidRPr="00387AD0">
        <w:rPr>
          <w:rFonts w:cs="Times New Roman"/>
          <w:szCs w:val="24"/>
        </w:rPr>
        <w:t>tb_sirkulasi</w:t>
      </w:r>
      <w:proofErr w:type="spellEnd"/>
      <w:r w:rsidR="00F660D2" w:rsidRPr="00387AD0">
        <w:rPr>
          <w:rFonts w:cs="Times New Roman"/>
          <w:szCs w:val="24"/>
        </w:rPr>
        <w:t xml:space="preserve"> </w:t>
      </w:r>
      <w:proofErr w:type="spellStart"/>
      <w:r w:rsidR="00126F72" w:rsidRPr="00387AD0">
        <w:rPr>
          <w:rFonts w:cs="Times New Roman"/>
          <w:szCs w:val="24"/>
        </w:rPr>
        <w:t>untuk</w:t>
      </w:r>
      <w:proofErr w:type="spellEnd"/>
      <w:r w:rsidR="00F660D2" w:rsidRPr="00387AD0">
        <w:rPr>
          <w:rFonts w:cs="Times New Roman"/>
          <w:szCs w:val="24"/>
        </w:rPr>
        <w:t xml:space="preserve"> </w:t>
      </w:r>
      <w:proofErr w:type="spellStart"/>
      <w:r w:rsidR="00126F72" w:rsidRPr="00387AD0">
        <w:rPr>
          <w:rFonts w:cs="Times New Roman"/>
          <w:szCs w:val="24"/>
        </w:rPr>
        <w:t>mencatat</w:t>
      </w:r>
      <w:proofErr w:type="spellEnd"/>
      <w:r w:rsidR="00F660D2" w:rsidRPr="00387AD0">
        <w:rPr>
          <w:rFonts w:cs="Times New Roman"/>
          <w:szCs w:val="24"/>
        </w:rPr>
        <w:t xml:space="preserve"> </w:t>
      </w:r>
      <w:proofErr w:type="spellStart"/>
      <w:r w:rsidR="00126F72" w:rsidRPr="00387AD0">
        <w:rPr>
          <w:rFonts w:cs="Times New Roman"/>
          <w:szCs w:val="24"/>
        </w:rPr>
        <w:t>aktivitas</w:t>
      </w:r>
      <w:proofErr w:type="spellEnd"/>
      <w:r w:rsidR="00F660D2" w:rsidRPr="00387AD0">
        <w:rPr>
          <w:rFonts w:cs="Times New Roman"/>
          <w:szCs w:val="24"/>
        </w:rPr>
        <w:t xml:space="preserve"> </w:t>
      </w:r>
      <w:proofErr w:type="spellStart"/>
      <w:r w:rsidR="00126F72" w:rsidRPr="00387AD0">
        <w:rPr>
          <w:rFonts w:cs="Times New Roman"/>
          <w:szCs w:val="24"/>
        </w:rPr>
        <w:t>peminjaman</w:t>
      </w:r>
      <w:proofErr w:type="spellEnd"/>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pengembalian</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r w:rsidR="00126F72" w:rsidRPr="00387AD0">
        <w:rPr>
          <w:rFonts w:cs="Times New Roman"/>
          <w:szCs w:val="24"/>
        </w:rPr>
        <w:t>Tabel</w:t>
      </w:r>
      <w:r w:rsidR="00F660D2" w:rsidRPr="00387AD0">
        <w:rPr>
          <w:rFonts w:cs="Times New Roman"/>
          <w:szCs w:val="24"/>
        </w:rPr>
        <w:t xml:space="preserve"> </w:t>
      </w:r>
      <w:proofErr w:type="spellStart"/>
      <w:r w:rsidR="00126F72" w:rsidRPr="00387AD0">
        <w:rPr>
          <w:rFonts w:cs="Times New Roman"/>
          <w:szCs w:val="24"/>
        </w:rPr>
        <w:t>log_pinjam</w:t>
      </w:r>
      <w:proofErr w:type="spellEnd"/>
      <w:r w:rsidR="00F660D2" w:rsidRPr="00387AD0">
        <w:rPr>
          <w:rFonts w:cs="Times New Roman"/>
          <w:szCs w:val="24"/>
        </w:rPr>
        <w:t xml:space="preserve"> </w:t>
      </w:r>
      <w:proofErr w:type="spellStart"/>
      <w:r w:rsidR="00126F72" w:rsidRPr="00387AD0">
        <w:rPr>
          <w:rFonts w:cs="Times New Roman"/>
          <w:szCs w:val="24"/>
        </w:rPr>
        <w:t>mendokumentasikan</w:t>
      </w:r>
      <w:proofErr w:type="spellEnd"/>
      <w:r w:rsidR="00F660D2" w:rsidRPr="00387AD0">
        <w:rPr>
          <w:rFonts w:cs="Times New Roman"/>
          <w:szCs w:val="24"/>
        </w:rPr>
        <w:t xml:space="preserve"> </w:t>
      </w:r>
      <w:proofErr w:type="spellStart"/>
      <w:r w:rsidR="00126F72" w:rsidRPr="00387AD0">
        <w:rPr>
          <w:rFonts w:cs="Times New Roman"/>
          <w:szCs w:val="24"/>
        </w:rPr>
        <w:t>riwayat</w:t>
      </w:r>
      <w:proofErr w:type="spellEnd"/>
      <w:r w:rsidR="00F660D2" w:rsidRPr="00387AD0">
        <w:rPr>
          <w:rFonts w:cs="Times New Roman"/>
          <w:szCs w:val="24"/>
        </w:rPr>
        <w:t xml:space="preserve"> </w:t>
      </w:r>
      <w:proofErr w:type="spellStart"/>
      <w:r w:rsidR="00126F72" w:rsidRPr="00387AD0">
        <w:rPr>
          <w:rFonts w:cs="Times New Roman"/>
          <w:szCs w:val="24"/>
        </w:rPr>
        <w:t>transaksi</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sedangkan</w:t>
      </w:r>
      <w:proofErr w:type="spellEnd"/>
      <w:r w:rsidR="00F660D2" w:rsidRPr="00387AD0">
        <w:rPr>
          <w:rFonts w:cs="Times New Roman"/>
          <w:szCs w:val="24"/>
        </w:rPr>
        <w:t xml:space="preserve"> </w:t>
      </w:r>
      <w:proofErr w:type="spellStart"/>
      <w:r w:rsidR="00126F72" w:rsidRPr="00387AD0">
        <w:rPr>
          <w:rFonts w:cs="Times New Roman"/>
          <w:szCs w:val="24"/>
        </w:rPr>
        <w:t>pembelajaran</w:t>
      </w:r>
      <w:proofErr w:type="spellEnd"/>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r w:rsidR="00126F72" w:rsidRPr="00387AD0">
        <w:rPr>
          <w:rFonts w:cs="Times New Roman"/>
          <w:szCs w:val="24"/>
        </w:rPr>
        <w:t>podcast</w:t>
      </w:r>
      <w:r w:rsidR="00F660D2" w:rsidRPr="00387AD0">
        <w:rPr>
          <w:rFonts w:cs="Times New Roman"/>
          <w:szCs w:val="24"/>
        </w:rPr>
        <w:t xml:space="preserve"> </w:t>
      </w:r>
      <w:proofErr w:type="spellStart"/>
      <w:r w:rsidR="00126F72" w:rsidRPr="00387AD0">
        <w:rPr>
          <w:rFonts w:cs="Times New Roman"/>
          <w:szCs w:val="24"/>
        </w:rPr>
        <w:t>menandakan</w:t>
      </w:r>
      <w:proofErr w:type="spellEnd"/>
      <w:r w:rsidR="00F660D2" w:rsidRPr="00387AD0">
        <w:rPr>
          <w:rFonts w:cs="Times New Roman"/>
          <w:szCs w:val="24"/>
        </w:rPr>
        <w:t xml:space="preserve"> </w:t>
      </w:r>
      <w:proofErr w:type="spellStart"/>
      <w:r w:rsidR="00126F72" w:rsidRPr="00387AD0">
        <w:rPr>
          <w:rFonts w:cs="Times New Roman"/>
          <w:szCs w:val="24"/>
        </w:rPr>
        <w:t>fitur</w:t>
      </w:r>
      <w:proofErr w:type="spellEnd"/>
      <w:r w:rsidR="00F660D2" w:rsidRPr="00387AD0">
        <w:rPr>
          <w:rFonts w:cs="Times New Roman"/>
          <w:szCs w:val="24"/>
        </w:rPr>
        <w:t xml:space="preserve"> </w:t>
      </w:r>
      <w:proofErr w:type="spellStart"/>
      <w:r w:rsidR="00126F72" w:rsidRPr="00387AD0">
        <w:rPr>
          <w:rFonts w:cs="Times New Roman"/>
          <w:szCs w:val="24"/>
        </w:rPr>
        <w:t>tambahan</w:t>
      </w:r>
      <w:proofErr w:type="spellEnd"/>
      <w:r w:rsidR="00F660D2" w:rsidRPr="00387AD0">
        <w:rPr>
          <w:rFonts w:cs="Times New Roman"/>
          <w:szCs w:val="24"/>
        </w:rPr>
        <w:t xml:space="preserve"> </w:t>
      </w:r>
      <w:proofErr w:type="spellStart"/>
      <w:r w:rsidR="00126F72" w:rsidRPr="00387AD0">
        <w:rPr>
          <w:rFonts w:cs="Times New Roman"/>
          <w:szCs w:val="24"/>
        </w:rPr>
        <w:t>dalam</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seperti</w:t>
      </w:r>
      <w:proofErr w:type="spellEnd"/>
      <w:r w:rsidR="00F660D2" w:rsidRPr="00387AD0">
        <w:rPr>
          <w:rFonts w:cs="Times New Roman"/>
          <w:szCs w:val="24"/>
        </w:rPr>
        <w:t xml:space="preserve"> </w:t>
      </w:r>
      <w:proofErr w:type="spellStart"/>
      <w:r w:rsidR="00126F72" w:rsidRPr="00387AD0">
        <w:rPr>
          <w:rFonts w:cs="Times New Roman"/>
          <w:szCs w:val="24"/>
        </w:rPr>
        <w:t>konten</w:t>
      </w:r>
      <w:proofErr w:type="spellEnd"/>
      <w:r w:rsidR="00F660D2" w:rsidRPr="00387AD0">
        <w:rPr>
          <w:rFonts w:cs="Times New Roman"/>
          <w:szCs w:val="24"/>
        </w:rPr>
        <w:t xml:space="preserve"> </w:t>
      </w:r>
      <w:proofErr w:type="spellStart"/>
      <w:r w:rsidR="00126F72" w:rsidRPr="00387AD0">
        <w:rPr>
          <w:rFonts w:cs="Times New Roman"/>
          <w:szCs w:val="24"/>
        </w:rPr>
        <w:t>belajar</w:t>
      </w:r>
      <w:proofErr w:type="spellEnd"/>
      <w:r w:rsidR="00F660D2" w:rsidRPr="00387AD0">
        <w:rPr>
          <w:rFonts w:cs="Times New Roman"/>
          <w:szCs w:val="24"/>
        </w:rPr>
        <w:t xml:space="preserve"> </w:t>
      </w:r>
      <w:r w:rsidR="00126F72" w:rsidRPr="00387AD0">
        <w:rPr>
          <w:rFonts w:cs="Times New Roman"/>
          <w:szCs w:val="24"/>
        </w:rPr>
        <w:t>digital</w:t>
      </w:r>
      <w:r w:rsidR="00F660D2" w:rsidRPr="00387AD0">
        <w:rPr>
          <w:rFonts w:cs="Times New Roman"/>
          <w:szCs w:val="24"/>
        </w:rPr>
        <w:t xml:space="preserve"> </w:t>
      </w:r>
      <w:proofErr w:type="spellStart"/>
      <w:r w:rsidR="00126F72" w:rsidRPr="00387AD0">
        <w:rPr>
          <w:rFonts w:cs="Times New Roman"/>
          <w:szCs w:val="24"/>
        </w:rPr>
        <w:t>atau</w:t>
      </w:r>
      <w:proofErr w:type="spellEnd"/>
      <w:r w:rsidR="00F660D2" w:rsidRPr="00387AD0">
        <w:rPr>
          <w:rFonts w:cs="Times New Roman"/>
          <w:szCs w:val="24"/>
        </w:rPr>
        <w:t xml:space="preserve"> </w:t>
      </w:r>
      <w:r w:rsidR="00126F72" w:rsidRPr="00387AD0">
        <w:rPr>
          <w:rFonts w:cs="Times New Roman"/>
          <w:szCs w:val="24"/>
        </w:rPr>
        <w:t>audio</w:t>
      </w:r>
      <w:r w:rsidR="00F660D2" w:rsidRPr="00387AD0">
        <w:rPr>
          <w:rFonts w:cs="Times New Roman"/>
          <w:szCs w:val="24"/>
        </w:rPr>
        <w:t xml:space="preserve"> </w:t>
      </w:r>
      <w:proofErr w:type="spellStart"/>
      <w:r w:rsidR="00126F72" w:rsidRPr="00387AD0">
        <w:rPr>
          <w:rFonts w:cs="Times New Roman"/>
          <w:szCs w:val="24"/>
        </w:rPr>
        <w:t>pembelajaran</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Struktur</w:t>
      </w:r>
      <w:proofErr w:type="spellEnd"/>
      <w:r w:rsidR="00F660D2" w:rsidRPr="00387AD0">
        <w:rPr>
          <w:rFonts w:cs="Times New Roman"/>
          <w:szCs w:val="24"/>
        </w:rPr>
        <w:t xml:space="preserve"> </w:t>
      </w:r>
      <w:proofErr w:type="spellStart"/>
      <w:r w:rsidR="00126F72" w:rsidRPr="00387AD0">
        <w:rPr>
          <w:rFonts w:cs="Times New Roman"/>
          <w:szCs w:val="24"/>
        </w:rPr>
        <w:t>ini</w:t>
      </w:r>
      <w:proofErr w:type="spellEnd"/>
      <w:r w:rsidR="00F660D2" w:rsidRPr="00387AD0">
        <w:rPr>
          <w:rFonts w:cs="Times New Roman"/>
          <w:szCs w:val="24"/>
        </w:rPr>
        <w:t xml:space="preserve"> </w:t>
      </w:r>
      <w:proofErr w:type="spellStart"/>
      <w:r w:rsidR="00126F72" w:rsidRPr="00387AD0">
        <w:rPr>
          <w:rFonts w:cs="Times New Roman"/>
          <w:szCs w:val="24"/>
        </w:rPr>
        <w:t>mencerminkan</w:t>
      </w:r>
      <w:proofErr w:type="spellEnd"/>
      <w:r w:rsidR="00F660D2" w:rsidRPr="00387AD0">
        <w:rPr>
          <w:rFonts w:cs="Times New Roman"/>
          <w:szCs w:val="24"/>
        </w:rPr>
        <w:t xml:space="preserve"> </w:t>
      </w:r>
      <w:proofErr w:type="spellStart"/>
      <w:r w:rsidR="00126F72" w:rsidRPr="00387AD0">
        <w:rPr>
          <w:rFonts w:cs="Times New Roman"/>
          <w:szCs w:val="24"/>
        </w:rPr>
        <w:t>bahwa</w:t>
      </w:r>
      <w:proofErr w:type="spellEnd"/>
      <w:r w:rsidR="00F660D2" w:rsidRPr="00387AD0">
        <w:rPr>
          <w:rFonts w:cs="Times New Roman"/>
          <w:szCs w:val="24"/>
        </w:rPr>
        <w:t xml:space="preserve"> </w:t>
      </w:r>
      <w:proofErr w:type="spellStart"/>
      <w:r w:rsidR="00126F72" w:rsidRPr="00387AD0">
        <w:rPr>
          <w:rFonts w:cs="Times New Roman"/>
          <w:szCs w:val="24"/>
        </w:rPr>
        <w:t>sistem</w:t>
      </w:r>
      <w:proofErr w:type="spellEnd"/>
      <w:r w:rsidR="00F660D2" w:rsidRPr="00387AD0">
        <w:rPr>
          <w:rFonts w:cs="Times New Roman"/>
          <w:szCs w:val="24"/>
        </w:rPr>
        <w:t xml:space="preserve"> </w:t>
      </w:r>
      <w:proofErr w:type="spellStart"/>
      <w:r w:rsidR="00126F72" w:rsidRPr="00387AD0">
        <w:rPr>
          <w:rFonts w:cs="Times New Roman"/>
          <w:szCs w:val="24"/>
        </w:rPr>
        <w:t>informasi</w:t>
      </w:r>
      <w:proofErr w:type="spellEnd"/>
      <w:r w:rsidR="00F660D2" w:rsidRPr="00387AD0">
        <w:rPr>
          <w:rFonts w:cs="Times New Roman"/>
          <w:szCs w:val="24"/>
        </w:rPr>
        <w:t xml:space="preserve"> </w:t>
      </w:r>
      <w:proofErr w:type="spellStart"/>
      <w:r w:rsidR="00126F72" w:rsidRPr="00387AD0">
        <w:rPr>
          <w:rFonts w:cs="Times New Roman"/>
          <w:szCs w:val="24"/>
        </w:rPr>
        <w:t>tidak</w:t>
      </w:r>
      <w:proofErr w:type="spellEnd"/>
      <w:r w:rsidR="00F660D2" w:rsidRPr="00387AD0">
        <w:rPr>
          <w:rFonts w:cs="Times New Roman"/>
          <w:szCs w:val="24"/>
        </w:rPr>
        <w:t xml:space="preserve"> </w:t>
      </w:r>
      <w:proofErr w:type="spellStart"/>
      <w:r w:rsidR="00126F72" w:rsidRPr="00387AD0">
        <w:rPr>
          <w:rFonts w:cs="Times New Roman"/>
          <w:szCs w:val="24"/>
        </w:rPr>
        <w:t>hanya</w:t>
      </w:r>
      <w:proofErr w:type="spellEnd"/>
      <w:r w:rsidR="00F660D2" w:rsidRPr="00387AD0">
        <w:rPr>
          <w:rFonts w:cs="Times New Roman"/>
          <w:szCs w:val="24"/>
        </w:rPr>
        <w:t xml:space="preserve"> </w:t>
      </w:r>
      <w:proofErr w:type="spellStart"/>
      <w:r w:rsidR="00126F72" w:rsidRPr="00387AD0">
        <w:rPr>
          <w:rFonts w:cs="Times New Roman"/>
          <w:szCs w:val="24"/>
        </w:rPr>
        <w:t>mendata</w:t>
      </w:r>
      <w:proofErr w:type="spellEnd"/>
      <w:r w:rsidR="00F660D2" w:rsidRPr="00387AD0">
        <w:rPr>
          <w:rFonts w:cs="Times New Roman"/>
          <w:szCs w:val="24"/>
        </w:rPr>
        <w:t xml:space="preserve"> </w:t>
      </w:r>
      <w:proofErr w:type="spellStart"/>
      <w:r w:rsidR="00126F72" w:rsidRPr="00387AD0">
        <w:rPr>
          <w:rFonts w:cs="Times New Roman"/>
          <w:szCs w:val="24"/>
        </w:rPr>
        <w:t>buku</w:t>
      </w:r>
      <w:proofErr w:type="spellEnd"/>
      <w:r w:rsidR="00126F72" w:rsidRPr="00387AD0">
        <w:rPr>
          <w:rFonts w:cs="Times New Roman"/>
          <w:szCs w:val="24"/>
        </w:rPr>
        <w:t>,</w:t>
      </w:r>
      <w:r w:rsidR="00F660D2" w:rsidRPr="00387AD0">
        <w:rPr>
          <w:rFonts w:cs="Times New Roman"/>
          <w:szCs w:val="24"/>
        </w:rPr>
        <w:t xml:space="preserve"> </w:t>
      </w:r>
      <w:proofErr w:type="spellStart"/>
      <w:r w:rsidR="00126F72" w:rsidRPr="00387AD0">
        <w:rPr>
          <w:rFonts w:cs="Times New Roman"/>
          <w:szCs w:val="24"/>
        </w:rPr>
        <w:t>tetapi</w:t>
      </w:r>
      <w:proofErr w:type="spellEnd"/>
      <w:r w:rsidR="00F660D2" w:rsidRPr="00387AD0">
        <w:rPr>
          <w:rFonts w:cs="Times New Roman"/>
          <w:szCs w:val="24"/>
        </w:rPr>
        <w:t xml:space="preserve"> </w:t>
      </w:r>
      <w:r w:rsidR="00126F72" w:rsidRPr="00387AD0">
        <w:rPr>
          <w:rFonts w:cs="Times New Roman"/>
          <w:szCs w:val="24"/>
        </w:rPr>
        <w:t>juga</w:t>
      </w:r>
      <w:r w:rsidR="00F660D2" w:rsidRPr="00387AD0">
        <w:rPr>
          <w:rFonts w:cs="Times New Roman"/>
          <w:szCs w:val="24"/>
        </w:rPr>
        <w:t xml:space="preserve"> </w:t>
      </w:r>
      <w:proofErr w:type="spellStart"/>
      <w:r w:rsidR="00126F72" w:rsidRPr="00387AD0">
        <w:rPr>
          <w:rFonts w:cs="Times New Roman"/>
          <w:szCs w:val="24"/>
        </w:rPr>
        <w:t>mendukung</w:t>
      </w:r>
      <w:proofErr w:type="spellEnd"/>
      <w:r w:rsidR="00F660D2" w:rsidRPr="00387AD0">
        <w:rPr>
          <w:rFonts w:cs="Times New Roman"/>
          <w:szCs w:val="24"/>
        </w:rPr>
        <w:t xml:space="preserve"> </w:t>
      </w:r>
      <w:proofErr w:type="spellStart"/>
      <w:r w:rsidR="00126F72" w:rsidRPr="00387AD0">
        <w:rPr>
          <w:rFonts w:cs="Times New Roman"/>
          <w:szCs w:val="24"/>
        </w:rPr>
        <w:t>interaksi</w:t>
      </w:r>
      <w:proofErr w:type="spellEnd"/>
      <w:r w:rsidR="00F660D2" w:rsidRPr="00387AD0">
        <w:rPr>
          <w:rFonts w:cs="Times New Roman"/>
          <w:szCs w:val="24"/>
        </w:rPr>
        <w:t xml:space="preserve"> </w:t>
      </w:r>
      <w:r w:rsidR="00126F72" w:rsidRPr="00387AD0">
        <w:rPr>
          <w:rFonts w:cs="Times New Roman"/>
          <w:szCs w:val="24"/>
        </w:rPr>
        <w:t>digital</w:t>
      </w:r>
      <w:r w:rsidR="00F660D2" w:rsidRPr="00387AD0">
        <w:rPr>
          <w:rFonts w:cs="Times New Roman"/>
          <w:szCs w:val="24"/>
        </w:rPr>
        <w:t xml:space="preserve"> </w:t>
      </w:r>
      <w:r w:rsidR="00126F72" w:rsidRPr="00387AD0">
        <w:rPr>
          <w:rFonts w:cs="Times New Roman"/>
          <w:szCs w:val="24"/>
        </w:rPr>
        <w:t>dan</w:t>
      </w:r>
      <w:r w:rsidR="00F660D2" w:rsidRPr="00387AD0">
        <w:rPr>
          <w:rFonts w:cs="Times New Roman"/>
          <w:szCs w:val="24"/>
        </w:rPr>
        <w:t xml:space="preserve"> </w:t>
      </w:r>
      <w:proofErr w:type="spellStart"/>
      <w:r w:rsidR="00126F72" w:rsidRPr="00387AD0">
        <w:rPr>
          <w:rFonts w:cs="Times New Roman"/>
          <w:szCs w:val="24"/>
        </w:rPr>
        <w:t>pelacakan</w:t>
      </w:r>
      <w:proofErr w:type="spellEnd"/>
      <w:r w:rsidR="00F660D2" w:rsidRPr="00387AD0">
        <w:rPr>
          <w:rFonts w:cs="Times New Roman"/>
          <w:szCs w:val="24"/>
        </w:rPr>
        <w:t xml:space="preserve"> </w:t>
      </w:r>
      <w:proofErr w:type="spellStart"/>
      <w:r w:rsidR="00126F72" w:rsidRPr="00387AD0">
        <w:rPr>
          <w:rFonts w:cs="Times New Roman"/>
          <w:szCs w:val="24"/>
        </w:rPr>
        <w:t>aktivitas</w:t>
      </w:r>
      <w:proofErr w:type="spellEnd"/>
      <w:r w:rsidR="00F660D2" w:rsidRPr="00387AD0">
        <w:rPr>
          <w:rFonts w:cs="Times New Roman"/>
          <w:szCs w:val="24"/>
        </w:rPr>
        <w:t xml:space="preserve"> </w:t>
      </w:r>
      <w:proofErr w:type="spellStart"/>
      <w:r w:rsidR="00126F72" w:rsidRPr="00387AD0">
        <w:rPr>
          <w:rFonts w:cs="Times New Roman"/>
          <w:szCs w:val="24"/>
        </w:rPr>
        <w:t>pengguna</w:t>
      </w:r>
      <w:proofErr w:type="spellEnd"/>
      <w:r w:rsidR="00126F72" w:rsidRPr="00387AD0">
        <w:rPr>
          <w:rFonts w:cs="Times New Roman"/>
          <w:szCs w:val="24"/>
        </w:rPr>
        <w:t>.</w:t>
      </w:r>
    </w:p>
    <w:p w14:paraId="091071B7" w14:textId="77777777" w:rsidR="00004164" w:rsidRDefault="009B741C" w:rsidP="00004164">
      <w:pPr>
        <w:keepNext/>
        <w:spacing w:line="360" w:lineRule="auto"/>
        <w:ind w:right="-427"/>
        <w:jc w:val="center"/>
      </w:pPr>
      <w:r w:rsidRPr="00387AD0">
        <w:rPr>
          <w:rFonts w:cs="Times New Roman"/>
          <w:noProof/>
          <w:szCs w:val="24"/>
          <w:lang w:val="id"/>
        </w:rPr>
        <w:drawing>
          <wp:inline distT="0" distB="0" distL="0" distR="0" wp14:anchorId="7AF1B706" wp14:editId="5C5E20C5">
            <wp:extent cx="5272397" cy="1636295"/>
            <wp:effectExtent l="0" t="0" r="5080" b="2540"/>
            <wp:docPr id="116424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40411" name=""/>
                    <pic:cNvPicPr/>
                  </pic:nvPicPr>
                  <pic:blipFill>
                    <a:blip r:embed="rId41"/>
                    <a:stretch>
                      <a:fillRect/>
                    </a:stretch>
                  </pic:blipFill>
                  <pic:spPr>
                    <a:xfrm>
                      <a:off x="0" y="0"/>
                      <a:ext cx="5278257" cy="1638114"/>
                    </a:xfrm>
                    <a:prstGeom prst="rect">
                      <a:avLst/>
                    </a:prstGeom>
                  </pic:spPr>
                </pic:pic>
              </a:graphicData>
            </a:graphic>
          </wp:inline>
        </w:drawing>
      </w:r>
    </w:p>
    <w:p w14:paraId="30B617FC" w14:textId="1A716A6A" w:rsidR="00647FED" w:rsidRPr="0076694C" w:rsidRDefault="00004164" w:rsidP="00004164">
      <w:pPr>
        <w:pStyle w:val="Caption"/>
        <w:jc w:val="center"/>
        <w:rPr>
          <w:b w:val="0"/>
          <w:bCs w:val="0"/>
          <w:color w:val="auto"/>
          <w:sz w:val="20"/>
          <w:szCs w:val="20"/>
        </w:rPr>
      </w:pPr>
      <w:bookmarkStart w:id="111" w:name="_Toc205257743"/>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6</w:t>
      </w:r>
      <w:r w:rsidRPr="00FB2541">
        <w:rPr>
          <w:color w:val="auto"/>
          <w:sz w:val="20"/>
          <w:szCs w:val="20"/>
        </w:rPr>
        <w:fldChar w:fldCharType="end"/>
      </w:r>
      <w:r w:rsidRPr="00FB2541">
        <w:rPr>
          <w:color w:val="auto"/>
          <w:sz w:val="20"/>
          <w:szCs w:val="20"/>
        </w:rPr>
        <w:t xml:space="preserve"> </w:t>
      </w:r>
      <w:proofErr w:type="spellStart"/>
      <w:r w:rsidRPr="0076694C">
        <w:rPr>
          <w:b w:val="0"/>
          <w:bCs w:val="0"/>
          <w:color w:val="auto"/>
          <w:sz w:val="20"/>
          <w:szCs w:val="20"/>
        </w:rPr>
        <w:t>tb_buku</w:t>
      </w:r>
      <w:bookmarkEnd w:id="111"/>
      <w:proofErr w:type="spellEnd"/>
    </w:p>
    <w:p w14:paraId="5696E942" w14:textId="77777777" w:rsidR="005D5B14" w:rsidRPr="005D5B14" w:rsidRDefault="005D5B14" w:rsidP="005D5B14"/>
    <w:p w14:paraId="03B98F5D" w14:textId="4B6E5333" w:rsidR="00126F72" w:rsidRPr="00387AD0" w:rsidRDefault="00126F72" w:rsidP="00FB2541">
      <w:pPr>
        <w:spacing w:line="360" w:lineRule="auto"/>
        <w:ind w:right="-427" w:firstLine="720"/>
        <w:rPr>
          <w:rFonts w:cs="Times New Roman"/>
          <w:szCs w:val="24"/>
        </w:rPr>
      </w:pPr>
      <w:r w:rsidRPr="00387AD0">
        <w:rPr>
          <w:rFonts w:cs="Times New Roman"/>
          <w:szCs w:val="24"/>
        </w:rPr>
        <w:lastRenderedPageBreak/>
        <w:t>Ini</w:t>
      </w:r>
      <w:r w:rsidR="00F660D2" w:rsidRPr="00387AD0">
        <w:rPr>
          <w:rFonts w:cs="Times New Roman"/>
          <w:szCs w:val="24"/>
        </w:rPr>
        <w:t xml:space="preserve"> </w:t>
      </w:r>
      <w:proofErr w:type="spellStart"/>
      <w:r w:rsidRPr="00387AD0">
        <w:rPr>
          <w:rFonts w:cs="Times New Roman"/>
          <w:szCs w:val="24"/>
        </w:rPr>
        <w:t>adalah</w:t>
      </w:r>
      <w:proofErr w:type="spellEnd"/>
      <w:r w:rsidR="00F660D2" w:rsidRPr="00387AD0">
        <w:rPr>
          <w:rFonts w:cs="Times New Roman"/>
          <w:szCs w:val="24"/>
        </w:rPr>
        <w:t xml:space="preserve"> </w:t>
      </w:r>
      <w:r w:rsidRPr="00387AD0">
        <w:rPr>
          <w:rFonts w:cs="Times New Roman"/>
          <w:szCs w:val="24"/>
        </w:rPr>
        <w:t>table</w:t>
      </w:r>
      <w:r w:rsidR="00F660D2" w:rsidRPr="00387AD0">
        <w:rPr>
          <w:rFonts w:cs="Times New Roman"/>
          <w:szCs w:val="24"/>
        </w:rPr>
        <w:t xml:space="preserve"> </w:t>
      </w:r>
      <w:proofErr w:type="spellStart"/>
      <w:r w:rsidRPr="00387AD0">
        <w:rPr>
          <w:rFonts w:cs="Times New Roman"/>
          <w:szCs w:val="24"/>
        </w:rPr>
        <w:t>tb_buku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merupakan</w:t>
      </w:r>
      <w:proofErr w:type="spellEnd"/>
      <w:r w:rsidR="00F660D2" w:rsidRPr="00387AD0">
        <w:rPr>
          <w:rFonts w:cs="Times New Roman"/>
          <w:szCs w:val="24"/>
        </w:rPr>
        <w:t xml:space="preserve"> </w:t>
      </w:r>
      <w:proofErr w:type="spellStart"/>
      <w:r w:rsidRPr="00387AD0">
        <w:rPr>
          <w:rFonts w:cs="Times New Roman"/>
          <w:szCs w:val="24"/>
        </w:rPr>
        <w:t>struktur</w:t>
      </w:r>
      <w:proofErr w:type="spellEnd"/>
      <w:r w:rsidR="00F660D2" w:rsidRPr="00387AD0">
        <w:rPr>
          <w:rFonts w:cs="Times New Roman"/>
          <w:szCs w:val="24"/>
        </w:rPr>
        <w:t xml:space="preserve"> </w:t>
      </w:r>
      <w:proofErr w:type="spellStart"/>
      <w:r w:rsidRPr="00387AD0">
        <w:rPr>
          <w:rFonts w:cs="Times New Roman"/>
          <w:szCs w:val="24"/>
        </w:rPr>
        <w:t>tabel</w:t>
      </w:r>
      <w:proofErr w:type="spellEnd"/>
      <w:r w:rsidR="00F660D2" w:rsidRPr="00387AD0">
        <w:rPr>
          <w:rFonts w:cs="Times New Roman"/>
          <w:szCs w:val="24"/>
        </w:rPr>
        <w:t xml:space="preserve"> </w:t>
      </w:r>
      <w:r w:rsidRPr="00387AD0">
        <w:rPr>
          <w:rFonts w:cs="Times New Roman"/>
          <w:szCs w:val="24"/>
        </w:rPr>
        <w:t>basis</w:t>
      </w:r>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dari</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Tabel</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menyimpan</w:t>
      </w:r>
      <w:proofErr w:type="spellEnd"/>
      <w:r w:rsidR="00F660D2" w:rsidRPr="00387AD0">
        <w:rPr>
          <w:rFonts w:cs="Times New Roman"/>
          <w:szCs w:val="24"/>
        </w:rPr>
        <w:t xml:space="preserve"> </w:t>
      </w:r>
      <w:proofErr w:type="spellStart"/>
      <w:r w:rsidRPr="00387AD0">
        <w:rPr>
          <w:rFonts w:cs="Times New Roman"/>
          <w:szCs w:val="24"/>
        </w:rPr>
        <w:t>informasi</w:t>
      </w:r>
      <w:proofErr w:type="spellEnd"/>
      <w:r w:rsidR="00F660D2" w:rsidRPr="00387AD0">
        <w:rPr>
          <w:rFonts w:cs="Times New Roman"/>
          <w:szCs w:val="24"/>
        </w:rPr>
        <w:t xml:space="preserve"> </w:t>
      </w:r>
      <w:proofErr w:type="spellStart"/>
      <w:r w:rsidRPr="00387AD0">
        <w:rPr>
          <w:rFonts w:cs="Times New Roman"/>
          <w:szCs w:val="24"/>
        </w:rPr>
        <w:t>penting</w:t>
      </w:r>
      <w:proofErr w:type="spellEnd"/>
      <w:r w:rsidR="00F660D2" w:rsidRPr="00387AD0">
        <w:rPr>
          <w:rFonts w:cs="Times New Roman"/>
          <w:szCs w:val="24"/>
        </w:rPr>
        <w:t xml:space="preserve"> </w:t>
      </w:r>
      <w:proofErr w:type="spellStart"/>
      <w:r w:rsidRPr="00387AD0">
        <w:rPr>
          <w:rFonts w:cs="Times New Roman"/>
          <w:szCs w:val="24"/>
        </w:rPr>
        <w:t>tentang</w:t>
      </w:r>
      <w:proofErr w:type="spellEnd"/>
      <w:r w:rsidR="00F660D2" w:rsidRPr="00387AD0">
        <w:rPr>
          <w:rFonts w:cs="Times New Roman"/>
          <w:szCs w:val="24"/>
        </w:rPr>
        <w:t xml:space="preserve"> </w:t>
      </w:r>
      <w:proofErr w:type="spellStart"/>
      <w:r w:rsidRPr="00387AD0">
        <w:rPr>
          <w:rFonts w:cs="Times New Roman"/>
          <w:szCs w:val="24"/>
        </w:rPr>
        <w:t>buku-buku</w:t>
      </w:r>
      <w:proofErr w:type="spellEnd"/>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ada</w:t>
      </w:r>
      <w:proofErr w:type="spellEnd"/>
      <w:r w:rsidR="00F660D2" w:rsidRPr="00387AD0">
        <w:rPr>
          <w:rFonts w:cs="Times New Roman"/>
          <w:szCs w:val="24"/>
        </w:rPr>
        <w:t xml:space="preserve"> </w:t>
      </w:r>
      <w:r w:rsidRPr="00387AD0">
        <w:rPr>
          <w:rFonts w:cs="Times New Roman"/>
          <w:szCs w:val="24"/>
        </w:rPr>
        <w:t>di</w:t>
      </w:r>
      <w:r w:rsidR="00F660D2" w:rsidRPr="00387AD0">
        <w:rPr>
          <w:rFonts w:cs="Times New Roman"/>
          <w:szCs w:val="24"/>
        </w:rPr>
        <w:t xml:space="preserve"> </w:t>
      </w:r>
      <w:r w:rsidRPr="00387AD0">
        <w:rPr>
          <w:rFonts w:cs="Times New Roman"/>
          <w:szCs w:val="24"/>
        </w:rPr>
        <w:t>Taman</w:t>
      </w:r>
      <w:r w:rsidR="00F660D2" w:rsidRPr="00387AD0">
        <w:rPr>
          <w:rFonts w:cs="Times New Roman"/>
          <w:szCs w:val="24"/>
        </w:rPr>
        <w:t xml:space="preserve"> </w:t>
      </w:r>
      <w:r w:rsidRPr="00387AD0">
        <w:rPr>
          <w:rFonts w:cs="Times New Roman"/>
          <w:szCs w:val="24"/>
        </w:rPr>
        <w:t>Baca</w:t>
      </w:r>
      <w:r w:rsidR="00F660D2" w:rsidRPr="00387AD0">
        <w:rPr>
          <w:rFonts w:cs="Times New Roman"/>
          <w:szCs w:val="24"/>
        </w:rPr>
        <w:t xml:space="preserve"> </w:t>
      </w:r>
      <w:r w:rsidRPr="00387AD0">
        <w:rPr>
          <w:rFonts w:cs="Times New Roman"/>
          <w:szCs w:val="24"/>
        </w:rPr>
        <w:t>Al-Azhari.</w:t>
      </w:r>
      <w:r w:rsidR="00F660D2" w:rsidRPr="00387AD0">
        <w:rPr>
          <w:rFonts w:cs="Times New Roman"/>
          <w:szCs w:val="24"/>
        </w:rPr>
        <w:t xml:space="preserve"> </w:t>
      </w:r>
      <w:proofErr w:type="spellStart"/>
      <w:r w:rsidRPr="00387AD0">
        <w:rPr>
          <w:rFonts w:cs="Times New Roman"/>
          <w:szCs w:val="24"/>
        </w:rPr>
        <w:t>Setiap</w:t>
      </w:r>
      <w:proofErr w:type="spellEnd"/>
      <w:r w:rsidR="00F660D2" w:rsidRPr="00387AD0">
        <w:rPr>
          <w:rFonts w:cs="Times New Roman"/>
          <w:szCs w:val="24"/>
        </w:rPr>
        <w:t xml:space="preserve"> </w:t>
      </w:r>
      <w:r w:rsidRPr="00387AD0">
        <w:rPr>
          <w:rFonts w:cs="Times New Roman"/>
          <w:szCs w:val="24"/>
        </w:rPr>
        <w:t>baris</w:t>
      </w:r>
      <w:r w:rsidR="00F660D2" w:rsidRPr="00387AD0">
        <w:rPr>
          <w:rFonts w:cs="Times New Roman"/>
          <w:szCs w:val="24"/>
        </w:rPr>
        <w:t xml:space="preserve"> </w:t>
      </w:r>
      <w:r w:rsidRPr="00387AD0">
        <w:rPr>
          <w:rFonts w:cs="Times New Roman"/>
          <w:szCs w:val="24"/>
        </w:rPr>
        <w:t>pada</w:t>
      </w:r>
      <w:r w:rsidR="00F660D2" w:rsidRPr="00387AD0">
        <w:rPr>
          <w:rFonts w:cs="Times New Roman"/>
          <w:szCs w:val="24"/>
        </w:rPr>
        <w:t xml:space="preserve"> </w:t>
      </w:r>
      <w:proofErr w:type="spellStart"/>
      <w:r w:rsidRPr="00387AD0">
        <w:rPr>
          <w:rFonts w:cs="Times New Roman"/>
          <w:szCs w:val="24"/>
        </w:rPr>
        <w:t>tabel</w:t>
      </w:r>
      <w:proofErr w:type="spellEnd"/>
      <w:r w:rsidR="00F660D2" w:rsidRPr="00387AD0">
        <w:rPr>
          <w:rFonts w:cs="Times New Roman"/>
          <w:szCs w:val="24"/>
        </w:rPr>
        <w:t xml:space="preserve"> </w:t>
      </w:r>
      <w:proofErr w:type="spellStart"/>
      <w:r w:rsidRPr="00387AD0">
        <w:rPr>
          <w:rFonts w:cs="Times New Roman"/>
          <w:szCs w:val="24"/>
        </w:rPr>
        <w:t>mencerminkan</w:t>
      </w:r>
      <w:proofErr w:type="spellEnd"/>
      <w:r w:rsidR="00F660D2" w:rsidRPr="00387AD0">
        <w:rPr>
          <w:rFonts w:cs="Times New Roman"/>
          <w:szCs w:val="24"/>
        </w:rPr>
        <w:t xml:space="preserve"> </w:t>
      </w:r>
      <w:proofErr w:type="spellStart"/>
      <w:r w:rsidRPr="00387AD0">
        <w:rPr>
          <w:rFonts w:cs="Times New Roman"/>
          <w:szCs w:val="24"/>
        </w:rPr>
        <w:t>kolom</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akan</w:t>
      </w:r>
      <w:proofErr w:type="spellEnd"/>
      <w:r w:rsidR="00F660D2" w:rsidRPr="00387AD0">
        <w:rPr>
          <w:rFonts w:cs="Times New Roman"/>
          <w:szCs w:val="24"/>
        </w:rPr>
        <w:t xml:space="preserve"> </w:t>
      </w:r>
      <w:proofErr w:type="spellStart"/>
      <w:r w:rsidRPr="00387AD0">
        <w:rPr>
          <w:rFonts w:cs="Times New Roman"/>
          <w:szCs w:val="24"/>
        </w:rPr>
        <w:t>diisi</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seperti</w:t>
      </w:r>
      <w:proofErr w:type="spellEnd"/>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id_buku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sebagai</w:t>
      </w:r>
      <w:proofErr w:type="spellEnd"/>
      <w:r w:rsidR="00F660D2" w:rsidRPr="00387AD0">
        <w:rPr>
          <w:rFonts w:cs="Times New Roman"/>
          <w:szCs w:val="24"/>
        </w:rPr>
        <w:t xml:space="preserve"> </w:t>
      </w:r>
      <w:proofErr w:type="spellStart"/>
      <w:r w:rsidRPr="00387AD0">
        <w:rPr>
          <w:rFonts w:cs="Times New Roman"/>
          <w:szCs w:val="24"/>
        </w:rPr>
        <w:t>kunci</w:t>
      </w:r>
      <w:proofErr w:type="spellEnd"/>
      <w:r w:rsidR="00F660D2" w:rsidRPr="00387AD0">
        <w:rPr>
          <w:rFonts w:cs="Times New Roman"/>
          <w:szCs w:val="24"/>
        </w:rPr>
        <w:t xml:space="preserve"> </w:t>
      </w:r>
      <w:proofErr w:type="spellStart"/>
      <w:r w:rsidRPr="00387AD0">
        <w:rPr>
          <w:rFonts w:cs="Times New Roman"/>
          <w:szCs w:val="24"/>
        </w:rPr>
        <w:t>utama</w:t>
      </w:r>
      <w:proofErr w:type="spellEnd"/>
      <w:r w:rsidR="00F660D2" w:rsidRPr="00387AD0">
        <w:rPr>
          <w:rFonts w:cs="Times New Roman"/>
          <w:szCs w:val="24"/>
        </w:rPr>
        <w:t xml:space="preserve"> </w:t>
      </w:r>
      <w:r w:rsidRPr="00387AD0">
        <w:rPr>
          <w:rFonts w:cs="Times New Roman"/>
          <w:szCs w:val="24"/>
        </w:rPr>
        <w:t>(primary</w:t>
      </w:r>
      <w:r w:rsidR="00F660D2" w:rsidRPr="00387AD0">
        <w:rPr>
          <w:rFonts w:cs="Times New Roman"/>
          <w:szCs w:val="24"/>
        </w:rPr>
        <w:t xml:space="preserve"> </w:t>
      </w:r>
      <w:r w:rsidRPr="00387AD0">
        <w:rPr>
          <w:rFonts w:cs="Times New Roman"/>
          <w:szCs w:val="24"/>
        </w:rPr>
        <w:t>key),</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judul_buku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no_klasifikasi</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tahun_pendataan</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penulis</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deskripsi</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`cover`</w:t>
      </w:r>
      <w:r w:rsidR="00F660D2" w:rsidRPr="00387AD0">
        <w:rPr>
          <w:rFonts w:cs="Times New Roman"/>
          <w:szCs w:val="24"/>
        </w:rPr>
        <w:t xml:space="preserve"> </w:t>
      </w:r>
      <w:r w:rsidRPr="00387AD0">
        <w:rPr>
          <w:rFonts w:cs="Times New Roman"/>
          <w:szCs w:val="24"/>
        </w:rPr>
        <w:t>(nama</w:t>
      </w:r>
      <w:r w:rsidR="00F660D2" w:rsidRPr="00387AD0">
        <w:rPr>
          <w:rFonts w:cs="Times New Roman"/>
          <w:szCs w:val="24"/>
        </w:rPr>
        <w:t xml:space="preserve"> </w:t>
      </w:r>
      <w:r w:rsidRPr="00387AD0">
        <w:rPr>
          <w:rFonts w:cs="Times New Roman"/>
          <w:szCs w:val="24"/>
        </w:rPr>
        <w:t>file</w:t>
      </w:r>
      <w:r w:rsidR="00F660D2" w:rsidRPr="00387AD0">
        <w:rPr>
          <w:rFonts w:cs="Times New Roman"/>
          <w:szCs w:val="24"/>
        </w:rPr>
        <w:t xml:space="preserve"> </w:t>
      </w:r>
      <w:proofErr w:type="spellStart"/>
      <w:r w:rsidRPr="00387AD0">
        <w:rPr>
          <w:rFonts w:cs="Times New Roman"/>
          <w:szCs w:val="24"/>
        </w:rPr>
        <w:t>gambar</w:t>
      </w:r>
      <w:proofErr w:type="spellEnd"/>
      <w:r w:rsidR="00F660D2" w:rsidRPr="00387AD0">
        <w:rPr>
          <w:rFonts w:cs="Times New Roman"/>
          <w:szCs w:val="24"/>
        </w:rPr>
        <w:t xml:space="preserve"> </w:t>
      </w:r>
      <w:proofErr w:type="spellStart"/>
      <w:r w:rsidRPr="00387AD0">
        <w:rPr>
          <w:rFonts w:cs="Times New Roman"/>
          <w:szCs w:val="24"/>
        </w:rPr>
        <w:t>sampul</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`rating`</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penilaian</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file_path</w:t>
      </w:r>
      <w:proofErr w:type="spellEnd"/>
      <w:r w:rsidRPr="00387AD0">
        <w:rPr>
          <w:rFonts w:cs="Times New Roman"/>
          <w:szCs w:val="24"/>
        </w:rPr>
        <w:t>`</w:t>
      </w:r>
      <w:r w:rsidR="00F660D2" w:rsidRPr="00387AD0">
        <w:rPr>
          <w:rFonts w:cs="Times New Roman"/>
          <w:szCs w:val="24"/>
        </w:rPr>
        <w:t xml:space="preserve"> </w:t>
      </w:r>
      <w:r w:rsidRPr="00387AD0">
        <w:rPr>
          <w:rFonts w:cs="Times New Roman"/>
          <w:szCs w:val="24"/>
        </w:rPr>
        <w:t>(</w:t>
      </w:r>
      <w:proofErr w:type="spellStart"/>
      <w:r w:rsidRPr="00387AD0">
        <w:rPr>
          <w:rFonts w:cs="Times New Roman"/>
          <w:szCs w:val="24"/>
        </w:rPr>
        <w:t>jalur</w:t>
      </w:r>
      <w:proofErr w:type="spellEnd"/>
      <w:r w:rsidR="00F660D2" w:rsidRPr="00387AD0">
        <w:rPr>
          <w:rFonts w:cs="Times New Roman"/>
          <w:szCs w:val="24"/>
        </w:rPr>
        <w:t xml:space="preserve"> </w:t>
      </w:r>
      <w:r w:rsidRPr="00387AD0">
        <w:rPr>
          <w:rFonts w:cs="Times New Roman"/>
          <w:szCs w:val="24"/>
        </w:rPr>
        <w:t>file</w:t>
      </w:r>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r w:rsidRPr="00387AD0">
        <w:rPr>
          <w:rFonts w:cs="Times New Roman"/>
          <w:szCs w:val="24"/>
        </w:rPr>
        <w:t>cover</w:t>
      </w:r>
      <w:r w:rsidR="00F660D2" w:rsidRPr="00387AD0">
        <w:rPr>
          <w:rFonts w:cs="Times New Roman"/>
          <w:szCs w:val="24"/>
        </w:rPr>
        <w:t xml:space="preserve"> </w:t>
      </w:r>
      <w:proofErr w:type="spellStart"/>
      <w:r w:rsidRPr="00387AD0">
        <w:rPr>
          <w:rFonts w:cs="Times New Roman"/>
          <w:szCs w:val="24"/>
        </w:rPr>
        <w:t>atau</w:t>
      </w:r>
      <w:proofErr w:type="spellEnd"/>
      <w:r w:rsidR="00F660D2" w:rsidRPr="00387AD0">
        <w:rPr>
          <w:rFonts w:cs="Times New Roman"/>
          <w:szCs w:val="24"/>
        </w:rPr>
        <w:t xml:space="preserve"> </w:t>
      </w:r>
      <w:proofErr w:type="spellStart"/>
      <w:r w:rsidRPr="00387AD0">
        <w:rPr>
          <w:rFonts w:cs="Times New Roman"/>
          <w:szCs w:val="24"/>
        </w:rPr>
        <w:t>dokumen</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Struktur</w:t>
      </w:r>
      <w:proofErr w:type="spellEnd"/>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menunjukkan</w:t>
      </w:r>
      <w:proofErr w:type="spellEnd"/>
      <w:r w:rsidR="00F660D2" w:rsidRPr="00387AD0">
        <w:rPr>
          <w:rFonts w:cs="Times New Roman"/>
          <w:szCs w:val="24"/>
        </w:rPr>
        <w:t xml:space="preserve"> </w:t>
      </w:r>
      <w:proofErr w:type="spellStart"/>
      <w:r w:rsidRPr="00387AD0">
        <w:rPr>
          <w:rFonts w:cs="Times New Roman"/>
          <w:szCs w:val="24"/>
        </w:rPr>
        <w:t>bahwa</w:t>
      </w:r>
      <w:proofErr w:type="spellEnd"/>
      <w:r w:rsidR="00F660D2" w:rsidRPr="00387AD0">
        <w:rPr>
          <w:rFonts w:cs="Times New Roman"/>
          <w:szCs w:val="24"/>
        </w:rPr>
        <w:t xml:space="preserve"> </w:t>
      </w:r>
      <w:proofErr w:type="spellStart"/>
      <w:r w:rsidRPr="00387AD0">
        <w:rPr>
          <w:rFonts w:cs="Times New Roman"/>
          <w:szCs w:val="24"/>
        </w:rPr>
        <w:t>sistem</w:t>
      </w:r>
      <w:proofErr w:type="spellEnd"/>
      <w:r w:rsidR="00F660D2" w:rsidRPr="00387AD0">
        <w:rPr>
          <w:rFonts w:cs="Times New Roman"/>
          <w:szCs w:val="24"/>
        </w:rPr>
        <w:t xml:space="preserve"> </w:t>
      </w:r>
      <w:proofErr w:type="spellStart"/>
      <w:r w:rsidRPr="00387AD0">
        <w:rPr>
          <w:rFonts w:cs="Times New Roman"/>
          <w:szCs w:val="24"/>
        </w:rPr>
        <w:t>katalog</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Pr="00387AD0">
        <w:rPr>
          <w:rFonts w:cs="Times New Roman"/>
          <w:szCs w:val="24"/>
        </w:rPr>
        <w:t>dirancang</w:t>
      </w:r>
      <w:proofErr w:type="spellEnd"/>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proofErr w:type="spellStart"/>
      <w:r w:rsidRPr="00387AD0">
        <w:rPr>
          <w:rFonts w:cs="Times New Roman"/>
          <w:szCs w:val="24"/>
        </w:rPr>
        <w:t>menyimpan</w:t>
      </w:r>
      <w:proofErr w:type="spellEnd"/>
      <w:r w:rsidR="00F660D2" w:rsidRPr="00387AD0">
        <w:rPr>
          <w:rFonts w:cs="Times New Roman"/>
          <w:szCs w:val="24"/>
        </w:rPr>
        <w:t xml:space="preserve"> </w:t>
      </w:r>
      <w:proofErr w:type="spellStart"/>
      <w:r w:rsidRPr="00387AD0">
        <w:rPr>
          <w:rFonts w:cs="Times New Roman"/>
          <w:szCs w:val="24"/>
        </w:rPr>
        <w:t>informasi</w:t>
      </w:r>
      <w:proofErr w:type="spellEnd"/>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Pr="00387AD0">
        <w:rPr>
          <w:rFonts w:cs="Times New Roman"/>
          <w:szCs w:val="24"/>
        </w:rPr>
        <w:t>secara</w:t>
      </w:r>
      <w:proofErr w:type="spellEnd"/>
      <w:r w:rsidR="00F660D2" w:rsidRPr="00387AD0">
        <w:rPr>
          <w:rFonts w:cs="Times New Roman"/>
          <w:szCs w:val="24"/>
        </w:rPr>
        <w:t xml:space="preserve"> </w:t>
      </w:r>
      <w:proofErr w:type="spellStart"/>
      <w:r w:rsidRPr="00387AD0">
        <w:rPr>
          <w:rFonts w:cs="Times New Roman"/>
          <w:szCs w:val="24"/>
        </w:rPr>
        <w:t>lengkap</w:t>
      </w:r>
      <w:proofErr w:type="spellEnd"/>
      <w:r w:rsidR="00F660D2" w:rsidRPr="00387AD0">
        <w:rPr>
          <w:rFonts w:cs="Times New Roman"/>
          <w:szCs w:val="24"/>
        </w:rPr>
        <w:t xml:space="preserve"> </w:t>
      </w:r>
      <w:r w:rsidRPr="00387AD0">
        <w:rPr>
          <w:rFonts w:cs="Times New Roman"/>
          <w:szCs w:val="24"/>
        </w:rPr>
        <w:t>dan</w:t>
      </w:r>
      <w:r w:rsidR="00F660D2" w:rsidRPr="00387AD0">
        <w:rPr>
          <w:rFonts w:cs="Times New Roman"/>
          <w:szCs w:val="24"/>
        </w:rPr>
        <w:t xml:space="preserve"> </w:t>
      </w:r>
      <w:proofErr w:type="spellStart"/>
      <w:r w:rsidRPr="00387AD0">
        <w:rPr>
          <w:rFonts w:cs="Times New Roman"/>
          <w:szCs w:val="24"/>
        </w:rPr>
        <w:t>terstruktur</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mendukung</w:t>
      </w:r>
      <w:proofErr w:type="spellEnd"/>
      <w:r w:rsidR="00F660D2" w:rsidRPr="00387AD0">
        <w:rPr>
          <w:rFonts w:cs="Times New Roman"/>
          <w:szCs w:val="24"/>
        </w:rPr>
        <w:t xml:space="preserve"> </w:t>
      </w:r>
      <w:proofErr w:type="spellStart"/>
      <w:r w:rsidRPr="00387AD0">
        <w:rPr>
          <w:rFonts w:cs="Times New Roman"/>
          <w:szCs w:val="24"/>
        </w:rPr>
        <w:t>pencarian</w:t>
      </w:r>
      <w:proofErr w:type="spellEnd"/>
      <w:r w:rsidR="00F660D2" w:rsidRPr="00387AD0">
        <w:rPr>
          <w:rFonts w:cs="Times New Roman"/>
          <w:szCs w:val="24"/>
        </w:rPr>
        <w:t xml:space="preserve"> </w:t>
      </w:r>
      <w:proofErr w:type="spellStart"/>
      <w:r w:rsidRPr="00387AD0">
        <w:rPr>
          <w:rFonts w:cs="Times New Roman"/>
          <w:szCs w:val="24"/>
        </w:rPr>
        <w:t>serta</w:t>
      </w:r>
      <w:proofErr w:type="spellEnd"/>
      <w:r w:rsidR="00F660D2" w:rsidRPr="00387AD0">
        <w:rPr>
          <w:rFonts w:cs="Times New Roman"/>
          <w:szCs w:val="24"/>
        </w:rPr>
        <w:t xml:space="preserve"> </w:t>
      </w:r>
      <w:proofErr w:type="spellStart"/>
      <w:r w:rsidRPr="00387AD0">
        <w:rPr>
          <w:rFonts w:cs="Times New Roman"/>
          <w:szCs w:val="24"/>
        </w:rPr>
        <w:t>pengelolaan</w:t>
      </w:r>
      <w:proofErr w:type="spellEnd"/>
      <w:r w:rsidR="00F660D2" w:rsidRPr="00387AD0">
        <w:rPr>
          <w:rFonts w:cs="Times New Roman"/>
          <w:szCs w:val="24"/>
        </w:rPr>
        <w:t xml:space="preserve"> </w:t>
      </w:r>
      <w:proofErr w:type="spellStart"/>
      <w:r w:rsidRPr="00387AD0">
        <w:rPr>
          <w:rFonts w:cs="Times New Roman"/>
          <w:szCs w:val="24"/>
        </w:rPr>
        <w:t>koleksi</w:t>
      </w:r>
      <w:proofErr w:type="spellEnd"/>
      <w:r w:rsidR="00F660D2" w:rsidRPr="00387AD0">
        <w:rPr>
          <w:rFonts w:cs="Times New Roman"/>
          <w:szCs w:val="24"/>
        </w:rPr>
        <w:t xml:space="preserve"> </w:t>
      </w:r>
      <w:proofErr w:type="spellStart"/>
      <w:r w:rsidRPr="00387AD0">
        <w:rPr>
          <w:rFonts w:cs="Times New Roman"/>
          <w:szCs w:val="24"/>
        </w:rPr>
        <w:t>secara</w:t>
      </w:r>
      <w:proofErr w:type="spellEnd"/>
      <w:r w:rsidR="00F660D2" w:rsidRPr="00387AD0">
        <w:rPr>
          <w:rFonts w:cs="Times New Roman"/>
          <w:szCs w:val="24"/>
        </w:rPr>
        <w:t xml:space="preserve"> </w:t>
      </w:r>
      <w:r w:rsidRPr="00387AD0">
        <w:rPr>
          <w:rFonts w:cs="Times New Roman"/>
          <w:szCs w:val="24"/>
        </w:rPr>
        <w:t>digital.</w:t>
      </w:r>
    </w:p>
    <w:p w14:paraId="794E8F1D" w14:textId="77777777" w:rsidR="00004164" w:rsidRDefault="009B741C" w:rsidP="00004164">
      <w:pPr>
        <w:keepNext/>
        <w:spacing w:line="360" w:lineRule="auto"/>
        <w:ind w:right="-427"/>
        <w:jc w:val="center"/>
      </w:pPr>
      <w:r w:rsidRPr="00387AD0">
        <w:rPr>
          <w:rFonts w:cs="Times New Roman"/>
          <w:noProof/>
          <w:szCs w:val="24"/>
          <w:lang w:val="id"/>
        </w:rPr>
        <w:drawing>
          <wp:inline distT="0" distB="0" distL="0" distR="0" wp14:anchorId="7962BF79" wp14:editId="1F5CB9F4">
            <wp:extent cx="5274310" cy="2304288"/>
            <wp:effectExtent l="0" t="0" r="2540" b="1270"/>
            <wp:docPr id="533126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26457" name=""/>
                    <pic:cNvPicPr/>
                  </pic:nvPicPr>
                  <pic:blipFill>
                    <a:blip r:embed="rId42"/>
                    <a:stretch>
                      <a:fillRect/>
                    </a:stretch>
                  </pic:blipFill>
                  <pic:spPr>
                    <a:xfrm>
                      <a:off x="0" y="0"/>
                      <a:ext cx="5277259" cy="2305576"/>
                    </a:xfrm>
                    <a:prstGeom prst="rect">
                      <a:avLst/>
                    </a:prstGeom>
                  </pic:spPr>
                </pic:pic>
              </a:graphicData>
            </a:graphic>
          </wp:inline>
        </w:drawing>
      </w:r>
    </w:p>
    <w:p w14:paraId="7328F2C9" w14:textId="3B5B1C50" w:rsidR="00647FED" w:rsidRPr="00FB2541" w:rsidRDefault="00004164" w:rsidP="00004164">
      <w:pPr>
        <w:pStyle w:val="Caption"/>
        <w:jc w:val="center"/>
        <w:rPr>
          <w:rFonts w:cs="Times New Roman"/>
          <w:color w:val="auto"/>
          <w:sz w:val="20"/>
          <w:szCs w:val="20"/>
        </w:rPr>
      </w:pPr>
      <w:bookmarkStart w:id="112" w:name="_Toc205257744"/>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7</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 xml:space="preserve">Data pada </w:t>
      </w:r>
      <w:proofErr w:type="spellStart"/>
      <w:r w:rsidRPr="0076694C">
        <w:rPr>
          <w:b w:val="0"/>
          <w:bCs w:val="0"/>
          <w:color w:val="auto"/>
          <w:sz w:val="20"/>
          <w:szCs w:val="20"/>
        </w:rPr>
        <w:t>tb_buku</w:t>
      </w:r>
      <w:bookmarkEnd w:id="112"/>
      <w:proofErr w:type="spellEnd"/>
    </w:p>
    <w:p w14:paraId="7B69F204" w14:textId="6AFD94D5" w:rsidR="005B7971" w:rsidRDefault="00835A23" w:rsidP="00FB2541">
      <w:pPr>
        <w:spacing w:line="360" w:lineRule="auto"/>
        <w:ind w:right="-427" w:firstLine="720"/>
        <w:rPr>
          <w:rFonts w:cs="Times New Roman"/>
          <w:szCs w:val="24"/>
        </w:rPr>
      </w:pPr>
      <w:r w:rsidRPr="00387AD0">
        <w:rPr>
          <w:rFonts w:cs="Times New Roman"/>
          <w:szCs w:val="24"/>
        </w:rPr>
        <w:t>Gambar</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00126F72" w:rsidRPr="00387AD0">
        <w:rPr>
          <w:rFonts w:cs="Times New Roman"/>
          <w:szCs w:val="24"/>
        </w:rPr>
        <w:t>adalah</w:t>
      </w:r>
      <w:proofErr w:type="spellEnd"/>
      <w:r w:rsidR="00F660D2" w:rsidRPr="00387AD0">
        <w:rPr>
          <w:rFonts w:cs="Times New Roman"/>
          <w:szCs w:val="24"/>
        </w:rPr>
        <w:t xml:space="preserve"> </w:t>
      </w:r>
      <w:proofErr w:type="spellStart"/>
      <w:r w:rsidR="00126F72" w:rsidRPr="00387AD0">
        <w:rPr>
          <w:rFonts w:cs="Times New Roman"/>
          <w:szCs w:val="24"/>
        </w:rPr>
        <w:t>tampilan</w:t>
      </w:r>
      <w:proofErr w:type="spellEnd"/>
      <w:r w:rsidR="00F660D2" w:rsidRPr="00387AD0">
        <w:rPr>
          <w:rFonts w:cs="Times New Roman"/>
          <w:szCs w:val="24"/>
        </w:rPr>
        <w:t xml:space="preserve"> </w:t>
      </w:r>
      <w:proofErr w:type="spellStart"/>
      <w:r w:rsidR="00126F72" w:rsidRPr="00387AD0">
        <w:rPr>
          <w:rFonts w:cs="Times New Roman"/>
          <w:szCs w:val="24"/>
        </w:rPr>
        <w:t>tabel</w:t>
      </w:r>
      <w:proofErr w:type="spellEnd"/>
      <w:r w:rsidR="00F660D2" w:rsidRPr="00387AD0">
        <w:rPr>
          <w:rFonts w:cs="Times New Roman"/>
          <w:szCs w:val="24"/>
        </w:rPr>
        <w:t xml:space="preserve"> </w:t>
      </w:r>
      <w:r w:rsidR="00126F72" w:rsidRPr="00387AD0">
        <w:rPr>
          <w:rFonts w:cs="Times New Roman"/>
          <w:szCs w:val="24"/>
        </w:rPr>
        <w:t>data</w:t>
      </w:r>
      <w:r w:rsidR="00F660D2" w:rsidRPr="00387AD0">
        <w:rPr>
          <w:rFonts w:cs="Times New Roman"/>
          <w:szCs w:val="24"/>
        </w:rPr>
        <w:t xml:space="preserve"> </w:t>
      </w:r>
      <w:proofErr w:type="spellStart"/>
      <w:r w:rsidR="00126F72" w:rsidRPr="00387AD0">
        <w:rPr>
          <w:rFonts w:cs="Times New Roman"/>
          <w:szCs w:val="24"/>
        </w:rPr>
        <w:t>buku</w:t>
      </w:r>
      <w:proofErr w:type="spellEnd"/>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menampilkan</w:t>
      </w:r>
      <w:proofErr w:type="spellEnd"/>
      <w:r w:rsidR="00F660D2" w:rsidRPr="00387AD0">
        <w:rPr>
          <w:rFonts w:cs="Times New Roman"/>
          <w:szCs w:val="24"/>
        </w:rPr>
        <w:t xml:space="preserve"> </w:t>
      </w:r>
      <w:proofErr w:type="spellStart"/>
      <w:r w:rsidR="001B428B" w:rsidRPr="00387AD0">
        <w:rPr>
          <w:rFonts w:cs="Times New Roman"/>
          <w:szCs w:val="24"/>
        </w:rPr>
        <w:t>empat</w:t>
      </w:r>
      <w:proofErr w:type="spellEnd"/>
      <w:r w:rsidR="00F660D2" w:rsidRPr="00387AD0">
        <w:rPr>
          <w:rFonts w:cs="Times New Roman"/>
          <w:szCs w:val="24"/>
        </w:rPr>
        <w:t xml:space="preserve"> </w:t>
      </w:r>
      <w:proofErr w:type="spellStart"/>
      <w:r w:rsidR="001B428B" w:rsidRPr="00387AD0">
        <w:rPr>
          <w:rFonts w:cs="Times New Roman"/>
          <w:szCs w:val="24"/>
        </w:rPr>
        <w:t>entri</w:t>
      </w:r>
      <w:proofErr w:type="spellEnd"/>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proofErr w:type="spellStart"/>
      <w:r w:rsidR="001B428B" w:rsidRPr="00387AD0">
        <w:rPr>
          <w:rFonts w:cs="Times New Roman"/>
          <w:szCs w:val="24"/>
        </w:rPr>
        <w:t>nomor</w:t>
      </w:r>
      <w:proofErr w:type="spellEnd"/>
      <w:r w:rsidR="00F660D2" w:rsidRPr="00387AD0">
        <w:rPr>
          <w:rFonts w:cs="Times New Roman"/>
          <w:szCs w:val="24"/>
        </w:rPr>
        <w:t xml:space="preserve"> </w:t>
      </w:r>
      <w:proofErr w:type="spellStart"/>
      <w:r w:rsidR="001B428B" w:rsidRPr="00387AD0">
        <w:rPr>
          <w:rFonts w:cs="Times New Roman"/>
          <w:szCs w:val="24"/>
        </w:rPr>
        <w:t>klasifikasi</w:t>
      </w:r>
      <w:proofErr w:type="spellEnd"/>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sama</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yaitu</w:t>
      </w:r>
      <w:proofErr w:type="spellEnd"/>
      <w:r w:rsidR="00F660D2" w:rsidRPr="00387AD0">
        <w:rPr>
          <w:rFonts w:cs="Times New Roman"/>
          <w:szCs w:val="24"/>
        </w:rPr>
        <w:t xml:space="preserve"> </w:t>
      </w:r>
      <w:r w:rsidR="001B428B" w:rsidRPr="00387AD0">
        <w:rPr>
          <w:rFonts w:cs="Times New Roman"/>
          <w:szCs w:val="24"/>
        </w:rPr>
        <w:t>820,</w:t>
      </w:r>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semua</w:t>
      </w:r>
      <w:proofErr w:type="spellEnd"/>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didaftarkan</w:t>
      </w:r>
      <w:proofErr w:type="spellEnd"/>
      <w:r w:rsidR="00F660D2" w:rsidRPr="00387AD0">
        <w:rPr>
          <w:rFonts w:cs="Times New Roman"/>
          <w:szCs w:val="24"/>
        </w:rPr>
        <w:t xml:space="preserve"> </w:t>
      </w:r>
      <w:r w:rsidR="001B428B" w:rsidRPr="00387AD0">
        <w:rPr>
          <w:rFonts w:cs="Times New Roman"/>
          <w:szCs w:val="24"/>
        </w:rPr>
        <w:t>pada</w:t>
      </w:r>
      <w:r w:rsidR="00F660D2" w:rsidRPr="00387AD0">
        <w:rPr>
          <w:rFonts w:cs="Times New Roman"/>
          <w:szCs w:val="24"/>
        </w:rPr>
        <w:t xml:space="preserve"> </w:t>
      </w:r>
      <w:proofErr w:type="spellStart"/>
      <w:r w:rsidR="001B428B" w:rsidRPr="00387AD0">
        <w:rPr>
          <w:rFonts w:cs="Times New Roman"/>
          <w:szCs w:val="24"/>
        </w:rPr>
        <w:t>tahun</w:t>
      </w:r>
      <w:proofErr w:type="spellEnd"/>
      <w:r w:rsidR="00F660D2" w:rsidRPr="00387AD0">
        <w:rPr>
          <w:rFonts w:cs="Times New Roman"/>
          <w:szCs w:val="24"/>
        </w:rPr>
        <w:t xml:space="preserve"> </w:t>
      </w:r>
      <w:r w:rsidR="001B428B" w:rsidRPr="00387AD0">
        <w:rPr>
          <w:rFonts w:cs="Times New Roman"/>
          <w:szCs w:val="24"/>
        </w:rPr>
        <w:t>2025.</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pertama</w:t>
      </w:r>
      <w:proofErr w:type="spellEnd"/>
      <w:r w:rsidR="00F660D2" w:rsidRPr="00387AD0">
        <w:rPr>
          <w:rFonts w:cs="Times New Roman"/>
          <w:szCs w:val="24"/>
        </w:rPr>
        <w:t xml:space="preserve"> </w:t>
      </w:r>
      <w:proofErr w:type="spellStart"/>
      <w:r w:rsidR="001B428B" w:rsidRPr="00387AD0">
        <w:rPr>
          <w:rFonts w:cs="Times New Roman"/>
          <w:szCs w:val="24"/>
        </w:rPr>
        <w:t>berjudul</w:t>
      </w:r>
      <w:proofErr w:type="spellEnd"/>
      <w:r w:rsidR="00F660D2" w:rsidRPr="00387AD0">
        <w:rPr>
          <w:rFonts w:cs="Times New Roman"/>
          <w:szCs w:val="24"/>
        </w:rPr>
        <w:t xml:space="preserve"> </w:t>
      </w:r>
      <w:r w:rsidR="001B428B" w:rsidRPr="00387AD0">
        <w:rPr>
          <w:rFonts w:cs="Times New Roman"/>
          <w:szCs w:val="24"/>
        </w:rPr>
        <w:t>Jokowi:</w:t>
      </w:r>
      <w:r w:rsidR="00F660D2" w:rsidRPr="00387AD0">
        <w:rPr>
          <w:rFonts w:cs="Times New Roman"/>
          <w:szCs w:val="24"/>
        </w:rPr>
        <w:t xml:space="preserve"> </w:t>
      </w:r>
      <w:proofErr w:type="spellStart"/>
      <w:r w:rsidR="001B428B" w:rsidRPr="00387AD0">
        <w:rPr>
          <w:rFonts w:cs="Times New Roman"/>
          <w:szCs w:val="24"/>
        </w:rPr>
        <w:t>Menuju</w:t>
      </w:r>
      <w:proofErr w:type="spellEnd"/>
      <w:r w:rsidR="00F660D2" w:rsidRPr="00387AD0">
        <w:rPr>
          <w:rFonts w:cs="Times New Roman"/>
          <w:szCs w:val="24"/>
        </w:rPr>
        <w:t xml:space="preserve"> </w:t>
      </w:r>
      <w:r w:rsidR="001B428B" w:rsidRPr="00387AD0">
        <w:rPr>
          <w:rFonts w:cs="Times New Roman"/>
          <w:szCs w:val="24"/>
        </w:rPr>
        <w:t>Cahaya</w:t>
      </w:r>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ditulis</w:t>
      </w:r>
      <w:proofErr w:type="spellEnd"/>
      <w:r w:rsidR="00F660D2" w:rsidRPr="00387AD0">
        <w:rPr>
          <w:rFonts w:cs="Times New Roman"/>
          <w:szCs w:val="24"/>
        </w:rPr>
        <w:t xml:space="preserve"> </w:t>
      </w:r>
      <w:r w:rsidR="001B428B" w:rsidRPr="00387AD0">
        <w:rPr>
          <w:rFonts w:cs="Times New Roman"/>
          <w:szCs w:val="24"/>
        </w:rPr>
        <w:t>oleh</w:t>
      </w:r>
      <w:r w:rsidR="00F660D2" w:rsidRPr="00387AD0">
        <w:rPr>
          <w:rFonts w:cs="Times New Roman"/>
          <w:szCs w:val="24"/>
        </w:rPr>
        <w:t xml:space="preserve"> </w:t>
      </w:r>
      <w:proofErr w:type="spellStart"/>
      <w:r w:rsidR="001B428B" w:rsidRPr="00387AD0">
        <w:rPr>
          <w:rFonts w:cs="Times New Roman"/>
          <w:szCs w:val="24"/>
        </w:rPr>
        <w:t>Alberthiene</w:t>
      </w:r>
      <w:proofErr w:type="spellEnd"/>
      <w:r w:rsidR="00F660D2" w:rsidRPr="00387AD0">
        <w:rPr>
          <w:rFonts w:cs="Times New Roman"/>
          <w:szCs w:val="24"/>
        </w:rPr>
        <w:t xml:space="preserve"> </w:t>
      </w:r>
      <w:r w:rsidR="001B428B" w:rsidRPr="00387AD0">
        <w:rPr>
          <w:rFonts w:cs="Times New Roman"/>
          <w:szCs w:val="24"/>
        </w:rPr>
        <w:t>Endah.</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ini</w:t>
      </w:r>
      <w:proofErr w:type="spellEnd"/>
      <w:r w:rsidR="00F660D2" w:rsidRPr="00387AD0">
        <w:rPr>
          <w:rFonts w:cs="Times New Roman"/>
          <w:szCs w:val="24"/>
        </w:rPr>
        <w:t xml:space="preserve"> </w:t>
      </w:r>
      <w:proofErr w:type="spellStart"/>
      <w:r w:rsidR="001B428B" w:rsidRPr="00387AD0">
        <w:rPr>
          <w:rFonts w:cs="Times New Roman"/>
          <w:szCs w:val="24"/>
        </w:rPr>
        <w:t>mengisahkan</w:t>
      </w:r>
      <w:proofErr w:type="spellEnd"/>
      <w:r w:rsidR="00F660D2" w:rsidRPr="00387AD0">
        <w:rPr>
          <w:rFonts w:cs="Times New Roman"/>
          <w:szCs w:val="24"/>
        </w:rPr>
        <w:t xml:space="preserve"> </w:t>
      </w:r>
      <w:proofErr w:type="spellStart"/>
      <w:r w:rsidR="001B428B" w:rsidRPr="00387AD0">
        <w:rPr>
          <w:rFonts w:cs="Times New Roman"/>
          <w:szCs w:val="24"/>
        </w:rPr>
        <w:t>upaya</w:t>
      </w:r>
      <w:proofErr w:type="spellEnd"/>
      <w:r w:rsidR="00F660D2" w:rsidRPr="00387AD0">
        <w:rPr>
          <w:rFonts w:cs="Times New Roman"/>
          <w:szCs w:val="24"/>
        </w:rPr>
        <w:t xml:space="preserve"> </w:t>
      </w:r>
      <w:proofErr w:type="spellStart"/>
      <w:r w:rsidR="001B428B" w:rsidRPr="00387AD0">
        <w:rPr>
          <w:rFonts w:cs="Times New Roman"/>
          <w:szCs w:val="24"/>
        </w:rPr>
        <w:t>Presiden</w:t>
      </w:r>
      <w:proofErr w:type="spellEnd"/>
      <w:r w:rsidR="00F660D2" w:rsidRPr="00387AD0">
        <w:rPr>
          <w:rFonts w:cs="Times New Roman"/>
          <w:szCs w:val="24"/>
        </w:rPr>
        <w:t xml:space="preserve"> </w:t>
      </w:r>
      <w:r w:rsidR="001B428B" w:rsidRPr="00387AD0">
        <w:rPr>
          <w:rFonts w:cs="Times New Roman"/>
          <w:szCs w:val="24"/>
        </w:rPr>
        <w:t>Jokowi</w:t>
      </w:r>
      <w:r w:rsidR="00F660D2" w:rsidRPr="00387AD0">
        <w:rPr>
          <w:rFonts w:cs="Times New Roman"/>
          <w:szCs w:val="24"/>
        </w:rPr>
        <w:t xml:space="preserve"> </w:t>
      </w:r>
      <w:proofErr w:type="spellStart"/>
      <w:r w:rsidR="001B428B" w:rsidRPr="00387AD0">
        <w:rPr>
          <w:rFonts w:cs="Times New Roman"/>
          <w:szCs w:val="24"/>
        </w:rPr>
        <w:t>dalam</w:t>
      </w:r>
      <w:proofErr w:type="spellEnd"/>
      <w:r w:rsidR="00F660D2" w:rsidRPr="00387AD0">
        <w:rPr>
          <w:rFonts w:cs="Times New Roman"/>
          <w:szCs w:val="24"/>
        </w:rPr>
        <w:t xml:space="preserve"> </w:t>
      </w:r>
      <w:proofErr w:type="spellStart"/>
      <w:r w:rsidR="001B428B" w:rsidRPr="00387AD0">
        <w:rPr>
          <w:rFonts w:cs="Times New Roman"/>
          <w:szCs w:val="24"/>
        </w:rPr>
        <w:t>membangun</w:t>
      </w:r>
      <w:proofErr w:type="spellEnd"/>
      <w:r w:rsidR="00F660D2" w:rsidRPr="00387AD0">
        <w:rPr>
          <w:rFonts w:cs="Times New Roman"/>
          <w:szCs w:val="24"/>
        </w:rPr>
        <w:t xml:space="preserve"> </w:t>
      </w:r>
      <w:r w:rsidR="001B428B" w:rsidRPr="00387AD0">
        <w:rPr>
          <w:rFonts w:cs="Times New Roman"/>
          <w:szCs w:val="24"/>
        </w:rPr>
        <w:t>Indonesia</w:t>
      </w:r>
      <w:r w:rsidR="00F660D2" w:rsidRPr="00387AD0">
        <w:rPr>
          <w:rFonts w:cs="Times New Roman"/>
          <w:szCs w:val="24"/>
        </w:rPr>
        <w:t xml:space="preserve"> </w:t>
      </w:r>
      <w:proofErr w:type="spellStart"/>
      <w:r w:rsidR="001B428B" w:rsidRPr="00387AD0">
        <w:rPr>
          <w:rFonts w:cs="Times New Roman"/>
          <w:szCs w:val="24"/>
        </w:rPr>
        <w:t>secara</w:t>
      </w:r>
      <w:proofErr w:type="spellEnd"/>
      <w:r w:rsidR="00F660D2" w:rsidRPr="00387AD0">
        <w:rPr>
          <w:rFonts w:cs="Times New Roman"/>
          <w:szCs w:val="24"/>
        </w:rPr>
        <w:t xml:space="preserve"> </w:t>
      </w:r>
      <w:proofErr w:type="spellStart"/>
      <w:r w:rsidR="001B428B" w:rsidRPr="00387AD0">
        <w:rPr>
          <w:rFonts w:cs="Times New Roman"/>
          <w:szCs w:val="24"/>
        </w:rPr>
        <w:t>adil</w:t>
      </w:r>
      <w:proofErr w:type="spellEnd"/>
      <w:r w:rsidR="001B428B" w:rsidRPr="00387AD0">
        <w:rPr>
          <w:rFonts w:cs="Times New Roman"/>
          <w:szCs w:val="24"/>
        </w:rPr>
        <w:t>,</w:t>
      </w:r>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mendapatkan</w:t>
      </w:r>
      <w:proofErr w:type="spellEnd"/>
      <w:r w:rsidR="00F660D2" w:rsidRPr="00387AD0">
        <w:rPr>
          <w:rFonts w:cs="Times New Roman"/>
          <w:szCs w:val="24"/>
        </w:rPr>
        <w:t xml:space="preserve"> </w:t>
      </w:r>
      <w:r w:rsidR="001B428B" w:rsidRPr="00387AD0">
        <w:rPr>
          <w:rFonts w:cs="Times New Roman"/>
          <w:szCs w:val="24"/>
        </w:rPr>
        <w:t>rating</w:t>
      </w:r>
      <w:r w:rsidR="00F660D2" w:rsidRPr="00387AD0">
        <w:rPr>
          <w:rFonts w:cs="Times New Roman"/>
          <w:szCs w:val="24"/>
        </w:rPr>
        <w:t xml:space="preserve"> </w:t>
      </w:r>
      <w:proofErr w:type="spellStart"/>
      <w:r w:rsidR="001B428B" w:rsidRPr="00387AD0">
        <w:rPr>
          <w:rFonts w:cs="Times New Roman"/>
          <w:szCs w:val="24"/>
        </w:rPr>
        <w:t>sempurna</w:t>
      </w:r>
      <w:proofErr w:type="spellEnd"/>
      <w:r w:rsidR="00F660D2" w:rsidRPr="00387AD0">
        <w:rPr>
          <w:rFonts w:cs="Times New Roman"/>
          <w:szCs w:val="24"/>
        </w:rPr>
        <w:t xml:space="preserve"> </w:t>
      </w:r>
      <w:proofErr w:type="spellStart"/>
      <w:r w:rsidR="001B428B" w:rsidRPr="00387AD0">
        <w:rPr>
          <w:rFonts w:cs="Times New Roman"/>
          <w:szCs w:val="24"/>
        </w:rPr>
        <w:t>yaitu</w:t>
      </w:r>
      <w:proofErr w:type="spellEnd"/>
      <w:r w:rsidR="00F660D2" w:rsidRPr="00387AD0">
        <w:rPr>
          <w:rFonts w:cs="Times New Roman"/>
          <w:szCs w:val="24"/>
        </w:rPr>
        <w:t xml:space="preserve"> </w:t>
      </w:r>
      <w:r w:rsidR="001B428B" w:rsidRPr="00387AD0">
        <w:rPr>
          <w:rFonts w:cs="Times New Roman"/>
          <w:szCs w:val="24"/>
        </w:rPr>
        <w:t>5.0.</w:t>
      </w:r>
      <w:r w:rsidR="00F660D2" w:rsidRPr="00387AD0">
        <w:rPr>
          <w:rFonts w:cs="Times New Roman"/>
          <w:szCs w:val="24"/>
        </w:rPr>
        <w:t xml:space="preserve"> </w:t>
      </w:r>
      <w:proofErr w:type="spellStart"/>
      <w:r w:rsidR="001B428B" w:rsidRPr="00387AD0">
        <w:rPr>
          <w:rFonts w:cs="Times New Roman"/>
          <w:szCs w:val="24"/>
        </w:rPr>
        <w:t>Selanjutnya</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kedua</w:t>
      </w:r>
      <w:proofErr w:type="spellEnd"/>
      <w:r w:rsidR="00F660D2" w:rsidRPr="00387AD0">
        <w:rPr>
          <w:rFonts w:cs="Times New Roman"/>
          <w:szCs w:val="24"/>
        </w:rPr>
        <w:t xml:space="preserve"> </w:t>
      </w:r>
      <w:proofErr w:type="spellStart"/>
      <w:r w:rsidR="001B428B" w:rsidRPr="00387AD0">
        <w:rPr>
          <w:rFonts w:cs="Times New Roman"/>
          <w:szCs w:val="24"/>
        </w:rPr>
        <w:t>berjudul</w:t>
      </w:r>
      <w:proofErr w:type="spellEnd"/>
      <w:r w:rsidR="00F660D2" w:rsidRPr="00387AD0">
        <w:rPr>
          <w:rFonts w:cs="Times New Roman"/>
          <w:szCs w:val="24"/>
        </w:rPr>
        <w:t xml:space="preserve"> </w:t>
      </w:r>
      <w:proofErr w:type="spellStart"/>
      <w:r w:rsidR="001B428B" w:rsidRPr="00387AD0">
        <w:rPr>
          <w:rFonts w:cs="Times New Roman"/>
          <w:szCs w:val="24"/>
        </w:rPr>
        <w:t>Landak</w:t>
      </w:r>
      <w:proofErr w:type="spellEnd"/>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r w:rsidR="001B428B" w:rsidRPr="00387AD0">
        <w:rPr>
          <w:rFonts w:cs="Times New Roman"/>
          <w:szCs w:val="24"/>
        </w:rPr>
        <w:t>Benda</w:t>
      </w:r>
      <w:r w:rsidR="00F660D2" w:rsidRPr="00387AD0">
        <w:rPr>
          <w:rFonts w:cs="Times New Roman"/>
          <w:szCs w:val="24"/>
        </w:rPr>
        <w:t xml:space="preserve"> </w:t>
      </w:r>
      <w:proofErr w:type="spellStart"/>
      <w:r w:rsidR="001B428B" w:rsidRPr="00387AD0">
        <w:rPr>
          <w:rFonts w:cs="Times New Roman"/>
          <w:szCs w:val="24"/>
        </w:rPr>
        <w:t>Berduri</w:t>
      </w:r>
      <w:proofErr w:type="spellEnd"/>
      <w:r w:rsidR="00F660D2" w:rsidRPr="00387AD0">
        <w:rPr>
          <w:rFonts w:cs="Times New Roman"/>
          <w:szCs w:val="24"/>
        </w:rPr>
        <w:t xml:space="preserve"> </w:t>
      </w:r>
      <w:proofErr w:type="spellStart"/>
      <w:r w:rsidR="001B428B" w:rsidRPr="00387AD0">
        <w:rPr>
          <w:rFonts w:cs="Times New Roman"/>
          <w:szCs w:val="24"/>
        </w:rPr>
        <w:t>ditulis</w:t>
      </w:r>
      <w:proofErr w:type="spellEnd"/>
      <w:r w:rsidR="00F660D2" w:rsidRPr="00387AD0">
        <w:rPr>
          <w:rFonts w:cs="Times New Roman"/>
          <w:szCs w:val="24"/>
        </w:rPr>
        <w:t xml:space="preserve"> </w:t>
      </w:r>
      <w:r w:rsidR="001B428B" w:rsidRPr="00387AD0">
        <w:rPr>
          <w:rFonts w:cs="Times New Roman"/>
          <w:szCs w:val="24"/>
        </w:rPr>
        <w:t>oleh</w:t>
      </w:r>
      <w:r w:rsidR="00F660D2" w:rsidRPr="00387AD0">
        <w:rPr>
          <w:rFonts w:cs="Times New Roman"/>
          <w:szCs w:val="24"/>
        </w:rPr>
        <w:t xml:space="preserve"> </w:t>
      </w:r>
      <w:proofErr w:type="spellStart"/>
      <w:r w:rsidR="001B428B" w:rsidRPr="00387AD0">
        <w:rPr>
          <w:rFonts w:cs="Times New Roman"/>
          <w:szCs w:val="24"/>
        </w:rPr>
        <w:t>awi</w:t>
      </w:r>
      <w:proofErr w:type="spellEnd"/>
      <w:r w:rsidR="00F660D2" w:rsidRPr="00387AD0">
        <w:rPr>
          <w:rFonts w:cs="Times New Roman"/>
          <w:szCs w:val="24"/>
        </w:rPr>
        <w:t xml:space="preserve"> </w:t>
      </w:r>
      <w:proofErr w:type="spellStart"/>
      <w:r w:rsidR="001B428B" w:rsidRPr="00387AD0">
        <w:rPr>
          <w:rFonts w:cs="Times New Roman"/>
          <w:szCs w:val="24"/>
        </w:rPr>
        <w:t>s.kom</w:t>
      </w:r>
      <w:proofErr w:type="spellEnd"/>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M.gpt</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ini</w:t>
      </w:r>
      <w:proofErr w:type="spellEnd"/>
      <w:r w:rsidR="00F660D2" w:rsidRPr="00387AD0">
        <w:rPr>
          <w:rFonts w:cs="Times New Roman"/>
          <w:szCs w:val="24"/>
        </w:rPr>
        <w:t xml:space="preserve"> </w:t>
      </w:r>
      <w:proofErr w:type="spellStart"/>
      <w:r w:rsidR="001B428B" w:rsidRPr="00387AD0">
        <w:rPr>
          <w:rFonts w:cs="Times New Roman"/>
          <w:szCs w:val="24"/>
        </w:rPr>
        <w:t>merupakan</w:t>
      </w:r>
      <w:proofErr w:type="spellEnd"/>
      <w:r w:rsidR="00F660D2" w:rsidRPr="00387AD0">
        <w:rPr>
          <w:rFonts w:cs="Times New Roman"/>
          <w:szCs w:val="24"/>
        </w:rPr>
        <w:t xml:space="preserve"> </w:t>
      </w:r>
      <w:proofErr w:type="spellStart"/>
      <w:r w:rsidR="001B428B" w:rsidRPr="00387AD0">
        <w:rPr>
          <w:rFonts w:cs="Times New Roman"/>
          <w:szCs w:val="24"/>
        </w:rPr>
        <w:t>kisah</w:t>
      </w:r>
      <w:proofErr w:type="spellEnd"/>
      <w:r w:rsidR="00F660D2" w:rsidRPr="00387AD0">
        <w:rPr>
          <w:rFonts w:cs="Times New Roman"/>
          <w:szCs w:val="24"/>
        </w:rPr>
        <w:t xml:space="preserve"> </w:t>
      </w:r>
      <w:proofErr w:type="spellStart"/>
      <w:r w:rsidR="001B428B" w:rsidRPr="00387AD0">
        <w:rPr>
          <w:rFonts w:cs="Times New Roman"/>
          <w:szCs w:val="24"/>
        </w:rPr>
        <w:t>lucu</w:t>
      </w:r>
      <w:proofErr w:type="spellEnd"/>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berkaitan</w:t>
      </w:r>
      <w:proofErr w:type="spellEnd"/>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proofErr w:type="spellStart"/>
      <w:r w:rsidR="001B428B" w:rsidRPr="00387AD0">
        <w:rPr>
          <w:rFonts w:cs="Times New Roman"/>
          <w:szCs w:val="24"/>
        </w:rPr>
        <w:t>binatang</w:t>
      </w:r>
      <w:proofErr w:type="spellEnd"/>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tumbuhan</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namun</w:t>
      </w:r>
      <w:proofErr w:type="spellEnd"/>
      <w:r w:rsidR="00F660D2" w:rsidRPr="00387AD0">
        <w:rPr>
          <w:rFonts w:cs="Times New Roman"/>
          <w:szCs w:val="24"/>
        </w:rPr>
        <w:t xml:space="preserve"> </w:t>
      </w:r>
      <w:proofErr w:type="spellStart"/>
      <w:r w:rsidR="001B428B" w:rsidRPr="00387AD0">
        <w:rPr>
          <w:rFonts w:cs="Times New Roman"/>
          <w:szCs w:val="24"/>
        </w:rPr>
        <w:t>hanya</w:t>
      </w:r>
      <w:proofErr w:type="spellEnd"/>
      <w:r w:rsidR="00F660D2" w:rsidRPr="00387AD0">
        <w:rPr>
          <w:rFonts w:cs="Times New Roman"/>
          <w:szCs w:val="24"/>
        </w:rPr>
        <w:t xml:space="preserve"> </w:t>
      </w:r>
      <w:proofErr w:type="spellStart"/>
      <w:r w:rsidR="001B428B" w:rsidRPr="00387AD0">
        <w:rPr>
          <w:rFonts w:cs="Times New Roman"/>
          <w:szCs w:val="24"/>
        </w:rPr>
        <w:t>mendapatkan</w:t>
      </w:r>
      <w:proofErr w:type="spellEnd"/>
      <w:r w:rsidR="00F660D2" w:rsidRPr="00387AD0">
        <w:rPr>
          <w:rFonts w:cs="Times New Roman"/>
          <w:szCs w:val="24"/>
        </w:rPr>
        <w:t xml:space="preserve"> </w:t>
      </w:r>
      <w:r w:rsidR="001B428B" w:rsidRPr="00387AD0">
        <w:rPr>
          <w:rFonts w:cs="Times New Roman"/>
          <w:szCs w:val="24"/>
        </w:rPr>
        <w:t>rating</w:t>
      </w:r>
      <w:r w:rsidR="00F660D2" w:rsidRPr="00387AD0">
        <w:rPr>
          <w:rFonts w:cs="Times New Roman"/>
          <w:szCs w:val="24"/>
        </w:rPr>
        <w:t xml:space="preserve"> </w:t>
      </w:r>
      <w:r w:rsidR="001B428B" w:rsidRPr="00387AD0">
        <w:rPr>
          <w:rFonts w:cs="Times New Roman"/>
          <w:szCs w:val="24"/>
        </w:rPr>
        <w:t>0.5.</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ketiga</w:t>
      </w:r>
      <w:proofErr w:type="spellEnd"/>
      <w:r w:rsidR="00F660D2" w:rsidRPr="00387AD0">
        <w:rPr>
          <w:rFonts w:cs="Times New Roman"/>
          <w:szCs w:val="24"/>
        </w:rPr>
        <w:t xml:space="preserve"> </w:t>
      </w:r>
      <w:proofErr w:type="spellStart"/>
      <w:r w:rsidR="001B428B" w:rsidRPr="00387AD0">
        <w:rPr>
          <w:rFonts w:cs="Times New Roman"/>
          <w:szCs w:val="24"/>
        </w:rPr>
        <w:t>berjudul</w:t>
      </w:r>
      <w:proofErr w:type="spellEnd"/>
      <w:r w:rsidR="00F660D2" w:rsidRPr="00387AD0">
        <w:rPr>
          <w:rFonts w:cs="Times New Roman"/>
          <w:szCs w:val="24"/>
        </w:rPr>
        <w:t xml:space="preserve"> </w:t>
      </w:r>
      <w:r w:rsidR="001B428B" w:rsidRPr="00387AD0">
        <w:rPr>
          <w:rFonts w:cs="Times New Roman"/>
          <w:szCs w:val="24"/>
        </w:rPr>
        <w:t>Bulan</w:t>
      </w:r>
      <w:r w:rsidR="00F660D2" w:rsidRPr="00387AD0">
        <w:rPr>
          <w:rFonts w:cs="Times New Roman"/>
          <w:szCs w:val="24"/>
        </w:rPr>
        <w:t xml:space="preserve"> </w:t>
      </w:r>
      <w:proofErr w:type="spellStart"/>
      <w:r w:rsidR="001B428B" w:rsidRPr="00387AD0">
        <w:rPr>
          <w:rFonts w:cs="Times New Roman"/>
          <w:szCs w:val="24"/>
        </w:rPr>
        <w:t>karya</w:t>
      </w:r>
      <w:proofErr w:type="spellEnd"/>
      <w:r w:rsidR="00F660D2" w:rsidRPr="00387AD0">
        <w:rPr>
          <w:rFonts w:cs="Times New Roman"/>
          <w:szCs w:val="24"/>
        </w:rPr>
        <w:t xml:space="preserve"> </w:t>
      </w:r>
      <w:r w:rsidR="001B428B" w:rsidRPr="00387AD0">
        <w:rPr>
          <w:rFonts w:cs="Times New Roman"/>
          <w:szCs w:val="24"/>
        </w:rPr>
        <w:t>Tere</w:t>
      </w:r>
      <w:r w:rsidR="00F660D2" w:rsidRPr="00387AD0">
        <w:rPr>
          <w:rFonts w:cs="Times New Roman"/>
          <w:szCs w:val="24"/>
        </w:rPr>
        <w:t xml:space="preserve"> </w:t>
      </w:r>
      <w:r w:rsidR="001B428B" w:rsidRPr="00387AD0">
        <w:rPr>
          <w:rFonts w:cs="Times New Roman"/>
          <w:szCs w:val="24"/>
        </w:rPr>
        <w:t>Liye,</w:t>
      </w:r>
      <w:r w:rsidR="00F660D2" w:rsidRPr="00387AD0">
        <w:rPr>
          <w:rFonts w:cs="Times New Roman"/>
          <w:szCs w:val="24"/>
        </w:rPr>
        <w:t xml:space="preserve"> </w:t>
      </w:r>
      <w:proofErr w:type="spellStart"/>
      <w:r w:rsidR="001B428B" w:rsidRPr="00387AD0">
        <w:rPr>
          <w:rFonts w:cs="Times New Roman"/>
          <w:szCs w:val="24"/>
        </w:rPr>
        <w:t>bercerita</w:t>
      </w:r>
      <w:proofErr w:type="spellEnd"/>
      <w:r w:rsidR="00F660D2" w:rsidRPr="00387AD0">
        <w:rPr>
          <w:rFonts w:cs="Times New Roman"/>
          <w:szCs w:val="24"/>
        </w:rPr>
        <w:t xml:space="preserve"> </w:t>
      </w:r>
      <w:proofErr w:type="spellStart"/>
      <w:r w:rsidR="001B428B" w:rsidRPr="00387AD0">
        <w:rPr>
          <w:rFonts w:cs="Times New Roman"/>
          <w:szCs w:val="24"/>
        </w:rPr>
        <w:t>tentang</w:t>
      </w:r>
      <w:proofErr w:type="spellEnd"/>
      <w:r w:rsidR="00F660D2" w:rsidRPr="00387AD0">
        <w:rPr>
          <w:rFonts w:cs="Times New Roman"/>
          <w:szCs w:val="24"/>
        </w:rPr>
        <w:t xml:space="preserve"> </w:t>
      </w:r>
      <w:proofErr w:type="spellStart"/>
      <w:r w:rsidR="001B428B" w:rsidRPr="00387AD0">
        <w:rPr>
          <w:rFonts w:cs="Times New Roman"/>
          <w:szCs w:val="24"/>
        </w:rPr>
        <w:t>tokoh</w:t>
      </w:r>
      <w:proofErr w:type="spellEnd"/>
      <w:r w:rsidR="00F660D2" w:rsidRPr="00387AD0">
        <w:rPr>
          <w:rFonts w:cs="Times New Roman"/>
          <w:szCs w:val="24"/>
        </w:rPr>
        <w:t xml:space="preserve"> </w:t>
      </w:r>
      <w:proofErr w:type="spellStart"/>
      <w:r w:rsidR="001B428B" w:rsidRPr="00387AD0">
        <w:rPr>
          <w:rFonts w:cs="Times New Roman"/>
          <w:szCs w:val="24"/>
        </w:rPr>
        <w:t>bernama</w:t>
      </w:r>
      <w:proofErr w:type="spellEnd"/>
      <w:r w:rsidR="00F660D2" w:rsidRPr="00387AD0">
        <w:rPr>
          <w:rFonts w:cs="Times New Roman"/>
          <w:szCs w:val="24"/>
        </w:rPr>
        <w:t xml:space="preserve"> </w:t>
      </w:r>
      <w:r w:rsidR="001B428B" w:rsidRPr="00387AD0">
        <w:rPr>
          <w:rFonts w:cs="Times New Roman"/>
          <w:szCs w:val="24"/>
        </w:rPr>
        <w:t>Seli,</w:t>
      </w:r>
      <w:r w:rsidR="00F660D2" w:rsidRPr="00387AD0">
        <w:rPr>
          <w:rFonts w:cs="Times New Roman"/>
          <w:szCs w:val="24"/>
        </w:rPr>
        <w:t xml:space="preserve"> </w:t>
      </w:r>
      <w:proofErr w:type="spellStart"/>
      <w:r w:rsidR="001B428B" w:rsidRPr="00387AD0">
        <w:rPr>
          <w:rFonts w:cs="Times New Roman"/>
          <w:szCs w:val="24"/>
        </w:rPr>
        <w:t>seorang</w:t>
      </w:r>
      <w:proofErr w:type="spellEnd"/>
      <w:r w:rsidR="00F660D2" w:rsidRPr="00387AD0">
        <w:rPr>
          <w:rFonts w:cs="Times New Roman"/>
          <w:szCs w:val="24"/>
        </w:rPr>
        <w:t xml:space="preserve"> </w:t>
      </w:r>
      <w:proofErr w:type="spellStart"/>
      <w:r w:rsidR="001B428B" w:rsidRPr="00387AD0">
        <w:rPr>
          <w:rFonts w:cs="Times New Roman"/>
          <w:szCs w:val="24"/>
        </w:rPr>
        <w:t>remaja</w:t>
      </w:r>
      <w:proofErr w:type="spellEnd"/>
      <w:r w:rsidR="00F660D2" w:rsidRPr="00387AD0">
        <w:rPr>
          <w:rFonts w:cs="Times New Roman"/>
          <w:szCs w:val="24"/>
        </w:rPr>
        <w:t xml:space="preserve"> </w:t>
      </w:r>
      <w:proofErr w:type="spellStart"/>
      <w:r w:rsidR="001B428B" w:rsidRPr="00387AD0">
        <w:rPr>
          <w:rFonts w:cs="Times New Roman"/>
          <w:szCs w:val="24"/>
        </w:rPr>
        <w:t>berusia</w:t>
      </w:r>
      <w:proofErr w:type="spellEnd"/>
      <w:r w:rsidR="00F660D2" w:rsidRPr="00387AD0">
        <w:rPr>
          <w:rFonts w:cs="Times New Roman"/>
          <w:szCs w:val="24"/>
        </w:rPr>
        <w:t xml:space="preserve"> </w:t>
      </w:r>
      <w:r w:rsidR="001B428B" w:rsidRPr="00387AD0">
        <w:rPr>
          <w:rFonts w:cs="Times New Roman"/>
          <w:szCs w:val="24"/>
        </w:rPr>
        <w:t>15</w:t>
      </w:r>
      <w:r w:rsidR="00F660D2" w:rsidRPr="00387AD0">
        <w:rPr>
          <w:rFonts w:cs="Times New Roman"/>
          <w:szCs w:val="24"/>
        </w:rPr>
        <w:t xml:space="preserve"> </w:t>
      </w:r>
      <w:proofErr w:type="spellStart"/>
      <w:r w:rsidR="001B428B" w:rsidRPr="00387AD0">
        <w:rPr>
          <w:rFonts w:cs="Times New Roman"/>
          <w:szCs w:val="24"/>
        </w:rPr>
        <w:t>tahun</w:t>
      </w:r>
      <w:proofErr w:type="spellEnd"/>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proofErr w:type="spellStart"/>
      <w:r w:rsidR="001B428B" w:rsidRPr="00387AD0">
        <w:rPr>
          <w:rFonts w:cs="Times New Roman"/>
          <w:szCs w:val="24"/>
        </w:rPr>
        <w:t>kekuatan</w:t>
      </w:r>
      <w:proofErr w:type="spellEnd"/>
      <w:r w:rsidR="00F660D2" w:rsidRPr="00387AD0">
        <w:rPr>
          <w:rFonts w:cs="Times New Roman"/>
          <w:szCs w:val="24"/>
        </w:rPr>
        <w:t xml:space="preserve"> </w:t>
      </w:r>
      <w:proofErr w:type="spellStart"/>
      <w:r w:rsidR="001B428B" w:rsidRPr="00387AD0">
        <w:rPr>
          <w:rFonts w:cs="Times New Roman"/>
          <w:szCs w:val="24"/>
        </w:rPr>
        <w:t>khusus</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ini</w:t>
      </w:r>
      <w:proofErr w:type="spellEnd"/>
      <w:r w:rsidR="00F660D2" w:rsidRPr="00387AD0">
        <w:rPr>
          <w:rFonts w:cs="Times New Roman"/>
          <w:szCs w:val="24"/>
        </w:rPr>
        <w:t xml:space="preserve"> </w:t>
      </w:r>
      <w:proofErr w:type="spellStart"/>
      <w:r w:rsidR="001B428B" w:rsidRPr="00387AD0">
        <w:rPr>
          <w:rFonts w:cs="Times New Roman"/>
          <w:szCs w:val="24"/>
        </w:rPr>
        <w:t>memiliki</w:t>
      </w:r>
      <w:proofErr w:type="spellEnd"/>
      <w:r w:rsidR="00F660D2" w:rsidRPr="00387AD0">
        <w:rPr>
          <w:rFonts w:cs="Times New Roman"/>
          <w:szCs w:val="24"/>
        </w:rPr>
        <w:t xml:space="preserve"> </w:t>
      </w:r>
      <w:r w:rsidR="001B428B" w:rsidRPr="00387AD0">
        <w:rPr>
          <w:rFonts w:cs="Times New Roman"/>
          <w:szCs w:val="24"/>
        </w:rPr>
        <w:t>rating</w:t>
      </w:r>
      <w:r w:rsidR="00F660D2" w:rsidRPr="00387AD0">
        <w:rPr>
          <w:rFonts w:cs="Times New Roman"/>
          <w:szCs w:val="24"/>
        </w:rPr>
        <w:t xml:space="preserve"> </w:t>
      </w:r>
      <w:proofErr w:type="spellStart"/>
      <w:r w:rsidR="001B428B" w:rsidRPr="00387AD0">
        <w:rPr>
          <w:rFonts w:cs="Times New Roman"/>
          <w:szCs w:val="24"/>
        </w:rPr>
        <w:t>tinggi</w:t>
      </w:r>
      <w:proofErr w:type="spellEnd"/>
      <w:r w:rsidR="00F660D2" w:rsidRPr="00387AD0">
        <w:rPr>
          <w:rFonts w:cs="Times New Roman"/>
          <w:szCs w:val="24"/>
        </w:rPr>
        <w:t xml:space="preserve"> </w:t>
      </w:r>
      <w:proofErr w:type="spellStart"/>
      <w:r w:rsidR="001B428B" w:rsidRPr="00387AD0">
        <w:rPr>
          <w:rFonts w:cs="Times New Roman"/>
          <w:szCs w:val="24"/>
        </w:rPr>
        <w:t>sebesar</w:t>
      </w:r>
      <w:proofErr w:type="spellEnd"/>
      <w:r w:rsidR="00F660D2" w:rsidRPr="00387AD0">
        <w:rPr>
          <w:rFonts w:cs="Times New Roman"/>
          <w:szCs w:val="24"/>
        </w:rPr>
        <w:t xml:space="preserve"> </w:t>
      </w:r>
      <w:r w:rsidR="001B428B" w:rsidRPr="00387AD0">
        <w:rPr>
          <w:rFonts w:cs="Times New Roman"/>
          <w:szCs w:val="24"/>
        </w:rPr>
        <w:t>4.2.</w:t>
      </w:r>
      <w:r w:rsidR="00F660D2" w:rsidRPr="00387AD0">
        <w:rPr>
          <w:rFonts w:cs="Times New Roman"/>
          <w:szCs w:val="24"/>
        </w:rPr>
        <w:t xml:space="preserve"> </w:t>
      </w:r>
      <w:proofErr w:type="spellStart"/>
      <w:r w:rsidR="001B428B" w:rsidRPr="00387AD0">
        <w:rPr>
          <w:rFonts w:cs="Times New Roman"/>
          <w:szCs w:val="24"/>
        </w:rPr>
        <w:t>Terakhir</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t>keempat</w:t>
      </w:r>
      <w:proofErr w:type="spellEnd"/>
      <w:r w:rsidR="00F660D2" w:rsidRPr="00387AD0">
        <w:rPr>
          <w:rFonts w:cs="Times New Roman"/>
          <w:szCs w:val="24"/>
        </w:rPr>
        <w:t xml:space="preserve"> </w:t>
      </w:r>
      <w:proofErr w:type="spellStart"/>
      <w:r w:rsidR="001B428B" w:rsidRPr="00387AD0">
        <w:rPr>
          <w:rFonts w:cs="Times New Roman"/>
          <w:szCs w:val="24"/>
        </w:rPr>
        <w:t>berjudul</w:t>
      </w:r>
      <w:proofErr w:type="spellEnd"/>
      <w:r w:rsidR="00F660D2" w:rsidRPr="00387AD0">
        <w:rPr>
          <w:rFonts w:cs="Times New Roman"/>
          <w:szCs w:val="24"/>
        </w:rPr>
        <w:t xml:space="preserve"> </w:t>
      </w:r>
      <w:proofErr w:type="spellStart"/>
      <w:r w:rsidR="001B428B" w:rsidRPr="00387AD0">
        <w:rPr>
          <w:rFonts w:cs="Times New Roman"/>
          <w:szCs w:val="24"/>
        </w:rPr>
        <w:t>Petualangan</w:t>
      </w:r>
      <w:proofErr w:type="spellEnd"/>
      <w:r w:rsidR="00F660D2" w:rsidRPr="00387AD0">
        <w:rPr>
          <w:rFonts w:cs="Times New Roman"/>
          <w:szCs w:val="24"/>
        </w:rPr>
        <w:t xml:space="preserve"> </w:t>
      </w:r>
      <w:proofErr w:type="spellStart"/>
      <w:r w:rsidR="001B428B" w:rsidRPr="00387AD0">
        <w:rPr>
          <w:rFonts w:cs="Times New Roman"/>
          <w:szCs w:val="24"/>
        </w:rPr>
        <w:t>si</w:t>
      </w:r>
      <w:proofErr w:type="spellEnd"/>
      <w:r w:rsidR="00F660D2" w:rsidRPr="00387AD0">
        <w:rPr>
          <w:rFonts w:cs="Times New Roman"/>
          <w:szCs w:val="24"/>
        </w:rPr>
        <w:t xml:space="preserve"> </w:t>
      </w:r>
      <w:r w:rsidR="001B428B" w:rsidRPr="00387AD0">
        <w:rPr>
          <w:rFonts w:cs="Times New Roman"/>
          <w:szCs w:val="24"/>
        </w:rPr>
        <w:t>Rusa</w:t>
      </w:r>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Harimau</w:t>
      </w:r>
      <w:proofErr w:type="spellEnd"/>
      <w:r w:rsidR="001B428B" w:rsidRPr="00387AD0">
        <w:rPr>
          <w:rFonts w:cs="Times New Roman"/>
          <w:szCs w:val="24"/>
        </w:rPr>
        <w:t>,</w:t>
      </w:r>
      <w:r w:rsidR="00F660D2" w:rsidRPr="00387AD0">
        <w:rPr>
          <w:rFonts w:cs="Times New Roman"/>
          <w:szCs w:val="24"/>
        </w:rPr>
        <w:t xml:space="preserve"> </w:t>
      </w:r>
      <w:r w:rsidR="001B428B" w:rsidRPr="00387AD0">
        <w:rPr>
          <w:rFonts w:cs="Times New Roman"/>
          <w:szCs w:val="24"/>
        </w:rPr>
        <w:t>juga</w:t>
      </w:r>
      <w:r w:rsidR="00F660D2" w:rsidRPr="00387AD0">
        <w:rPr>
          <w:rFonts w:cs="Times New Roman"/>
          <w:szCs w:val="24"/>
        </w:rPr>
        <w:t xml:space="preserve"> </w:t>
      </w:r>
      <w:proofErr w:type="spellStart"/>
      <w:r w:rsidR="001B428B" w:rsidRPr="00387AD0">
        <w:rPr>
          <w:rFonts w:cs="Times New Roman"/>
          <w:szCs w:val="24"/>
        </w:rPr>
        <w:t>ditulis</w:t>
      </w:r>
      <w:proofErr w:type="spellEnd"/>
      <w:r w:rsidR="00F660D2" w:rsidRPr="00387AD0">
        <w:rPr>
          <w:rFonts w:cs="Times New Roman"/>
          <w:szCs w:val="24"/>
        </w:rPr>
        <w:t xml:space="preserve"> </w:t>
      </w:r>
      <w:r w:rsidR="001B428B" w:rsidRPr="00387AD0">
        <w:rPr>
          <w:rFonts w:cs="Times New Roman"/>
          <w:szCs w:val="24"/>
        </w:rPr>
        <w:t>oleh</w:t>
      </w:r>
      <w:r w:rsidR="00F660D2" w:rsidRPr="00387AD0">
        <w:rPr>
          <w:rFonts w:cs="Times New Roman"/>
          <w:szCs w:val="24"/>
        </w:rPr>
        <w:t xml:space="preserve"> </w:t>
      </w:r>
      <w:proofErr w:type="spellStart"/>
      <w:r w:rsidR="001B428B" w:rsidRPr="00387AD0">
        <w:rPr>
          <w:rFonts w:cs="Times New Roman"/>
          <w:szCs w:val="24"/>
        </w:rPr>
        <w:t>awi</w:t>
      </w:r>
      <w:proofErr w:type="spellEnd"/>
      <w:r w:rsidR="00F660D2" w:rsidRPr="00387AD0">
        <w:rPr>
          <w:rFonts w:cs="Times New Roman"/>
          <w:szCs w:val="24"/>
        </w:rPr>
        <w:t xml:space="preserve"> </w:t>
      </w:r>
      <w:proofErr w:type="spellStart"/>
      <w:r w:rsidR="001B428B" w:rsidRPr="00387AD0">
        <w:rPr>
          <w:rFonts w:cs="Times New Roman"/>
          <w:szCs w:val="24"/>
        </w:rPr>
        <w:t>s.kom</w:t>
      </w:r>
      <w:proofErr w:type="spellEnd"/>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proofErr w:type="spellStart"/>
      <w:r w:rsidR="001B428B" w:rsidRPr="00387AD0">
        <w:rPr>
          <w:rFonts w:cs="Times New Roman"/>
          <w:szCs w:val="24"/>
        </w:rPr>
        <w:t>M.gpt</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berisi</w:t>
      </w:r>
      <w:proofErr w:type="spellEnd"/>
      <w:r w:rsidR="00F660D2" w:rsidRPr="00387AD0">
        <w:rPr>
          <w:rFonts w:cs="Times New Roman"/>
          <w:szCs w:val="24"/>
        </w:rPr>
        <w:t xml:space="preserve"> </w:t>
      </w:r>
      <w:proofErr w:type="spellStart"/>
      <w:r w:rsidR="001B428B" w:rsidRPr="00387AD0">
        <w:rPr>
          <w:rFonts w:cs="Times New Roman"/>
          <w:szCs w:val="24"/>
        </w:rPr>
        <w:t>kisah</w:t>
      </w:r>
      <w:proofErr w:type="spellEnd"/>
      <w:r w:rsidR="00F660D2" w:rsidRPr="00387AD0">
        <w:rPr>
          <w:rFonts w:cs="Times New Roman"/>
          <w:szCs w:val="24"/>
        </w:rPr>
        <w:t xml:space="preserve"> </w:t>
      </w:r>
      <w:proofErr w:type="spellStart"/>
      <w:r w:rsidR="001B428B" w:rsidRPr="00387AD0">
        <w:rPr>
          <w:rFonts w:cs="Times New Roman"/>
          <w:szCs w:val="24"/>
        </w:rPr>
        <w:t>petualangan</w:t>
      </w:r>
      <w:proofErr w:type="spellEnd"/>
      <w:r w:rsidR="00F660D2" w:rsidRPr="00387AD0">
        <w:rPr>
          <w:rFonts w:cs="Times New Roman"/>
          <w:szCs w:val="24"/>
        </w:rPr>
        <w:t xml:space="preserve"> </w:t>
      </w:r>
      <w:proofErr w:type="spellStart"/>
      <w:r w:rsidR="001B428B" w:rsidRPr="00387AD0">
        <w:rPr>
          <w:rFonts w:cs="Times New Roman"/>
          <w:szCs w:val="24"/>
        </w:rPr>
        <w:t>seru</w:t>
      </w:r>
      <w:proofErr w:type="spellEnd"/>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penuh</w:t>
      </w:r>
      <w:proofErr w:type="spellEnd"/>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proofErr w:type="spellStart"/>
      <w:r w:rsidR="001B428B" w:rsidRPr="00387AD0">
        <w:rPr>
          <w:rFonts w:cs="Times New Roman"/>
          <w:szCs w:val="24"/>
        </w:rPr>
        <w:t>nilai-nilai</w:t>
      </w:r>
      <w:proofErr w:type="spellEnd"/>
      <w:r w:rsidR="00F660D2" w:rsidRPr="00387AD0">
        <w:rPr>
          <w:rFonts w:cs="Times New Roman"/>
          <w:szCs w:val="24"/>
        </w:rPr>
        <w:t xml:space="preserve"> </w:t>
      </w:r>
      <w:proofErr w:type="spellStart"/>
      <w:r w:rsidR="001B428B" w:rsidRPr="00387AD0">
        <w:rPr>
          <w:rFonts w:cs="Times New Roman"/>
          <w:szCs w:val="24"/>
        </w:rPr>
        <w:t>kebenaran</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r w:rsidR="001B428B" w:rsidRPr="00387AD0">
        <w:rPr>
          <w:rFonts w:cs="Times New Roman"/>
          <w:szCs w:val="24"/>
        </w:rPr>
        <w:t>rating</w:t>
      </w:r>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sama</w:t>
      </w:r>
      <w:proofErr w:type="spellEnd"/>
      <w:r w:rsidR="00F660D2" w:rsidRPr="00387AD0">
        <w:rPr>
          <w:rFonts w:cs="Times New Roman"/>
          <w:szCs w:val="24"/>
        </w:rPr>
        <w:t xml:space="preserve"> </w:t>
      </w:r>
      <w:proofErr w:type="spellStart"/>
      <w:r w:rsidR="001B428B" w:rsidRPr="00387AD0">
        <w:rPr>
          <w:rFonts w:cs="Times New Roman"/>
          <w:szCs w:val="24"/>
        </w:rPr>
        <w:t>seperti</w:t>
      </w:r>
      <w:proofErr w:type="spellEnd"/>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proofErr w:type="spellStart"/>
      <w:r w:rsidR="001B428B" w:rsidRPr="00387AD0">
        <w:rPr>
          <w:rFonts w:cs="Times New Roman"/>
          <w:szCs w:val="24"/>
        </w:rPr>
        <w:lastRenderedPageBreak/>
        <w:t>kedua</w:t>
      </w:r>
      <w:proofErr w:type="spellEnd"/>
      <w:r w:rsidR="001B428B" w:rsidRPr="00387AD0">
        <w:rPr>
          <w:rFonts w:cs="Times New Roman"/>
          <w:szCs w:val="24"/>
        </w:rPr>
        <w:t>,</w:t>
      </w:r>
      <w:r w:rsidR="00F660D2" w:rsidRPr="00387AD0">
        <w:rPr>
          <w:rFonts w:cs="Times New Roman"/>
          <w:szCs w:val="24"/>
        </w:rPr>
        <w:t xml:space="preserve"> </w:t>
      </w:r>
      <w:proofErr w:type="spellStart"/>
      <w:r w:rsidR="001B428B" w:rsidRPr="00387AD0">
        <w:rPr>
          <w:rFonts w:cs="Times New Roman"/>
          <w:szCs w:val="24"/>
        </w:rPr>
        <w:t>yaitu</w:t>
      </w:r>
      <w:proofErr w:type="spellEnd"/>
      <w:r w:rsidR="00F660D2" w:rsidRPr="00387AD0">
        <w:rPr>
          <w:rFonts w:cs="Times New Roman"/>
          <w:szCs w:val="24"/>
        </w:rPr>
        <w:t xml:space="preserve"> </w:t>
      </w:r>
      <w:r w:rsidR="001B428B" w:rsidRPr="00387AD0">
        <w:rPr>
          <w:rFonts w:cs="Times New Roman"/>
          <w:szCs w:val="24"/>
        </w:rPr>
        <w:t>0.5.</w:t>
      </w:r>
      <w:r w:rsidR="00F660D2" w:rsidRPr="00387AD0">
        <w:rPr>
          <w:rFonts w:cs="Times New Roman"/>
          <w:szCs w:val="24"/>
        </w:rPr>
        <w:t xml:space="preserve"> </w:t>
      </w:r>
      <w:r w:rsidR="001B428B" w:rsidRPr="00387AD0">
        <w:rPr>
          <w:rFonts w:cs="Times New Roman"/>
          <w:szCs w:val="24"/>
        </w:rPr>
        <w:t>Masing-masing</w:t>
      </w:r>
      <w:r w:rsidR="00F660D2" w:rsidRPr="00387AD0">
        <w:rPr>
          <w:rFonts w:cs="Times New Roman"/>
          <w:szCs w:val="24"/>
        </w:rPr>
        <w:t xml:space="preserve"> </w:t>
      </w:r>
      <w:proofErr w:type="spellStart"/>
      <w:r w:rsidR="001B428B" w:rsidRPr="00387AD0">
        <w:rPr>
          <w:rFonts w:cs="Times New Roman"/>
          <w:szCs w:val="24"/>
        </w:rPr>
        <w:t>buku</w:t>
      </w:r>
      <w:proofErr w:type="spellEnd"/>
      <w:r w:rsidR="00F660D2" w:rsidRPr="00387AD0">
        <w:rPr>
          <w:rFonts w:cs="Times New Roman"/>
          <w:szCs w:val="24"/>
        </w:rPr>
        <w:t xml:space="preserve"> </w:t>
      </w:r>
      <w:r w:rsidR="001B428B" w:rsidRPr="00387AD0">
        <w:rPr>
          <w:rFonts w:cs="Times New Roman"/>
          <w:szCs w:val="24"/>
        </w:rPr>
        <w:t>juga</w:t>
      </w:r>
      <w:r w:rsidR="00F660D2" w:rsidRPr="00387AD0">
        <w:rPr>
          <w:rFonts w:cs="Times New Roman"/>
          <w:szCs w:val="24"/>
        </w:rPr>
        <w:t xml:space="preserve"> </w:t>
      </w:r>
      <w:proofErr w:type="spellStart"/>
      <w:r w:rsidR="001B428B" w:rsidRPr="00387AD0">
        <w:rPr>
          <w:rFonts w:cs="Times New Roman"/>
          <w:szCs w:val="24"/>
        </w:rPr>
        <w:t>dilengkapi</w:t>
      </w:r>
      <w:proofErr w:type="spellEnd"/>
      <w:r w:rsidR="00F660D2" w:rsidRPr="00387AD0">
        <w:rPr>
          <w:rFonts w:cs="Times New Roman"/>
          <w:szCs w:val="24"/>
        </w:rPr>
        <w:t xml:space="preserve"> </w:t>
      </w:r>
      <w:proofErr w:type="spellStart"/>
      <w:r w:rsidR="001B428B" w:rsidRPr="00387AD0">
        <w:rPr>
          <w:rFonts w:cs="Times New Roman"/>
          <w:szCs w:val="24"/>
        </w:rPr>
        <w:t>dengan</w:t>
      </w:r>
      <w:proofErr w:type="spellEnd"/>
      <w:r w:rsidR="00F660D2" w:rsidRPr="00387AD0">
        <w:rPr>
          <w:rFonts w:cs="Times New Roman"/>
          <w:szCs w:val="24"/>
        </w:rPr>
        <w:t xml:space="preserve"> </w:t>
      </w:r>
      <w:proofErr w:type="spellStart"/>
      <w:r w:rsidR="001B428B" w:rsidRPr="00387AD0">
        <w:rPr>
          <w:rFonts w:cs="Times New Roman"/>
          <w:szCs w:val="24"/>
        </w:rPr>
        <w:t>gambar</w:t>
      </w:r>
      <w:proofErr w:type="spellEnd"/>
      <w:r w:rsidR="00F660D2" w:rsidRPr="00387AD0">
        <w:rPr>
          <w:rFonts w:cs="Times New Roman"/>
          <w:szCs w:val="24"/>
        </w:rPr>
        <w:t xml:space="preserve"> </w:t>
      </w:r>
      <w:proofErr w:type="spellStart"/>
      <w:r w:rsidR="001B428B" w:rsidRPr="00387AD0">
        <w:rPr>
          <w:rFonts w:cs="Times New Roman"/>
          <w:szCs w:val="24"/>
        </w:rPr>
        <w:t>sampul</w:t>
      </w:r>
      <w:proofErr w:type="spellEnd"/>
      <w:r w:rsidR="00F660D2" w:rsidRPr="00387AD0">
        <w:rPr>
          <w:rFonts w:cs="Times New Roman"/>
          <w:szCs w:val="24"/>
        </w:rPr>
        <w:t xml:space="preserve"> </w:t>
      </w:r>
      <w:r w:rsidR="001B428B" w:rsidRPr="00387AD0">
        <w:rPr>
          <w:rFonts w:cs="Times New Roman"/>
          <w:szCs w:val="24"/>
        </w:rPr>
        <w:t>(cover)</w:t>
      </w:r>
      <w:r w:rsidR="00F660D2" w:rsidRPr="00387AD0">
        <w:rPr>
          <w:rFonts w:cs="Times New Roman"/>
          <w:szCs w:val="24"/>
        </w:rPr>
        <w:t xml:space="preserve"> </w:t>
      </w:r>
      <w:r w:rsidR="001B428B" w:rsidRPr="00387AD0">
        <w:rPr>
          <w:rFonts w:cs="Times New Roman"/>
          <w:szCs w:val="24"/>
        </w:rPr>
        <w:t>dan</w:t>
      </w:r>
      <w:r w:rsidR="00F660D2" w:rsidRPr="00387AD0">
        <w:rPr>
          <w:rFonts w:cs="Times New Roman"/>
          <w:szCs w:val="24"/>
        </w:rPr>
        <w:t xml:space="preserve"> </w:t>
      </w:r>
      <w:r w:rsidR="001B428B" w:rsidRPr="00387AD0">
        <w:rPr>
          <w:rFonts w:cs="Times New Roman"/>
          <w:szCs w:val="24"/>
        </w:rPr>
        <w:t>file</w:t>
      </w:r>
      <w:r w:rsidR="00F660D2" w:rsidRPr="00387AD0">
        <w:rPr>
          <w:rFonts w:cs="Times New Roman"/>
          <w:szCs w:val="24"/>
        </w:rPr>
        <w:t xml:space="preserve"> </w:t>
      </w:r>
      <w:r w:rsidR="001B428B" w:rsidRPr="00387AD0">
        <w:rPr>
          <w:rFonts w:cs="Times New Roman"/>
          <w:szCs w:val="24"/>
        </w:rPr>
        <w:t>e-book</w:t>
      </w:r>
      <w:r w:rsidR="00F660D2" w:rsidRPr="00387AD0">
        <w:rPr>
          <w:rFonts w:cs="Times New Roman"/>
          <w:szCs w:val="24"/>
        </w:rPr>
        <w:t xml:space="preserve"> </w:t>
      </w:r>
      <w:r w:rsidR="001B428B" w:rsidRPr="00387AD0">
        <w:rPr>
          <w:rFonts w:cs="Times New Roman"/>
          <w:szCs w:val="24"/>
        </w:rPr>
        <w:t>yang</w:t>
      </w:r>
      <w:r w:rsidR="00F660D2" w:rsidRPr="00387AD0">
        <w:rPr>
          <w:rFonts w:cs="Times New Roman"/>
          <w:szCs w:val="24"/>
        </w:rPr>
        <w:t xml:space="preserve"> </w:t>
      </w:r>
      <w:proofErr w:type="spellStart"/>
      <w:r w:rsidR="001B428B" w:rsidRPr="00387AD0">
        <w:rPr>
          <w:rFonts w:cs="Times New Roman"/>
          <w:szCs w:val="24"/>
        </w:rPr>
        <w:t>dapat</w:t>
      </w:r>
      <w:proofErr w:type="spellEnd"/>
      <w:r w:rsidR="00F660D2" w:rsidRPr="00387AD0">
        <w:rPr>
          <w:rFonts w:cs="Times New Roman"/>
          <w:szCs w:val="24"/>
        </w:rPr>
        <w:t xml:space="preserve"> </w:t>
      </w:r>
      <w:proofErr w:type="spellStart"/>
      <w:r w:rsidR="001B428B" w:rsidRPr="00387AD0">
        <w:rPr>
          <w:rFonts w:cs="Times New Roman"/>
          <w:szCs w:val="24"/>
        </w:rPr>
        <w:t>diakses</w:t>
      </w:r>
      <w:proofErr w:type="spellEnd"/>
      <w:r w:rsidR="00F660D2" w:rsidRPr="00387AD0">
        <w:rPr>
          <w:rFonts w:cs="Times New Roman"/>
          <w:szCs w:val="24"/>
        </w:rPr>
        <w:t xml:space="preserve"> </w:t>
      </w:r>
      <w:proofErr w:type="spellStart"/>
      <w:r w:rsidR="001B428B" w:rsidRPr="00387AD0">
        <w:rPr>
          <w:rFonts w:cs="Times New Roman"/>
          <w:szCs w:val="24"/>
        </w:rPr>
        <w:t>melalui</w:t>
      </w:r>
      <w:proofErr w:type="spellEnd"/>
      <w:r w:rsidR="00F660D2" w:rsidRPr="00387AD0">
        <w:rPr>
          <w:rFonts w:cs="Times New Roman"/>
          <w:szCs w:val="24"/>
        </w:rPr>
        <w:t xml:space="preserve"> </w:t>
      </w:r>
      <w:proofErr w:type="spellStart"/>
      <w:r w:rsidR="001B428B" w:rsidRPr="00387AD0">
        <w:rPr>
          <w:rFonts w:cs="Times New Roman"/>
          <w:szCs w:val="24"/>
        </w:rPr>
        <w:t>sistem</w:t>
      </w:r>
      <w:proofErr w:type="spellEnd"/>
      <w:r w:rsidR="005B7971">
        <w:rPr>
          <w:rFonts w:cs="Times New Roman"/>
          <w:szCs w:val="24"/>
        </w:rPr>
        <w:t>.</w:t>
      </w:r>
    </w:p>
    <w:p w14:paraId="79AD37BF" w14:textId="77777777" w:rsidR="0076694C" w:rsidRPr="00387AD0" w:rsidRDefault="0076694C" w:rsidP="00FB2541">
      <w:pPr>
        <w:spacing w:line="360" w:lineRule="auto"/>
        <w:ind w:right="-427" w:firstLine="720"/>
        <w:rPr>
          <w:rFonts w:cs="Times New Roman"/>
          <w:szCs w:val="24"/>
        </w:rPr>
      </w:pPr>
    </w:p>
    <w:p w14:paraId="0A09BB31" w14:textId="7F07A97F" w:rsidR="007A347E" w:rsidRPr="00387AD0" w:rsidRDefault="007A347E" w:rsidP="00FB2541">
      <w:pPr>
        <w:pStyle w:val="Heading2"/>
        <w:numPr>
          <w:ilvl w:val="0"/>
          <w:numId w:val="27"/>
        </w:numPr>
        <w:tabs>
          <w:tab w:val="left" w:pos="-142"/>
        </w:tabs>
        <w:spacing w:before="240" w:line="360" w:lineRule="auto"/>
        <w:ind w:left="0" w:right="-427" w:firstLine="0"/>
        <w:rPr>
          <w:rFonts w:cs="Times New Roman"/>
          <w:szCs w:val="24"/>
          <w:lang w:val="id"/>
        </w:rPr>
      </w:pPr>
      <w:bookmarkStart w:id="113" w:name="_Toc205248738"/>
      <w:bookmarkStart w:id="114" w:name="_Toc205261386"/>
      <w:r w:rsidRPr="00387AD0">
        <w:rPr>
          <w:rFonts w:cs="Times New Roman"/>
          <w:szCs w:val="24"/>
          <w:lang w:val="id"/>
        </w:rPr>
        <w:t>Perancangan</w:t>
      </w:r>
      <w:r w:rsidR="00F660D2" w:rsidRPr="00387AD0">
        <w:rPr>
          <w:rFonts w:cs="Times New Roman"/>
          <w:szCs w:val="24"/>
          <w:lang w:val="id"/>
        </w:rPr>
        <w:t xml:space="preserve"> </w:t>
      </w:r>
      <w:r w:rsidR="004F419D" w:rsidRPr="004F419D">
        <w:rPr>
          <w:rFonts w:cs="Times New Roman"/>
          <w:i/>
          <w:iCs/>
          <w:szCs w:val="24"/>
          <w:lang w:val="id"/>
        </w:rPr>
        <w:t>Entity Relationship Diagram</w:t>
      </w:r>
      <w:bookmarkEnd w:id="113"/>
      <w:bookmarkEnd w:id="114"/>
    </w:p>
    <w:p w14:paraId="4A44C968" w14:textId="55718298" w:rsidR="006B381C" w:rsidRPr="00387AD0" w:rsidRDefault="009340E3" w:rsidP="00FB2541">
      <w:pPr>
        <w:spacing w:line="360" w:lineRule="auto"/>
        <w:ind w:right="-427" w:firstLine="720"/>
        <w:rPr>
          <w:rFonts w:cs="Times New Roman"/>
          <w:szCs w:val="24"/>
          <w:lang w:val="id"/>
        </w:rPr>
      </w:pPr>
      <w:r w:rsidRPr="00387AD0">
        <w:rPr>
          <w:rFonts w:cs="Times New Roman"/>
          <w:noProof/>
          <w:szCs w:val="24"/>
          <w:lang w:val="id"/>
        </w:rPr>
        <w:t>Gambar</w:t>
      </w:r>
      <w:r w:rsidR="00F660D2" w:rsidRPr="00387AD0">
        <w:rPr>
          <w:rFonts w:cs="Times New Roman"/>
          <w:noProof/>
          <w:szCs w:val="24"/>
          <w:lang w:val="id"/>
        </w:rPr>
        <w:t xml:space="preserve"> </w:t>
      </w:r>
      <w:r w:rsidRPr="00387AD0">
        <w:rPr>
          <w:rFonts w:cs="Times New Roman"/>
          <w:noProof/>
          <w:szCs w:val="24"/>
          <w:lang w:val="id"/>
        </w:rPr>
        <w:t>berikut</w:t>
      </w:r>
      <w:r w:rsidR="00F660D2" w:rsidRPr="00387AD0">
        <w:rPr>
          <w:rFonts w:cs="Times New Roman"/>
          <w:noProof/>
          <w:szCs w:val="24"/>
          <w:lang w:val="id"/>
        </w:rPr>
        <w:t xml:space="preserve"> </w:t>
      </w:r>
      <w:r w:rsidRPr="00387AD0">
        <w:rPr>
          <w:rFonts w:cs="Times New Roman"/>
          <w:noProof/>
          <w:szCs w:val="24"/>
          <w:lang w:val="id"/>
        </w:rPr>
        <w:t>menampilkan</w:t>
      </w:r>
      <w:r w:rsidR="00F660D2" w:rsidRPr="00387AD0">
        <w:rPr>
          <w:rFonts w:cs="Times New Roman"/>
          <w:noProof/>
          <w:szCs w:val="24"/>
          <w:lang w:val="id"/>
        </w:rPr>
        <w:t xml:space="preserve"> </w:t>
      </w:r>
      <w:r w:rsidRPr="00387AD0">
        <w:rPr>
          <w:rFonts w:cs="Times New Roman"/>
          <w:noProof/>
          <w:szCs w:val="24"/>
          <w:lang w:val="id"/>
        </w:rPr>
        <w:t>rancangan</w:t>
      </w:r>
      <w:r w:rsidR="00F660D2" w:rsidRPr="00387AD0">
        <w:rPr>
          <w:rFonts w:cs="Times New Roman"/>
          <w:noProof/>
          <w:szCs w:val="24"/>
          <w:lang w:val="id"/>
        </w:rPr>
        <w:t xml:space="preserve"> </w:t>
      </w:r>
      <w:r w:rsidRPr="00387AD0">
        <w:rPr>
          <w:rFonts w:cs="Times New Roman"/>
          <w:noProof/>
          <w:szCs w:val="24"/>
          <w:lang w:val="id"/>
        </w:rPr>
        <w:t>ERD</w:t>
      </w:r>
      <w:r w:rsidR="00F660D2" w:rsidRPr="00387AD0">
        <w:rPr>
          <w:rFonts w:cs="Times New Roman"/>
          <w:noProof/>
          <w:szCs w:val="24"/>
          <w:lang w:val="id"/>
        </w:rPr>
        <w:t xml:space="preserve"> </w:t>
      </w:r>
      <w:r w:rsidRPr="00387AD0">
        <w:rPr>
          <w:rFonts w:cs="Times New Roman"/>
          <w:noProof/>
          <w:szCs w:val="24"/>
          <w:lang w:val="id"/>
        </w:rPr>
        <w:t>yang</w:t>
      </w:r>
      <w:r w:rsidR="00F660D2" w:rsidRPr="00387AD0">
        <w:rPr>
          <w:rFonts w:cs="Times New Roman"/>
          <w:noProof/>
          <w:szCs w:val="24"/>
          <w:lang w:val="id"/>
        </w:rPr>
        <w:t xml:space="preserve"> </w:t>
      </w:r>
      <w:r w:rsidRPr="00387AD0">
        <w:rPr>
          <w:rFonts w:cs="Times New Roman"/>
          <w:noProof/>
          <w:szCs w:val="24"/>
          <w:lang w:val="id"/>
        </w:rPr>
        <w:t>menggambarkan</w:t>
      </w:r>
      <w:r w:rsidR="00F660D2" w:rsidRPr="00387AD0">
        <w:rPr>
          <w:rFonts w:cs="Times New Roman"/>
          <w:noProof/>
          <w:szCs w:val="24"/>
          <w:lang w:val="id"/>
        </w:rPr>
        <w:t xml:space="preserve"> </w:t>
      </w:r>
      <w:r w:rsidRPr="00387AD0">
        <w:rPr>
          <w:rFonts w:cs="Times New Roman"/>
          <w:noProof/>
          <w:szCs w:val="24"/>
          <w:lang w:val="id"/>
        </w:rPr>
        <w:t>hubungan</w:t>
      </w:r>
      <w:r w:rsidR="00F660D2" w:rsidRPr="00387AD0">
        <w:rPr>
          <w:rFonts w:cs="Times New Roman"/>
          <w:noProof/>
          <w:szCs w:val="24"/>
          <w:lang w:val="id"/>
        </w:rPr>
        <w:t xml:space="preserve"> </w:t>
      </w:r>
      <w:r w:rsidRPr="00387AD0">
        <w:rPr>
          <w:rFonts w:cs="Times New Roman"/>
          <w:noProof/>
          <w:szCs w:val="24"/>
          <w:lang w:val="id"/>
        </w:rPr>
        <w:t>antartabel</w:t>
      </w:r>
      <w:r w:rsidR="00F660D2" w:rsidRPr="00387AD0">
        <w:rPr>
          <w:rFonts w:cs="Times New Roman"/>
          <w:noProof/>
          <w:szCs w:val="24"/>
          <w:lang w:val="id"/>
        </w:rPr>
        <w:t xml:space="preserve"> </w:t>
      </w:r>
      <w:r w:rsidRPr="00387AD0">
        <w:rPr>
          <w:rFonts w:cs="Times New Roman"/>
          <w:noProof/>
          <w:szCs w:val="24"/>
          <w:lang w:val="id"/>
        </w:rPr>
        <w:t>dalam</w:t>
      </w:r>
      <w:r w:rsidR="00F660D2" w:rsidRPr="00387AD0">
        <w:rPr>
          <w:rFonts w:cs="Times New Roman"/>
          <w:noProof/>
          <w:szCs w:val="24"/>
          <w:lang w:val="id"/>
        </w:rPr>
        <w:t xml:space="preserve"> </w:t>
      </w:r>
      <w:r w:rsidRPr="00387AD0">
        <w:rPr>
          <w:rFonts w:cs="Times New Roman"/>
          <w:noProof/>
          <w:szCs w:val="24"/>
          <w:lang w:val="id"/>
        </w:rPr>
        <w:t>sistem</w:t>
      </w:r>
      <w:r w:rsidR="00F660D2" w:rsidRPr="00387AD0">
        <w:rPr>
          <w:rFonts w:cs="Times New Roman"/>
          <w:noProof/>
          <w:szCs w:val="24"/>
          <w:lang w:val="id"/>
        </w:rPr>
        <w:t xml:space="preserve"> </w:t>
      </w:r>
      <w:r w:rsidRPr="00387AD0">
        <w:rPr>
          <w:rFonts w:cs="Times New Roman"/>
          <w:noProof/>
          <w:szCs w:val="24"/>
          <w:lang w:val="id"/>
        </w:rPr>
        <w:t>katalog</w:t>
      </w:r>
      <w:r w:rsidR="00F660D2" w:rsidRPr="00387AD0">
        <w:rPr>
          <w:rFonts w:cs="Times New Roman"/>
          <w:noProof/>
          <w:szCs w:val="24"/>
          <w:lang w:val="id"/>
        </w:rPr>
        <w:t xml:space="preserve"> </w:t>
      </w:r>
      <w:r w:rsidRPr="00387AD0">
        <w:rPr>
          <w:rFonts w:cs="Times New Roman"/>
          <w:noProof/>
          <w:szCs w:val="24"/>
          <w:lang w:val="id"/>
        </w:rPr>
        <w:t>buku</w:t>
      </w:r>
      <w:r w:rsidR="00F660D2" w:rsidRPr="00387AD0">
        <w:rPr>
          <w:rFonts w:cs="Times New Roman"/>
          <w:noProof/>
          <w:szCs w:val="24"/>
          <w:lang w:val="id"/>
        </w:rPr>
        <w:t xml:space="preserve"> </w:t>
      </w:r>
      <w:r w:rsidRPr="00387AD0">
        <w:rPr>
          <w:rFonts w:cs="Times New Roman"/>
          <w:noProof/>
          <w:szCs w:val="24"/>
          <w:lang w:val="id"/>
        </w:rPr>
        <w:t>di</w:t>
      </w:r>
      <w:r w:rsidR="00F660D2" w:rsidRPr="00387AD0">
        <w:rPr>
          <w:rFonts w:cs="Times New Roman"/>
          <w:noProof/>
          <w:szCs w:val="24"/>
          <w:lang w:val="id"/>
        </w:rPr>
        <w:t xml:space="preserve"> </w:t>
      </w:r>
      <w:r w:rsidRPr="00387AD0">
        <w:rPr>
          <w:rFonts w:cs="Times New Roman"/>
          <w:noProof/>
          <w:szCs w:val="24"/>
          <w:lang w:val="id"/>
        </w:rPr>
        <w:t>Taman</w:t>
      </w:r>
      <w:r w:rsidR="00F660D2" w:rsidRPr="00387AD0">
        <w:rPr>
          <w:rFonts w:cs="Times New Roman"/>
          <w:noProof/>
          <w:szCs w:val="24"/>
          <w:lang w:val="id"/>
        </w:rPr>
        <w:t xml:space="preserve"> </w:t>
      </w:r>
      <w:r w:rsidRPr="00387AD0">
        <w:rPr>
          <w:rFonts w:cs="Times New Roman"/>
          <w:noProof/>
          <w:szCs w:val="24"/>
          <w:lang w:val="id"/>
        </w:rPr>
        <w:t>Bacaan</w:t>
      </w:r>
      <w:r w:rsidR="00F660D2" w:rsidRPr="00387AD0">
        <w:rPr>
          <w:rFonts w:cs="Times New Roman"/>
          <w:noProof/>
          <w:szCs w:val="24"/>
          <w:lang w:val="id"/>
        </w:rPr>
        <w:t xml:space="preserve"> </w:t>
      </w:r>
      <w:r w:rsidRPr="00387AD0">
        <w:rPr>
          <w:rFonts w:cs="Times New Roman"/>
          <w:noProof/>
          <w:szCs w:val="24"/>
          <w:lang w:val="id"/>
        </w:rPr>
        <w:t>Al-Azhari:</w:t>
      </w:r>
    </w:p>
    <w:p w14:paraId="2150B0F3" w14:textId="77777777" w:rsidR="00004164" w:rsidRDefault="00D54156" w:rsidP="00004164">
      <w:pPr>
        <w:keepNext/>
        <w:spacing w:line="360" w:lineRule="auto"/>
        <w:ind w:right="-427"/>
        <w:jc w:val="center"/>
      </w:pPr>
      <w:r w:rsidRPr="00387AD0">
        <w:rPr>
          <w:rFonts w:cs="Times New Roman"/>
          <w:noProof/>
          <w:szCs w:val="24"/>
          <w:lang w:val="id"/>
        </w:rPr>
        <w:drawing>
          <wp:inline distT="0" distB="0" distL="0" distR="0" wp14:anchorId="22DD90AD" wp14:editId="4A1DD2B7">
            <wp:extent cx="4128770" cy="3291840"/>
            <wp:effectExtent l="0" t="0" r="5080" b="3810"/>
            <wp:docPr id="89924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6770" name="Picture 899246770"/>
                    <pic:cNvPicPr/>
                  </pic:nvPicPr>
                  <pic:blipFill>
                    <a:blip r:embed="rId43"/>
                    <a:stretch>
                      <a:fillRect/>
                    </a:stretch>
                  </pic:blipFill>
                  <pic:spPr>
                    <a:xfrm>
                      <a:off x="0" y="0"/>
                      <a:ext cx="4154422" cy="3312292"/>
                    </a:xfrm>
                    <a:prstGeom prst="rect">
                      <a:avLst/>
                    </a:prstGeom>
                  </pic:spPr>
                </pic:pic>
              </a:graphicData>
            </a:graphic>
          </wp:inline>
        </w:drawing>
      </w:r>
    </w:p>
    <w:p w14:paraId="14A1E92D" w14:textId="57814B31" w:rsidR="00647FED" w:rsidRPr="00FB2541" w:rsidRDefault="00004164" w:rsidP="00004164">
      <w:pPr>
        <w:pStyle w:val="Caption"/>
        <w:jc w:val="center"/>
        <w:rPr>
          <w:rFonts w:cs="Times New Roman"/>
          <w:color w:val="auto"/>
          <w:sz w:val="20"/>
          <w:szCs w:val="20"/>
        </w:rPr>
      </w:pPr>
      <w:bookmarkStart w:id="115" w:name="_Toc205257745"/>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8</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ERD</w:t>
      </w:r>
      <w:bookmarkEnd w:id="115"/>
    </w:p>
    <w:p w14:paraId="4057E7D2" w14:textId="17624E2A" w:rsidR="00D54156" w:rsidRPr="00387AD0" w:rsidRDefault="00D54156" w:rsidP="00004164">
      <w:pPr>
        <w:pStyle w:val="Caption"/>
        <w:spacing w:line="360" w:lineRule="auto"/>
        <w:ind w:right="-427"/>
        <w:rPr>
          <w:rFonts w:cs="Times New Roman"/>
          <w:b w:val="0"/>
          <w:bCs w:val="0"/>
          <w:color w:val="auto"/>
          <w:sz w:val="24"/>
          <w:szCs w:val="24"/>
        </w:rPr>
      </w:pPr>
    </w:p>
    <w:p w14:paraId="20CDA889" w14:textId="2E17C317" w:rsidR="005B7971" w:rsidRDefault="00B52CC2" w:rsidP="00FB2541">
      <w:pPr>
        <w:spacing w:line="360" w:lineRule="auto"/>
        <w:ind w:right="-427" w:firstLine="720"/>
        <w:rPr>
          <w:rFonts w:cs="Times New Roman"/>
          <w:szCs w:val="24"/>
          <w:lang w:val="id"/>
        </w:rPr>
      </w:pPr>
      <w:r w:rsidRPr="00387AD0">
        <w:rPr>
          <w:rFonts w:cs="Times New Roman"/>
          <w:szCs w:val="24"/>
          <w:lang w:val="id"/>
        </w:rPr>
        <w:t>Gambar</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t>adalah</w:t>
      </w:r>
      <w:r w:rsidR="00F660D2" w:rsidRPr="00387AD0">
        <w:rPr>
          <w:rFonts w:cs="Times New Roman"/>
          <w:szCs w:val="24"/>
          <w:lang w:val="id"/>
        </w:rPr>
        <w:t xml:space="preserve"> </w:t>
      </w:r>
      <w:r w:rsidRPr="00387AD0">
        <w:rPr>
          <w:rFonts w:cs="Times New Roman"/>
          <w:szCs w:val="24"/>
          <w:lang w:val="id"/>
        </w:rPr>
        <w:t>Diagram</w:t>
      </w:r>
      <w:r w:rsidR="00F660D2" w:rsidRPr="00387AD0">
        <w:rPr>
          <w:rFonts w:cs="Times New Roman"/>
          <w:szCs w:val="24"/>
          <w:lang w:val="id"/>
        </w:rPr>
        <w:t xml:space="preserve"> </w:t>
      </w:r>
      <w:r w:rsidRPr="00387AD0">
        <w:rPr>
          <w:rFonts w:cs="Times New Roman"/>
          <w:szCs w:val="24"/>
          <w:lang w:val="id"/>
        </w:rPr>
        <w:t>Hubungan</w:t>
      </w:r>
      <w:r w:rsidR="00F660D2" w:rsidRPr="00387AD0">
        <w:rPr>
          <w:rFonts w:cs="Times New Roman"/>
          <w:szCs w:val="24"/>
          <w:lang w:val="id"/>
        </w:rPr>
        <w:t xml:space="preserve"> </w:t>
      </w:r>
      <w:r w:rsidRPr="00387AD0">
        <w:rPr>
          <w:rFonts w:cs="Times New Roman"/>
          <w:szCs w:val="24"/>
          <w:lang w:val="id"/>
        </w:rPr>
        <w:t>Entitas</w:t>
      </w:r>
      <w:r w:rsidR="00F660D2" w:rsidRPr="00387AD0">
        <w:rPr>
          <w:rFonts w:cs="Times New Roman"/>
          <w:szCs w:val="24"/>
          <w:lang w:val="id"/>
        </w:rPr>
        <w:t xml:space="preserve"> </w:t>
      </w:r>
      <w:r w:rsidRPr="00387AD0">
        <w:rPr>
          <w:rFonts w:cs="Times New Roman"/>
          <w:szCs w:val="24"/>
          <w:lang w:val="id"/>
        </w:rPr>
        <w:t>(ERD)</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menggambarkan</w:t>
      </w:r>
      <w:r w:rsidR="00F660D2" w:rsidRPr="00387AD0">
        <w:rPr>
          <w:rFonts w:cs="Times New Roman"/>
          <w:szCs w:val="24"/>
          <w:lang w:val="id"/>
        </w:rPr>
        <w:t xml:space="preserve"> </w:t>
      </w:r>
      <w:r w:rsidRPr="00387AD0">
        <w:rPr>
          <w:rFonts w:cs="Times New Roman"/>
          <w:szCs w:val="24"/>
          <w:lang w:val="id"/>
        </w:rPr>
        <w:t>sistem</w:t>
      </w:r>
      <w:r w:rsidR="00F660D2" w:rsidRPr="00387AD0">
        <w:rPr>
          <w:rFonts w:cs="Times New Roman"/>
          <w:szCs w:val="24"/>
          <w:lang w:val="id"/>
        </w:rPr>
        <w:t xml:space="preserve"> </w:t>
      </w:r>
      <w:r w:rsidRPr="00387AD0">
        <w:rPr>
          <w:rFonts w:cs="Times New Roman"/>
          <w:szCs w:val="24"/>
          <w:lang w:val="id"/>
        </w:rPr>
        <w:t>pengelolaan</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ERD</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t>menampilkan</w:t>
      </w:r>
      <w:r w:rsidR="00F660D2" w:rsidRPr="00387AD0">
        <w:rPr>
          <w:rFonts w:cs="Times New Roman"/>
          <w:szCs w:val="24"/>
          <w:lang w:val="id"/>
        </w:rPr>
        <w:t xml:space="preserve"> </w:t>
      </w:r>
      <w:r w:rsidRPr="00387AD0">
        <w:rPr>
          <w:rFonts w:cs="Times New Roman"/>
          <w:szCs w:val="24"/>
          <w:lang w:val="id"/>
        </w:rPr>
        <w:t>tiga</w:t>
      </w:r>
      <w:r w:rsidR="00F660D2" w:rsidRPr="00387AD0">
        <w:rPr>
          <w:rFonts w:cs="Times New Roman"/>
          <w:szCs w:val="24"/>
          <w:lang w:val="id"/>
        </w:rPr>
        <w:t xml:space="preserve"> </w:t>
      </w:r>
      <w:r w:rsidRPr="00387AD0">
        <w:rPr>
          <w:rFonts w:cs="Times New Roman"/>
          <w:szCs w:val="24"/>
          <w:lang w:val="id"/>
        </w:rPr>
        <w:t>entitas</w:t>
      </w:r>
      <w:r w:rsidR="00F660D2" w:rsidRPr="00387AD0">
        <w:rPr>
          <w:rFonts w:cs="Times New Roman"/>
          <w:szCs w:val="24"/>
          <w:lang w:val="id"/>
        </w:rPr>
        <w:t xml:space="preserve"> </w:t>
      </w:r>
      <w:r w:rsidRPr="00387AD0">
        <w:rPr>
          <w:rFonts w:cs="Times New Roman"/>
          <w:szCs w:val="24"/>
          <w:lang w:val="id"/>
        </w:rPr>
        <w:t>utama:</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atribut</w:t>
      </w:r>
      <w:r w:rsidR="00F660D2" w:rsidRPr="00387AD0">
        <w:rPr>
          <w:rFonts w:cs="Times New Roman"/>
          <w:szCs w:val="24"/>
          <w:lang w:val="id"/>
        </w:rPr>
        <w:t xml:space="preserve"> </w:t>
      </w:r>
      <w:r w:rsidRPr="00387AD0">
        <w:rPr>
          <w:rFonts w:cs="Times New Roman"/>
          <w:szCs w:val="24"/>
          <w:lang w:val="id"/>
        </w:rPr>
        <w:t>seperti</w:t>
      </w:r>
      <w:r w:rsidR="00F660D2" w:rsidRPr="00387AD0">
        <w:rPr>
          <w:rFonts w:cs="Times New Roman"/>
          <w:szCs w:val="24"/>
          <w:lang w:val="id"/>
        </w:rPr>
        <w:t xml:space="preserve"> </w:t>
      </w:r>
      <w:r w:rsidRPr="00387AD0">
        <w:rPr>
          <w:rFonts w:cs="Times New Roman"/>
          <w:szCs w:val="24"/>
          <w:lang w:val="id"/>
        </w:rPr>
        <w:t>Nama,</w:t>
      </w:r>
      <w:r w:rsidR="00F660D2" w:rsidRPr="00387AD0">
        <w:rPr>
          <w:rFonts w:cs="Times New Roman"/>
          <w:szCs w:val="24"/>
          <w:lang w:val="id"/>
        </w:rPr>
        <w:t xml:space="preserve"> </w:t>
      </w:r>
      <w:r w:rsidRPr="00387AD0">
        <w:rPr>
          <w:rFonts w:cs="Times New Roman"/>
          <w:szCs w:val="24"/>
          <w:lang w:val="id"/>
        </w:rPr>
        <w:t>Jenis</w:t>
      </w:r>
      <w:r w:rsidR="00F660D2" w:rsidRPr="00387AD0">
        <w:rPr>
          <w:rFonts w:cs="Times New Roman"/>
          <w:szCs w:val="24"/>
          <w:lang w:val="id"/>
        </w:rPr>
        <w:t xml:space="preserve"> </w:t>
      </w:r>
      <w:r w:rsidRPr="00387AD0">
        <w:rPr>
          <w:rFonts w:cs="Times New Roman"/>
          <w:szCs w:val="24"/>
          <w:lang w:val="id"/>
        </w:rPr>
        <w:t>Kelamin,</w:t>
      </w:r>
      <w:r w:rsidR="00F660D2" w:rsidRPr="00387AD0">
        <w:rPr>
          <w:rFonts w:cs="Times New Roman"/>
          <w:szCs w:val="24"/>
          <w:lang w:val="id"/>
        </w:rPr>
        <w:t xml:space="preserve"> </w:t>
      </w:r>
      <w:r w:rsidRPr="00387AD0">
        <w:rPr>
          <w:rFonts w:cs="Times New Roman"/>
          <w:szCs w:val="24"/>
          <w:lang w:val="id"/>
        </w:rPr>
        <w:t>Kelas,</w:t>
      </w:r>
      <w:r w:rsidR="00F660D2" w:rsidRPr="00387AD0">
        <w:rPr>
          <w:rFonts w:cs="Times New Roman"/>
          <w:szCs w:val="24"/>
          <w:lang w:val="id"/>
        </w:rPr>
        <w:t xml:space="preserve"> </w:t>
      </w:r>
      <w:r w:rsidRPr="00387AD0">
        <w:rPr>
          <w:rFonts w:cs="Times New Roman"/>
          <w:szCs w:val="24"/>
          <w:lang w:val="id"/>
        </w:rPr>
        <w:t>No</w:t>
      </w:r>
      <w:r w:rsidR="00F660D2" w:rsidRPr="00387AD0">
        <w:rPr>
          <w:rFonts w:cs="Times New Roman"/>
          <w:szCs w:val="24"/>
          <w:lang w:val="id"/>
        </w:rPr>
        <w:t xml:space="preserve"> </w:t>
      </w:r>
      <w:r w:rsidRPr="00387AD0">
        <w:rPr>
          <w:rFonts w:cs="Times New Roman"/>
          <w:szCs w:val="24"/>
          <w:lang w:val="id"/>
        </w:rPr>
        <w:t>HP,</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"Data</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atribut</w:t>
      </w:r>
      <w:r w:rsidR="00F660D2" w:rsidRPr="00387AD0">
        <w:rPr>
          <w:rFonts w:cs="Times New Roman"/>
          <w:szCs w:val="24"/>
          <w:lang w:val="id"/>
        </w:rPr>
        <w:t xml:space="preserve"> </w:t>
      </w:r>
      <w:r w:rsidRPr="00387AD0">
        <w:rPr>
          <w:rFonts w:cs="Times New Roman"/>
          <w:szCs w:val="24"/>
          <w:lang w:val="id"/>
        </w:rPr>
        <w:t>seperti</w:t>
      </w:r>
      <w:r w:rsidR="00F660D2" w:rsidRPr="00387AD0">
        <w:rPr>
          <w:rFonts w:cs="Times New Roman"/>
          <w:szCs w:val="24"/>
          <w:lang w:val="id"/>
        </w:rPr>
        <w:t xml:space="preserve"> </w:t>
      </w:r>
      <w:r w:rsidRPr="00387AD0">
        <w:rPr>
          <w:rFonts w:cs="Times New Roman"/>
          <w:szCs w:val="24"/>
          <w:lang w:val="id"/>
        </w:rPr>
        <w:t>Judul,</w:t>
      </w:r>
      <w:r w:rsidR="00F660D2" w:rsidRPr="00387AD0">
        <w:rPr>
          <w:rFonts w:cs="Times New Roman"/>
          <w:szCs w:val="24"/>
          <w:lang w:val="id"/>
        </w:rPr>
        <w:t xml:space="preserve"> </w:t>
      </w:r>
      <w:r w:rsidRPr="00387AD0">
        <w:rPr>
          <w:rFonts w:cs="Times New Roman"/>
          <w:szCs w:val="24"/>
          <w:lang w:val="id"/>
        </w:rPr>
        <w:t>Tahun,</w:t>
      </w:r>
      <w:r w:rsidR="00F660D2" w:rsidRPr="00387AD0">
        <w:rPr>
          <w:rFonts w:cs="Times New Roman"/>
          <w:szCs w:val="24"/>
          <w:lang w:val="id"/>
        </w:rPr>
        <w:t xml:space="preserve"> </w:t>
      </w:r>
      <w:r w:rsidRPr="00387AD0">
        <w:rPr>
          <w:rFonts w:cs="Times New Roman"/>
          <w:szCs w:val="24"/>
          <w:lang w:val="id"/>
        </w:rPr>
        <w:t>Penulis,</w:t>
      </w:r>
      <w:r w:rsidR="00F660D2" w:rsidRPr="00387AD0">
        <w:rPr>
          <w:rFonts w:cs="Times New Roman"/>
          <w:szCs w:val="24"/>
          <w:lang w:val="id"/>
        </w:rPr>
        <w:t xml:space="preserve"> </w:t>
      </w:r>
      <w:r w:rsidRPr="00387AD0">
        <w:rPr>
          <w:rFonts w:cs="Times New Roman"/>
          <w:szCs w:val="24"/>
          <w:lang w:val="id"/>
        </w:rPr>
        <w:t>Klasifikasi,</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serta</w:t>
      </w:r>
      <w:r w:rsidR="00F660D2" w:rsidRPr="00387AD0">
        <w:rPr>
          <w:rFonts w:cs="Times New Roman"/>
          <w:szCs w:val="24"/>
          <w:lang w:val="id"/>
        </w:rPr>
        <w:t xml:space="preserve"> </w:t>
      </w:r>
      <w:r w:rsidRPr="00387AD0">
        <w:rPr>
          <w:rFonts w:cs="Times New Roman"/>
          <w:szCs w:val="24"/>
          <w:lang w:val="id"/>
        </w:rPr>
        <w:t>dua</w:t>
      </w:r>
      <w:r w:rsidR="00F660D2" w:rsidRPr="00387AD0">
        <w:rPr>
          <w:rFonts w:cs="Times New Roman"/>
          <w:szCs w:val="24"/>
          <w:lang w:val="id"/>
        </w:rPr>
        <w:t xml:space="preserve"> </w:t>
      </w:r>
      <w:r w:rsidRPr="00387AD0">
        <w:rPr>
          <w:rFonts w:cs="Times New Roman"/>
          <w:szCs w:val="24"/>
          <w:lang w:val="id"/>
        </w:rPr>
        <w:t>hubungan</w:t>
      </w:r>
      <w:r w:rsidR="00F660D2" w:rsidRPr="00387AD0">
        <w:rPr>
          <w:rFonts w:cs="Times New Roman"/>
          <w:szCs w:val="24"/>
          <w:lang w:val="id"/>
        </w:rPr>
        <w:t xml:space="preserve"> </w:t>
      </w:r>
      <w:r w:rsidRPr="00387AD0">
        <w:rPr>
          <w:rFonts w:cs="Times New Roman"/>
          <w:szCs w:val="24"/>
          <w:lang w:val="id"/>
        </w:rPr>
        <w:t>penting</w:t>
      </w:r>
      <w:r w:rsidR="00F660D2" w:rsidRPr="00387AD0">
        <w:rPr>
          <w:rFonts w:cs="Times New Roman"/>
          <w:szCs w:val="24"/>
          <w:lang w:val="id"/>
        </w:rPr>
        <w:t xml:space="preserve"> </w:t>
      </w:r>
      <w:r w:rsidRPr="00387AD0">
        <w:rPr>
          <w:rFonts w:cs="Times New Roman"/>
          <w:szCs w:val="24"/>
          <w:lang w:val="id"/>
        </w:rPr>
        <w:t>yaitu</w:t>
      </w:r>
      <w:r w:rsidR="00F660D2" w:rsidRPr="00387AD0">
        <w:rPr>
          <w:rFonts w:cs="Times New Roman"/>
          <w:szCs w:val="24"/>
          <w:lang w:val="id"/>
        </w:rPr>
        <w:t xml:space="preserve"> </w:t>
      </w:r>
      <w:r w:rsidRPr="00387AD0">
        <w:rPr>
          <w:rFonts w:cs="Times New Roman"/>
          <w:szCs w:val="24"/>
          <w:lang w:val="id"/>
        </w:rPr>
        <w:t>"Meminjam"</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menghubungkan</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atribut</w:t>
      </w:r>
      <w:r w:rsidR="00F660D2" w:rsidRPr="00387AD0">
        <w:rPr>
          <w:rFonts w:cs="Times New Roman"/>
          <w:szCs w:val="24"/>
          <w:lang w:val="id"/>
        </w:rPr>
        <w:t xml:space="preserve"> </w:t>
      </w:r>
      <w:r w:rsidRPr="00387AD0">
        <w:rPr>
          <w:rFonts w:cs="Times New Roman"/>
          <w:szCs w:val="24"/>
          <w:lang w:val="id"/>
        </w:rPr>
        <w:t>No,</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tgl</w:t>
      </w:r>
      <w:r w:rsidR="00F660D2" w:rsidRPr="00387AD0">
        <w:rPr>
          <w:rFonts w:cs="Times New Roman"/>
          <w:szCs w:val="24"/>
          <w:lang w:val="id"/>
        </w:rPr>
        <w:t xml:space="preserve"> </w:t>
      </w:r>
      <w:r w:rsidRPr="00387AD0">
        <w:rPr>
          <w:rFonts w:cs="Times New Roman"/>
          <w:szCs w:val="24"/>
          <w:lang w:val="id"/>
        </w:rPr>
        <w:t>Peminjaman,</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"Pengembalian"</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juga</w:t>
      </w:r>
      <w:r w:rsidR="00F660D2" w:rsidRPr="00387AD0">
        <w:rPr>
          <w:rFonts w:cs="Times New Roman"/>
          <w:szCs w:val="24"/>
          <w:lang w:val="id"/>
        </w:rPr>
        <w:t xml:space="preserve"> </w:t>
      </w:r>
      <w:r w:rsidRPr="00387AD0">
        <w:rPr>
          <w:rFonts w:cs="Times New Roman"/>
          <w:szCs w:val="24"/>
          <w:lang w:val="id"/>
        </w:rPr>
        <w:t>menghubungkan</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atribut</w:t>
      </w:r>
      <w:r w:rsidR="00F660D2" w:rsidRPr="00387AD0">
        <w:rPr>
          <w:rFonts w:cs="Times New Roman"/>
          <w:szCs w:val="24"/>
          <w:lang w:val="id"/>
        </w:rPr>
        <w:t xml:space="preserve"> </w:t>
      </w:r>
      <w:r w:rsidRPr="00387AD0">
        <w:rPr>
          <w:rFonts w:cs="Times New Roman"/>
          <w:szCs w:val="24"/>
          <w:lang w:val="id"/>
        </w:rPr>
        <w:t>No,</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ID</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tgl</w:t>
      </w:r>
      <w:r w:rsidR="00F660D2" w:rsidRPr="00387AD0">
        <w:rPr>
          <w:rFonts w:cs="Times New Roman"/>
          <w:szCs w:val="24"/>
          <w:lang w:val="id"/>
        </w:rPr>
        <w:t xml:space="preserve"> </w:t>
      </w:r>
      <w:r w:rsidRPr="00387AD0">
        <w:rPr>
          <w:rFonts w:cs="Times New Roman"/>
          <w:szCs w:val="24"/>
          <w:lang w:val="id"/>
        </w:rPr>
        <w:t>Pengembalian.</w:t>
      </w:r>
      <w:r w:rsidR="00F660D2" w:rsidRPr="00387AD0">
        <w:rPr>
          <w:rFonts w:cs="Times New Roman"/>
          <w:szCs w:val="24"/>
          <w:lang w:val="id"/>
        </w:rPr>
        <w:t xml:space="preserve"> </w:t>
      </w:r>
      <w:r w:rsidRPr="00387AD0">
        <w:rPr>
          <w:rFonts w:cs="Times New Roman"/>
          <w:szCs w:val="24"/>
          <w:lang w:val="id"/>
        </w:rPr>
        <w:t>Secara</w:t>
      </w:r>
      <w:r w:rsidR="00F660D2" w:rsidRPr="00387AD0">
        <w:rPr>
          <w:rFonts w:cs="Times New Roman"/>
          <w:szCs w:val="24"/>
          <w:lang w:val="id"/>
        </w:rPr>
        <w:t xml:space="preserve"> </w:t>
      </w:r>
      <w:r w:rsidRPr="00387AD0">
        <w:rPr>
          <w:rFonts w:cs="Times New Roman"/>
          <w:szCs w:val="24"/>
          <w:lang w:val="id"/>
        </w:rPr>
        <w:t>keseluruhan,</w:t>
      </w:r>
      <w:r w:rsidR="00F660D2" w:rsidRPr="00387AD0">
        <w:rPr>
          <w:rFonts w:cs="Times New Roman"/>
          <w:szCs w:val="24"/>
          <w:lang w:val="id"/>
        </w:rPr>
        <w:t xml:space="preserve"> </w:t>
      </w:r>
      <w:r w:rsidRPr="00387AD0">
        <w:rPr>
          <w:rFonts w:cs="Times New Roman"/>
          <w:szCs w:val="24"/>
          <w:lang w:val="id"/>
        </w:rPr>
        <w:t>ERD</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lastRenderedPageBreak/>
        <w:t>mengilustrasikan</w:t>
      </w:r>
      <w:r w:rsidR="00F660D2" w:rsidRPr="00387AD0">
        <w:rPr>
          <w:rFonts w:cs="Times New Roman"/>
          <w:szCs w:val="24"/>
          <w:lang w:val="id"/>
        </w:rPr>
        <w:t xml:space="preserve"> </w:t>
      </w:r>
      <w:r w:rsidRPr="00387AD0">
        <w:rPr>
          <w:rFonts w:cs="Times New Roman"/>
          <w:szCs w:val="24"/>
          <w:lang w:val="id"/>
        </w:rPr>
        <w:t>bagaimana</w:t>
      </w:r>
      <w:r w:rsidR="00F660D2" w:rsidRPr="00387AD0">
        <w:rPr>
          <w:rFonts w:cs="Times New Roman"/>
          <w:szCs w:val="24"/>
          <w:lang w:val="id"/>
        </w:rPr>
        <w:t xml:space="preserve"> </w:t>
      </w:r>
      <w:r w:rsidRPr="00387AD0">
        <w:rPr>
          <w:rFonts w:cs="Times New Roman"/>
          <w:szCs w:val="24"/>
          <w:lang w:val="id"/>
        </w:rPr>
        <w:t>data</w:t>
      </w:r>
      <w:r w:rsidR="00F660D2" w:rsidRPr="00387AD0">
        <w:rPr>
          <w:rFonts w:cs="Times New Roman"/>
          <w:szCs w:val="24"/>
          <w:lang w:val="id"/>
        </w:rPr>
        <w:t xml:space="preserve"> </w:t>
      </w:r>
      <w:r w:rsidRPr="00387AD0">
        <w:rPr>
          <w:rFonts w:cs="Times New Roman"/>
          <w:szCs w:val="24"/>
          <w:lang w:val="id"/>
        </w:rPr>
        <w:t>anggota,</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transaksi</w:t>
      </w:r>
      <w:r w:rsidR="00F660D2" w:rsidRPr="00387AD0">
        <w:rPr>
          <w:rFonts w:cs="Times New Roman"/>
          <w:szCs w:val="24"/>
          <w:lang w:val="id"/>
        </w:rPr>
        <w:t xml:space="preserve"> </w:t>
      </w:r>
      <w:r w:rsidRPr="00387AD0">
        <w:rPr>
          <w:rFonts w:cs="Times New Roman"/>
          <w:szCs w:val="24"/>
          <w:lang w:val="id"/>
        </w:rPr>
        <w:t>peminjaman</w:t>
      </w:r>
      <w:r w:rsidR="00F660D2" w:rsidRPr="00387AD0">
        <w:rPr>
          <w:rFonts w:cs="Times New Roman"/>
          <w:szCs w:val="24"/>
          <w:lang w:val="id"/>
        </w:rPr>
        <w:t xml:space="preserve"> </w:t>
      </w:r>
      <w:r w:rsidRPr="00387AD0">
        <w:rPr>
          <w:rFonts w:cs="Times New Roman"/>
          <w:szCs w:val="24"/>
          <w:lang w:val="id"/>
        </w:rPr>
        <w:t>serta</w:t>
      </w:r>
      <w:r w:rsidR="00F660D2" w:rsidRPr="00387AD0">
        <w:rPr>
          <w:rFonts w:cs="Times New Roman"/>
          <w:szCs w:val="24"/>
          <w:lang w:val="id"/>
        </w:rPr>
        <w:t xml:space="preserve"> </w:t>
      </w:r>
      <w:r w:rsidRPr="00387AD0">
        <w:rPr>
          <w:rFonts w:cs="Times New Roman"/>
          <w:szCs w:val="24"/>
          <w:lang w:val="id"/>
        </w:rPr>
        <w:t>pengembalian</w:t>
      </w:r>
      <w:r w:rsidR="00F660D2" w:rsidRPr="00387AD0">
        <w:rPr>
          <w:rFonts w:cs="Times New Roman"/>
          <w:szCs w:val="24"/>
          <w:lang w:val="id"/>
        </w:rPr>
        <w:t xml:space="preserve"> </w:t>
      </w:r>
      <w:r w:rsidRPr="00387AD0">
        <w:rPr>
          <w:rFonts w:cs="Times New Roman"/>
          <w:szCs w:val="24"/>
          <w:lang w:val="id"/>
        </w:rPr>
        <w:t>saling</w:t>
      </w:r>
      <w:r w:rsidR="00F660D2" w:rsidRPr="00387AD0">
        <w:rPr>
          <w:rFonts w:cs="Times New Roman"/>
          <w:szCs w:val="24"/>
          <w:lang w:val="id"/>
        </w:rPr>
        <w:t xml:space="preserve"> </w:t>
      </w:r>
      <w:r w:rsidRPr="00387AD0">
        <w:rPr>
          <w:rFonts w:cs="Times New Roman"/>
          <w:szCs w:val="24"/>
          <w:lang w:val="id"/>
        </w:rPr>
        <w:t>terkait</w:t>
      </w:r>
      <w:r w:rsidR="00F660D2" w:rsidRPr="00387AD0">
        <w:rPr>
          <w:rFonts w:cs="Times New Roman"/>
          <w:szCs w:val="24"/>
          <w:lang w:val="id"/>
        </w:rPr>
        <w:t xml:space="preserve"> </w:t>
      </w:r>
      <w:r w:rsidRPr="00387AD0">
        <w:rPr>
          <w:rFonts w:cs="Times New Roman"/>
          <w:szCs w:val="24"/>
          <w:lang w:val="id"/>
        </w:rPr>
        <w:t>dalam</w:t>
      </w:r>
      <w:r w:rsidR="00F660D2" w:rsidRPr="00387AD0">
        <w:rPr>
          <w:rFonts w:cs="Times New Roman"/>
          <w:szCs w:val="24"/>
          <w:lang w:val="id"/>
        </w:rPr>
        <w:t xml:space="preserve"> </w:t>
      </w:r>
      <w:r w:rsidRPr="00387AD0">
        <w:rPr>
          <w:rFonts w:cs="Times New Roman"/>
          <w:szCs w:val="24"/>
          <w:lang w:val="id"/>
        </w:rPr>
        <w:t>sebuah</w:t>
      </w:r>
      <w:r w:rsidR="00F660D2" w:rsidRPr="00387AD0">
        <w:rPr>
          <w:rFonts w:cs="Times New Roman"/>
          <w:szCs w:val="24"/>
          <w:lang w:val="id"/>
        </w:rPr>
        <w:t xml:space="preserve"> </w:t>
      </w:r>
      <w:r w:rsidRPr="00387AD0">
        <w:rPr>
          <w:rFonts w:cs="Times New Roman"/>
          <w:szCs w:val="24"/>
          <w:lang w:val="id"/>
        </w:rPr>
        <w:t>sistem</w:t>
      </w:r>
      <w:r w:rsidR="00F660D2" w:rsidRPr="00387AD0">
        <w:rPr>
          <w:rFonts w:cs="Times New Roman"/>
          <w:szCs w:val="24"/>
          <w:lang w:val="id"/>
        </w:rPr>
        <w:t xml:space="preserve"> </w:t>
      </w:r>
      <w:r w:rsidRPr="00387AD0">
        <w:rPr>
          <w:rFonts w:cs="Times New Roman"/>
          <w:szCs w:val="24"/>
          <w:lang w:val="id"/>
        </w:rPr>
        <w:t>basis</w:t>
      </w:r>
      <w:r w:rsidR="00F660D2" w:rsidRPr="00387AD0">
        <w:rPr>
          <w:rFonts w:cs="Times New Roman"/>
          <w:szCs w:val="24"/>
          <w:lang w:val="id"/>
        </w:rPr>
        <w:t xml:space="preserve"> </w:t>
      </w:r>
      <w:r w:rsidRPr="00387AD0">
        <w:rPr>
          <w:rFonts w:cs="Times New Roman"/>
          <w:szCs w:val="24"/>
          <w:lang w:val="id"/>
        </w:rPr>
        <w:t>data</w:t>
      </w:r>
      <w:r w:rsidR="00F660D2" w:rsidRPr="00387AD0">
        <w:rPr>
          <w:rFonts w:cs="Times New Roman"/>
          <w:szCs w:val="24"/>
          <w:lang w:val="id"/>
        </w:rPr>
        <w:t xml:space="preserve"> </w:t>
      </w:r>
      <w:r w:rsidRPr="00387AD0">
        <w:rPr>
          <w:rFonts w:cs="Times New Roman"/>
          <w:szCs w:val="24"/>
          <w:lang w:val="id"/>
        </w:rPr>
        <w:t>perpustakaan.</w:t>
      </w:r>
    </w:p>
    <w:p w14:paraId="584C4D8E" w14:textId="77777777" w:rsidR="0076694C" w:rsidRPr="00387AD0" w:rsidRDefault="0076694C" w:rsidP="00FB2541">
      <w:pPr>
        <w:spacing w:line="360" w:lineRule="auto"/>
        <w:ind w:right="-427" w:firstLine="720"/>
        <w:rPr>
          <w:rFonts w:cs="Times New Roman"/>
          <w:szCs w:val="24"/>
          <w:lang w:val="id"/>
        </w:rPr>
      </w:pPr>
    </w:p>
    <w:p w14:paraId="325EEF7D" w14:textId="4039654E" w:rsidR="007A347E" w:rsidRPr="00387AD0" w:rsidRDefault="007A347E" w:rsidP="00FB2541">
      <w:pPr>
        <w:pStyle w:val="Heading2"/>
        <w:numPr>
          <w:ilvl w:val="0"/>
          <w:numId w:val="27"/>
        </w:numPr>
        <w:tabs>
          <w:tab w:val="left" w:pos="-142"/>
        </w:tabs>
        <w:spacing w:after="240" w:line="360" w:lineRule="auto"/>
        <w:ind w:left="0" w:right="-427" w:firstLine="0"/>
        <w:rPr>
          <w:rFonts w:cs="Times New Roman"/>
          <w:szCs w:val="24"/>
          <w:lang w:val="id"/>
        </w:rPr>
      </w:pPr>
      <w:bookmarkStart w:id="116" w:name="_Toc205248739"/>
      <w:bookmarkStart w:id="117" w:name="_Toc205261387"/>
      <w:r w:rsidRPr="00387AD0">
        <w:rPr>
          <w:rFonts w:cs="Times New Roman"/>
          <w:szCs w:val="24"/>
          <w:lang w:val="id"/>
        </w:rPr>
        <w:t>Perancangan</w:t>
      </w:r>
      <w:r w:rsidR="00F660D2" w:rsidRPr="00387AD0">
        <w:rPr>
          <w:rFonts w:cs="Times New Roman"/>
          <w:szCs w:val="24"/>
          <w:lang w:val="id"/>
        </w:rPr>
        <w:t xml:space="preserve"> </w:t>
      </w:r>
      <w:r w:rsidR="004F419D" w:rsidRPr="004F419D">
        <w:rPr>
          <w:rFonts w:cs="Times New Roman"/>
          <w:i/>
          <w:iCs/>
          <w:szCs w:val="24"/>
          <w:lang w:val="id"/>
        </w:rPr>
        <w:t>Sequence Diagram</w:t>
      </w:r>
      <w:bookmarkEnd w:id="116"/>
      <w:bookmarkEnd w:id="117"/>
    </w:p>
    <w:p w14:paraId="63EA558C" w14:textId="278D1AC2" w:rsidR="00647FED" w:rsidRPr="00387AD0" w:rsidRDefault="00647FED" w:rsidP="00D70A29">
      <w:pPr>
        <w:spacing w:line="360" w:lineRule="auto"/>
        <w:ind w:right="-427"/>
        <w:rPr>
          <w:rFonts w:cs="Times New Roman"/>
          <w:szCs w:val="24"/>
          <w:lang w:val="id"/>
        </w:rPr>
      </w:pPr>
      <w:r w:rsidRPr="00387AD0">
        <w:rPr>
          <w:rFonts w:cs="Times New Roman"/>
          <w:noProof/>
          <w:szCs w:val="24"/>
          <w:lang w:val="id"/>
        </w:rPr>
        <w:t>Berikut</w:t>
      </w:r>
      <w:r w:rsidR="00F660D2" w:rsidRPr="00387AD0">
        <w:rPr>
          <w:rFonts w:cs="Times New Roman"/>
          <w:noProof/>
          <w:szCs w:val="24"/>
          <w:lang w:val="id"/>
        </w:rPr>
        <w:t xml:space="preserve"> </w:t>
      </w:r>
      <w:r w:rsidRPr="00387AD0">
        <w:rPr>
          <w:rFonts w:cs="Times New Roman"/>
          <w:noProof/>
          <w:szCs w:val="24"/>
          <w:lang w:val="id"/>
        </w:rPr>
        <w:t>ini</w:t>
      </w:r>
      <w:r w:rsidR="00F660D2" w:rsidRPr="00387AD0">
        <w:rPr>
          <w:rFonts w:cs="Times New Roman"/>
          <w:noProof/>
          <w:szCs w:val="24"/>
          <w:lang w:val="id"/>
        </w:rPr>
        <w:t xml:space="preserve"> </w:t>
      </w:r>
      <w:r w:rsidRPr="00387AD0">
        <w:rPr>
          <w:rFonts w:cs="Times New Roman"/>
          <w:noProof/>
          <w:szCs w:val="24"/>
          <w:lang w:val="id"/>
        </w:rPr>
        <w:t>adalah</w:t>
      </w:r>
      <w:r w:rsidR="00F660D2" w:rsidRPr="00387AD0">
        <w:rPr>
          <w:rFonts w:cs="Times New Roman"/>
          <w:noProof/>
          <w:szCs w:val="24"/>
          <w:lang w:val="id"/>
        </w:rPr>
        <w:t xml:space="preserve"> </w:t>
      </w:r>
      <w:r w:rsidR="004F419D" w:rsidRPr="004F419D">
        <w:rPr>
          <w:rFonts w:cs="Times New Roman"/>
          <w:i/>
          <w:iCs/>
          <w:noProof/>
          <w:szCs w:val="24"/>
          <w:lang w:val="id"/>
        </w:rPr>
        <w:t>Sequence Diagram</w:t>
      </w:r>
      <w:r w:rsidR="00F660D2" w:rsidRPr="00387AD0">
        <w:rPr>
          <w:rFonts w:cs="Times New Roman"/>
          <w:noProof/>
          <w:szCs w:val="24"/>
          <w:lang w:val="id"/>
        </w:rPr>
        <w:t xml:space="preserve"> </w:t>
      </w:r>
      <w:r w:rsidRPr="00387AD0">
        <w:rPr>
          <w:rFonts w:cs="Times New Roman"/>
          <w:noProof/>
          <w:szCs w:val="24"/>
          <w:lang w:val="id"/>
        </w:rPr>
        <w:t>Katalog</w:t>
      </w:r>
      <w:r w:rsidR="00F660D2" w:rsidRPr="00387AD0">
        <w:rPr>
          <w:rFonts w:cs="Times New Roman"/>
          <w:noProof/>
          <w:szCs w:val="24"/>
          <w:lang w:val="id"/>
        </w:rPr>
        <w:t xml:space="preserve"> </w:t>
      </w:r>
      <w:r w:rsidRPr="00387AD0">
        <w:rPr>
          <w:rFonts w:cs="Times New Roman"/>
          <w:noProof/>
          <w:szCs w:val="24"/>
          <w:lang w:val="id"/>
        </w:rPr>
        <w:t>Buku</w:t>
      </w:r>
      <w:r w:rsidR="00F660D2" w:rsidRPr="00387AD0">
        <w:rPr>
          <w:rFonts w:cs="Times New Roman"/>
          <w:noProof/>
          <w:szCs w:val="24"/>
          <w:lang w:val="id"/>
        </w:rPr>
        <w:t xml:space="preserve"> </w:t>
      </w:r>
      <w:r w:rsidRPr="00387AD0">
        <w:rPr>
          <w:rFonts w:cs="Times New Roman"/>
          <w:noProof/>
          <w:szCs w:val="24"/>
          <w:lang w:val="id"/>
        </w:rPr>
        <w:t>pada</w:t>
      </w:r>
      <w:r w:rsidR="00F660D2" w:rsidRPr="00387AD0">
        <w:rPr>
          <w:rFonts w:cs="Times New Roman"/>
          <w:noProof/>
          <w:szCs w:val="24"/>
          <w:lang w:val="id"/>
        </w:rPr>
        <w:t xml:space="preserve"> </w:t>
      </w:r>
      <w:r w:rsidRPr="00387AD0">
        <w:rPr>
          <w:rFonts w:cs="Times New Roman"/>
          <w:noProof/>
          <w:szCs w:val="24"/>
          <w:lang w:val="id"/>
        </w:rPr>
        <w:t>Taman</w:t>
      </w:r>
      <w:r w:rsidR="00F660D2" w:rsidRPr="00387AD0">
        <w:rPr>
          <w:rFonts w:cs="Times New Roman"/>
          <w:noProof/>
          <w:szCs w:val="24"/>
          <w:lang w:val="id"/>
        </w:rPr>
        <w:t xml:space="preserve"> </w:t>
      </w:r>
      <w:r w:rsidRPr="00387AD0">
        <w:rPr>
          <w:rFonts w:cs="Times New Roman"/>
          <w:noProof/>
          <w:szCs w:val="24"/>
          <w:lang w:val="id"/>
        </w:rPr>
        <w:t>Bacaan</w:t>
      </w:r>
      <w:r w:rsidR="00F660D2" w:rsidRPr="00387AD0">
        <w:rPr>
          <w:rFonts w:cs="Times New Roman"/>
          <w:noProof/>
          <w:szCs w:val="24"/>
          <w:lang w:val="id"/>
        </w:rPr>
        <w:t xml:space="preserve"> </w:t>
      </w:r>
      <w:r w:rsidRPr="00387AD0">
        <w:rPr>
          <w:rFonts w:cs="Times New Roman"/>
          <w:noProof/>
          <w:szCs w:val="24"/>
          <w:lang w:val="id"/>
        </w:rPr>
        <w:t>Al-Azhari:</w:t>
      </w:r>
    </w:p>
    <w:p w14:paraId="13925F1A" w14:textId="77777777" w:rsidR="00004164" w:rsidRDefault="00647FED" w:rsidP="00004164">
      <w:pPr>
        <w:keepNext/>
        <w:spacing w:line="360" w:lineRule="auto"/>
        <w:ind w:right="-427"/>
        <w:jc w:val="center"/>
      </w:pPr>
      <w:r w:rsidRPr="00387AD0">
        <w:rPr>
          <w:rFonts w:cs="Times New Roman"/>
          <w:noProof/>
          <w:szCs w:val="24"/>
        </w:rPr>
        <w:drawing>
          <wp:inline distT="0" distB="0" distL="0" distR="0" wp14:anchorId="1F29321C" wp14:editId="74FCD98C">
            <wp:extent cx="5277485" cy="4081111"/>
            <wp:effectExtent l="0" t="0" r="0" b="0"/>
            <wp:docPr id="189862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8169" cy="4143504"/>
                    </a:xfrm>
                    <a:prstGeom prst="rect">
                      <a:avLst/>
                    </a:prstGeom>
                    <a:noFill/>
                    <a:ln>
                      <a:noFill/>
                    </a:ln>
                  </pic:spPr>
                </pic:pic>
              </a:graphicData>
            </a:graphic>
          </wp:inline>
        </w:drawing>
      </w:r>
    </w:p>
    <w:p w14:paraId="3A1F9107" w14:textId="07143AD8" w:rsidR="00004164" w:rsidRDefault="00004164" w:rsidP="00FB2541">
      <w:pPr>
        <w:pStyle w:val="Caption"/>
        <w:jc w:val="center"/>
        <w:rPr>
          <w:color w:val="auto"/>
          <w:sz w:val="20"/>
          <w:szCs w:val="20"/>
        </w:rPr>
      </w:pPr>
      <w:bookmarkStart w:id="118" w:name="_Toc205257746"/>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9</w:t>
      </w:r>
      <w:r w:rsidRPr="00FB2541">
        <w:rPr>
          <w:color w:val="auto"/>
          <w:sz w:val="20"/>
          <w:szCs w:val="20"/>
        </w:rPr>
        <w:fldChar w:fldCharType="end"/>
      </w:r>
      <w:r w:rsidRPr="00FB2541">
        <w:rPr>
          <w:color w:val="auto"/>
          <w:sz w:val="20"/>
          <w:szCs w:val="20"/>
        </w:rPr>
        <w:t xml:space="preserve"> </w:t>
      </w:r>
      <w:r w:rsidR="004F419D" w:rsidRPr="0076694C">
        <w:rPr>
          <w:b w:val="0"/>
          <w:bCs w:val="0"/>
          <w:i/>
          <w:iCs/>
          <w:color w:val="auto"/>
          <w:sz w:val="20"/>
          <w:szCs w:val="20"/>
        </w:rPr>
        <w:t>Sequence Diagram</w:t>
      </w:r>
      <w:bookmarkEnd w:id="118"/>
    </w:p>
    <w:p w14:paraId="54F81080" w14:textId="77777777" w:rsidR="00FB2541" w:rsidRPr="00FB2541" w:rsidRDefault="00FB2541" w:rsidP="00FB2541"/>
    <w:p w14:paraId="059E9539" w14:textId="0ED72B70" w:rsidR="005B7971" w:rsidRDefault="00B52CC2" w:rsidP="00FB2541">
      <w:pPr>
        <w:spacing w:line="360" w:lineRule="auto"/>
        <w:ind w:right="-427" w:firstLine="720"/>
        <w:rPr>
          <w:rFonts w:cs="Times New Roman"/>
          <w:szCs w:val="24"/>
          <w:lang w:val="id"/>
        </w:rPr>
      </w:pPr>
      <w:r w:rsidRPr="00387AD0">
        <w:rPr>
          <w:rFonts w:cs="Times New Roman"/>
          <w:szCs w:val="24"/>
          <w:lang w:val="id"/>
        </w:rPr>
        <w:t>Gambar</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t>adalah</w:t>
      </w:r>
      <w:r w:rsidR="00F660D2" w:rsidRPr="00387AD0">
        <w:rPr>
          <w:rFonts w:cs="Times New Roman"/>
          <w:szCs w:val="24"/>
          <w:lang w:val="id"/>
        </w:rPr>
        <w:t xml:space="preserve"> </w:t>
      </w:r>
      <w:r w:rsidRPr="00387AD0">
        <w:rPr>
          <w:rFonts w:cs="Times New Roman"/>
          <w:szCs w:val="24"/>
          <w:lang w:val="id"/>
        </w:rPr>
        <w:t>Diagram</w:t>
      </w:r>
      <w:r w:rsidR="00F660D2" w:rsidRPr="00387AD0">
        <w:rPr>
          <w:rFonts w:cs="Times New Roman"/>
          <w:szCs w:val="24"/>
          <w:lang w:val="id"/>
        </w:rPr>
        <w:t xml:space="preserve"> </w:t>
      </w:r>
      <w:r w:rsidRPr="00387AD0">
        <w:rPr>
          <w:rFonts w:cs="Times New Roman"/>
          <w:szCs w:val="24"/>
          <w:lang w:val="id"/>
        </w:rPr>
        <w:t>Sekuen</w:t>
      </w:r>
      <w:r w:rsidR="00F660D2" w:rsidRPr="00387AD0">
        <w:rPr>
          <w:rFonts w:cs="Times New Roman"/>
          <w:szCs w:val="24"/>
          <w:lang w:val="id"/>
        </w:rPr>
        <w:t xml:space="preserve"> </w:t>
      </w:r>
      <w:r w:rsidRPr="00387AD0">
        <w:rPr>
          <w:rFonts w:cs="Times New Roman"/>
          <w:szCs w:val="24"/>
          <w:lang w:val="id"/>
        </w:rPr>
        <w:t>(</w:t>
      </w:r>
      <w:r w:rsidR="004F419D" w:rsidRPr="004F419D">
        <w:rPr>
          <w:rFonts w:cs="Times New Roman"/>
          <w:i/>
          <w:iCs/>
          <w:szCs w:val="24"/>
          <w:lang w:val="id"/>
        </w:rPr>
        <w:t>Sequence Diagram</w:t>
      </w:r>
      <w:r w:rsidRPr="00387AD0">
        <w:rPr>
          <w:rFonts w:cs="Times New Roman"/>
          <w:szCs w:val="24"/>
          <w:lang w:val="id"/>
        </w:rPr>
        <w:t>)</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menunjukkan</w:t>
      </w:r>
      <w:r w:rsidR="00F660D2" w:rsidRPr="00387AD0">
        <w:rPr>
          <w:rFonts w:cs="Times New Roman"/>
          <w:szCs w:val="24"/>
          <w:lang w:val="id"/>
        </w:rPr>
        <w:t xml:space="preserve"> </w:t>
      </w:r>
      <w:r w:rsidRPr="00387AD0">
        <w:rPr>
          <w:rFonts w:cs="Times New Roman"/>
          <w:szCs w:val="24"/>
          <w:lang w:val="id"/>
        </w:rPr>
        <w:t>alur</w:t>
      </w:r>
      <w:r w:rsidR="00F660D2" w:rsidRPr="00387AD0">
        <w:rPr>
          <w:rFonts w:cs="Times New Roman"/>
          <w:szCs w:val="24"/>
          <w:lang w:val="id"/>
        </w:rPr>
        <w:t xml:space="preserve"> </w:t>
      </w:r>
      <w:r w:rsidRPr="00387AD0">
        <w:rPr>
          <w:rFonts w:cs="Times New Roman"/>
          <w:szCs w:val="24"/>
          <w:lang w:val="id"/>
        </w:rPr>
        <w:t>interaksi</w:t>
      </w:r>
      <w:r w:rsidR="00F660D2" w:rsidRPr="00387AD0">
        <w:rPr>
          <w:rFonts w:cs="Times New Roman"/>
          <w:szCs w:val="24"/>
          <w:lang w:val="id"/>
        </w:rPr>
        <w:t xml:space="preserve"> </w:t>
      </w:r>
      <w:r w:rsidRPr="00387AD0">
        <w:rPr>
          <w:rFonts w:cs="Times New Roman"/>
          <w:szCs w:val="24"/>
          <w:lang w:val="id"/>
        </w:rPr>
        <w:t>antara</w:t>
      </w:r>
      <w:r w:rsidR="00F660D2" w:rsidRPr="00387AD0">
        <w:rPr>
          <w:rFonts w:cs="Times New Roman"/>
          <w:szCs w:val="24"/>
          <w:lang w:val="id"/>
        </w:rPr>
        <w:t xml:space="preserve"> </w:t>
      </w:r>
      <w:r w:rsidRPr="00387AD0">
        <w:rPr>
          <w:rFonts w:cs="Times New Roman"/>
          <w:szCs w:val="24"/>
          <w:lang w:val="id"/>
        </w:rPr>
        <w:t>"Actor"</w:t>
      </w:r>
      <w:r w:rsidR="00F660D2" w:rsidRPr="00387AD0">
        <w:rPr>
          <w:rFonts w:cs="Times New Roman"/>
          <w:szCs w:val="24"/>
          <w:lang w:val="id"/>
        </w:rPr>
        <w:t xml:space="preserve"> </w:t>
      </w:r>
      <w:r w:rsidRPr="00387AD0">
        <w:rPr>
          <w:rFonts w:cs="Times New Roman"/>
          <w:szCs w:val="24"/>
          <w:lang w:val="id"/>
        </w:rPr>
        <w:t>(pengguna),</w:t>
      </w:r>
      <w:r w:rsidR="00F660D2" w:rsidRPr="00387AD0">
        <w:rPr>
          <w:rFonts w:cs="Times New Roman"/>
          <w:szCs w:val="24"/>
          <w:lang w:val="id"/>
        </w:rPr>
        <w:t xml:space="preserve"> </w:t>
      </w:r>
      <w:r w:rsidRPr="00387AD0">
        <w:rPr>
          <w:rFonts w:cs="Times New Roman"/>
          <w:szCs w:val="24"/>
          <w:lang w:val="id"/>
        </w:rPr>
        <w:t>"Website</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"Database"</w:t>
      </w:r>
      <w:r w:rsidR="00F660D2" w:rsidRPr="00387AD0">
        <w:rPr>
          <w:rFonts w:cs="Times New Roman"/>
          <w:szCs w:val="24"/>
          <w:lang w:val="id"/>
        </w:rPr>
        <w:t xml:space="preserve"> </w:t>
      </w:r>
      <w:r w:rsidRPr="00387AD0">
        <w:rPr>
          <w:rFonts w:cs="Times New Roman"/>
          <w:szCs w:val="24"/>
          <w:lang w:val="id"/>
        </w:rPr>
        <w:t>dalam</w:t>
      </w:r>
      <w:r w:rsidR="00F660D2" w:rsidRPr="00387AD0">
        <w:rPr>
          <w:rFonts w:cs="Times New Roman"/>
          <w:szCs w:val="24"/>
          <w:lang w:val="id"/>
        </w:rPr>
        <w:t xml:space="preserve"> </w:t>
      </w:r>
      <w:r w:rsidRPr="00387AD0">
        <w:rPr>
          <w:rFonts w:cs="Times New Roman"/>
          <w:szCs w:val="24"/>
          <w:lang w:val="id"/>
        </w:rPr>
        <w:t>sebuah</w:t>
      </w:r>
      <w:r w:rsidR="00F660D2" w:rsidRPr="00387AD0">
        <w:rPr>
          <w:rFonts w:cs="Times New Roman"/>
          <w:szCs w:val="24"/>
          <w:lang w:val="id"/>
        </w:rPr>
        <w:t xml:space="preserve"> </w:t>
      </w:r>
      <w:r w:rsidRPr="00387AD0">
        <w:rPr>
          <w:rFonts w:cs="Times New Roman"/>
          <w:szCs w:val="24"/>
          <w:lang w:val="id"/>
        </w:rPr>
        <w:t>sistem</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Diagram</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t>dimulai</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pengguna</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mengakses</w:t>
      </w:r>
      <w:r w:rsidR="00F660D2" w:rsidRPr="00387AD0">
        <w:rPr>
          <w:rFonts w:cs="Times New Roman"/>
          <w:szCs w:val="24"/>
          <w:lang w:val="id"/>
        </w:rPr>
        <w:t xml:space="preserve"> </w:t>
      </w:r>
      <w:r w:rsidRPr="00387AD0">
        <w:rPr>
          <w:rFonts w:cs="Times New Roman"/>
          <w:szCs w:val="24"/>
          <w:lang w:val="id"/>
        </w:rPr>
        <w:t>halaman</w:t>
      </w:r>
      <w:r w:rsidR="00F660D2" w:rsidRPr="00387AD0">
        <w:rPr>
          <w:rFonts w:cs="Times New Roman"/>
          <w:szCs w:val="24"/>
          <w:lang w:val="id"/>
        </w:rPr>
        <w:t xml:space="preserve"> </w:t>
      </w:r>
      <w:r w:rsidRPr="00387AD0">
        <w:rPr>
          <w:rFonts w:cs="Times New Roman"/>
          <w:szCs w:val="24"/>
          <w:lang w:val="id"/>
        </w:rPr>
        <w:t>login,</w:t>
      </w:r>
      <w:r w:rsidR="00F660D2" w:rsidRPr="00387AD0">
        <w:rPr>
          <w:rFonts w:cs="Times New Roman"/>
          <w:szCs w:val="24"/>
          <w:lang w:val="id"/>
        </w:rPr>
        <w:t xml:space="preserve"> </w:t>
      </w:r>
      <w:r w:rsidRPr="00387AD0">
        <w:rPr>
          <w:rFonts w:cs="Times New Roman"/>
          <w:szCs w:val="24"/>
          <w:lang w:val="id"/>
        </w:rPr>
        <w:t>kemudian</w:t>
      </w:r>
      <w:r w:rsidR="00F660D2" w:rsidRPr="00387AD0">
        <w:rPr>
          <w:rFonts w:cs="Times New Roman"/>
          <w:szCs w:val="24"/>
          <w:lang w:val="id"/>
        </w:rPr>
        <w:t xml:space="preserve"> </w:t>
      </w:r>
      <w:r w:rsidRPr="00387AD0">
        <w:rPr>
          <w:rFonts w:cs="Times New Roman"/>
          <w:szCs w:val="24"/>
          <w:lang w:val="id"/>
        </w:rPr>
        <w:t>memasukkan</w:t>
      </w:r>
      <w:r w:rsidR="00F660D2" w:rsidRPr="00387AD0">
        <w:rPr>
          <w:rFonts w:cs="Times New Roman"/>
          <w:szCs w:val="24"/>
          <w:lang w:val="id"/>
        </w:rPr>
        <w:t xml:space="preserve"> </w:t>
      </w:r>
      <w:r w:rsidRPr="00387AD0">
        <w:rPr>
          <w:rFonts w:cs="Times New Roman"/>
          <w:szCs w:val="24"/>
          <w:lang w:val="id"/>
        </w:rPr>
        <w:t>username</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password.</w:t>
      </w:r>
      <w:r w:rsidR="00F660D2" w:rsidRPr="00387AD0">
        <w:rPr>
          <w:rFonts w:cs="Times New Roman"/>
          <w:szCs w:val="24"/>
          <w:lang w:val="id"/>
        </w:rPr>
        <w:t xml:space="preserve"> </w:t>
      </w:r>
      <w:r w:rsidRPr="00387AD0">
        <w:rPr>
          <w:rFonts w:cs="Times New Roman"/>
          <w:szCs w:val="24"/>
          <w:lang w:val="id"/>
        </w:rPr>
        <w:t>Website</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akan</w:t>
      </w:r>
      <w:r w:rsidR="00F660D2" w:rsidRPr="00387AD0">
        <w:rPr>
          <w:rFonts w:cs="Times New Roman"/>
          <w:szCs w:val="24"/>
          <w:lang w:val="id"/>
        </w:rPr>
        <w:t xml:space="preserve"> </w:t>
      </w:r>
      <w:r w:rsidRPr="00387AD0">
        <w:rPr>
          <w:rFonts w:cs="Times New Roman"/>
          <w:szCs w:val="24"/>
          <w:lang w:val="id"/>
        </w:rPr>
        <w:t>memverifikasi</w:t>
      </w:r>
      <w:r w:rsidR="00F660D2" w:rsidRPr="00387AD0">
        <w:rPr>
          <w:rFonts w:cs="Times New Roman"/>
          <w:szCs w:val="24"/>
          <w:lang w:val="id"/>
        </w:rPr>
        <w:t xml:space="preserve"> </w:t>
      </w:r>
      <w:r w:rsidRPr="00387AD0">
        <w:rPr>
          <w:rFonts w:cs="Times New Roman"/>
          <w:szCs w:val="24"/>
          <w:lang w:val="id"/>
        </w:rPr>
        <w:t>kredensial</w:t>
      </w:r>
      <w:r w:rsidR="00F660D2" w:rsidRPr="00387AD0">
        <w:rPr>
          <w:rFonts w:cs="Times New Roman"/>
          <w:szCs w:val="24"/>
          <w:lang w:val="id"/>
        </w:rPr>
        <w:t xml:space="preserve"> </w:t>
      </w:r>
      <w:r w:rsidRPr="00387AD0">
        <w:rPr>
          <w:rFonts w:cs="Times New Roman"/>
          <w:szCs w:val="24"/>
          <w:lang w:val="id"/>
        </w:rPr>
        <w:t>ini</w:t>
      </w:r>
      <w:r w:rsidR="00F660D2" w:rsidRPr="00387AD0">
        <w:rPr>
          <w:rFonts w:cs="Times New Roman"/>
          <w:szCs w:val="24"/>
          <w:lang w:val="id"/>
        </w:rPr>
        <w:t xml:space="preserve"> </w:t>
      </w:r>
      <w:r w:rsidRPr="00387AD0">
        <w:rPr>
          <w:rFonts w:cs="Times New Roman"/>
          <w:szCs w:val="24"/>
          <w:lang w:val="id"/>
        </w:rPr>
        <w:t>dengan</w:t>
      </w:r>
      <w:r w:rsidR="00F660D2" w:rsidRPr="00387AD0">
        <w:rPr>
          <w:rFonts w:cs="Times New Roman"/>
          <w:szCs w:val="24"/>
          <w:lang w:val="id"/>
        </w:rPr>
        <w:t xml:space="preserve"> </w:t>
      </w:r>
      <w:r w:rsidRPr="00387AD0">
        <w:rPr>
          <w:rFonts w:cs="Times New Roman"/>
          <w:szCs w:val="24"/>
          <w:lang w:val="id"/>
        </w:rPr>
        <w:t>Database.</w:t>
      </w:r>
      <w:r w:rsidR="00F660D2" w:rsidRPr="00387AD0">
        <w:rPr>
          <w:rFonts w:cs="Times New Roman"/>
          <w:szCs w:val="24"/>
          <w:lang w:val="id"/>
        </w:rPr>
        <w:t xml:space="preserve"> </w:t>
      </w:r>
      <w:r w:rsidRPr="00387AD0">
        <w:rPr>
          <w:rFonts w:cs="Times New Roman"/>
          <w:szCs w:val="24"/>
          <w:lang w:val="id"/>
        </w:rPr>
        <w:t>Setelah</w:t>
      </w:r>
      <w:r w:rsidR="00F660D2" w:rsidRPr="00387AD0">
        <w:rPr>
          <w:rFonts w:cs="Times New Roman"/>
          <w:szCs w:val="24"/>
          <w:lang w:val="id"/>
        </w:rPr>
        <w:t xml:space="preserve"> </w:t>
      </w:r>
      <w:r w:rsidRPr="00387AD0">
        <w:rPr>
          <w:rFonts w:cs="Times New Roman"/>
          <w:szCs w:val="24"/>
          <w:lang w:val="id"/>
        </w:rPr>
        <w:t>berhasil</w:t>
      </w:r>
      <w:r w:rsidR="00F660D2" w:rsidRPr="00387AD0">
        <w:rPr>
          <w:rFonts w:cs="Times New Roman"/>
          <w:szCs w:val="24"/>
          <w:lang w:val="id"/>
        </w:rPr>
        <w:t xml:space="preserve"> </w:t>
      </w:r>
      <w:r w:rsidRPr="00387AD0">
        <w:rPr>
          <w:rFonts w:cs="Times New Roman"/>
          <w:szCs w:val="24"/>
          <w:lang w:val="id"/>
        </w:rPr>
        <w:t>diverifikasi,</w:t>
      </w:r>
      <w:r w:rsidR="00F660D2" w:rsidRPr="00387AD0">
        <w:rPr>
          <w:rFonts w:cs="Times New Roman"/>
          <w:szCs w:val="24"/>
          <w:lang w:val="id"/>
        </w:rPr>
        <w:t xml:space="preserve"> </w:t>
      </w:r>
      <w:r w:rsidRPr="00387AD0">
        <w:rPr>
          <w:rFonts w:cs="Times New Roman"/>
          <w:szCs w:val="24"/>
          <w:lang w:val="id"/>
        </w:rPr>
        <w:t>pengguna</w:t>
      </w:r>
      <w:r w:rsidR="00F660D2" w:rsidRPr="00387AD0">
        <w:rPr>
          <w:rFonts w:cs="Times New Roman"/>
          <w:szCs w:val="24"/>
          <w:lang w:val="id"/>
        </w:rPr>
        <w:t xml:space="preserve"> </w:t>
      </w:r>
      <w:r w:rsidRPr="00387AD0">
        <w:rPr>
          <w:rFonts w:cs="Times New Roman"/>
          <w:szCs w:val="24"/>
          <w:lang w:val="id"/>
        </w:rPr>
        <w:t>akan</w:t>
      </w:r>
      <w:r w:rsidR="00F660D2" w:rsidRPr="00387AD0">
        <w:rPr>
          <w:rFonts w:cs="Times New Roman"/>
          <w:szCs w:val="24"/>
          <w:lang w:val="id"/>
        </w:rPr>
        <w:t xml:space="preserve"> </w:t>
      </w:r>
      <w:r w:rsidRPr="00387AD0">
        <w:rPr>
          <w:rFonts w:cs="Times New Roman"/>
          <w:szCs w:val="24"/>
          <w:lang w:val="id"/>
        </w:rPr>
        <w:t>diarahkan</w:t>
      </w:r>
      <w:r w:rsidR="00F660D2" w:rsidRPr="00387AD0">
        <w:rPr>
          <w:rFonts w:cs="Times New Roman"/>
          <w:szCs w:val="24"/>
          <w:lang w:val="id"/>
        </w:rPr>
        <w:t xml:space="preserve"> </w:t>
      </w:r>
      <w:r w:rsidRPr="00387AD0">
        <w:rPr>
          <w:rFonts w:cs="Times New Roman"/>
          <w:szCs w:val="24"/>
          <w:lang w:val="id"/>
        </w:rPr>
        <w:t>ke</w:t>
      </w:r>
      <w:r w:rsidR="00F660D2" w:rsidRPr="00387AD0">
        <w:rPr>
          <w:rFonts w:cs="Times New Roman"/>
          <w:szCs w:val="24"/>
          <w:lang w:val="id"/>
        </w:rPr>
        <w:t xml:space="preserve"> </w:t>
      </w:r>
      <w:r w:rsidRPr="00387AD0">
        <w:rPr>
          <w:rFonts w:cs="Times New Roman"/>
          <w:szCs w:val="24"/>
          <w:lang w:val="id"/>
        </w:rPr>
        <w:t>halaman</w:t>
      </w:r>
      <w:r w:rsidR="00F660D2" w:rsidRPr="00387AD0">
        <w:rPr>
          <w:rFonts w:cs="Times New Roman"/>
          <w:szCs w:val="24"/>
          <w:lang w:val="id"/>
        </w:rPr>
        <w:t xml:space="preserve"> </w:t>
      </w:r>
      <w:r w:rsidRPr="00387AD0">
        <w:rPr>
          <w:rFonts w:cs="Times New Roman"/>
          <w:szCs w:val="24"/>
          <w:lang w:val="id"/>
        </w:rPr>
        <w:t>dashboard.</w:t>
      </w:r>
      <w:r w:rsidR="00F660D2" w:rsidRPr="00387AD0">
        <w:rPr>
          <w:rFonts w:cs="Times New Roman"/>
          <w:szCs w:val="24"/>
          <w:lang w:val="id"/>
        </w:rPr>
        <w:t xml:space="preserve"> </w:t>
      </w:r>
      <w:r w:rsidRPr="00387AD0">
        <w:rPr>
          <w:rFonts w:cs="Times New Roman"/>
          <w:szCs w:val="24"/>
          <w:lang w:val="id"/>
        </w:rPr>
        <w:t>Selanjutnya,</w:t>
      </w:r>
      <w:r w:rsidR="00F660D2" w:rsidRPr="00387AD0">
        <w:rPr>
          <w:rFonts w:cs="Times New Roman"/>
          <w:szCs w:val="24"/>
          <w:lang w:val="id"/>
        </w:rPr>
        <w:t xml:space="preserve"> </w:t>
      </w:r>
      <w:r w:rsidRPr="00387AD0">
        <w:rPr>
          <w:rFonts w:cs="Times New Roman"/>
          <w:szCs w:val="24"/>
          <w:lang w:val="id"/>
        </w:rPr>
        <w:t>pengguna</w:t>
      </w:r>
      <w:r w:rsidR="00F660D2" w:rsidRPr="00387AD0">
        <w:rPr>
          <w:rFonts w:cs="Times New Roman"/>
          <w:szCs w:val="24"/>
          <w:lang w:val="id"/>
        </w:rPr>
        <w:t xml:space="preserve"> </w:t>
      </w:r>
      <w:r w:rsidRPr="00387AD0">
        <w:rPr>
          <w:rFonts w:cs="Times New Roman"/>
          <w:szCs w:val="24"/>
          <w:lang w:val="id"/>
        </w:rPr>
        <w:t>dapat</w:t>
      </w:r>
      <w:r w:rsidR="00F660D2" w:rsidRPr="00387AD0">
        <w:rPr>
          <w:rFonts w:cs="Times New Roman"/>
          <w:szCs w:val="24"/>
          <w:lang w:val="id"/>
        </w:rPr>
        <w:t xml:space="preserve"> </w:t>
      </w:r>
      <w:r w:rsidRPr="00387AD0">
        <w:rPr>
          <w:rFonts w:cs="Times New Roman"/>
          <w:szCs w:val="24"/>
          <w:lang w:val="id"/>
        </w:rPr>
        <w:t>mencari</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melalui</w:t>
      </w:r>
      <w:r w:rsidR="00F660D2" w:rsidRPr="00387AD0">
        <w:rPr>
          <w:rFonts w:cs="Times New Roman"/>
          <w:szCs w:val="24"/>
          <w:lang w:val="id"/>
        </w:rPr>
        <w:t xml:space="preserve"> </w:t>
      </w:r>
      <w:r w:rsidRPr="00387AD0">
        <w:rPr>
          <w:rFonts w:cs="Times New Roman"/>
          <w:szCs w:val="24"/>
          <w:lang w:val="id"/>
        </w:rPr>
        <w:t>website,</w:t>
      </w:r>
      <w:r w:rsidR="00F660D2" w:rsidRPr="00387AD0">
        <w:rPr>
          <w:rFonts w:cs="Times New Roman"/>
          <w:szCs w:val="24"/>
          <w:lang w:val="id"/>
        </w:rPr>
        <w:t xml:space="preserve"> </w:t>
      </w:r>
      <w:r w:rsidRPr="00387AD0">
        <w:rPr>
          <w:rFonts w:cs="Times New Roman"/>
          <w:szCs w:val="24"/>
          <w:lang w:val="id"/>
        </w:rPr>
        <w:t>yang</w:t>
      </w:r>
      <w:r w:rsidR="00F660D2" w:rsidRPr="00387AD0">
        <w:rPr>
          <w:rFonts w:cs="Times New Roman"/>
          <w:szCs w:val="24"/>
          <w:lang w:val="id"/>
        </w:rPr>
        <w:t xml:space="preserve"> </w:t>
      </w:r>
      <w:r w:rsidRPr="00387AD0">
        <w:rPr>
          <w:rFonts w:cs="Times New Roman"/>
          <w:szCs w:val="24"/>
          <w:lang w:val="id"/>
        </w:rPr>
        <w:t>kemudian</w:t>
      </w:r>
      <w:r w:rsidR="00F660D2" w:rsidRPr="00387AD0">
        <w:rPr>
          <w:rFonts w:cs="Times New Roman"/>
          <w:szCs w:val="24"/>
          <w:lang w:val="id"/>
        </w:rPr>
        <w:t xml:space="preserve"> </w:t>
      </w:r>
      <w:r w:rsidRPr="00387AD0">
        <w:rPr>
          <w:rFonts w:cs="Times New Roman"/>
          <w:szCs w:val="24"/>
          <w:lang w:val="id"/>
        </w:rPr>
        <w:t>akan</w:t>
      </w:r>
      <w:r w:rsidR="00F660D2" w:rsidRPr="00387AD0">
        <w:rPr>
          <w:rFonts w:cs="Times New Roman"/>
          <w:szCs w:val="24"/>
          <w:lang w:val="id"/>
        </w:rPr>
        <w:t xml:space="preserve"> </w:t>
      </w:r>
      <w:r w:rsidRPr="00387AD0">
        <w:rPr>
          <w:rFonts w:cs="Times New Roman"/>
          <w:szCs w:val="24"/>
          <w:lang w:val="id"/>
        </w:rPr>
        <w:t>melakukan</w:t>
      </w:r>
      <w:r w:rsidR="00F660D2" w:rsidRPr="00387AD0">
        <w:rPr>
          <w:rFonts w:cs="Times New Roman"/>
          <w:szCs w:val="24"/>
          <w:lang w:val="id"/>
        </w:rPr>
        <w:t xml:space="preserve"> </w:t>
      </w:r>
      <w:r w:rsidRPr="00387AD0">
        <w:rPr>
          <w:rFonts w:cs="Times New Roman"/>
          <w:szCs w:val="24"/>
          <w:lang w:val="id"/>
        </w:rPr>
        <w:t>query</w:t>
      </w:r>
      <w:r w:rsidR="00F660D2" w:rsidRPr="00387AD0">
        <w:rPr>
          <w:rFonts w:cs="Times New Roman"/>
          <w:szCs w:val="24"/>
          <w:lang w:val="id"/>
        </w:rPr>
        <w:t xml:space="preserve"> </w:t>
      </w:r>
      <w:r w:rsidRPr="00387AD0">
        <w:rPr>
          <w:rFonts w:cs="Times New Roman"/>
          <w:szCs w:val="24"/>
          <w:lang w:val="id"/>
        </w:rPr>
        <w:t>data</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lastRenderedPageBreak/>
        <w:t>ke</w:t>
      </w:r>
      <w:r w:rsidR="00F660D2" w:rsidRPr="00387AD0">
        <w:rPr>
          <w:rFonts w:cs="Times New Roman"/>
          <w:szCs w:val="24"/>
          <w:lang w:val="id"/>
        </w:rPr>
        <w:t xml:space="preserve"> </w:t>
      </w:r>
      <w:r w:rsidRPr="00387AD0">
        <w:rPr>
          <w:rFonts w:cs="Times New Roman"/>
          <w:szCs w:val="24"/>
          <w:lang w:val="id"/>
        </w:rPr>
        <w:t>Database.</w:t>
      </w:r>
      <w:r w:rsidR="00F660D2" w:rsidRPr="00387AD0">
        <w:rPr>
          <w:rFonts w:cs="Times New Roman"/>
          <w:szCs w:val="24"/>
          <w:lang w:val="id"/>
        </w:rPr>
        <w:t xml:space="preserve"> </w:t>
      </w:r>
      <w:r w:rsidRPr="00387AD0">
        <w:rPr>
          <w:rFonts w:cs="Times New Roman"/>
          <w:szCs w:val="24"/>
          <w:lang w:val="id"/>
        </w:rPr>
        <w:t>Setelah</w:t>
      </w:r>
      <w:r w:rsidR="00F660D2" w:rsidRPr="00387AD0">
        <w:rPr>
          <w:rFonts w:cs="Times New Roman"/>
          <w:szCs w:val="24"/>
          <w:lang w:val="id"/>
        </w:rPr>
        <w:t xml:space="preserve"> </w:t>
      </w:r>
      <w:r w:rsidRPr="00387AD0">
        <w:rPr>
          <w:rFonts w:cs="Times New Roman"/>
          <w:szCs w:val="24"/>
          <w:lang w:val="id"/>
        </w:rPr>
        <w:t>menemukan</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pengguna</w:t>
      </w:r>
      <w:r w:rsidR="00F660D2" w:rsidRPr="00387AD0">
        <w:rPr>
          <w:rFonts w:cs="Times New Roman"/>
          <w:szCs w:val="24"/>
          <w:lang w:val="id"/>
        </w:rPr>
        <w:t xml:space="preserve"> </w:t>
      </w:r>
      <w:r w:rsidRPr="00387AD0">
        <w:rPr>
          <w:rFonts w:cs="Times New Roman"/>
          <w:szCs w:val="24"/>
          <w:lang w:val="id"/>
        </w:rPr>
        <w:t>dapat</w:t>
      </w:r>
      <w:r w:rsidR="00F660D2" w:rsidRPr="00387AD0">
        <w:rPr>
          <w:rFonts w:cs="Times New Roman"/>
          <w:szCs w:val="24"/>
          <w:lang w:val="id"/>
        </w:rPr>
        <w:t xml:space="preserve"> </w:t>
      </w:r>
      <w:r w:rsidRPr="00387AD0">
        <w:rPr>
          <w:rFonts w:cs="Times New Roman"/>
          <w:szCs w:val="24"/>
          <w:lang w:val="id"/>
        </w:rPr>
        <w:t>memilih</w:t>
      </w:r>
      <w:r w:rsidR="00F660D2" w:rsidRPr="00387AD0">
        <w:rPr>
          <w:rFonts w:cs="Times New Roman"/>
          <w:szCs w:val="24"/>
          <w:lang w:val="id"/>
        </w:rPr>
        <w:t xml:space="preserve"> </w:t>
      </w:r>
      <w:r w:rsidRPr="00387AD0">
        <w:rPr>
          <w:rFonts w:cs="Times New Roman"/>
          <w:szCs w:val="24"/>
          <w:lang w:val="id"/>
        </w:rPr>
        <w:t>buku</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meminjamnya,</w:t>
      </w:r>
      <w:r w:rsidR="00F660D2" w:rsidRPr="00387AD0">
        <w:rPr>
          <w:rFonts w:cs="Times New Roman"/>
          <w:szCs w:val="24"/>
          <w:lang w:val="id"/>
        </w:rPr>
        <w:t xml:space="preserve"> </w:t>
      </w:r>
      <w:r w:rsidRPr="00387AD0">
        <w:rPr>
          <w:rFonts w:cs="Times New Roman"/>
          <w:szCs w:val="24"/>
          <w:lang w:val="id"/>
        </w:rPr>
        <w:t>di</w:t>
      </w:r>
      <w:r w:rsidR="00F660D2" w:rsidRPr="00387AD0">
        <w:rPr>
          <w:rFonts w:cs="Times New Roman"/>
          <w:szCs w:val="24"/>
          <w:lang w:val="id"/>
        </w:rPr>
        <w:t xml:space="preserve"> </w:t>
      </w:r>
      <w:r w:rsidRPr="00387AD0">
        <w:rPr>
          <w:rFonts w:cs="Times New Roman"/>
          <w:szCs w:val="24"/>
          <w:lang w:val="id"/>
        </w:rPr>
        <w:t>mana</w:t>
      </w:r>
      <w:r w:rsidR="00F660D2" w:rsidRPr="00387AD0">
        <w:rPr>
          <w:rFonts w:cs="Times New Roman"/>
          <w:szCs w:val="24"/>
          <w:lang w:val="id"/>
        </w:rPr>
        <w:t xml:space="preserve"> </w:t>
      </w:r>
      <w:r w:rsidRPr="00387AD0">
        <w:rPr>
          <w:rFonts w:cs="Times New Roman"/>
          <w:szCs w:val="24"/>
          <w:lang w:val="id"/>
        </w:rPr>
        <w:t>transaksi</w:t>
      </w:r>
      <w:r w:rsidR="00F660D2" w:rsidRPr="00387AD0">
        <w:rPr>
          <w:rFonts w:cs="Times New Roman"/>
          <w:szCs w:val="24"/>
          <w:lang w:val="id"/>
        </w:rPr>
        <w:t xml:space="preserve"> </w:t>
      </w:r>
      <w:r w:rsidRPr="00387AD0">
        <w:rPr>
          <w:rFonts w:cs="Times New Roman"/>
          <w:szCs w:val="24"/>
          <w:lang w:val="id"/>
        </w:rPr>
        <w:t>peminjaman</w:t>
      </w:r>
      <w:r w:rsidR="00F660D2" w:rsidRPr="00387AD0">
        <w:rPr>
          <w:rFonts w:cs="Times New Roman"/>
          <w:szCs w:val="24"/>
          <w:lang w:val="id"/>
        </w:rPr>
        <w:t xml:space="preserve"> </w:t>
      </w:r>
      <w:r w:rsidRPr="00387AD0">
        <w:rPr>
          <w:rFonts w:cs="Times New Roman"/>
          <w:szCs w:val="24"/>
          <w:lang w:val="id"/>
        </w:rPr>
        <w:t>akan</w:t>
      </w:r>
      <w:r w:rsidR="00F660D2" w:rsidRPr="00387AD0">
        <w:rPr>
          <w:rFonts w:cs="Times New Roman"/>
          <w:szCs w:val="24"/>
          <w:lang w:val="id"/>
        </w:rPr>
        <w:t xml:space="preserve"> </w:t>
      </w:r>
      <w:r w:rsidRPr="00387AD0">
        <w:rPr>
          <w:rFonts w:cs="Times New Roman"/>
          <w:szCs w:val="24"/>
          <w:lang w:val="id"/>
        </w:rPr>
        <w:t>disimpan</w:t>
      </w:r>
      <w:r w:rsidR="00F660D2" w:rsidRPr="00387AD0">
        <w:rPr>
          <w:rFonts w:cs="Times New Roman"/>
          <w:szCs w:val="24"/>
          <w:lang w:val="id"/>
        </w:rPr>
        <w:t xml:space="preserve"> </w:t>
      </w:r>
      <w:r w:rsidRPr="00387AD0">
        <w:rPr>
          <w:rFonts w:cs="Times New Roman"/>
          <w:szCs w:val="24"/>
          <w:lang w:val="id"/>
        </w:rPr>
        <w:t>di</w:t>
      </w:r>
      <w:r w:rsidR="00F660D2" w:rsidRPr="00387AD0">
        <w:rPr>
          <w:rFonts w:cs="Times New Roman"/>
          <w:szCs w:val="24"/>
          <w:lang w:val="id"/>
        </w:rPr>
        <w:t xml:space="preserve"> </w:t>
      </w:r>
      <w:r w:rsidRPr="00387AD0">
        <w:rPr>
          <w:rFonts w:cs="Times New Roman"/>
          <w:szCs w:val="24"/>
          <w:lang w:val="id"/>
        </w:rPr>
        <w:t>Database</w:t>
      </w:r>
      <w:r w:rsidR="00F660D2" w:rsidRPr="00387AD0">
        <w:rPr>
          <w:rFonts w:cs="Times New Roman"/>
          <w:szCs w:val="24"/>
          <w:lang w:val="id"/>
        </w:rPr>
        <w:t xml:space="preserve"> </w:t>
      </w:r>
      <w:r w:rsidRPr="00387AD0">
        <w:rPr>
          <w:rFonts w:cs="Times New Roman"/>
          <w:szCs w:val="24"/>
          <w:lang w:val="id"/>
        </w:rPr>
        <w:t>dan</w:t>
      </w:r>
      <w:r w:rsidR="00F660D2" w:rsidRPr="00387AD0">
        <w:rPr>
          <w:rFonts w:cs="Times New Roman"/>
          <w:szCs w:val="24"/>
          <w:lang w:val="id"/>
        </w:rPr>
        <w:t xml:space="preserve"> </w:t>
      </w:r>
      <w:r w:rsidRPr="00387AD0">
        <w:rPr>
          <w:rFonts w:cs="Times New Roman"/>
          <w:szCs w:val="24"/>
          <w:lang w:val="id"/>
        </w:rPr>
        <w:t>dikonfirmasi</w:t>
      </w:r>
      <w:r w:rsidR="00F660D2" w:rsidRPr="00387AD0">
        <w:rPr>
          <w:rFonts w:cs="Times New Roman"/>
          <w:szCs w:val="24"/>
          <w:lang w:val="id"/>
        </w:rPr>
        <w:t xml:space="preserve"> </w:t>
      </w:r>
      <w:r w:rsidRPr="00387AD0">
        <w:rPr>
          <w:rFonts w:cs="Times New Roman"/>
          <w:szCs w:val="24"/>
          <w:lang w:val="id"/>
        </w:rPr>
        <w:t>kembali</w:t>
      </w:r>
      <w:r w:rsidR="00F660D2" w:rsidRPr="00387AD0">
        <w:rPr>
          <w:rFonts w:cs="Times New Roman"/>
          <w:szCs w:val="24"/>
          <w:lang w:val="id"/>
        </w:rPr>
        <w:t xml:space="preserve"> </w:t>
      </w:r>
      <w:r w:rsidRPr="00387AD0">
        <w:rPr>
          <w:rFonts w:cs="Times New Roman"/>
          <w:szCs w:val="24"/>
          <w:lang w:val="id"/>
        </w:rPr>
        <w:t>ke</w:t>
      </w:r>
      <w:r w:rsidR="00F660D2" w:rsidRPr="00387AD0">
        <w:rPr>
          <w:rFonts w:cs="Times New Roman"/>
          <w:szCs w:val="24"/>
          <w:lang w:val="id"/>
        </w:rPr>
        <w:t xml:space="preserve"> </w:t>
      </w:r>
      <w:r w:rsidRPr="00387AD0">
        <w:rPr>
          <w:rFonts w:cs="Times New Roman"/>
          <w:szCs w:val="24"/>
          <w:lang w:val="id"/>
        </w:rPr>
        <w:t>Website</w:t>
      </w:r>
      <w:r w:rsidR="00F660D2" w:rsidRPr="00387AD0">
        <w:rPr>
          <w:rFonts w:cs="Times New Roman"/>
          <w:szCs w:val="24"/>
          <w:lang w:val="id"/>
        </w:rPr>
        <w:t xml:space="preserve"> </w:t>
      </w:r>
      <w:r w:rsidRPr="00387AD0">
        <w:rPr>
          <w:rFonts w:cs="Times New Roman"/>
          <w:szCs w:val="24"/>
          <w:lang w:val="id"/>
        </w:rPr>
        <w:t>Perpustakaan,</w:t>
      </w:r>
      <w:r w:rsidR="00F660D2" w:rsidRPr="00387AD0">
        <w:rPr>
          <w:rFonts w:cs="Times New Roman"/>
          <w:szCs w:val="24"/>
          <w:lang w:val="id"/>
        </w:rPr>
        <w:t xml:space="preserve"> </w:t>
      </w:r>
      <w:r w:rsidRPr="00387AD0">
        <w:rPr>
          <w:rFonts w:cs="Times New Roman"/>
          <w:szCs w:val="24"/>
          <w:lang w:val="id"/>
        </w:rPr>
        <w:t>sebelum</w:t>
      </w:r>
      <w:r w:rsidR="00F660D2" w:rsidRPr="00387AD0">
        <w:rPr>
          <w:rFonts w:cs="Times New Roman"/>
          <w:szCs w:val="24"/>
          <w:lang w:val="id"/>
        </w:rPr>
        <w:t xml:space="preserve"> </w:t>
      </w:r>
      <w:r w:rsidRPr="00387AD0">
        <w:rPr>
          <w:rFonts w:cs="Times New Roman"/>
          <w:szCs w:val="24"/>
          <w:lang w:val="id"/>
        </w:rPr>
        <w:t>akhirnya</w:t>
      </w:r>
      <w:r w:rsidR="00F660D2" w:rsidRPr="00387AD0">
        <w:rPr>
          <w:rFonts w:cs="Times New Roman"/>
          <w:szCs w:val="24"/>
          <w:lang w:val="id"/>
        </w:rPr>
        <w:t xml:space="preserve"> </w:t>
      </w:r>
      <w:r w:rsidRPr="00387AD0">
        <w:rPr>
          <w:rFonts w:cs="Times New Roman"/>
          <w:szCs w:val="24"/>
          <w:lang w:val="id"/>
        </w:rPr>
        <w:t>Website</w:t>
      </w:r>
      <w:r w:rsidR="00F660D2" w:rsidRPr="00387AD0">
        <w:rPr>
          <w:rFonts w:cs="Times New Roman"/>
          <w:szCs w:val="24"/>
          <w:lang w:val="id"/>
        </w:rPr>
        <w:t xml:space="preserve"> </w:t>
      </w:r>
      <w:r w:rsidRPr="00387AD0">
        <w:rPr>
          <w:rFonts w:cs="Times New Roman"/>
          <w:szCs w:val="24"/>
          <w:lang w:val="id"/>
        </w:rPr>
        <w:t>menampilkan</w:t>
      </w:r>
      <w:r w:rsidR="00F660D2" w:rsidRPr="00387AD0">
        <w:rPr>
          <w:rFonts w:cs="Times New Roman"/>
          <w:szCs w:val="24"/>
          <w:lang w:val="id"/>
        </w:rPr>
        <w:t xml:space="preserve"> </w:t>
      </w:r>
      <w:r w:rsidRPr="00387AD0">
        <w:rPr>
          <w:rFonts w:cs="Times New Roman"/>
          <w:szCs w:val="24"/>
          <w:lang w:val="id"/>
        </w:rPr>
        <w:t>pesan</w:t>
      </w:r>
      <w:r w:rsidR="00F660D2" w:rsidRPr="00387AD0">
        <w:rPr>
          <w:rFonts w:cs="Times New Roman"/>
          <w:szCs w:val="24"/>
          <w:lang w:val="id"/>
        </w:rPr>
        <w:t xml:space="preserve"> </w:t>
      </w:r>
      <w:r w:rsidRPr="00387AD0">
        <w:rPr>
          <w:rFonts w:cs="Times New Roman"/>
          <w:szCs w:val="24"/>
          <w:lang w:val="id"/>
        </w:rPr>
        <w:t>sukses</w:t>
      </w:r>
      <w:r w:rsidR="00F660D2" w:rsidRPr="00387AD0">
        <w:rPr>
          <w:rFonts w:cs="Times New Roman"/>
          <w:szCs w:val="24"/>
          <w:lang w:val="id"/>
        </w:rPr>
        <w:t xml:space="preserve"> </w:t>
      </w:r>
      <w:r w:rsidRPr="00387AD0">
        <w:rPr>
          <w:rFonts w:cs="Times New Roman"/>
          <w:szCs w:val="24"/>
          <w:lang w:val="id"/>
        </w:rPr>
        <w:t>kepada</w:t>
      </w:r>
      <w:r w:rsidR="00F660D2" w:rsidRPr="00387AD0">
        <w:rPr>
          <w:rFonts w:cs="Times New Roman"/>
          <w:szCs w:val="24"/>
          <w:lang w:val="id"/>
        </w:rPr>
        <w:t xml:space="preserve"> </w:t>
      </w:r>
      <w:r w:rsidRPr="00387AD0">
        <w:rPr>
          <w:rFonts w:cs="Times New Roman"/>
          <w:szCs w:val="24"/>
          <w:lang w:val="id"/>
        </w:rPr>
        <w:t>pengguna</w:t>
      </w:r>
      <w:r w:rsidR="005B7971">
        <w:rPr>
          <w:rFonts w:cs="Times New Roman"/>
          <w:szCs w:val="24"/>
          <w:lang w:val="id"/>
        </w:rPr>
        <w:t>.</w:t>
      </w:r>
    </w:p>
    <w:p w14:paraId="5DA603F3" w14:textId="77777777" w:rsidR="0076694C" w:rsidRPr="00387AD0" w:rsidRDefault="0076694C" w:rsidP="00FB2541">
      <w:pPr>
        <w:spacing w:line="360" w:lineRule="auto"/>
        <w:ind w:right="-427" w:firstLine="720"/>
        <w:rPr>
          <w:rFonts w:cs="Times New Roman"/>
          <w:szCs w:val="24"/>
          <w:lang w:val="id"/>
        </w:rPr>
      </w:pPr>
    </w:p>
    <w:p w14:paraId="1E57756E" w14:textId="272389D6" w:rsidR="007A347E" w:rsidRPr="00387AD0" w:rsidRDefault="007A347E" w:rsidP="00FB2541">
      <w:pPr>
        <w:pStyle w:val="Heading2"/>
        <w:numPr>
          <w:ilvl w:val="0"/>
          <w:numId w:val="27"/>
        </w:numPr>
        <w:tabs>
          <w:tab w:val="left" w:pos="-142"/>
        </w:tabs>
        <w:spacing w:after="240" w:line="360" w:lineRule="auto"/>
        <w:ind w:left="0" w:firstLine="0"/>
        <w:rPr>
          <w:rFonts w:cs="Times New Roman"/>
          <w:szCs w:val="24"/>
          <w:lang w:val="id"/>
        </w:rPr>
      </w:pPr>
      <w:bookmarkStart w:id="119" w:name="_Toc205248740"/>
      <w:bookmarkStart w:id="120" w:name="_Toc205261388"/>
      <w:r w:rsidRPr="00387AD0">
        <w:rPr>
          <w:rFonts w:cs="Times New Roman"/>
          <w:szCs w:val="24"/>
          <w:lang w:val="id"/>
        </w:rPr>
        <w:t>Perancangan</w:t>
      </w:r>
      <w:r w:rsidR="00F660D2" w:rsidRPr="00387AD0">
        <w:rPr>
          <w:rFonts w:cs="Times New Roman"/>
          <w:szCs w:val="24"/>
          <w:lang w:val="id"/>
        </w:rPr>
        <w:t xml:space="preserve"> </w:t>
      </w:r>
      <w:r w:rsidRPr="00387AD0">
        <w:rPr>
          <w:rFonts w:cs="Times New Roman"/>
          <w:szCs w:val="24"/>
          <w:lang w:val="id"/>
        </w:rPr>
        <w:t>Antar</w:t>
      </w:r>
      <w:r w:rsidR="00F660D2" w:rsidRPr="00387AD0">
        <w:rPr>
          <w:rFonts w:cs="Times New Roman"/>
          <w:szCs w:val="24"/>
          <w:lang w:val="id"/>
        </w:rPr>
        <w:t xml:space="preserve"> </w:t>
      </w:r>
      <w:r w:rsidRPr="00387AD0">
        <w:rPr>
          <w:rFonts w:cs="Times New Roman"/>
          <w:szCs w:val="24"/>
          <w:lang w:val="id"/>
        </w:rPr>
        <w:t>Muka</w:t>
      </w:r>
      <w:r w:rsidR="00F660D2" w:rsidRPr="00387AD0">
        <w:rPr>
          <w:rFonts w:cs="Times New Roman"/>
          <w:szCs w:val="24"/>
          <w:lang w:val="id"/>
        </w:rPr>
        <w:t xml:space="preserve"> </w:t>
      </w:r>
      <w:r w:rsidR="00871697" w:rsidRPr="00387AD0">
        <w:rPr>
          <w:rFonts w:cs="Times New Roman"/>
          <w:szCs w:val="24"/>
          <w:lang w:val="id"/>
        </w:rPr>
        <w:t>Admin</w:t>
      </w:r>
      <w:bookmarkEnd w:id="119"/>
      <w:bookmarkEnd w:id="120"/>
    </w:p>
    <w:p w14:paraId="0F089919" w14:textId="07F2AACD" w:rsidR="001A1C4B" w:rsidRPr="00387AD0" w:rsidRDefault="001A1C4B" w:rsidP="00FB2541">
      <w:pPr>
        <w:spacing w:line="360" w:lineRule="auto"/>
        <w:ind w:right="-427" w:firstLine="720"/>
        <w:rPr>
          <w:rFonts w:cs="Times New Roman"/>
          <w:lang w:val="id"/>
        </w:rPr>
      </w:pPr>
      <w:r w:rsidRPr="00387AD0">
        <w:rPr>
          <w:rFonts w:cs="Times New Roman"/>
          <w:lang w:val="id"/>
        </w:rPr>
        <w:t>Berikut</w:t>
      </w:r>
      <w:r w:rsidR="00F660D2" w:rsidRPr="00387AD0">
        <w:rPr>
          <w:rFonts w:cs="Times New Roman"/>
          <w:lang w:val="id"/>
        </w:rPr>
        <w:t xml:space="preserve"> </w:t>
      </w:r>
      <w:r w:rsidRPr="00387AD0">
        <w:rPr>
          <w:rFonts w:cs="Times New Roman"/>
          <w:lang w:val="id"/>
        </w:rPr>
        <w:t>adalah</w:t>
      </w:r>
      <w:r w:rsidR="00F660D2" w:rsidRPr="00387AD0">
        <w:rPr>
          <w:rFonts w:cs="Times New Roman"/>
          <w:lang w:val="id"/>
        </w:rPr>
        <w:t xml:space="preserve"> </w:t>
      </w:r>
      <w:r w:rsidRPr="00387AD0">
        <w:rPr>
          <w:rFonts w:cs="Times New Roman"/>
          <w:lang w:val="id"/>
        </w:rPr>
        <w:t>gambar</w:t>
      </w:r>
      <w:r w:rsidR="00F660D2" w:rsidRPr="00387AD0">
        <w:rPr>
          <w:rFonts w:cs="Times New Roman"/>
          <w:lang w:val="id"/>
        </w:rPr>
        <w:t xml:space="preserve"> </w:t>
      </w:r>
      <w:r w:rsidRPr="00387AD0">
        <w:rPr>
          <w:rFonts w:cs="Times New Roman"/>
          <w:lang w:val="id"/>
        </w:rPr>
        <w:t>detail</w:t>
      </w:r>
      <w:r w:rsidR="00F660D2" w:rsidRPr="00387AD0">
        <w:rPr>
          <w:rFonts w:cs="Times New Roman"/>
          <w:lang w:val="id"/>
        </w:rPr>
        <w:t xml:space="preserve"> </w:t>
      </w:r>
      <w:r w:rsidRPr="00387AD0">
        <w:rPr>
          <w:rFonts w:cs="Times New Roman"/>
          <w:lang w:val="id"/>
        </w:rPr>
        <w:t>dari</w:t>
      </w:r>
      <w:r w:rsidR="00F660D2" w:rsidRPr="00387AD0">
        <w:rPr>
          <w:rFonts w:cs="Times New Roman"/>
          <w:lang w:val="id"/>
        </w:rPr>
        <w:t xml:space="preserve"> </w:t>
      </w:r>
      <w:r w:rsidRPr="00387AD0">
        <w:rPr>
          <w:rFonts w:cs="Times New Roman"/>
          <w:lang w:val="id"/>
        </w:rPr>
        <w:t>antarmuka</w:t>
      </w:r>
      <w:r w:rsidR="00F660D2" w:rsidRPr="00387AD0">
        <w:rPr>
          <w:rFonts w:cs="Times New Roman"/>
          <w:lang w:val="id"/>
        </w:rPr>
        <w:t xml:space="preserve"> </w:t>
      </w:r>
      <w:r w:rsidRPr="00387AD0">
        <w:rPr>
          <w:rFonts w:cs="Times New Roman"/>
          <w:lang w:val="id"/>
        </w:rPr>
        <w:t>yang</w:t>
      </w:r>
      <w:r w:rsidR="00F660D2" w:rsidRPr="00387AD0">
        <w:rPr>
          <w:rFonts w:cs="Times New Roman"/>
          <w:lang w:val="id"/>
        </w:rPr>
        <w:t xml:space="preserve"> </w:t>
      </w:r>
      <w:r w:rsidRPr="00387AD0">
        <w:rPr>
          <w:rFonts w:cs="Times New Roman"/>
          <w:lang w:val="id"/>
        </w:rPr>
        <w:t>telah</w:t>
      </w:r>
      <w:r w:rsidR="00F660D2" w:rsidRPr="00387AD0">
        <w:rPr>
          <w:rFonts w:cs="Times New Roman"/>
          <w:lang w:val="id"/>
        </w:rPr>
        <w:t xml:space="preserve"> </w:t>
      </w:r>
      <w:r w:rsidRPr="00387AD0">
        <w:rPr>
          <w:rFonts w:cs="Times New Roman"/>
          <w:lang w:val="id"/>
        </w:rPr>
        <w:t>dirancang,</w:t>
      </w:r>
      <w:r w:rsidR="00F660D2" w:rsidRPr="00387AD0">
        <w:rPr>
          <w:rFonts w:cs="Times New Roman"/>
          <w:lang w:val="id"/>
        </w:rPr>
        <w:t xml:space="preserve"> </w:t>
      </w:r>
      <w:r w:rsidRPr="00387AD0">
        <w:rPr>
          <w:rFonts w:cs="Times New Roman"/>
          <w:lang w:val="id"/>
        </w:rPr>
        <w:t>dimulai</w:t>
      </w:r>
      <w:r w:rsidR="00F660D2" w:rsidRPr="00387AD0">
        <w:rPr>
          <w:rFonts w:cs="Times New Roman"/>
          <w:lang w:val="id"/>
        </w:rPr>
        <w:t xml:space="preserve"> </w:t>
      </w:r>
      <w:r w:rsidRPr="00387AD0">
        <w:rPr>
          <w:rFonts w:cs="Times New Roman"/>
          <w:lang w:val="id"/>
        </w:rPr>
        <w:t>dari</w:t>
      </w:r>
      <w:r w:rsidR="00F660D2" w:rsidRPr="00387AD0">
        <w:rPr>
          <w:rFonts w:cs="Times New Roman"/>
          <w:lang w:val="id"/>
        </w:rPr>
        <w:t xml:space="preserve"> </w:t>
      </w:r>
      <w:r w:rsidRPr="00387AD0">
        <w:rPr>
          <w:rFonts w:cs="Times New Roman"/>
          <w:lang w:val="id"/>
        </w:rPr>
        <w:t>dasbor</w:t>
      </w:r>
      <w:r w:rsidR="00F660D2" w:rsidRPr="00387AD0">
        <w:rPr>
          <w:rFonts w:cs="Times New Roman"/>
          <w:lang w:val="id"/>
        </w:rPr>
        <w:t xml:space="preserve"> </w:t>
      </w:r>
      <w:r w:rsidRPr="00387AD0">
        <w:rPr>
          <w:rFonts w:cs="Times New Roman"/>
          <w:lang w:val="id"/>
        </w:rPr>
        <w:t>administrator</w:t>
      </w:r>
      <w:r w:rsidR="00F660D2" w:rsidRPr="00387AD0">
        <w:rPr>
          <w:rFonts w:cs="Times New Roman"/>
          <w:lang w:val="id"/>
        </w:rPr>
        <w:t xml:space="preserve"> </w:t>
      </w:r>
      <w:r w:rsidRPr="00387AD0">
        <w:rPr>
          <w:rFonts w:cs="Times New Roman"/>
          <w:lang w:val="id"/>
        </w:rPr>
        <w:t>hingga</w:t>
      </w:r>
      <w:r w:rsidR="00F660D2" w:rsidRPr="00387AD0">
        <w:rPr>
          <w:rFonts w:cs="Times New Roman"/>
          <w:lang w:val="id"/>
        </w:rPr>
        <w:t xml:space="preserve"> </w:t>
      </w:r>
      <w:r w:rsidRPr="00387AD0">
        <w:rPr>
          <w:rFonts w:cs="Times New Roman"/>
          <w:lang w:val="id"/>
        </w:rPr>
        <w:t>fitur-fitur</w:t>
      </w:r>
      <w:r w:rsidR="00F660D2" w:rsidRPr="00387AD0">
        <w:rPr>
          <w:rFonts w:cs="Times New Roman"/>
          <w:lang w:val="id"/>
        </w:rPr>
        <w:t xml:space="preserve"> </w:t>
      </w:r>
      <w:r w:rsidRPr="00387AD0">
        <w:rPr>
          <w:rFonts w:cs="Times New Roman"/>
          <w:lang w:val="id"/>
        </w:rPr>
        <w:t>spesifik</w:t>
      </w:r>
      <w:r w:rsidR="00F660D2" w:rsidRPr="00387AD0">
        <w:rPr>
          <w:rFonts w:cs="Times New Roman"/>
          <w:lang w:val="id"/>
        </w:rPr>
        <w:t xml:space="preserve"> </w:t>
      </w:r>
      <w:r w:rsidRPr="00387AD0">
        <w:rPr>
          <w:rFonts w:cs="Times New Roman"/>
          <w:lang w:val="id"/>
        </w:rPr>
        <w:t>dalam</w:t>
      </w:r>
      <w:r w:rsidR="00F660D2" w:rsidRPr="00387AD0">
        <w:rPr>
          <w:rFonts w:cs="Times New Roman"/>
          <w:lang w:val="id"/>
        </w:rPr>
        <w:t xml:space="preserve"> </w:t>
      </w:r>
      <w:r w:rsidRPr="00387AD0">
        <w:rPr>
          <w:rFonts w:cs="Times New Roman"/>
          <w:lang w:val="id"/>
        </w:rPr>
        <w:t>pengelolaan</w:t>
      </w:r>
      <w:r w:rsidR="00F660D2" w:rsidRPr="00387AD0">
        <w:rPr>
          <w:rFonts w:cs="Times New Roman"/>
          <w:lang w:val="id"/>
        </w:rPr>
        <w:t xml:space="preserve"> </w:t>
      </w:r>
      <w:r w:rsidRPr="00387AD0">
        <w:rPr>
          <w:rFonts w:cs="Times New Roman"/>
          <w:lang w:val="id"/>
        </w:rPr>
        <w:t>data</w:t>
      </w:r>
      <w:r w:rsidR="00F660D2" w:rsidRPr="00387AD0">
        <w:rPr>
          <w:rFonts w:cs="Times New Roman"/>
          <w:lang w:val="id"/>
        </w:rPr>
        <w:t xml:space="preserve"> </w:t>
      </w:r>
      <w:r w:rsidRPr="00387AD0">
        <w:rPr>
          <w:rFonts w:cs="Times New Roman"/>
          <w:lang w:val="id"/>
        </w:rPr>
        <w:t>buku.</w:t>
      </w:r>
      <w:r w:rsidR="00F660D2" w:rsidRPr="00387AD0">
        <w:rPr>
          <w:rFonts w:cs="Times New Roman"/>
          <w:lang w:val="id"/>
        </w:rPr>
        <w:t xml:space="preserve"> </w:t>
      </w:r>
      <w:r w:rsidRPr="00387AD0">
        <w:rPr>
          <w:rFonts w:cs="Times New Roman"/>
          <w:lang w:val="id"/>
        </w:rPr>
        <w:t>Setiap</w:t>
      </w:r>
      <w:r w:rsidR="00F660D2" w:rsidRPr="00387AD0">
        <w:rPr>
          <w:rFonts w:cs="Times New Roman"/>
          <w:lang w:val="id"/>
        </w:rPr>
        <w:t xml:space="preserve"> </w:t>
      </w:r>
      <w:r w:rsidRPr="00387AD0">
        <w:rPr>
          <w:rFonts w:cs="Times New Roman"/>
          <w:lang w:val="id"/>
        </w:rPr>
        <w:t>tampilan</w:t>
      </w:r>
      <w:r w:rsidR="00F660D2" w:rsidRPr="00387AD0">
        <w:rPr>
          <w:rFonts w:cs="Times New Roman"/>
          <w:lang w:val="id"/>
        </w:rPr>
        <w:t xml:space="preserve"> </w:t>
      </w:r>
      <w:r w:rsidRPr="00387AD0">
        <w:rPr>
          <w:rFonts w:cs="Times New Roman"/>
          <w:lang w:val="id"/>
        </w:rPr>
        <w:t>dirancang</w:t>
      </w:r>
      <w:r w:rsidR="00F660D2" w:rsidRPr="00387AD0">
        <w:rPr>
          <w:rFonts w:cs="Times New Roman"/>
          <w:lang w:val="id"/>
        </w:rPr>
        <w:t xml:space="preserve"> </w:t>
      </w:r>
      <w:r w:rsidRPr="00387AD0">
        <w:rPr>
          <w:rFonts w:cs="Times New Roman"/>
          <w:lang w:val="id"/>
        </w:rPr>
        <w:t>dengan</w:t>
      </w:r>
      <w:r w:rsidR="00F660D2" w:rsidRPr="00387AD0">
        <w:rPr>
          <w:rFonts w:cs="Times New Roman"/>
          <w:lang w:val="id"/>
        </w:rPr>
        <w:t xml:space="preserve"> </w:t>
      </w:r>
      <w:r w:rsidRPr="00387AD0">
        <w:rPr>
          <w:rFonts w:cs="Times New Roman"/>
          <w:lang w:val="id"/>
        </w:rPr>
        <w:t>pertimbangan</w:t>
      </w:r>
      <w:r w:rsidR="00F660D2" w:rsidRPr="00387AD0">
        <w:rPr>
          <w:rFonts w:cs="Times New Roman"/>
          <w:lang w:val="id"/>
        </w:rPr>
        <w:t xml:space="preserve"> </w:t>
      </w:r>
      <w:r w:rsidRPr="00387AD0">
        <w:rPr>
          <w:rFonts w:cs="Times New Roman"/>
          <w:lang w:val="id"/>
        </w:rPr>
        <w:t>kemudahan</w:t>
      </w:r>
      <w:r w:rsidR="00F660D2" w:rsidRPr="00387AD0">
        <w:rPr>
          <w:rFonts w:cs="Times New Roman"/>
          <w:lang w:val="id"/>
        </w:rPr>
        <w:t xml:space="preserve"> </w:t>
      </w:r>
      <w:r w:rsidRPr="00387AD0">
        <w:rPr>
          <w:rFonts w:cs="Times New Roman"/>
          <w:lang w:val="id"/>
        </w:rPr>
        <w:t>penggunaan,</w:t>
      </w:r>
      <w:r w:rsidR="00F660D2" w:rsidRPr="00387AD0">
        <w:rPr>
          <w:rFonts w:cs="Times New Roman"/>
          <w:lang w:val="id"/>
        </w:rPr>
        <w:t xml:space="preserve"> </w:t>
      </w:r>
      <w:r w:rsidRPr="00387AD0">
        <w:rPr>
          <w:rFonts w:cs="Times New Roman"/>
          <w:lang w:val="id"/>
        </w:rPr>
        <w:t>kejelasan</w:t>
      </w:r>
      <w:r w:rsidR="00F660D2" w:rsidRPr="00387AD0">
        <w:rPr>
          <w:rFonts w:cs="Times New Roman"/>
          <w:lang w:val="id"/>
        </w:rPr>
        <w:t xml:space="preserve"> </w:t>
      </w:r>
      <w:r w:rsidRPr="00387AD0">
        <w:rPr>
          <w:rFonts w:cs="Times New Roman"/>
          <w:lang w:val="id"/>
        </w:rPr>
        <w:t>informasi,</w:t>
      </w:r>
      <w:r w:rsidR="00F660D2" w:rsidRPr="00387AD0">
        <w:rPr>
          <w:rFonts w:cs="Times New Roman"/>
          <w:lang w:val="id"/>
        </w:rPr>
        <w:t xml:space="preserve"> </w:t>
      </w:r>
      <w:r w:rsidRPr="00387AD0">
        <w:rPr>
          <w:rFonts w:cs="Times New Roman"/>
          <w:lang w:val="id"/>
        </w:rPr>
        <w:t>dan</w:t>
      </w:r>
      <w:r w:rsidR="00F660D2" w:rsidRPr="00387AD0">
        <w:rPr>
          <w:rFonts w:cs="Times New Roman"/>
          <w:lang w:val="id"/>
        </w:rPr>
        <w:t xml:space="preserve"> </w:t>
      </w:r>
      <w:r w:rsidRPr="00387AD0">
        <w:rPr>
          <w:rFonts w:cs="Times New Roman"/>
          <w:lang w:val="id"/>
        </w:rPr>
        <w:t>alur</w:t>
      </w:r>
      <w:r w:rsidR="00F660D2" w:rsidRPr="00387AD0">
        <w:rPr>
          <w:rFonts w:cs="Times New Roman"/>
          <w:lang w:val="id"/>
        </w:rPr>
        <w:t xml:space="preserve"> </w:t>
      </w:r>
      <w:r w:rsidRPr="00387AD0">
        <w:rPr>
          <w:rFonts w:cs="Times New Roman"/>
          <w:lang w:val="id"/>
        </w:rPr>
        <w:t>kerja</w:t>
      </w:r>
      <w:r w:rsidR="00F660D2" w:rsidRPr="00387AD0">
        <w:rPr>
          <w:rFonts w:cs="Times New Roman"/>
          <w:lang w:val="id"/>
        </w:rPr>
        <w:t xml:space="preserve"> </w:t>
      </w:r>
      <w:r w:rsidRPr="00387AD0">
        <w:rPr>
          <w:rFonts w:cs="Times New Roman"/>
          <w:lang w:val="id"/>
        </w:rPr>
        <w:t>yang</w:t>
      </w:r>
      <w:r w:rsidR="00F660D2" w:rsidRPr="00387AD0">
        <w:rPr>
          <w:rFonts w:cs="Times New Roman"/>
          <w:lang w:val="id"/>
        </w:rPr>
        <w:t xml:space="preserve"> </w:t>
      </w:r>
      <w:r w:rsidRPr="00387AD0">
        <w:rPr>
          <w:rFonts w:cs="Times New Roman"/>
          <w:lang w:val="id"/>
        </w:rPr>
        <w:t>logis,</w:t>
      </w:r>
      <w:r w:rsidR="00F660D2" w:rsidRPr="00387AD0">
        <w:rPr>
          <w:rFonts w:cs="Times New Roman"/>
          <w:lang w:val="id"/>
        </w:rPr>
        <w:t xml:space="preserve"> </w:t>
      </w:r>
      <w:r w:rsidRPr="00387AD0">
        <w:rPr>
          <w:rFonts w:cs="Times New Roman"/>
          <w:lang w:val="id"/>
        </w:rPr>
        <w:t>sehingga</w:t>
      </w:r>
      <w:r w:rsidR="00F660D2" w:rsidRPr="00387AD0">
        <w:rPr>
          <w:rFonts w:cs="Times New Roman"/>
          <w:lang w:val="id"/>
        </w:rPr>
        <w:t xml:space="preserve"> </w:t>
      </w:r>
      <w:r w:rsidRPr="00387AD0">
        <w:rPr>
          <w:rFonts w:cs="Times New Roman"/>
          <w:lang w:val="id"/>
        </w:rPr>
        <w:t>mendukung</w:t>
      </w:r>
      <w:r w:rsidR="00F660D2" w:rsidRPr="00387AD0">
        <w:rPr>
          <w:rFonts w:cs="Times New Roman"/>
          <w:lang w:val="id"/>
        </w:rPr>
        <w:t xml:space="preserve"> </w:t>
      </w:r>
      <w:r w:rsidRPr="00387AD0">
        <w:rPr>
          <w:rFonts w:cs="Times New Roman"/>
          <w:lang w:val="id"/>
        </w:rPr>
        <w:t>tujuan</w:t>
      </w:r>
      <w:r w:rsidR="00F660D2" w:rsidRPr="00387AD0">
        <w:rPr>
          <w:rFonts w:cs="Times New Roman"/>
          <w:lang w:val="id"/>
        </w:rPr>
        <w:t xml:space="preserve"> </w:t>
      </w:r>
      <w:r w:rsidRPr="00387AD0">
        <w:rPr>
          <w:rFonts w:cs="Times New Roman"/>
          <w:lang w:val="id"/>
        </w:rPr>
        <w:t>utama</w:t>
      </w:r>
      <w:r w:rsidR="00F660D2" w:rsidRPr="00387AD0">
        <w:rPr>
          <w:rFonts w:cs="Times New Roman"/>
          <w:lang w:val="id"/>
        </w:rPr>
        <w:t xml:space="preserve"> </w:t>
      </w:r>
      <w:r w:rsidRPr="00387AD0">
        <w:rPr>
          <w:rFonts w:cs="Times New Roman"/>
          <w:lang w:val="id"/>
        </w:rPr>
        <w:t>kami</w:t>
      </w:r>
      <w:r w:rsidR="00F660D2" w:rsidRPr="00387AD0">
        <w:rPr>
          <w:rFonts w:cs="Times New Roman"/>
          <w:lang w:val="id"/>
        </w:rPr>
        <w:t xml:space="preserve"> </w:t>
      </w:r>
      <w:r w:rsidRPr="00387AD0">
        <w:rPr>
          <w:rFonts w:cs="Times New Roman"/>
          <w:lang w:val="id"/>
        </w:rPr>
        <w:t>untuk</w:t>
      </w:r>
      <w:r w:rsidR="00F660D2" w:rsidRPr="00387AD0">
        <w:rPr>
          <w:rFonts w:cs="Times New Roman"/>
          <w:lang w:val="id"/>
        </w:rPr>
        <w:t xml:space="preserve"> </w:t>
      </w:r>
      <w:r w:rsidRPr="00387AD0">
        <w:rPr>
          <w:rFonts w:cs="Times New Roman"/>
          <w:lang w:val="id"/>
        </w:rPr>
        <w:t>mendigitalisasi</w:t>
      </w:r>
      <w:r w:rsidR="00F660D2" w:rsidRPr="00387AD0">
        <w:rPr>
          <w:rFonts w:cs="Times New Roman"/>
          <w:lang w:val="id"/>
        </w:rPr>
        <w:t xml:space="preserve"> </w:t>
      </w:r>
      <w:r w:rsidRPr="00387AD0">
        <w:rPr>
          <w:rFonts w:cs="Times New Roman"/>
          <w:lang w:val="id"/>
        </w:rPr>
        <w:t>dan</w:t>
      </w:r>
      <w:r w:rsidR="00F660D2" w:rsidRPr="00387AD0">
        <w:rPr>
          <w:rFonts w:cs="Times New Roman"/>
          <w:lang w:val="id"/>
        </w:rPr>
        <w:t xml:space="preserve"> </w:t>
      </w:r>
      <w:r w:rsidRPr="00387AD0">
        <w:rPr>
          <w:rFonts w:cs="Times New Roman"/>
          <w:lang w:val="id"/>
        </w:rPr>
        <w:t>mengoptimalkan</w:t>
      </w:r>
      <w:r w:rsidR="00F660D2" w:rsidRPr="00387AD0">
        <w:rPr>
          <w:rFonts w:cs="Times New Roman"/>
          <w:lang w:val="id"/>
        </w:rPr>
        <w:t xml:space="preserve"> </w:t>
      </w:r>
      <w:r w:rsidRPr="00387AD0">
        <w:rPr>
          <w:rFonts w:cs="Times New Roman"/>
          <w:lang w:val="id"/>
        </w:rPr>
        <w:t>operasional</w:t>
      </w:r>
      <w:r w:rsidR="00F660D2" w:rsidRPr="00387AD0">
        <w:rPr>
          <w:rFonts w:cs="Times New Roman"/>
          <w:lang w:val="id"/>
        </w:rPr>
        <w:t xml:space="preserve"> </w:t>
      </w:r>
      <w:r w:rsidRPr="00387AD0">
        <w:rPr>
          <w:rFonts w:cs="Times New Roman"/>
          <w:lang w:val="id"/>
        </w:rPr>
        <w:t>perpustakaan."</w:t>
      </w:r>
    </w:p>
    <w:p w14:paraId="3A15149F" w14:textId="77777777" w:rsidR="00004164" w:rsidRDefault="00835A23" w:rsidP="00004164">
      <w:pPr>
        <w:keepNext/>
        <w:spacing w:after="0" w:line="360" w:lineRule="auto"/>
        <w:ind w:right="-427"/>
        <w:jc w:val="center"/>
      </w:pPr>
      <w:r w:rsidRPr="00387AD0">
        <w:rPr>
          <w:rFonts w:cs="Times New Roman"/>
          <w:noProof/>
          <w:szCs w:val="24"/>
        </w:rPr>
        <w:drawing>
          <wp:inline distT="0" distB="0" distL="0" distR="0" wp14:anchorId="475C844D" wp14:editId="744A11E9">
            <wp:extent cx="5030503" cy="2734377"/>
            <wp:effectExtent l="76200" t="76200" r="132080" b="142240"/>
            <wp:docPr id="1826020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20312" name=""/>
                    <pic:cNvPicPr/>
                  </pic:nvPicPr>
                  <pic:blipFill>
                    <a:blip r:embed="rId45"/>
                    <a:stretch>
                      <a:fillRect/>
                    </a:stretch>
                  </pic:blipFill>
                  <pic:spPr>
                    <a:xfrm>
                      <a:off x="0" y="0"/>
                      <a:ext cx="5037283" cy="2738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E92AD5" w14:textId="0C5A13F4" w:rsidR="006B381C" w:rsidRDefault="00004164" w:rsidP="00004164">
      <w:pPr>
        <w:pStyle w:val="Caption"/>
        <w:jc w:val="center"/>
        <w:rPr>
          <w:color w:val="auto"/>
          <w:sz w:val="20"/>
          <w:szCs w:val="20"/>
        </w:rPr>
      </w:pPr>
      <w:bookmarkStart w:id="121" w:name="_Toc205257747"/>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10</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Halaman Dashboard</w:t>
      </w:r>
      <w:bookmarkEnd w:id="121"/>
    </w:p>
    <w:p w14:paraId="03A8564C" w14:textId="77777777" w:rsidR="005D5B14" w:rsidRPr="005D5B14" w:rsidRDefault="005D5B14" w:rsidP="005D5B14"/>
    <w:p w14:paraId="3301E016" w14:textId="728F8961" w:rsidR="006B381C" w:rsidRPr="00387AD0" w:rsidRDefault="00835A23" w:rsidP="00FB2541">
      <w:pPr>
        <w:spacing w:line="360" w:lineRule="auto"/>
        <w:ind w:right="-427" w:firstLine="720"/>
        <w:rPr>
          <w:rFonts w:cs="Times New Roman"/>
          <w:szCs w:val="24"/>
        </w:rPr>
      </w:pPr>
      <w:r w:rsidRPr="00387AD0">
        <w:rPr>
          <w:rFonts w:cs="Times New Roman"/>
          <w:szCs w:val="24"/>
        </w:rPr>
        <w:t>Gambar</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bookmarkStart w:id="122" w:name="_Hlk204930356"/>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antarmuka</w:t>
      </w:r>
      <w:proofErr w:type="spellEnd"/>
      <w:r w:rsidR="00F660D2" w:rsidRPr="00387AD0">
        <w:rPr>
          <w:rFonts w:cs="Times New Roman"/>
          <w:szCs w:val="24"/>
        </w:rPr>
        <w:t xml:space="preserve"> </w:t>
      </w:r>
      <w:r w:rsidR="00B52CC2" w:rsidRPr="00387AD0">
        <w:rPr>
          <w:rFonts w:cs="Times New Roman"/>
          <w:szCs w:val="24"/>
        </w:rPr>
        <w:t>web</w:t>
      </w:r>
      <w:r w:rsidR="00F660D2" w:rsidRPr="00387AD0">
        <w:rPr>
          <w:rFonts w:cs="Times New Roman"/>
          <w:szCs w:val="24"/>
        </w:rPr>
        <w:t xml:space="preserve"> </w:t>
      </w:r>
      <w:r w:rsidR="00B52CC2" w:rsidRPr="00387AD0">
        <w:rPr>
          <w:rFonts w:cs="Times New Roman"/>
          <w:szCs w:val="24"/>
        </w:rPr>
        <w:t>"Dashboard</w:t>
      </w:r>
      <w:r w:rsidR="00F660D2" w:rsidRPr="00387AD0">
        <w:rPr>
          <w:rFonts w:cs="Times New Roman"/>
          <w:szCs w:val="24"/>
        </w:rPr>
        <w:t xml:space="preserve"> </w:t>
      </w:r>
      <w:r w:rsidR="00B52CC2" w:rsidRPr="00387AD0">
        <w:rPr>
          <w:rFonts w:cs="Times New Roman"/>
          <w:szCs w:val="24"/>
        </w:rPr>
        <w:t>Administrator"</w:t>
      </w:r>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sistem</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proofErr w:type="spellStart"/>
      <w:r w:rsidR="00B52CC2" w:rsidRPr="00387AD0">
        <w:rPr>
          <w:rFonts w:cs="Times New Roman"/>
          <w:szCs w:val="24"/>
        </w:rPr>
        <w:t>berbasis</w:t>
      </w:r>
      <w:proofErr w:type="spellEnd"/>
      <w:r w:rsidR="00F660D2" w:rsidRPr="00387AD0">
        <w:rPr>
          <w:rFonts w:cs="Times New Roman"/>
          <w:szCs w:val="24"/>
        </w:rPr>
        <w:t xml:space="preserve"> </w:t>
      </w:r>
      <w:r w:rsidR="00B52CC2" w:rsidRPr="00387AD0">
        <w:rPr>
          <w:rFonts w:cs="Times New Roman"/>
          <w:szCs w:val="24"/>
        </w:rPr>
        <w:t>web</w:t>
      </w:r>
      <w:r w:rsidR="00E13E29" w:rsidRPr="00387AD0">
        <w:rPr>
          <w:rFonts w:cs="Times New Roman"/>
          <w:szCs w:val="24"/>
        </w:rPr>
        <w:t>.</w:t>
      </w:r>
      <w:r w:rsidR="00F660D2" w:rsidRPr="00387AD0">
        <w:rPr>
          <w:rFonts w:cs="Times New Roman"/>
          <w:szCs w:val="24"/>
        </w:rPr>
        <w:t xml:space="preserve"> </w:t>
      </w:r>
      <w:r w:rsidR="00B52CC2" w:rsidRPr="00387AD0">
        <w:rPr>
          <w:rFonts w:cs="Times New Roman"/>
          <w:szCs w:val="24"/>
        </w:rPr>
        <w:t>Dashboard</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menyediakan</w:t>
      </w:r>
      <w:proofErr w:type="spellEnd"/>
      <w:r w:rsidR="00F660D2" w:rsidRPr="00387AD0">
        <w:rPr>
          <w:rFonts w:cs="Times New Roman"/>
          <w:szCs w:val="24"/>
        </w:rPr>
        <w:t xml:space="preserve"> </w:t>
      </w:r>
      <w:proofErr w:type="spellStart"/>
      <w:r w:rsidR="00B52CC2" w:rsidRPr="00387AD0">
        <w:rPr>
          <w:rFonts w:cs="Times New Roman"/>
          <w:szCs w:val="24"/>
        </w:rPr>
        <w:t>ringkasan</w:t>
      </w:r>
      <w:proofErr w:type="spellEnd"/>
      <w:r w:rsidR="00F660D2" w:rsidRPr="00387AD0">
        <w:rPr>
          <w:rFonts w:cs="Times New Roman"/>
          <w:szCs w:val="24"/>
        </w:rPr>
        <w:t xml:space="preserve"> </w:t>
      </w:r>
      <w:r w:rsidR="00B52CC2" w:rsidRPr="00387AD0">
        <w:rPr>
          <w:rFonts w:cs="Times New Roman"/>
          <w:szCs w:val="24"/>
        </w:rPr>
        <w:t>visual</w:t>
      </w:r>
      <w:r w:rsidR="00F660D2" w:rsidRPr="00387AD0">
        <w:rPr>
          <w:rFonts w:cs="Times New Roman"/>
          <w:szCs w:val="24"/>
        </w:rPr>
        <w:t xml:space="preserve"> </w:t>
      </w:r>
      <w:proofErr w:type="spellStart"/>
      <w:r w:rsidR="00B52CC2" w:rsidRPr="00387AD0">
        <w:rPr>
          <w:rFonts w:cs="Times New Roman"/>
          <w:szCs w:val="24"/>
        </w:rPr>
        <w:t>mengenai</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penting</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empat</w:t>
      </w:r>
      <w:proofErr w:type="spellEnd"/>
      <w:r w:rsidR="00F660D2" w:rsidRPr="00387AD0">
        <w:rPr>
          <w:rFonts w:cs="Times New Roman"/>
          <w:szCs w:val="24"/>
        </w:rPr>
        <w:t xml:space="preserve"> </w:t>
      </w:r>
      <w:proofErr w:type="spellStart"/>
      <w:r w:rsidR="00B52CC2" w:rsidRPr="00387AD0">
        <w:rPr>
          <w:rFonts w:cs="Times New Roman"/>
          <w:szCs w:val="24"/>
        </w:rPr>
        <w:t>kartu</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utama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biru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jumlah</w:t>
      </w:r>
      <w:proofErr w:type="spellEnd"/>
      <w:r w:rsidR="00F660D2" w:rsidRPr="00387AD0">
        <w:rPr>
          <w:rFonts w:cs="Times New Roman"/>
          <w:szCs w:val="24"/>
        </w:rPr>
        <w:t xml:space="preserve"> </w:t>
      </w:r>
      <w:r w:rsidR="00B52CC2" w:rsidRPr="00387AD0">
        <w:rPr>
          <w:rFonts w:cs="Times New Roman"/>
          <w:szCs w:val="24"/>
        </w:rPr>
        <w:t>419</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Anggota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oranye</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juga</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r w:rsidR="00B52CC2" w:rsidRPr="00387AD0">
        <w:rPr>
          <w:rFonts w:cs="Times New Roman"/>
          <w:szCs w:val="24"/>
        </w:rPr>
        <w:t>419</w:t>
      </w:r>
      <w:r w:rsidR="00F660D2" w:rsidRPr="00387AD0">
        <w:rPr>
          <w:rFonts w:cs="Times New Roman"/>
          <w:szCs w:val="24"/>
        </w:rPr>
        <w:t xml:space="preserve"> </w:t>
      </w:r>
      <w:proofErr w:type="spellStart"/>
      <w:r w:rsidR="00B52CC2" w:rsidRPr="00387AD0">
        <w:rPr>
          <w:rFonts w:cs="Times New Roman"/>
          <w:szCs w:val="24"/>
        </w:rPr>
        <w:t>anggota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Sirkulasi</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sedang</w:t>
      </w:r>
      <w:proofErr w:type="spellEnd"/>
      <w:r w:rsidR="00F660D2" w:rsidRPr="00387AD0">
        <w:rPr>
          <w:rFonts w:cs="Times New Roman"/>
          <w:szCs w:val="24"/>
        </w:rPr>
        <w:t xml:space="preserve"> </w:t>
      </w:r>
      <w:proofErr w:type="spellStart"/>
      <w:r w:rsidR="00B52CC2" w:rsidRPr="00387AD0">
        <w:rPr>
          <w:rFonts w:cs="Times New Roman"/>
          <w:szCs w:val="24"/>
        </w:rPr>
        <w:t>berjalan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hijau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r w:rsidR="00B52CC2" w:rsidRPr="00387AD0">
        <w:rPr>
          <w:rFonts w:cs="Times New Roman"/>
          <w:szCs w:val="24"/>
        </w:rPr>
        <w:t>0</w:t>
      </w:r>
      <w:r w:rsidR="00F660D2" w:rsidRPr="00387AD0">
        <w:rPr>
          <w:rFonts w:cs="Times New Roman"/>
          <w:szCs w:val="24"/>
        </w:rPr>
        <w:t xml:space="preserve"> </w:t>
      </w:r>
      <w:proofErr w:type="spellStart"/>
      <w:r w:rsidR="00B52CC2" w:rsidRPr="00387AD0">
        <w:rPr>
          <w:rFonts w:cs="Times New Roman"/>
          <w:szCs w:val="24"/>
        </w:rPr>
        <w:lastRenderedPageBreak/>
        <w:t>sirkulasi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Laporan</w:t>
      </w:r>
      <w:proofErr w:type="spellEnd"/>
      <w:r w:rsidR="00F660D2" w:rsidRPr="00387AD0">
        <w:rPr>
          <w:rFonts w:cs="Times New Roman"/>
          <w:szCs w:val="24"/>
        </w:rPr>
        <w:t xml:space="preserve"> </w:t>
      </w:r>
      <w:proofErr w:type="spellStart"/>
      <w:r w:rsidR="00B52CC2" w:rsidRPr="00387AD0">
        <w:rPr>
          <w:rFonts w:cs="Times New Roman"/>
          <w:szCs w:val="24"/>
        </w:rPr>
        <w:t>Sirkulasi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merah</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r w:rsidR="00B52CC2" w:rsidRPr="00387AD0">
        <w:rPr>
          <w:rFonts w:cs="Times New Roman"/>
          <w:szCs w:val="24"/>
        </w:rPr>
        <w:t>juga</w:t>
      </w:r>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r w:rsidR="00B52CC2" w:rsidRPr="00387AD0">
        <w:rPr>
          <w:rFonts w:cs="Times New Roman"/>
          <w:szCs w:val="24"/>
        </w:rPr>
        <w:t>0.</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sisi</w:t>
      </w:r>
      <w:proofErr w:type="spellEnd"/>
      <w:r w:rsidR="00F660D2" w:rsidRPr="00387AD0">
        <w:rPr>
          <w:rFonts w:cs="Times New Roman"/>
          <w:szCs w:val="24"/>
        </w:rPr>
        <w:t xml:space="preserve"> </w:t>
      </w:r>
      <w:r w:rsidR="00B52CC2" w:rsidRPr="00387AD0">
        <w:rPr>
          <w:rFonts w:cs="Times New Roman"/>
          <w:szCs w:val="24"/>
        </w:rPr>
        <w:t>kiri</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panel</w:t>
      </w:r>
      <w:r w:rsidR="00F660D2" w:rsidRPr="00387AD0">
        <w:rPr>
          <w:rFonts w:cs="Times New Roman"/>
          <w:szCs w:val="24"/>
        </w:rPr>
        <w:t xml:space="preserve"> </w:t>
      </w:r>
      <w:proofErr w:type="spellStart"/>
      <w:r w:rsidR="00B52CC2" w:rsidRPr="00387AD0">
        <w:rPr>
          <w:rFonts w:cs="Times New Roman"/>
          <w:szCs w:val="24"/>
        </w:rPr>
        <w:t>navigasi</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mencakup</w:t>
      </w:r>
      <w:proofErr w:type="spellEnd"/>
      <w:r w:rsidR="00F660D2" w:rsidRPr="00387AD0">
        <w:rPr>
          <w:rFonts w:cs="Times New Roman"/>
          <w:szCs w:val="24"/>
        </w:rPr>
        <w:t xml:space="preserve"> </w:t>
      </w:r>
      <w:proofErr w:type="spellStart"/>
      <w:r w:rsidR="00B52CC2" w:rsidRPr="00387AD0">
        <w:rPr>
          <w:rFonts w:cs="Times New Roman"/>
          <w:szCs w:val="24"/>
        </w:rPr>
        <w:t>opsi</w:t>
      </w:r>
      <w:proofErr w:type="spellEnd"/>
      <w:r w:rsidR="00F660D2" w:rsidRPr="00387AD0">
        <w:rPr>
          <w:rFonts w:cs="Times New Roman"/>
          <w:szCs w:val="24"/>
        </w:rPr>
        <w:t xml:space="preserve"> </w:t>
      </w:r>
      <w:r w:rsidR="00B52CC2" w:rsidRPr="00387AD0">
        <w:rPr>
          <w:rFonts w:cs="Times New Roman"/>
          <w:szCs w:val="24"/>
        </w:rPr>
        <w:t>Dashboard,</w:t>
      </w:r>
      <w:r w:rsidR="00F660D2" w:rsidRPr="00387AD0">
        <w:rPr>
          <w:rFonts w:cs="Times New Roman"/>
          <w:szCs w:val="24"/>
        </w:rPr>
        <w:t xml:space="preserve"> </w:t>
      </w:r>
      <w:r w:rsidR="00B52CC2" w:rsidRPr="00387AD0">
        <w:rPr>
          <w:rFonts w:cs="Times New Roman"/>
          <w:szCs w:val="24"/>
        </w:rPr>
        <w:t>Kelola</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Sirkulasi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Log</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Laporan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Sistem</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Logout,</w:t>
      </w:r>
      <w:r w:rsidR="00F660D2" w:rsidRPr="00387AD0">
        <w:rPr>
          <w:rFonts w:cs="Times New Roman"/>
          <w:szCs w:val="24"/>
        </w:rPr>
        <w:t xml:space="preserve"> </w:t>
      </w:r>
      <w:proofErr w:type="spellStart"/>
      <w:r w:rsidR="00B52CC2" w:rsidRPr="00387AD0">
        <w:rPr>
          <w:rFonts w:cs="Times New Roman"/>
          <w:szCs w:val="24"/>
        </w:rPr>
        <w:t>serta</w:t>
      </w:r>
      <w:proofErr w:type="spellEnd"/>
      <w:r w:rsidR="00F660D2" w:rsidRPr="00387AD0">
        <w:rPr>
          <w:rFonts w:cs="Times New Roman"/>
          <w:szCs w:val="24"/>
        </w:rPr>
        <w:t xml:space="preserve"> </w:t>
      </w:r>
      <w:proofErr w:type="spellStart"/>
      <w:r w:rsidR="00B52CC2" w:rsidRPr="00387AD0">
        <w:rPr>
          <w:rFonts w:cs="Times New Roman"/>
          <w:szCs w:val="24"/>
        </w:rPr>
        <w:t>profil</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sedang</w:t>
      </w:r>
      <w:proofErr w:type="spellEnd"/>
      <w:r w:rsidR="00F660D2" w:rsidRPr="00387AD0">
        <w:rPr>
          <w:rFonts w:cs="Times New Roman"/>
          <w:szCs w:val="24"/>
        </w:rPr>
        <w:t xml:space="preserve"> </w:t>
      </w:r>
      <w:r w:rsidR="00B52CC2" w:rsidRPr="00387AD0">
        <w:rPr>
          <w:rFonts w:cs="Times New Roman"/>
          <w:szCs w:val="24"/>
        </w:rPr>
        <w:t>login,</w:t>
      </w:r>
      <w:r w:rsidR="00F660D2" w:rsidRPr="00387AD0">
        <w:rPr>
          <w:rFonts w:cs="Times New Roman"/>
          <w:szCs w:val="24"/>
        </w:rPr>
        <w:t xml:space="preserve"> </w:t>
      </w:r>
      <w:proofErr w:type="spellStart"/>
      <w:r w:rsidR="00B52CC2" w:rsidRPr="00387AD0">
        <w:rPr>
          <w:rFonts w:cs="Times New Roman"/>
          <w:szCs w:val="24"/>
        </w:rPr>
        <w:t>yaitu</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Mardiana</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sebagai</w:t>
      </w:r>
      <w:proofErr w:type="spellEnd"/>
      <w:r w:rsidR="00F660D2" w:rsidRPr="00387AD0">
        <w:rPr>
          <w:rFonts w:cs="Times New Roman"/>
          <w:szCs w:val="24"/>
        </w:rPr>
        <w:t xml:space="preserve"> </w:t>
      </w:r>
      <w:r w:rsidR="00B52CC2" w:rsidRPr="00387AD0">
        <w:rPr>
          <w:rFonts w:cs="Times New Roman"/>
          <w:szCs w:val="24"/>
        </w:rPr>
        <w:t>Administrator.</w:t>
      </w:r>
      <w:r w:rsidR="00F660D2" w:rsidRPr="00387AD0">
        <w:rPr>
          <w:rFonts w:cs="Times New Roman"/>
          <w:szCs w:val="24"/>
        </w:rPr>
        <w:t xml:space="preserve"> </w:t>
      </w:r>
      <w:proofErr w:type="spellStart"/>
      <w:r w:rsidR="00B52CC2" w:rsidRPr="00387AD0">
        <w:rPr>
          <w:rFonts w:cs="Times New Roman"/>
          <w:szCs w:val="24"/>
        </w:rPr>
        <w:t>Secara</w:t>
      </w:r>
      <w:proofErr w:type="spellEnd"/>
      <w:r w:rsidR="00F660D2" w:rsidRPr="00387AD0">
        <w:rPr>
          <w:rFonts w:cs="Times New Roman"/>
          <w:szCs w:val="24"/>
        </w:rPr>
        <w:t xml:space="preserve"> </w:t>
      </w:r>
      <w:proofErr w:type="spellStart"/>
      <w:r w:rsidR="00B52CC2" w:rsidRPr="00387AD0">
        <w:rPr>
          <w:rFonts w:cs="Times New Roman"/>
          <w:szCs w:val="24"/>
        </w:rPr>
        <w:t>keseluruhan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gambar</w:t>
      </w:r>
      <w:proofErr w:type="spellEnd"/>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merupakan</w:t>
      </w:r>
      <w:proofErr w:type="spellEnd"/>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proofErr w:type="spellStart"/>
      <w:r w:rsidR="00B52CC2" w:rsidRPr="00387AD0">
        <w:rPr>
          <w:rFonts w:cs="Times New Roman"/>
          <w:szCs w:val="24"/>
        </w:rPr>
        <w:t>ringkas</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informatif</w:t>
      </w:r>
      <w:proofErr w:type="spellEnd"/>
      <w:r w:rsidR="00F660D2" w:rsidRPr="00387AD0">
        <w:rPr>
          <w:rFonts w:cs="Times New Roman"/>
          <w:szCs w:val="24"/>
        </w:rPr>
        <w:t xml:space="preserve"> </w:t>
      </w:r>
      <w:proofErr w:type="spellStart"/>
      <w:r w:rsidR="00B52CC2" w:rsidRPr="00387AD0">
        <w:rPr>
          <w:rFonts w:cs="Times New Roman"/>
          <w:szCs w:val="24"/>
        </w:rPr>
        <w:t>bagi</w:t>
      </w:r>
      <w:proofErr w:type="spellEnd"/>
      <w:r w:rsidR="00F660D2" w:rsidRPr="00387AD0">
        <w:rPr>
          <w:rFonts w:cs="Times New Roman"/>
          <w:szCs w:val="24"/>
        </w:rPr>
        <w:t xml:space="preserve"> </w:t>
      </w:r>
      <w:r w:rsidR="00B52CC2" w:rsidRPr="00387AD0">
        <w:rPr>
          <w:rFonts w:cs="Times New Roman"/>
          <w:szCs w:val="24"/>
        </w:rPr>
        <w:t>administrator</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memantau</w:t>
      </w:r>
      <w:proofErr w:type="spellEnd"/>
      <w:r w:rsidR="00F660D2" w:rsidRPr="00387AD0">
        <w:rPr>
          <w:rFonts w:cs="Times New Roman"/>
          <w:szCs w:val="24"/>
        </w:rPr>
        <w:t xml:space="preserve"> </w:t>
      </w:r>
      <w:r w:rsidR="00B52CC2" w:rsidRPr="00387AD0">
        <w:rPr>
          <w:rFonts w:cs="Times New Roman"/>
          <w:szCs w:val="24"/>
        </w:rPr>
        <w:t>status</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mengelola</w:t>
      </w:r>
      <w:proofErr w:type="spellEnd"/>
      <w:r w:rsidR="00F660D2" w:rsidRPr="00387AD0">
        <w:rPr>
          <w:rFonts w:cs="Times New Roman"/>
          <w:szCs w:val="24"/>
        </w:rPr>
        <w:t xml:space="preserve"> </w:t>
      </w:r>
      <w:proofErr w:type="spellStart"/>
      <w:r w:rsidR="00B52CC2" w:rsidRPr="00387AD0">
        <w:rPr>
          <w:rFonts w:cs="Times New Roman"/>
          <w:szCs w:val="24"/>
        </w:rPr>
        <w:t>sistem</w:t>
      </w:r>
      <w:proofErr w:type="spellEnd"/>
      <w:r w:rsidR="00F660D2" w:rsidRPr="00387AD0">
        <w:rPr>
          <w:rFonts w:cs="Times New Roman"/>
          <w:szCs w:val="24"/>
        </w:rPr>
        <w:t xml:space="preserve"> </w:t>
      </w:r>
      <w:proofErr w:type="spellStart"/>
      <w:r w:rsidR="00B52CC2" w:rsidRPr="00387AD0">
        <w:rPr>
          <w:rFonts w:cs="Times New Roman"/>
          <w:szCs w:val="24"/>
        </w:rPr>
        <w:t>perpustakaan</w:t>
      </w:r>
      <w:proofErr w:type="spellEnd"/>
      <w:r w:rsidR="00B52CC2" w:rsidRPr="00387AD0">
        <w:rPr>
          <w:rFonts w:cs="Times New Roman"/>
          <w:szCs w:val="24"/>
        </w:rPr>
        <w:t>.</w:t>
      </w:r>
      <w:r w:rsidR="00F660D2" w:rsidRPr="00387AD0">
        <w:rPr>
          <w:rFonts w:cs="Times New Roman"/>
          <w:szCs w:val="24"/>
        </w:rPr>
        <w:t xml:space="preserve"> </w:t>
      </w:r>
      <w:r w:rsidRPr="00387AD0">
        <w:rPr>
          <w:rFonts w:cs="Times New Roman"/>
          <w:szCs w:val="24"/>
        </w:rPr>
        <w:t>Halaman</w:t>
      </w:r>
      <w:r w:rsidR="00F660D2" w:rsidRPr="00387AD0">
        <w:rPr>
          <w:rFonts w:cs="Times New Roman"/>
          <w:szCs w:val="24"/>
        </w:rPr>
        <w:t xml:space="preserve"> </w:t>
      </w:r>
      <w:r w:rsidRPr="00387AD0">
        <w:rPr>
          <w:rFonts w:cs="Times New Roman"/>
          <w:szCs w:val="24"/>
        </w:rPr>
        <w:t>Dashboard</w:t>
      </w:r>
      <w:r w:rsidR="00F660D2" w:rsidRPr="00387AD0">
        <w:rPr>
          <w:rFonts w:cs="Times New Roman"/>
          <w:szCs w:val="24"/>
        </w:rPr>
        <w:t xml:space="preserve"> </w:t>
      </w:r>
      <w:proofErr w:type="spellStart"/>
      <w:r w:rsidRPr="00387AD0">
        <w:rPr>
          <w:rFonts w:cs="Times New Roman"/>
          <w:szCs w:val="24"/>
        </w:rPr>
        <w:t>buku</w:t>
      </w:r>
      <w:proofErr w:type="spellEnd"/>
      <w:r w:rsidR="00F660D2" w:rsidRPr="00387AD0">
        <w:rPr>
          <w:rFonts w:cs="Times New Roman"/>
          <w:szCs w:val="24"/>
        </w:rPr>
        <w:t xml:space="preserve"> </w:t>
      </w:r>
      <w:proofErr w:type="spellStart"/>
      <w:r w:rsidRPr="00387AD0">
        <w:rPr>
          <w:rFonts w:cs="Times New Roman"/>
          <w:szCs w:val="24"/>
        </w:rPr>
        <w:t>jika</w:t>
      </w:r>
      <w:proofErr w:type="spellEnd"/>
      <w:r w:rsidR="00F660D2" w:rsidRPr="00387AD0">
        <w:rPr>
          <w:rFonts w:cs="Times New Roman"/>
          <w:szCs w:val="24"/>
        </w:rPr>
        <w:t xml:space="preserve"> </w:t>
      </w:r>
      <w:proofErr w:type="spellStart"/>
      <w:r w:rsidRPr="00387AD0">
        <w:rPr>
          <w:rFonts w:cs="Times New Roman"/>
          <w:szCs w:val="24"/>
        </w:rPr>
        <w:t>diklik</w:t>
      </w:r>
      <w:proofErr w:type="spellEnd"/>
      <w:r w:rsidR="00F660D2" w:rsidRPr="00387AD0">
        <w:rPr>
          <w:rFonts w:cs="Times New Roman"/>
          <w:szCs w:val="24"/>
        </w:rPr>
        <w:t xml:space="preserve"> </w:t>
      </w:r>
      <w:r w:rsidRPr="00387AD0">
        <w:rPr>
          <w:rFonts w:cs="Times New Roman"/>
          <w:szCs w:val="24"/>
        </w:rPr>
        <w:t>more</w:t>
      </w:r>
      <w:r w:rsidR="00F660D2" w:rsidRPr="00387AD0">
        <w:rPr>
          <w:rFonts w:cs="Times New Roman"/>
          <w:szCs w:val="24"/>
        </w:rPr>
        <w:t xml:space="preserve"> </w:t>
      </w:r>
      <w:r w:rsidRPr="00387AD0">
        <w:rPr>
          <w:rFonts w:cs="Times New Roman"/>
          <w:szCs w:val="24"/>
        </w:rPr>
        <w:t>information</w:t>
      </w:r>
      <w:r w:rsidR="00F660D2" w:rsidRPr="00387AD0">
        <w:rPr>
          <w:rFonts w:cs="Times New Roman"/>
          <w:szCs w:val="24"/>
        </w:rPr>
        <w:t xml:space="preserve"> </w:t>
      </w:r>
      <w:proofErr w:type="spellStart"/>
      <w:r w:rsidRPr="00387AD0">
        <w:rPr>
          <w:rFonts w:cs="Times New Roman"/>
          <w:szCs w:val="24"/>
        </w:rPr>
        <w:t>akan</w:t>
      </w:r>
      <w:proofErr w:type="spellEnd"/>
      <w:r w:rsidR="00F660D2" w:rsidRPr="00387AD0">
        <w:rPr>
          <w:rFonts w:cs="Times New Roman"/>
          <w:szCs w:val="24"/>
        </w:rPr>
        <w:t xml:space="preserve"> </w:t>
      </w:r>
      <w:proofErr w:type="spellStart"/>
      <w:r w:rsidRPr="00387AD0">
        <w:rPr>
          <w:rFonts w:cs="Times New Roman"/>
          <w:szCs w:val="24"/>
        </w:rPr>
        <w:t>beralih</w:t>
      </w:r>
      <w:proofErr w:type="spellEnd"/>
      <w:r w:rsidR="00F660D2" w:rsidRPr="00387AD0">
        <w:rPr>
          <w:rFonts w:cs="Times New Roman"/>
          <w:szCs w:val="24"/>
        </w:rPr>
        <w:t xml:space="preserve"> </w:t>
      </w:r>
      <w:proofErr w:type="spellStart"/>
      <w:r w:rsidRPr="00387AD0">
        <w:rPr>
          <w:rFonts w:cs="Times New Roman"/>
          <w:szCs w:val="24"/>
        </w:rPr>
        <w:t>ke</w:t>
      </w:r>
      <w:proofErr w:type="spellEnd"/>
      <w:r w:rsidR="00F660D2" w:rsidRPr="00387AD0">
        <w:rPr>
          <w:rFonts w:cs="Times New Roman"/>
          <w:szCs w:val="24"/>
        </w:rPr>
        <w:t xml:space="preserve"> </w:t>
      </w:r>
      <w:proofErr w:type="spellStart"/>
      <w:r w:rsidRPr="00387AD0">
        <w:rPr>
          <w:rFonts w:cs="Times New Roman"/>
          <w:szCs w:val="24"/>
        </w:rPr>
        <w:t>data_buku</w:t>
      </w:r>
      <w:proofErr w:type="spellEnd"/>
      <w:r w:rsidRPr="00387AD0">
        <w:rPr>
          <w:rFonts w:cs="Times New Roman"/>
          <w:szCs w:val="24"/>
        </w:rPr>
        <w:t>.</w:t>
      </w:r>
      <w:bookmarkEnd w:id="122"/>
    </w:p>
    <w:p w14:paraId="349C68F1" w14:textId="77777777" w:rsidR="00004164" w:rsidRDefault="00835A23" w:rsidP="00004164">
      <w:pPr>
        <w:pStyle w:val="ListParagraph"/>
        <w:keepNext/>
        <w:spacing w:after="0" w:line="360" w:lineRule="auto"/>
        <w:ind w:left="0" w:right="-427"/>
        <w:jc w:val="center"/>
      </w:pPr>
      <w:r w:rsidRPr="00387AD0">
        <w:rPr>
          <w:rFonts w:cs="Times New Roman"/>
          <w:noProof/>
          <w:szCs w:val="24"/>
        </w:rPr>
        <w:drawing>
          <wp:inline distT="0" distB="0" distL="0" distR="0" wp14:anchorId="35F381AC" wp14:editId="17863392">
            <wp:extent cx="4485729" cy="1999735"/>
            <wp:effectExtent l="76200" t="76200" r="124460" b="133985"/>
            <wp:docPr id="104821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213670" name=""/>
                    <pic:cNvPicPr/>
                  </pic:nvPicPr>
                  <pic:blipFill>
                    <a:blip r:embed="rId46"/>
                    <a:stretch>
                      <a:fillRect/>
                    </a:stretch>
                  </pic:blipFill>
                  <pic:spPr>
                    <a:xfrm>
                      <a:off x="0" y="0"/>
                      <a:ext cx="4655674" cy="2075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0D7382" w14:textId="21FCC047" w:rsidR="006B381C" w:rsidRDefault="00004164" w:rsidP="00004164">
      <w:pPr>
        <w:pStyle w:val="Caption"/>
        <w:jc w:val="center"/>
        <w:rPr>
          <w:color w:val="auto"/>
          <w:sz w:val="20"/>
          <w:szCs w:val="20"/>
        </w:rPr>
      </w:pPr>
      <w:bookmarkStart w:id="123" w:name="_Toc205257748"/>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11</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 xml:space="preserve">Halaman Data </w:t>
      </w:r>
      <w:proofErr w:type="spellStart"/>
      <w:r w:rsidRPr="0076694C">
        <w:rPr>
          <w:b w:val="0"/>
          <w:bCs w:val="0"/>
          <w:color w:val="auto"/>
          <w:sz w:val="20"/>
          <w:szCs w:val="20"/>
        </w:rPr>
        <w:t>Buku</w:t>
      </w:r>
      <w:bookmarkEnd w:id="123"/>
      <w:proofErr w:type="spellEnd"/>
    </w:p>
    <w:p w14:paraId="56236754" w14:textId="77777777" w:rsidR="005D5B14" w:rsidRPr="005D5B14" w:rsidRDefault="005D5B14" w:rsidP="005D5B14"/>
    <w:p w14:paraId="706EDB1D" w14:textId="645D6390" w:rsidR="00871697" w:rsidRPr="00FB2541" w:rsidRDefault="00E13E29" w:rsidP="00FB2541">
      <w:pPr>
        <w:spacing w:line="360" w:lineRule="auto"/>
        <w:ind w:right="-427" w:firstLine="720"/>
        <w:rPr>
          <w:rFonts w:cs="Times New Roman"/>
          <w:szCs w:val="24"/>
        </w:rPr>
      </w:pPr>
      <w:r w:rsidRPr="00387AD0">
        <w:rPr>
          <w:rFonts w:cs="Times New Roman"/>
          <w:szCs w:val="24"/>
        </w:rPr>
        <w:t>Halaman</w:t>
      </w:r>
      <w:r w:rsidR="00F660D2" w:rsidRPr="00387AD0">
        <w:rPr>
          <w:rFonts w:cs="Times New Roman"/>
          <w:szCs w:val="24"/>
        </w:rPr>
        <w:t xml:space="preserve"> </w:t>
      </w:r>
      <w:proofErr w:type="spellStart"/>
      <w:r w:rsidR="00835A23"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dapat</w:t>
      </w:r>
      <w:proofErr w:type="spellEnd"/>
      <w:r w:rsidR="00F660D2" w:rsidRPr="00387AD0">
        <w:rPr>
          <w:rFonts w:cs="Times New Roman"/>
          <w:szCs w:val="24"/>
        </w:rPr>
        <w:t xml:space="preserve"> </w:t>
      </w:r>
      <w:proofErr w:type="spellStart"/>
      <w:r w:rsidR="00B52CC2" w:rsidRPr="00387AD0">
        <w:rPr>
          <w:rFonts w:cs="Times New Roman"/>
          <w:szCs w:val="24"/>
        </w:rPr>
        <w:t>diakses</w:t>
      </w:r>
      <w:proofErr w:type="spellEnd"/>
      <w:r w:rsidR="00F660D2" w:rsidRPr="00387AD0">
        <w:rPr>
          <w:rFonts w:cs="Times New Roman"/>
          <w:szCs w:val="24"/>
        </w:rPr>
        <w:t xml:space="preserve"> </w:t>
      </w:r>
      <w:proofErr w:type="spellStart"/>
      <w:r w:rsidR="00B52CC2" w:rsidRPr="00387AD0">
        <w:rPr>
          <w:rFonts w:cs="Times New Roman"/>
          <w:szCs w:val="24"/>
        </w:rPr>
        <w:t>melalui</w:t>
      </w:r>
      <w:proofErr w:type="spellEnd"/>
      <w:r w:rsidR="00F660D2" w:rsidRPr="00387AD0">
        <w:rPr>
          <w:rFonts w:cs="Times New Roman"/>
          <w:szCs w:val="24"/>
        </w:rPr>
        <w:t xml:space="preserve"> </w:t>
      </w:r>
      <w:proofErr w:type="spellStart"/>
      <w:r w:rsidR="00B52CC2" w:rsidRPr="00387AD0">
        <w:rPr>
          <w:rFonts w:cs="Times New Roman"/>
          <w:szCs w:val="24"/>
        </w:rPr>
        <w:t>opsi</w:t>
      </w:r>
      <w:proofErr w:type="spellEnd"/>
      <w:r w:rsidR="00F660D2" w:rsidRPr="00387AD0">
        <w:rPr>
          <w:rFonts w:cs="Times New Roman"/>
          <w:szCs w:val="24"/>
        </w:rPr>
        <w:t xml:space="preserve"> </w:t>
      </w:r>
      <w:r w:rsidR="00B52CC2" w:rsidRPr="00387AD0">
        <w:rPr>
          <w:rFonts w:cs="Times New Roman"/>
          <w:szCs w:val="24"/>
        </w:rPr>
        <w:t>"Kelola</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r w:rsidR="00B52CC2" w:rsidRPr="00387AD0">
        <w:rPr>
          <w:rFonts w:cs="Times New Roman"/>
          <w:szCs w:val="24"/>
        </w:rPr>
        <w:t>Halaman</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tabel</w:t>
      </w:r>
      <w:proofErr w:type="spellEnd"/>
      <w:r w:rsidR="00F660D2" w:rsidRPr="00387AD0">
        <w:rPr>
          <w:rFonts w:cs="Times New Roman"/>
          <w:szCs w:val="24"/>
        </w:rPr>
        <w:t xml:space="preserve"> </w:t>
      </w:r>
      <w:r w:rsidR="00B52CC2" w:rsidRPr="00387AD0">
        <w:rPr>
          <w:rFonts w:cs="Times New Roman"/>
          <w:szCs w:val="24"/>
        </w:rPr>
        <w:t>daftar</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kolom-kolom</w:t>
      </w:r>
      <w:proofErr w:type="spellEnd"/>
      <w:r w:rsidR="00F660D2" w:rsidRPr="00387AD0">
        <w:rPr>
          <w:rFonts w:cs="Times New Roman"/>
          <w:szCs w:val="24"/>
        </w:rPr>
        <w:t xml:space="preserve"> </w:t>
      </w:r>
      <w:proofErr w:type="spellStart"/>
      <w:r w:rsidR="00B52CC2" w:rsidRPr="00387AD0">
        <w:rPr>
          <w:rFonts w:cs="Times New Roman"/>
          <w:szCs w:val="24"/>
        </w:rPr>
        <w:t>seperti</w:t>
      </w:r>
      <w:proofErr w:type="spellEnd"/>
      <w:r w:rsidR="00F660D2" w:rsidRPr="00387AD0">
        <w:rPr>
          <w:rFonts w:cs="Times New Roman"/>
          <w:szCs w:val="24"/>
        </w:rPr>
        <w:t xml:space="preserve"> </w:t>
      </w:r>
      <w:r w:rsidR="00B52CC2" w:rsidRPr="00387AD0">
        <w:rPr>
          <w:rFonts w:cs="Times New Roman"/>
          <w:szCs w:val="24"/>
        </w:rPr>
        <w:t>Id</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Judul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Klasifikasi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Tahun</w:t>
      </w:r>
      <w:proofErr w:type="spellEnd"/>
      <w:r w:rsidR="00B52CC2" w:rsidRPr="00387AD0">
        <w:rPr>
          <w:rFonts w:cs="Times New Roman"/>
          <w:szCs w:val="24"/>
        </w:rPr>
        <w:t>,</w:t>
      </w:r>
      <w:r w:rsidR="00F660D2" w:rsidRPr="00387AD0">
        <w:rPr>
          <w:rFonts w:cs="Times New Roman"/>
          <w:szCs w:val="24"/>
        </w:rPr>
        <w:t xml:space="preserve"> </w:t>
      </w:r>
      <w:r w:rsidR="00835A23" w:rsidRPr="00387AD0">
        <w:rPr>
          <w:rFonts w:cs="Times New Roman"/>
          <w:szCs w:val="24"/>
        </w:rPr>
        <w:t>dan</w:t>
      </w:r>
      <w:r w:rsidR="00F660D2" w:rsidRPr="00387AD0">
        <w:rPr>
          <w:rFonts w:cs="Times New Roman"/>
          <w:szCs w:val="24"/>
        </w:rPr>
        <w:t xml:space="preserve"> </w:t>
      </w:r>
      <w:proofErr w:type="spellStart"/>
      <w:r w:rsidR="00835A23" w:rsidRPr="00387AD0">
        <w:rPr>
          <w:rFonts w:cs="Times New Roman"/>
          <w:szCs w:val="24"/>
        </w:rPr>
        <w:t>lainnya</w:t>
      </w:r>
      <w:proofErr w:type="spellEnd"/>
      <w:r w:rsidR="00835A23" w:rsidRPr="00387AD0">
        <w:rPr>
          <w:rFonts w:cs="Times New Roman"/>
          <w:szCs w:val="24"/>
        </w:rPr>
        <w:t>.</w:t>
      </w:r>
      <w:r w:rsidR="00F660D2" w:rsidRPr="00387AD0">
        <w:rPr>
          <w:rFonts w:cs="Times New Roman"/>
          <w:szCs w:val="24"/>
        </w:rPr>
        <w:t xml:space="preserve"> </w:t>
      </w:r>
      <w:r w:rsidR="00B52CC2" w:rsidRPr="00387AD0">
        <w:rPr>
          <w:rFonts w:cs="Times New Roman"/>
          <w:szCs w:val="24"/>
        </w:rPr>
        <w:t>Saat</w:t>
      </w:r>
      <w:r w:rsidR="00F660D2" w:rsidRPr="00387AD0">
        <w:rPr>
          <w:rFonts w:cs="Times New Roman"/>
          <w:szCs w:val="24"/>
        </w:rPr>
        <w:t xml:space="preserve"> </w:t>
      </w:r>
      <w:proofErr w:type="spellStart"/>
      <w:r w:rsidR="00B52CC2" w:rsidRPr="00387AD0">
        <w:rPr>
          <w:rFonts w:cs="Times New Roman"/>
          <w:szCs w:val="24"/>
        </w:rPr>
        <w:t>ini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proofErr w:type="spellStart"/>
      <w:r w:rsidR="00B52CC2" w:rsidRPr="00387AD0">
        <w:rPr>
          <w:rFonts w:cs="Times New Roman"/>
          <w:szCs w:val="24"/>
        </w:rPr>
        <w:t>empat</w:t>
      </w:r>
      <w:proofErr w:type="spellEnd"/>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terlihat</w:t>
      </w:r>
      <w:proofErr w:type="spellEnd"/>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proofErr w:type="spellStart"/>
      <w:r w:rsidR="00B52CC2" w:rsidRPr="00387AD0">
        <w:rPr>
          <w:rFonts w:cs="Times New Roman"/>
          <w:szCs w:val="24"/>
        </w:rPr>
        <w:t>tabel</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atas</w:t>
      </w:r>
      <w:proofErr w:type="spellEnd"/>
      <w:r w:rsidR="00F660D2" w:rsidRPr="00387AD0">
        <w:rPr>
          <w:rFonts w:cs="Times New Roman"/>
          <w:szCs w:val="24"/>
        </w:rPr>
        <w:t xml:space="preserve"> </w:t>
      </w:r>
      <w:proofErr w:type="spellStart"/>
      <w:r w:rsidR="00B52CC2" w:rsidRPr="00387AD0">
        <w:rPr>
          <w:rFonts w:cs="Times New Roman"/>
          <w:szCs w:val="24"/>
        </w:rPr>
        <w:t>tabel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Tambah</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menambahkan</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baru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kolom</w:t>
      </w:r>
      <w:proofErr w:type="spellEnd"/>
      <w:r w:rsidR="00F660D2" w:rsidRPr="00387AD0">
        <w:rPr>
          <w:rFonts w:cs="Times New Roman"/>
          <w:szCs w:val="24"/>
        </w:rPr>
        <w:t xml:space="preserve"> </w:t>
      </w:r>
      <w:proofErr w:type="spellStart"/>
      <w:r w:rsidR="00B52CC2" w:rsidRPr="00387AD0">
        <w:rPr>
          <w:rFonts w:cs="Times New Roman"/>
          <w:szCs w:val="24"/>
        </w:rPr>
        <w:t>pencarian</w:t>
      </w:r>
      <w:proofErr w:type="spellEnd"/>
      <w:r w:rsidR="00F660D2" w:rsidRPr="00387AD0">
        <w:rPr>
          <w:rFonts w:cs="Times New Roman"/>
          <w:szCs w:val="24"/>
        </w:rPr>
        <w:t xml:space="preserve"> </w:t>
      </w:r>
      <w:r w:rsidR="00B52CC2" w:rsidRPr="00387AD0">
        <w:rPr>
          <w:rFonts w:cs="Times New Roman"/>
          <w:szCs w:val="24"/>
        </w:rPr>
        <w:t>"Cari</w:t>
      </w:r>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serta</w:t>
      </w:r>
      <w:proofErr w:type="spellEnd"/>
      <w:r w:rsidR="00F660D2" w:rsidRPr="00387AD0">
        <w:rPr>
          <w:rFonts w:cs="Times New Roman"/>
          <w:szCs w:val="24"/>
        </w:rPr>
        <w:t xml:space="preserve"> </w:t>
      </w:r>
      <w:proofErr w:type="spellStart"/>
      <w:r w:rsidR="00B52CC2" w:rsidRPr="00387AD0">
        <w:rPr>
          <w:rFonts w:cs="Times New Roman"/>
          <w:szCs w:val="24"/>
        </w:rPr>
        <w:t>opsi</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r w:rsidR="00B52CC2" w:rsidRPr="00387AD0">
        <w:rPr>
          <w:rFonts w:cs="Times New Roman"/>
          <w:szCs w:val="24"/>
        </w:rPr>
        <w:t>per</w:t>
      </w:r>
      <w:r w:rsidR="00F660D2" w:rsidRPr="00387AD0">
        <w:rPr>
          <w:rFonts w:cs="Times New Roman"/>
          <w:szCs w:val="24"/>
        </w:rPr>
        <w:t xml:space="preserve"> </w:t>
      </w:r>
      <w:proofErr w:type="spellStart"/>
      <w:r w:rsidR="00B52CC2" w:rsidRPr="00387AD0">
        <w:rPr>
          <w:rFonts w:cs="Times New Roman"/>
          <w:szCs w:val="24"/>
        </w:rPr>
        <w:t>halaman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Pada</w:t>
      </w:r>
      <w:r w:rsidR="00F660D2" w:rsidRPr="00387AD0">
        <w:rPr>
          <w:rFonts w:cs="Times New Roman"/>
          <w:szCs w:val="24"/>
        </w:rPr>
        <w:t xml:space="preserve"> </w:t>
      </w:r>
      <w:proofErr w:type="spellStart"/>
      <w:r w:rsidR="00B52CC2" w:rsidRPr="00387AD0">
        <w:rPr>
          <w:rFonts w:cs="Times New Roman"/>
          <w:szCs w:val="24"/>
        </w:rPr>
        <w:t>setiap</w:t>
      </w:r>
      <w:proofErr w:type="spellEnd"/>
      <w:r w:rsidR="00F660D2" w:rsidRPr="00387AD0">
        <w:rPr>
          <w:rFonts w:cs="Times New Roman"/>
          <w:szCs w:val="24"/>
        </w:rPr>
        <w:t xml:space="preserve"> </w:t>
      </w:r>
      <w:r w:rsidR="00B52CC2" w:rsidRPr="00387AD0">
        <w:rPr>
          <w:rFonts w:cs="Times New Roman"/>
          <w:szCs w:val="24"/>
        </w:rPr>
        <w:t>baris</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tersedia</w:t>
      </w:r>
      <w:proofErr w:type="spellEnd"/>
      <w:r w:rsidR="00F660D2" w:rsidRPr="00387AD0">
        <w:rPr>
          <w:rFonts w:cs="Times New Roman"/>
          <w:szCs w:val="24"/>
        </w:rPr>
        <w:t xml:space="preserve"> </w:t>
      </w:r>
      <w:r w:rsidR="00B52CC2" w:rsidRPr="00387AD0">
        <w:rPr>
          <w:rFonts w:cs="Times New Roman"/>
          <w:szCs w:val="24"/>
        </w:rPr>
        <w:t>dua</w:t>
      </w:r>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proofErr w:type="spellStart"/>
      <w:r w:rsidR="00B52CC2" w:rsidRPr="00387AD0">
        <w:rPr>
          <w:rFonts w:cs="Times New Roman"/>
          <w:szCs w:val="24"/>
        </w:rPr>
        <w:t>aksi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kemungkinan</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mengedit</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menghapus</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tersebut</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Ini</w:t>
      </w:r>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proofErr w:type="spellStart"/>
      <w:r w:rsidR="00B52CC2" w:rsidRPr="00387AD0">
        <w:rPr>
          <w:rFonts w:cs="Times New Roman"/>
          <w:szCs w:val="24"/>
        </w:rPr>
        <w:t>antarmuka</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r w:rsidR="00B52CC2" w:rsidRPr="00387AD0">
        <w:rPr>
          <w:rFonts w:cs="Times New Roman"/>
          <w:szCs w:val="24"/>
        </w:rPr>
        <w:t>administrator</w:t>
      </w:r>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proofErr w:type="spellStart"/>
      <w:r w:rsidR="00B52CC2" w:rsidRPr="00387AD0">
        <w:rPr>
          <w:rFonts w:cs="Times New Roman"/>
          <w:szCs w:val="24"/>
        </w:rPr>
        <w:t>mengelola</w:t>
      </w:r>
      <w:proofErr w:type="spellEnd"/>
      <w:r w:rsidR="00F660D2" w:rsidRPr="00387AD0">
        <w:rPr>
          <w:rFonts w:cs="Times New Roman"/>
          <w:szCs w:val="24"/>
        </w:rPr>
        <w:t xml:space="preserve"> </w:t>
      </w:r>
      <w:proofErr w:type="spellStart"/>
      <w:r w:rsidR="00B52CC2" w:rsidRPr="00387AD0">
        <w:rPr>
          <w:rFonts w:cs="Times New Roman"/>
          <w:szCs w:val="24"/>
        </w:rPr>
        <w:t>koleksi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r w:rsidR="00B52CC2" w:rsidRPr="00387AD0">
        <w:rPr>
          <w:rFonts w:cs="Times New Roman"/>
          <w:szCs w:val="24"/>
        </w:rPr>
        <w:t>digital.</w:t>
      </w:r>
    </w:p>
    <w:p w14:paraId="7818EBA0" w14:textId="77777777" w:rsidR="00004164" w:rsidRDefault="00C44C51" w:rsidP="00004164">
      <w:pPr>
        <w:pStyle w:val="ListParagraph"/>
        <w:keepNext/>
        <w:spacing w:after="0" w:line="360" w:lineRule="auto"/>
        <w:ind w:left="0" w:right="-427"/>
        <w:jc w:val="center"/>
      </w:pPr>
      <w:r w:rsidRPr="00387AD0">
        <w:rPr>
          <w:rFonts w:cs="Times New Roman"/>
          <w:noProof/>
          <w:szCs w:val="24"/>
        </w:rPr>
        <w:lastRenderedPageBreak/>
        <w:drawing>
          <wp:inline distT="0" distB="0" distL="0" distR="0" wp14:anchorId="551009A6" wp14:editId="7BB4F52B">
            <wp:extent cx="4253829" cy="1819977"/>
            <wp:effectExtent l="76200" t="76200" r="128270" b="130810"/>
            <wp:docPr id="130610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0082" name=""/>
                    <pic:cNvPicPr/>
                  </pic:nvPicPr>
                  <pic:blipFill>
                    <a:blip r:embed="rId47"/>
                    <a:stretch>
                      <a:fillRect/>
                    </a:stretch>
                  </pic:blipFill>
                  <pic:spPr>
                    <a:xfrm>
                      <a:off x="0" y="0"/>
                      <a:ext cx="4253829" cy="1819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8B81DF" w14:textId="52E2DE05" w:rsidR="00871697" w:rsidRDefault="00004164" w:rsidP="00004164">
      <w:pPr>
        <w:pStyle w:val="Caption"/>
        <w:jc w:val="center"/>
        <w:rPr>
          <w:color w:val="auto"/>
          <w:sz w:val="20"/>
          <w:szCs w:val="20"/>
        </w:rPr>
      </w:pPr>
      <w:bookmarkStart w:id="124" w:name="_Toc205257749"/>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12</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 xml:space="preserve">Halaman previous Data </w:t>
      </w:r>
      <w:proofErr w:type="spellStart"/>
      <w:r w:rsidRPr="0076694C">
        <w:rPr>
          <w:b w:val="0"/>
          <w:bCs w:val="0"/>
          <w:color w:val="auto"/>
          <w:sz w:val="20"/>
          <w:szCs w:val="20"/>
        </w:rPr>
        <w:t>Buku</w:t>
      </w:r>
      <w:bookmarkEnd w:id="124"/>
      <w:proofErr w:type="spellEnd"/>
    </w:p>
    <w:p w14:paraId="58E2F750" w14:textId="77777777" w:rsidR="005D5B14" w:rsidRPr="005D5B14" w:rsidRDefault="005D5B14" w:rsidP="005D5B14"/>
    <w:p w14:paraId="2893BD22" w14:textId="79E9CFC2" w:rsidR="00BF7862" w:rsidRPr="00387AD0" w:rsidRDefault="00E13E29" w:rsidP="00FB2541">
      <w:pPr>
        <w:spacing w:line="360" w:lineRule="auto"/>
        <w:ind w:right="-427" w:firstLine="720"/>
        <w:rPr>
          <w:rFonts w:cs="Times New Roman"/>
          <w:szCs w:val="24"/>
        </w:rPr>
      </w:pPr>
      <w:r w:rsidRPr="00387AD0">
        <w:rPr>
          <w:rFonts w:cs="Times New Roman"/>
          <w:szCs w:val="24"/>
        </w:rPr>
        <w:t>Halaman</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lanjutan</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nomor</w:t>
      </w:r>
      <w:proofErr w:type="spellEnd"/>
      <w:r w:rsidR="00F660D2" w:rsidRPr="00387AD0">
        <w:rPr>
          <w:rFonts w:cs="Times New Roman"/>
          <w:szCs w:val="24"/>
        </w:rPr>
        <w:t xml:space="preserve"> </w:t>
      </w:r>
      <w:r w:rsidR="00B52CC2" w:rsidRPr="00387AD0">
        <w:rPr>
          <w:rFonts w:cs="Times New Roman"/>
          <w:szCs w:val="24"/>
        </w:rPr>
        <w:t>6</w:t>
      </w:r>
      <w:r w:rsidR="00F660D2" w:rsidRPr="00387AD0">
        <w:rPr>
          <w:rFonts w:cs="Times New Roman"/>
          <w:szCs w:val="24"/>
        </w:rPr>
        <w:t xml:space="preserve"> </w:t>
      </w:r>
      <w:proofErr w:type="spellStart"/>
      <w:r w:rsidR="00B52CC2" w:rsidRPr="00387AD0">
        <w:rPr>
          <w:rFonts w:cs="Times New Roman"/>
          <w:szCs w:val="24"/>
        </w:rPr>
        <w:t>hingga</w:t>
      </w:r>
      <w:proofErr w:type="spellEnd"/>
      <w:r w:rsidR="00F660D2" w:rsidRPr="00387AD0">
        <w:rPr>
          <w:rFonts w:cs="Times New Roman"/>
          <w:szCs w:val="24"/>
        </w:rPr>
        <w:t xml:space="preserve"> </w:t>
      </w:r>
      <w:r w:rsidR="00B52CC2" w:rsidRPr="00387AD0">
        <w:rPr>
          <w:rFonts w:cs="Times New Roman"/>
          <w:szCs w:val="24"/>
        </w:rPr>
        <w:t>10</w:t>
      </w:r>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proofErr w:type="spellStart"/>
      <w:r w:rsidR="00B52CC2" w:rsidRPr="00387AD0">
        <w:rPr>
          <w:rFonts w:cs="Times New Roman"/>
          <w:szCs w:val="24"/>
        </w:rPr>
        <w:t>tabel</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Kolom-</w:t>
      </w:r>
      <w:proofErr w:type="spellStart"/>
      <w:r w:rsidR="00B52CC2" w:rsidRPr="00387AD0">
        <w:rPr>
          <w:rFonts w:cs="Times New Roman"/>
          <w:szCs w:val="24"/>
        </w:rPr>
        <w:t>kolom</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terlihat</w:t>
      </w:r>
      <w:proofErr w:type="spellEnd"/>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r w:rsidR="00B52CC2" w:rsidRPr="00387AD0">
        <w:rPr>
          <w:rFonts w:cs="Times New Roman"/>
          <w:szCs w:val="24"/>
        </w:rPr>
        <w:t>Id</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Judul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Klasifikasi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Tahun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Penulis</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dilengkapi</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proofErr w:type="spellStart"/>
      <w:r w:rsidR="00B52CC2" w:rsidRPr="00387AD0">
        <w:rPr>
          <w:rFonts w:cs="Times New Roman"/>
          <w:szCs w:val="24"/>
        </w:rPr>
        <w:t>aksi</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mengedit</w:t>
      </w:r>
      <w:proofErr w:type="spellEnd"/>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proofErr w:type="spellStart"/>
      <w:r w:rsidR="00B52CC2" w:rsidRPr="00387AD0">
        <w:rPr>
          <w:rFonts w:cs="Times New Roman"/>
          <w:szCs w:val="24"/>
        </w:rPr>
        <w:t>pensil</w:t>
      </w:r>
      <w:proofErr w:type="spellEnd"/>
      <w:r w:rsidR="00F660D2" w:rsidRPr="00387AD0">
        <w:rPr>
          <w:rFonts w:cs="Times New Roman"/>
          <w:szCs w:val="24"/>
        </w:rPr>
        <w:t xml:space="preserve"> </w:t>
      </w:r>
      <w:proofErr w:type="spellStart"/>
      <w:r w:rsidR="00B52CC2" w:rsidRPr="00387AD0">
        <w:rPr>
          <w:rFonts w:cs="Times New Roman"/>
          <w:szCs w:val="24"/>
        </w:rPr>
        <w:t>hijau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menghapus</w:t>
      </w:r>
      <w:proofErr w:type="spellEnd"/>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r w:rsidR="00B52CC2" w:rsidRPr="00387AD0">
        <w:rPr>
          <w:rFonts w:cs="Times New Roman"/>
          <w:szCs w:val="24"/>
        </w:rPr>
        <w:t>tong</w:t>
      </w:r>
      <w:r w:rsidR="00F660D2" w:rsidRPr="00387AD0">
        <w:rPr>
          <w:rFonts w:cs="Times New Roman"/>
          <w:szCs w:val="24"/>
        </w:rPr>
        <w:t xml:space="preserve"> </w:t>
      </w:r>
      <w:proofErr w:type="spellStart"/>
      <w:r w:rsidR="00B52CC2" w:rsidRPr="00387AD0">
        <w:rPr>
          <w:rFonts w:cs="Times New Roman"/>
          <w:szCs w:val="24"/>
        </w:rPr>
        <w:t>sampah</w:t>
      </w:r>
      <w:proofErr w:type="spellEnd"/>
      <w:r w:rsidR="00F660D2" w:rsidRPr="00387AD0">
        <w:rPr>
          <w:rFonts w:cs="Times New Roman"/>
          <w:szCs w:val="24"/>
        </w:rPr>
        <w:t xml:space="preserve"> </w:t>
      </w:r>
      <w:proofErr w:type="spellStart"/>
      <w:r w:rsidR="00B52CC2" w:rsidRPr="00387AD0">
        <w:rPr>
          <w:rFonts w:cs="Times New Roman"/>
          <w:szCs w:val="24"/>
        </w:rPr>
        <w:t>merah</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setiap</w:t>
      </w:r>
      <w:proofErr w:type="spellEnd"/>
      <w:r w:rsidR="00F660D2" w:rsidRPr="00387AD0">
        <w:rPr>
          <w:rFonts w:cs="Times New Roman"/>
          <w:szCs w:val="24"/>
        </w:rPr>
        <w:t xml:space="preserve"> </w:t>
      </w:r>
      <w:r w:rsidR="00B52CC2" w:rsidRPr="00387AD0">
        <w:rPr>
          <w:rFonts w:cs="Times New Roman"/>
          <w:szCs w:val="24"/>
        </w:rPr>
        <w:t>baris.</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bawah</w:t>
      </w:r>
      <w:proofErr w:type="spellEnd"/>
      <w:r w:rsidR="00F660D2" w:rsidRPr="00387AD0">
        <w:rPr>
          <w:rFonts w:cs="Times New Roman"/>
          <w:szCs w:val="24"/>
        </w:rPr>
        <w:t xml:space="preserve"> </w:t>
      </w:r>
      <w:proofErr w:type="spellStart"/>
      <w:r w:rsidR="00B52CC2" w:rsidRPr="00387AD0">
        <w:rPr>
          <w:rFonts w:cs="Times New Roman"/>
          <w:szCs w:val="24"/>
        </w:rPr>
        <w:t>tabel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r w:rsidR="00B52CC2" w:rsidRPr="00387AD0">
        <w:rPr>
          <w:rFonts w:cs="Times New Roman"/>
          <w:szCs w:val="24"/>
        </w:rPr>
        <w:t>"Showing</w:t>
      </w:r>
      <w:r w:rsidR="00F660D2" w:rsidRPr="00387AD0">
        <w:rPr>
          <w:rFonts w:cs="Times New Roman"/>
          <w:szCs w:val="24"/>
        </w:rPr>
        <w:t xml:space="preserve"> </w:t>
      </w:r>
      <w:r w:rsidR="00B52CC2" w:rsidRPr="00387AD0">
        <w:rPr>
          <w:rFonts w:cs="Times New Roman"/>
          <w:szCs w:val="24"/>
        </w:rPr>
        <w:t>1</w:t>
      </w:r>
      <w:r w:rsidR="00F660D2" w:rsidRPr="00387AD0">
        <w:rPr>
          <w:rFonts w:cs="Times New Roman"/>
          <w:szCs w:val="24"/>
        </w:rPr>
        <w:t xml:space="preserve"> </w:t>
      </w:r>
      <w:r w:rsidR="00B52CC2" w:rsidRPr="00387AD0">
        <w:rPr>
          <w:rFonts w:cs="Times New Roman"/>
          <w:szCs w:val="24"/>
        </w:rPr>
        <w:t>to</w:t>
      </w:r>
      <w:r w:rsidR="00F660D2" w:rsidRPr="00387AD0">
        <w:rPr>
          <w:rFonts w:cs="Times New Roman"/>
          <w:szCs w:val="24"/>
        </w:rPr>
        <w:t xml:space="preserve"> </w:t>
      </w:r>
      <w:r w:rsidR="00B52CC2" w:rsidRPr="00387AD0">
        <w:rPr>
          <w:rFonts w:cs="Times New Roman"/>
          <w:szCs w:val="24"/>
        </w:rPr>
        <w:t>10</w:t>
      </w:r>
      <w:r w:rsidR="00F660D2" w:rsidRPr="00387AD0">
        <w:rPr>
          <w:rFonts w:cs="Times New Roman"/>
          <w:szCs w:val="24"/>
        </w:rPr>
        <w:t xml:space="preserve"> </w:t>
      </w:r>
      <w:r w:rsidR="00B52CC2" w:rsidRPr="00387AD0">
        <w:rPr>
          <w:rFonts w:cs="Times New Roman"/>
          <w:szCs w:val="24"/>
        </w:rPr>
        <w:t>of</w:t>
      </w:r>
      <w:r w:rsidR="00F660D2" w:rsidRPr="00387AD0">
        <w:rPr>
          <w:rFonts w:cs="Times New Roman"/>
          <w:szCs w:val="24"/>
        </w:rPr>
        <w:t xml:space="preserve"> </w:t>
      </w:r>
      <w:r w:rsidR="00B52CC2" w:rsidRPr="00387AD0">
        <w:rPr>
          <w:rFonts w:cs="Times New Roman"/>
          <w:szCs w:val="24"/>
        </w:rPr>
        <w:t>419</w:t>
      </w:r>
      <w:r w:rsidR="00F660D2" w:rsidRPr="00387AD0">
        <w:rPr>
          <w:rFonts w:cs="Times New Roman"/>
          <w:szCs w:val="24"/>
        </w:rPr>
        <w:t xml:space="preserve"> </w:t>
      </w:r>
      <w:r w:rsidR="00B52CC2" w:rsidRPr="00387AD0">
        <w:rPr>
          <w:rFonts w:cs="Times New Roman"/>
          <w:szCs w:val="24"/>
        </w:rPr>
        <w:t>entries",</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bahwa</w:t>
      </w:r>
      <w:proofErr w:type="spellEnd"/>
      <w:r w:rsidR="00F660D2" w:rsidRPr="00387AD0">
        <w:rPr>
          <w:rFonts w:cs="Times New Roman"/>
          <w:szCs w:val="24"/>
        </w:rPr>
        <w:t xml:space="preserve"> </w:t>
      </w:r>
      <w:proofErr w:type="spellStart"/>
      <w:r w:rsidR="00B52CC2" w:rsidRPr="00387AD0">
        <w:rPr>
          <w:rFonts w:cs="Times New Roman"/>
          <w:szCs w:val="24"/>
        </w:rPr>
        <w:t>saat</w:t>
      </w:r>
      <w:proofErr w:type="spellEnd"/>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hanya</w:t>
      </w:r>
      <w:proofErr w:type="spellEnd"/>
      <w:r w:rsidR="00F660D2" w:rsidRPr="00387AD0">
        <w:rPr>
          <w:rFonts w:cs="Times New Roman"/>
          <w:szCs w:val="24"/>
        </w:rPr>
        <w:t xml:space="preserve"> </w:t>
      </w:r>
      <w:r w:rsidR="00B52CC2" w:rsidRPr="00387AD0">
        <w:rPr>
          <w:rFonts w:cs="Times New Roman"/>
          <w:szCs w:val="24"/>
        </w:rPr>
        <w:t>10</w:t>
      </w:r>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r w:rsidR="00B52CC2" w:rsidRPr="00387AD0">
        <w:rPr>
          <w:rFonts w:cs="Times New Roman"/>
          <w:szCs w:val="24"/>
        </w:rPr>
        <w:t>total</w:t>
      </w:r>
      <w:r w:rsidR="00F660D2" w:rsidRPr="00387AD0">
        <w:rPr>
          <w:rFonts w:cs="Times New Roman"/>
          <w:szCs w:val="24"/>
        </w:rPr>
        <w:t xml:space="preserve"> </w:t>
      </w:r>
      <w:r w:rsidR="00B52CC2" w:rsidRPr="00387AD0">
        <w:rPr>
          <w:rFonts w:cs="Times New Roman"/>
          <w:szCs w:val="24"/>
        </w:rPr>
        <w:t>419</w:t>
      </w:r>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ditampilkan</w:t>
      </w:r>
      <w:proofErr w:type="spellEnd"/>
      <w:r w:rsidR="00F660D2" w:rsidRPr="00387AD0">
        <w:rPr>
          <w:rFonts w:cs="Times New Roman"/>
          <w:szCs w:val="24"/>
        </w:rPr>
        <w:t xml:space="preserve"> </w:t>
      </w:r>
      <w:r w:rsidR="00B52CC2" w:rsidRPr="00387AD0">
        <w:rPr>
          <w:rFonts w:cs="Times New Roman"/>
          <w:szCs w:val="24"/>
        </w:rPr>
        <w:t>per</w:t>
      </w:r>
      <w:r w:rsidR="00F660D2" w:rsidRPr="00387AD0">
        <w:rPr>
          <w:rFonts w:cs="Times New Roman"/>
          <w:szCs w:val="24"/>
        </w:rPr>
        <w:t xml:space="preserve"> </w:t>
      </w:r>
      <w:proofErr w:type="spellStart"/>
      <w:r w:rsidR="00B52CC2" w:rsidRPr="00387AD0">
        <w:rPr>
          <w:rFonts w:cs="Times New Roman"/>
          <w:szCs w:val="24"/>
        </w:rPr>
        <w:t>halaman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juga</w:t>
      </w:r>
      <w:r w:rsidR="00F660D2" w:rsidRPr="00387AD0">
        <w:rPr>
          <w:rFonts w:cs="Times New Roman"/>
          <w:szCs w:val="24"/>
        </w:rPr>
        <w:t xml:space="preserve"> </w:t>
      </w:r>
      <w:proofErr w:type="spellStart"/>
      <w:r w:rsidR="00B52CC2" w:rsidRPr="00387AD0">
        <w:rPr>
          <w:rFonts w:cs="Times New Roman"/>
          <w:szCs w:val="24"/>
        </w:rPr>
        <w:t>kontrol</w:t>
      </w:r>
      <w:proofErr w:type="spellEnd"/>
      <w:r w:rsidR="00F660D2" w:rsidRPr="00387AD0">
        <w:rPr>
          <w:rFonts w:cs="Times New Roman"/>
          <w:szCs w:val="24"/>
        </w:rPr>
        <w:t xml:space="preserve"> </w:t>
      </w:r>
      <w:proofErr w:type="spellStart"/>
      <w:r w:rsidR="00B52CC2" w:rsidRPr="00387AD0">
        <w:rPr>
          <w:rFonts w:cs="Times New Roman"/>
          <w:szCs w:val="24"/>
        </w:rPr>
        <w:t>paginasi</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r w:rsidR="00B52CC2" w:rsidRPr="00387AD0">
        <w:rPr>
          <w:rFonts w:cs="Times New Roman"/>
          <w:szCs w:val="24"/>
        </w:rPr>
        <w:t>"Previous",</w:t>
      </w:r>
      <w:r w:rsidR="00F660D2" w:rsidRPr="00387AD0">
        <w:rPr>
          <w:rFonts w:cs="Times New Roman"/>
          <w:szCs w:val="24"/>
        </w:rPr>
        <w:t xml:space="preserve"> </w:t>
      </w:r>
      <w:proofErr w:type="spellStart"/>
      <w:r w:rsidR="00B52CC2" w:rsidRPr="00387AD0">
        <w:rPr>
          <w:rFonts w:cs="Times New Roman"/>
          <w:szCs w:val="24"/>
        </w:rPr>
        <w:t>angka</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r w:rsidR="00B52CC2" w:rsidRPr="00387AD0">
        <w:rPr>
          <w:rFonts w:cs="Times New Roman"/>
          <w:szCs w:val="24"/>
        </w:rPr>
        <w:t>1</w:t>
      </w:r>
      <w:r w:rsidR="00F660D2" w:rsidRPr="00387AD0">
        <w:rPr>
          <w:rFonts w:cs="Times New Roman"/>
          <w:szCs w:val="24"/>
        </w:rPr>
        <w:t xml:space="preserve"> </w:t>
      </w:r>
      <w:proofErr w:type="spellStart"/>
      <w:r w:rsidR="00B52CC2" w:rsidRPr="00387AD0">
        <w:rPr>
          <w:rFonts w:cs="Times New Roman"/>
          <w:szCs w:val="24"/>
        </w:rPr>
        <w:t>hingga</w:t>
      </w:r>
      <w:proofErr w:type="spellEnd"/>
      <w:r w:rsidR="00F660D2" w:rsidRPr="00387AD0">
        <w:rPr>
          <w:rFonts w:cs="Times New Roman"/>
          <w:szCs w:val="24"/>
        </w:rPr>
        <w:t xml:space="preserve"> </w:t>
      </w:r>
      <w:r w:rsidR="00B52CC2" w:rsidRPr="00387AD0">
        <w:rPr>
          <w:rFonts w:cs="Times New Roman"/>
          <w:szCs w:val="24"/>
        </w:rPr>
        <w:t>5</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r w:rsidR="00B52CC2" w:rsidRPr="00387AD0">
        <w:rPr>
          <w:rFonts w:cs="Times New Roman"/>
          <w:szCs w:val="24"/>
        </w:rPr>
        <w:t>1</w:t>
      </w:r>
      <w:r w:rsidR="00F660D2" w:rsidRPr="00387AD0">
        <w:rPr>
          <w:rFonts w:cs="Times New Roman"/>
          <w:szCs w:val="24"/>
        </w:rPr>
        <w:t xml:space="preserve"> </w:t>
      </w:r>
      <w:proofErr w:type="spellStart"/>
      <w:r w:rsidR="00B52CC2" w:rsidRPr="00387AD0">
        <w:rPr>
          <w:rFonts w:cs="Times New Roman"/>
          <w:szCs w:val="24"/>
        </w:rPr>
        <w:t>sedang</w:t>
      </w:r>
      <w:proofErr w:type="spellEnd"/>
      <w:r w:rsidR="00F660D2" w:rsidRPr="00387AD0">
        <w:rPr>
          <w:rFonts w:cs="Times New Roman"/>
          <w:szCs w:val="24"/>
        </w:rPr>
        <w:t xml:space="preserve"> </w:t>
      </w:r>
      <w:proofErr w:type="spellStart"/>
      <w:r w:rsidR="00B52CC2" w:rsidRPr="00387AD0">
        <w:rPr>
          <w:rFonts w:cs="Times New Roman"/>
          <w:szCs w:val="24"/>
        </w:rPr>
        <w:t>aktif</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ellipsis</w:t>
      </w:r>
      <w:r w:rsidR="00F660D2" w:rsidRPr="00387AD0">
        <w:rPr>
          <w:rFonts w:cs="Times New Roman"/>
          <w:szCs w:val="24"/>
        </w:rPr>
        <w:t xml:space="preserve"> </w:t>
      </w:r>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r w:rsidR="00B52CC2" w:rsidRPr="00387AD0">
        <w:rPr>
          <w:rFonts w:cs="Times New Roman"/>
          <w:szCs w:val="24"/>
        </w:rPr>
        <w:t>"Next",</w:t>
      </w:r>
      <w:r w:rsidR="00F660D2" w:rsidRPr="00387AD0">
        <w:rPr>
          <w:rFonts w:cs="Times New Roman"/>
          <w:szCs w:val="24"/>
        </w:rPr>
        <w:t xml:space="preserve"> </w:t>
      </w:r>
      <w:proofErr w:type="spellStart"/>
      <w:r w:rsidR="00B52CC2" w:rsidRPr="00387AD0">
        <w:rPr>
          <w:rFonts w:cs="Times New Roman"/>
          <w:szCs w:val="24"/>
        </w:rPr>
        <w:t>memungkinkan</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menavigasi</w:t>
      </w:r>
      <w:proofErr w:type="spellEnd"/>
      <w:r w:rsidR="00F660D2" w:rsidRPr="00387AD0">
        <w:rPr>
          <w:rFonts w:cs="Times New Roman"/>
          <w:szCs w:val="24"/>
        </w:rPr>
        <w:t xml:space="preserve"> </w:t>
      </w:r>
      <w:proofErr w:type="spellStart"/>
      <w:r w:rsidR="00B52CC2" w:rsidRPr="00387AD0">
        <w:rPr>
          <w:rFonts w:cs="Times New Roman"/>
          <w:szCs w:val="24"/>
        </w:rPr>
        <w:t>melalui</w:t>
      </w:r>
      <w:proofErr w:type="spellEnd"/>
      <w:r w:rsidR="00F660D2" w:rsidRPr="00387AD0">
        <w:rPr>
          <w:rFonts w:cs="Times New Roman"/>
          <w:szCs w:val="24"/>
        </w:rPr>
        <w:t xml:space="preserve"> </w:t>
      </w:r>
      <w:r w:rsidR="00B52CC2" w:rsidRPr="00387AD0">
        <w:rPr>
          <w:rFonts w:cs="Times New Roman"/>
          <w:szCs w:val="24"/>
        </w:rPr>
        <w:t>daftar</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panjang</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Ini</w:t>
      </w:r>
      <w:r w:rsidR="00F660D2" w:rsidRPr="00387AD0">
        <w:rPr>
          <w:rFonts w:cs="Times New Roman"/>
          <w:szCs w:val="24"/>
        </w:rPr>
        <w:t xml:space="preserve"> </w:t>
      </w:r>
      <w:proofErr w:type="spellStart"/>
      <w:r w:rsidR="00B52CC2" w:rsidRPr="00387AD0">
        <w:rPr>
          <w:rFonts w:cs="Times New Roman"/>
          <w:szCs w:val="24"/>
        </w:rPr>
        <w:t>mengindikasikan</w:t>
      </w:r>
      <w:proofErr w:type="spellEnd"/>
      <w:r w:rsidR="00F660D2" w:rsidRPr="00387AD0">
        <w:rPr>
          <w:rFonts w:cs="Times New Roman"/>
          <w:szCs w:val="24"/>
        </w:rPr>
        <w:t xml:space="preserve"> </w:t>
      </w:r>
      <w:proofErr w:type="spellStart"/>
      <w:r w:rsidR="00B52CC2" w:rsidRPr="00387AD0">
        <w:rPr>
          <w:rFonts w:cs="Times New Roman"/>
          <w:szCs w:val="24"/>
        </w:rPr>
        <w:t>bahwa</w:t>
      </w:r>
      <w:proofErr w:type="spellEnd"/>
      <w:r w:rsidR="00F660D2" w:rsidRPr="00387AD0">
        <w:rPr>
          <w:rFonts w:cs="Times New Roman"/>
          <w:szCs w:val="24"/>
        </w:rPr>
        <w:t xml:space="preserve"> </w:t>
      </w:r>
      <w:proofErr w:type="spellStart"/>
      <w:r w:rsidR="00B52CC2" w:rsidRPr="00387AD0">
        <w:rPr>
          <w:rFonts w:cs="Times New Roman"/>
          <w:szCs w:val="24"/>
        </w:rPr>
        <w:t>sistem</w:t>
      </w:r>
      <w:proofErr w:type="spellEnd"/>
      <w:r w:rsidR="00F660D2" w:rsidRPr="00387AD0">
        <w:rPr>
          <w:rFonts w:cs="Times New Roman"/>
          <w:szCs w:val="24"/>
        </w:rPr>
        <w:t xml:space="preserve"> </w:t>
      </w:r>
      <w:proofErr w:type="spellStart"/>
      <w:r w:rsidR="00B52CC2" w:rsidRPr="00387AD0">
        <w:rPr>
          <w:rFonts w:cs="Times New Roman"/>
          <w:szCs w:val="24"/>
        </w:rPr>
        <w:t>telah</w:t>
      </w:r>
      <w:proofErr w:type="spellEnd"/>
      <w:r w:rsidR="00F660D2" w:rsidRPr="00387AD0">
        <w:rPr>
          <w:rFonts w:cs="Times New Roman"/>
          <w:szCs w:val="24"/>
        </w:rPr>
        <w:t xml:space="preserve"> </w:t>
      </w:r>
      <w:proofErr w:type="spellStart"/>
      <w:r w:rsidR="00B52CC2" w:rsidRPr="00387AD0">
        <w:rPr>
          <w:rFonts w:cs="Times New Roman"/>
          <w:szCs w:val="24"/>
        </w:rPr>
        <w:t>mengimplementasikan</w:t>
      </w:r>
      <w:proofErr w:type="spellEnd"/>
      <w:r w:rsidR="00F660D2" w:rsidRPr="00387AD0">
        <w:rPr>
          <w:rFonts w:cs="Times New Roman"/>
          <w:szCs w:val="24"/>
        </w:rPr>
        <w:t xml:space="preserve"> </w:t>
      </w:r>
      <w:proofErr w:type="spellStart"/>
      <w:r w:rsidR="00B52CC2" w:rsidRPr="00387AD0">
        <w:rPr>
          <w:rFonts w:cs="Times New Roman"/>
          <w:szCs w:val="24"/>
        </w:rPr>
        <w:t>fitur</w:t>
      </w:r>
      <w:proofErr w:type="spellEnd"/>
      <w:r w:rsidR="00F660D2" w:rsidRPr="00387AD0">
        <w:rPr>
          <w:rFonts w:cs="Times New Roman"/>
          <w:szCs w:val="24"/>
        </w:rPr>
        <w:t xml:space="preserve"> </w:t>
      </w:r>
      <w:proofErr w:type="spellStart"/>
      <w:r w:rsidR="00B52CC2" w:rsidRPr="00387AD0">
        <w:rPr>
          <w:rFonts w:cs="Times New Roman"/>
          <w:szCs w:val="24"/>
        </w:rPr>
        <w:t>paginasi</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mengelola</w:t>
      </w:r>
      <w:proofErr w:type="spellEnd"/>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besar</w:t>
      </w:r>
      <w:proofErr w:type="spellEnd"/>
      <w:r w:rsidR="00B52CC2" w:rsidRPr="00387AD0">
        <w:rPr>
          <w:rFonts w:cs="Times New Roman"/>
          <w:szCs w:val="24"/>
        </w:rPr>
        <w:t>.</w:t>
      </w:r>
    </w:p>
    <w:p w14:paraId="624B9700" w14:textId="77777777" w:rsidR="00004164" w:rsidRDefault="00C44C51" w:rsidP="00004164">
      <w:pPr>
        <w:pStyle w:val="ListParagraph"/>
        <w:keepNext/>
        <w:spacing w:after="0" w:line="360" w:lineRule="auto"/>
        <w:ind w:left="0" w:right="-427"/>
        <w:jc w:val="center"/>
      </w:pPr>
      <w:r w:rsidRPr="00387AD0">
        <w:rPr>
          <w:rFonts w:cs="Times New Roman"/>
          <w:noProof/>
          <w:szCs w:val="24"/>
        </w:rPr>
        <w:drawing>
          <wp:inline distT="0" distB="0" distL="0" distR="0" wp14:anchorId="370A52CB" wp14:editId="362D7310">
            <wp:extent cx="4180427" cy="2012482"/>
            <wp:effectExtent l="76200" t="76200" r="125095" b="140335"/>
            <wp:docPr id="6743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2952" name=""/>
                    <pic:cNvPicPr/>
                  </pic:nvPicPr>
                  <pic:blipFill>
                    <a:blip r:embed="rId48"/>
                    <a:stretch>
                      <a:fillRect/>
                    </a:stretch>
                  </pic:blipFill>
                  <pic:spPr>
                    <a:xfrm>
                      <a:off x="0" y="0"/>
                      <a:ext cx="4224057" cy="20334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BB3340" w14:textId="476F0614" w:rsidR="00871697" w:rsidRDefault="00004164" w:rsidP="00004164">
      <w:pPr>
        <w:pStyle w:val="Caption"/>
        <w:jc w:val="center"/>
        <w:rPr>
          <w:color w:val="auto"/>
          <w:sz w:val="20"/>
          <w:szCs w:val="20"/>
        </w:rPr>
      </w:pPr>
      <w:bookmarkStart w:id="125" w:name="_Toc205257750"/>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13</w:t>
      </w:r>
      <w:r w:rsidRPr="00FB2541">
        <w:rPr>
          <w:color w:val="auto"/>
          <w:sz w:val="20"/>
          <w:szCs w:val="20"/>
        </w:rPr>
        <w:fldChar w:fldCharType="end"/>
      </w:r>
      <w:r w:rsidRPr="00FB2541">
        <w:rPr>
          <w:color w:val="auto"/>
          <w:sz w:val="20"/>
          <w:szCs w:val="20"/>
        </w:rPr>
        <w:t xml:space="preserve"> </w:t>
      </w:r>
      <w:r w:rsidRPr="0076694C">
        <w:rPr>
          <w:b w:val="0"/>
          <w:bCs w:val="0"/>
          <w:color w:val="auto"/>
          <w:sz w:val="20"/>
          <w:szCs w:val="20"/>
        </w:rPr>
        <w:t xml:space="preserve">Halaman </w:t>
      </w:r>
      <w:proofErr w:type="spellStart"/>
      <w:r w:rsidRPr="0076694C">
        <w:rPr>
          <w:b w:val="0"/>
          <w:bCs w:val="0"/>
          <w:color w:val="auto"/>
          <w:sz w:val="20"/>
          <w:szCs w:val="20"/>
        </w:rPr>
        <w:t>Pencarian</w:t>
      </w:r>
      <w:bookmarkEnd w:id="125"/>
      <w:proofErr w:type="spellEnd"/>
    </w:p>
    <w:p w14:paraId="4A6AAFD8" w14:textId="77777777" w:rsidR="005D5B14" w:rsidRPr="005D5B14" w:rsidRDefault="005D5B14" w:rsidP="005D5B14"/>
    <w:p w14:paraId="67744680" w14:textId="14E93B28" w:rsidR="00C44C51" w:rsidRPr="00387AD0" w:rsidRDefault="00E13E29" w:rsidP="005D5B14">
      <w:pPr>
        <w:spacing w:line="360" w:lineRule="auto"/>
        <w:ind w:right="-427" w:firstLine="720"/>
        <w:rPr>
          <w:rFonts w:cs="Times New Roman"/>
          <w:szCs w:val="24"/>
        </w:rPr>
      </w:pPr>
      <w:r w:rsidRPr="00387AD0">
        <w:rPr>
          <w:rFonts w:cs="Times New Roman"/>
          <w:szCs w:val="24"/>
        </w:rPr>
        <w:lastRenderedPageBreak/>
        <w:t>Halaman</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hasil</w:t>
      </w:r>
      <w:proofErr w:type="spellEnd"/>
      <w:r w:rsidR="00F660D2" w:rsidRPr="00387AD0">
        <w:rPr>
          <w:rFonts w:cs="Times New Roman"/>
          <w:szCs w:val="24"/>
        </w:rPr>
        <w:t xml:space="preserve"> </w:t>
      </w:r>
      <w:proofErr w:type="spellStart"/>
      <w:r w:rsidR="00B52CC2" w:rsidRPr="00387AD0">
        <w:rPr>
          <w:rFonts w:cs="Times New Roman"/>
          <w:szCs w:val="24"/>
        </w:rPr>
        <w:t>pencarian</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Terlihat</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proofErr w:type="spellStart"/>
      <w:r w:rsidR="00B52CC2" w:rsidRPr="00387AD0">
        <w:rPr>
          <w:rFonts w:cs="Times New Roman"/>
          <w:szCs w:val="24"/>
        </w:rPr>
        <w:t>kolom</w:t>
      </w:r>
      <w:proofErr w:type="spellEnd"/>
      <w:r w:rsidR="00F660D2" w:rsidRPr="00387AD0">
        <w:rPr>
          <w:rFonts w:cs="Times New Roman"/>
          <w:szCs w:val="24"/>
        </w:rPr>
        <w:t xml:space="preserve"> </w:t>
      </w:r>
      <w:proofErr w:type="spellStart"/>
      <w:r w:rsidR="00B52CC2" w:rsidRPr="00387AD0">
        <w:rPr>
          <w:rFonts w:cs="Times New Roman"/>
          <w:szCs w:val="24"/>
        </w:rPr>
        <w:t>pencarian</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atas</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teks</w:t>
      </w:r>
      <w:proofErr w:type="spellEnd"/>
      <w:r w:rsidR="00F660D2" w:rsidRPr="00387AD0">
        <w:rPr>
          <w:rFonts w:cs="Times New Roman"/>
          <w:szCs w:val="24"/>
        </w:rPr>
        <w:t xml:space="preserve"> </w:t>
      </w:r>
      <w:r w:rsidR="00B52CC2" w:rsidRPr="00387AD0">
        <w:rPr>
          <w:rFonts w:cs="Times New Roman"/>
          <w:szCs w:val="24"/>
        </w:rPr>
        <w:t>"Life</w:t>
      </w:r>
      <w:r w:rsidR="00F660D2" w:rsidRPr="00387AD0">
        <w:rPr>
          <w:rFonts w:cs="Times New Roman"/>
          <w:szCs w:val="24"/>
        </w:rPr>
        <w:t xml:space="preserve"> </w:t>
      </w:r>
      <w:r w:rsidR="00B52CC2" w:rsidRPr="00387AD0">
        <w:rPr>
          <w:rFonts w:cs="Times New Roman"/>
          <w:szCs w:val="24"/>
        </w:rPr>
        <w:t>begins</w:t>
      </w:r>
      <w:r w:rsidR="00F660D2" w:rsidRPr="00387AD0">
        <w:rPr>
          <w:rFonts w:cs="Times New Roman"/>
          <w:szCs w:val="24"/>
        </w:rPr>
        <w:t xml:space="preserve"> </w:t>
      </w:r>
      <w:r w:rsidR="00B52CC2" w:rsidRPr="00387AD0">
        <w:rPr>
          <w:rFonts w:cs="Times New Roman"/>
          <w:szCs w:val="24"/>
        </w:rPr>
        <w:t>at</w:t>
      </w:r>
      <w:r w:rsidR="00F660D2" w:rsidRPr="00387AD0">
        <w:rPr>
          <w:rFonts w:cs="Times New Roman"/>
          <w:szCs w:val="24"/>
        </w:rPr>
        <w:t xml:space="preserve"> </w:t>
      </w:r>
      <w:r w:rsidR="00B52CC2" w:rsidRPr="00387AD0">
        <w:rPr>
          <w:rFonts w:cs="Times New Roman"/>
          <w:szCs w:val="24"/>
        </w:rPr>
        <w:t>Fatty",</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mengindikasikan</w:t>
      </w:r>
      <w:proofErr w:type="spellEnd"/>
      <w:r w:rsidR="00F660D2" w:rsidRPr="00387AD0">
        <w:rPr>
          <w:rFonts w:cs="Times New Roman"/>
          <w:szCs w:val="24"/>
        </w:rPr>
        <w:t xml:space="preserve"> </w:t>
      </w:r>
      <w:proofErr w:type="spellStart"/>
      <w:r w:rsidR="00B52CC2" w:rsidRPr="00387AD0">
        <w:rPr>
          <w:rFonts w:cs="Times New Roman"/>
          <w:szCs w:val="24"/>
        </w:rPr>
        <w:t>bahwa</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telah</w:t>
      </w:r>
      <w:proofErr w:type="spellEnd"/>
      <w:r w:rsidR="00F660D2" w:rsidRPr="00387AD0">
        <w:rPr>
          <w:rFonts w:cs="Times New Roman"/>
          <w:szCs w:val="24"/>
        </w:rPr>
        <w:t xml:space="preserve"> </w:t>
      </w:r>
      <w:proofErr w:type="spellStart"/>
      <w:r w:rsidR="00B52CC2" w:rsidRPr="00387AD0">
        <w:rPr>
          <w:rFonts w:cs="Times New Roman"/>
          <w:szCs w:val="24"/>
        </w:rPr>
        <w:t>mencari</w:t>
      </w:r>
      <w:proofErr w:type="spellEnd"/>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tersebut</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Hasilnya</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tabel</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bawahnya</w:t>
      </w:r>
      <w:proofErr w:type="spellEnd"/>
      <w:r w:rsidR="00F660D2" w:rsidRPr="00387AD0">
        <w:rPr>
          <w:rFonts w:cs="Times New Roman"/>
          <w:szCs w:val="24"/>
        </w:rPr>
        <w:t xml:space="preserve"> </w:t>
      </w:r>
      <w:proofErr w:type="spellStart"/>
      <w:r w:rsidR="00B52CC2" w:rsidRPr="00387AD0">
        <w:rPr>
          <w:rFonts w:cs="Times New Roman"/>
          <w:szCs w:val="24"/>
        </w:rPr>
        <w:t>hanya</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satu</w:t>
      </w:r>
      <w:proofErr w:type="spellEnd"/>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r w:rsidR="00B52CC2" w:rsidRPr="00387AD0">
        <w:rPr>
          <w:rFonts w:cs="Times New Roman"/>
          <w:szCs w:val="24"/>
        </w:rPr>
        <w:t>Id</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1,</w:t>
      </w:r>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r w:rsidR="00B52CC2" w:rsidRPr="00387AD0">
        <w:rPr>
          <w:rFonts w:cs="Times New Roman"/>
          <w:szCs w:val="24"/>
        </w:rPr>
        <w:t>"Life</w:t>
      </w:r>
      <w:r w:rsidR="00F660D2" w:rsidRPr="00387AD0">
        <w:rPr>
          <w:rFonts w:cs="Times New Roman"/>
          <w:szCs w:val="24"/>
        </w:rPr>
        <w:t xml:space="preserve"> </w:t>
      </w:r>
      <w:r w:rsidR="00B52CC2" w:rsidRPr="00387AD0">
        <w:rPr>
          <w:rFonts w:cs="Times New Roman"/>
          <w:szCs w:val="24"/>
        </w:rPr>
        <w:t>begins</w:t>
      </w:r>
      <w:r w:rsidR="00F660D2" w:rsidRPr="00387AD0">
        <w:rPr>
          <w:rFonts w:cs="Times New Roman"/>
          <w:szCs w:val="24"/>
        </w:rPr>
        <w:t xml:space="preserve"> </w:t>
      </w:r>
      <w:r w:rsidR="00B52CC2" w:rsidRPr="00387AD0">
        <w:rPr>
          <w:rFonts w:cs="Times New Roman"/>
          <w:szCs w:val="24"/>
        </w:rPr>
        <w:t>at</w:t>
      </w:r>
      <w:r w:rsidR="00F660D2" w:rsidRPr="00387AD0">
        <w:rPr>
          <w:rFonts w:cs="Times New Roman"/>
          <w:szCs w:val="24"/>
        </w:rPr>
        <w:t xml:space="preserve"> </w:t>
      </w:r>
      <w:r w:rsidR="00B52CC2" w:rsidRPr="00387AD0">
        <w:rPr>
          <w:rFonts w:cs="Times New Roman"/>
          <w:szCs w:val="24"/>
        </w:rPr>
        <w:t>Fatty",</w:t>
      </w:r>
      <w:r w:rsidR="00F660D2" w:rsidRPr="00387AD0">
        <w:rPr>
          <w:rFonts w:cs="Times New Roman"/>
          <w:szCs w:val="24"/>
        </w:rPr>
        <w:t xml:space="preserve"> </w:t>
      </w:r>
      <w:proofErr w:type="spellStart"/>
      <w:r w:rsidR="00B52CC2" w:rsidRPr="00387AD0">
        <w:rPr>
          <w:rFonts w:cs="Times New Roman"/>
          <w:szCs w:val="24"/>
        </w:rPr>
        <w:t>Klasifikasi</w:t>
      </w:r>
      <w:proofErr w:type="spellEnd"/>
      <w:r w:rsidR="00F660D2" w:rsidRPr="00387AD0">
        <w:rPr>
          <w:rFonts w:cs="Times New Roman"/>
          <w:szCs w:val="24"/>
        </w:rPr>
        <w:t xml:space="preserve"> </w:t>
      </w:r>
      <w:r w:rsidR="00B52CC2" w:rsidRPr="00387AD0">
        <w:rPr>
          <w:rFonts w:cs="Times New Roman"/>
          <w:szCs w:val="24"/>
        </w:rPr>
        <w:t>820,</w:t>
      </w:r>
      <w:r w:rsidR="00F660D2" w:rsidRPr="00387AD0">
        <w:rPr>
          <w:rFonts w:cs="Times New Roman"/>
          <w:szCs w:val="24"/>
        </w:rPr>
        <w:t xml:space="preserve"> </w:t>
      </w:r>
      <w:proofErr w:type="spellStart"/>
      <w:r w:rsidR="00B52CC2" w:rsidRPr="00387AD0">
        <w:rPr>
          <w:rFonts w:cs="Times New Roman"/>
          <w:szCs w:val="24"/>
        </w:rPr>
        <w:t>Tahun</w:t>
      </w:r>
      <w:proofErr w:type="spellEnd"/>
      <w:r w:rsidR="00F660D2" w:rsidRPr="00387AD0">
        <w:rPr>
          <w:rFonts w:cs="Times New Roman"/>
          <w:szCs w:val="24"/>
        </w:rPr>
        <w:t xml:space="preserve"> </w:t>
      </w:r>
      <w:r w:rsidR="00B52CC2" w:rsidRPr="00387AD0">
        <w:rPr>
          <w:rFonts w:cs="Times New Roman"/>
          <w:szCs w:val="24"/>
        </w:rPr>
        <w:t>2025,</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Penulis</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Syafrina</w:t>
      </w:r>
      <w:proofErr w:type="spellEnd"/>
      <w:r w:rsidR="00F660D2" w:rsidRPr="00387AD0">
        <w:rPr>
          <w:rFonts w:cs="Times New Roman"/>
          <w:szCs w:val="24"/>
        </w:rPr>
        <w:t xml:space="preserve"> </w:t>
      </w:r>
      <w:r w:rsidR="00B52CC2" w:rsidRPr="00387AD0">
        <w:rPr>
          <w:rFonts w:cs="Times New Roman"/>
          <w:szCs w:val="24"/>
        </w:rPr>
        <w:t>Siregar".</w:t>
      </w:r>
      <w:r w:rsidR="00F660D2" w:rsidRPr="00387AD0">
        <w:rPr>
          <w:rFonts w:cs="Times New Roman"/>
          <w:szCs w:val="24"/>
        </w:rPr>
        <w:t xml:space="preserve"> </w:t>
      </w:r>
      <w:r w:rsidR="00B52CC2" w:rsidRPr="00387AD0">
        <w:rPr>
          <w:rFonts w:cs="Times New Roman"/>
          <w:szCs w:val="24"/>
        </w:rPr>
        <w:t>Sama</w:t>
      </w:r>
      <w:r w:rsidR="00F660D2" w:rsidRPr="00387AD0">
        <w:rPr>
          <w:rFonts w:cs="Times New Roman"/>
          <w:szCs w:val="24"/>
        </w:rPr>
        <w:t xml:space="preserve"> </w:t>
      </w:r>
      <w:proofErr w:type="spellStart"/>
      <w:r w:rsidR="00B52CC2" w:rsidRPr="00387AD0">
        <w:rPr>
          <w:rFonts w:cs="Times New Roman"/>
          <w:szCs w:val="24"/>
        </w:rPr>
        <w:t>seperti</w:t>
      </w:r>
      <w:proofErr w:type="spellEnd"/>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proofErr w:type="spellStart"/>
      <w:r w:rsidR="00B52CC2" w:rsidRPr="00387AD0">
        <w:rPr>
          <w:rFonts w:cs="Times New Roman"/>
          <w:szCs w:val="24"/>
        </w:rPr>
        <w:t>sebelumnya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kolom</w:t>
      </w:r>
      <w:proofErr w:type="spellEnd"/>
      <w:r w:rsidR="00F660D2" w:rsidRPr="00387AD0">
        <w:rPr>
          <w:rFonts w:cs="Times New Roman"/>
          <w:szCs w:val="24"/>
        </w:rPr>
        <w:t xml:space="preserve"> </w:t>
      </w:r>
      <w:r w:rsidR="00B52CC2" w:rsidRPr="00387AD0">
        <w:rPr>
          <w:rFonts w:cs="Times New Roman"/>
          <w:szCs w:val="24"/>
        </w:rPr>
        <w:t>"Aksi"</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mengedit</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menghapus</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tersebut</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Ini</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fungsi</w:t>
      </w:r>
      <w:proofErr w:type="spellEnd"/>
      <w:r w:rsidR="00F660D2" w:rsidRPr="00387AD0">
        <w:rPr>
          <w:rFonts w:cs="Times New Roman"/>
          <w:szCs w:val="24"/>
        </w:rPr>
        <w:t xml:space="preserve"> </w:t>
      </w:r>
      <w:proofErr w:type="spellStart"/>
      <w:r w:rsidR="00B52CC2" w:rsidRPr="00387AD0">
        <w:rPr>
          <w:rFonts w:cs="Times New Roman"/>
          <w:szCs w:val="24"/>
        </w:rPr>
        <w:t>pencarian</w:t>
      </w:r>
      <w:proofErr w:type="spellEnd"/>
      <w:r w:rsidR="00F660D2" w:rsidRPr="00387AD0">
        <w:rPr>
          <w:rFonts w:cs="Times New Roman"/>
          <w:szCs w:val="24"/>
        </w:rPr>
        <w:t xml:space="preserve"> </w:t>
      </w:r>
      <w:proofErr w:type="spellStart"/>
      <w:r w:rsidR="00B52CC2" w:rsidRPr="00387AD0">
        <w:rPr>
          <w:rFonts w:cs="Times New Roman"/>
          <w:szCs w:val="24"/>
        </w:rPr>
        <w:t>telah</w:t>
      </w:r>
      <w:proofErr w:type="spellEnd"/>
      <w:r w:rsidR="00F660D2" w:rsidRPr="00387AD0">
        <w:rPr>
          <w:rFonts w:cs="Times New Roman"/>
          <w:szCs w:val="24"/>
        </w:rPr>
        <w:t xml:space="preserve"> </w:t>
      </w:r>
      <w:proofErr w:type="spellStart"/>
      <w:r w:rsidR="00B52CC2" w:rsidRPr="00387AD0">
        <w:rPr>
          <w:rFonts w:cs="Times New Roman"/>
          <w:szCs w:val="24"/>
        </w:rPr>
        <w:t>berhasil</w:t>
      </w:r>
      <w:proofErr w:type="spellEnd"/>
      <w:r w:rsidR="00F660D2" w:rsidRPr="00387AD0">
        <w:rPr>
          <w:rFonts w:cs="Times New Roman"/>
          <w:szCs w:val="24"/>
        </w:rPr>
        <w:t xml:space="preserve"> </w:t>
      </w:r>
      <w:proofErr w:type="spellStart"/>
      <w:r w:rsidR="00B52CC2" w:rsidRPr="00387AD0">
        <w:rPr>
          <w:rFonts w:cs="Times New Roman"/>
          <w:szCs w:val="24"/>
        </w:rPr>
        <w:t>menyaring</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berdasarkan</w:t>
      </w:r>
      <w:proofErr w:type="spellEnd"/>
      <w:r w:rsidR="00F660D2" w:rsidRPr="00387AD0">
        <w:rPr>
          <w:rFonts w:cs="Times New Roman"/>
          <w:szCs w:val="24"/>
        </w:rPr>
        <w:t xml:space="preserve"> </w:t>
      </w:r>
      <w:proofErr w:type="spellStart"/>
      <w:r w:rsidR="00B52CC2" w:rsidRPr="00387AD0">
        <w:rPr>
          <w:rFonts w:cs="Times New Roman"/>
          <w:szCs w:val="24"/>
        </w:rPr>
        <w:t>kriteria</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dimasukkan</w:t>
      </w:r>
      <w:proofErr w:type="spellEnd"/>
      <w:r w:rsidR="00B52CC2" w:rsidRPr="00387AD0">
        <w:rPr>
          <w:rFonts w:cs="Times New Roman"/>
          <w:szCs w:val="24"/>
        </w:rPr>
        <w:t>.</w:t>
      </w:r>
    </w:p>
    <w:p w14:paraId="3161DBA7" w14:textId="77777777" w:rsidR="00004164" w:rsidRDefault="00871697" w:rsidP="00004164">
      <w:pPr>
        <w:pStyle w:val="ListParagraph"/>
        <w:keepNext/>
        <w:spacing w:after="0" w:line="360" w:lineRule="auto"/>
        <w:ind w:left="0" w:right="-427"/>
        <w:jc w:val="center"/>
      </w:pPr>
      <w:r w:rsidRPr="00387AD0">
        <w:rPr>
          <w:rFonts w:cs="Times New Roman"/>
          <w:noProof/>
          <w:szCs w:val="24"/>
          <w:lang w:val="id"/>
        </w:rPr>
        <w:drawing>
          <wp:inline distT="0" distB="0" distL="0" distR="0" wp14:anchorId="1C491A3F" wp14:editId="52491DE1">
            <wp:extent cx="4674711" cy="1386840"/>
            <wp:effectExtent l="76200" t="76200" r="126365" b="137160"/>
            <wp:docPr id="1408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204" name=""/>
                    <pic:cNvPicPr/>
                  </pic:nvPicPr>
                  <pic:blipFill rotWithShape="1">
                    <a:blip r:embed="rId49"/>
                    <a:srcRect l="15007" r="37030" b="57089"/>
                    <a:stretch>
                      <a:fillRect/>
                    </a:stretch>
                  </pic:blipFill>
                  <pic:spPr bwMode="auto">
                    <a:xfrm>
                      <a:off x="0" y="0"/>
                      <a:ext cx="4896053" cy="1452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2412C1" w14:textId="18B9C18F" w:rsidR="00BF7862" w:rsidRPr="005D5B14" w:rsidRDefault="00004164" w:rsidP="00004164">
      <w:pPr>
        <w:pStyle w:val="Caption"/>
        <w:jc w:val="center"/>
        <w:rPr>
          <w:color w:val="auto"/>
          <w:sz w:val="20"/>
          <w:szCs w:val="20"/>
        </w:rPr>
      </w:pPr>
      <w:bookmarkStart w:id="126" w:name="_Toc205257751"/>
      <w:r w:rsidRPr="005D5B14">
        <w:rPr>
          <w:color w:val="auto"/>
          <w:sz w:val="20"/>
          <w:szCs w:val="20"/>
        </w:rPr>
        <w:t xml:space="preserve">Gambar 3. </w:t>
      </w:r>
      <w:r w:rsidRPr="005D5B14">
        <w:rPr>
          <w:color w:val="auto"/>
          <w:sz w:val="20"/>
          <w:szCs w:val="20"/>
        </w:rPr>
        <w:fldChar w:fldCharType="begin"/>
      </w:r>
      <w:r w:rsidRPr="005D5B14">
        <w:rPr>
          <w:color w:val="auto"/>
          <w:sz w:val="20"/>
          <w:szCs w:val="20"/>
        </w:rPr>
        <w:instrText xml:space="preserve"> SEQ Gambar_3. \* ARABIC </w:instrText>
      </w:r>
      <w:r w:rsidRPr="005D5B14">
        <w:rPr>
          <w:color w:val="auto"/>
          <w:sz w:val="20"/>
          <w:szCs w:val="20"/>
        </w:rPr>
        <w:fldChar w:fldCharType="separate"/>
      </w:r>
      <w:r w:rsidR="0003347B">
        <w:rPr>
          <w:noProof/>
          <w:color w:val="auto"/>
          <w:sz w:val="20"/>
          <w:szCs w:val="20"/>
        </w:rPr>
        <w:t>14</w:t>
      </w:r>
      <w:r w:rsidRPr="005D5B14">
        <w:rPr>
          <w:color w:val="auto"/>
          <w:sz w:val="20"/>
          <w:szCs w:val="20"/>
        </w:rPr>
        <w:fldChar w:fldCharType="end"/>
      </w:r>
      <w:r w:rsidRPr="005D5B14">
        <w:rPr>
          <w:color w:val="auto"/>
          <w:sz w:val="20"/>
          <w:szCs w:val="20"/>
        </w:rPr>
        <w:t xml:space="preserve"> </w:t>
      </w:r>
      <w:r w:rsidRPr="0076694C">
        <w:rPr>
          <w:b w:val="0"/>
          <w:bCs w:val="0"/>
          <w:color w:val="auto"/>
          <w:sz w:val="20"/>
          <w:szCs w:val="20"/>
        </w:rPr>
        <w:t>Pop up hapus data</w:t>
      </w:r>
      <w:bookmarkEnd w:id="126"/>
    </w:p>
    <w:p w14:paraId="71C3F344" w14:textId="77777777" w:rsidR="005D5B14" w:rsidRPr="005D5B14" w:rsidRDefault="005D5B14" w:rsidP="005D5B14"/>
    <w:p w14:paraId="752ECF2A" w14:textId="319C6854" w:rsidR="00B52CC2" w:rsidRPr="00387AD0" w:rsidRDefault="00E13E29" w:rsidP="005D5B14">
      <w:pPr>
        <w:spacing w:line="360" w:lineRule="auto"/>
        <w:ind w:right="-427" w:firstLine="720"/>
        <w:rPr>
          <w:rFonts w:cs="Times New Roman"/>
          <w:szCs w:val="24"/>
        </w:rPr>
      </w:pPr>
      <w:r w:rsidRPr="00387AD0">
        <w:rPr>
          <w:rFonts w:cs="Times New Roman"/>
          <w:szCs w:val="24"/>
        </w:rPr>
        <w:t>Halaman</w:t>
      </w:r>
      <w:r w:rsidR="00F660D2" w:rsidRPr="00387AD0">
        <w:rPr>
          <w:rFonts w:cs="Times New Roman"/>
          <w:szCs w:val="24"/>
        </w:rPr>
        <w:t xml:space="preserve"> </w:t>
      </w:r>
      <w:proofErr w:type="spellStart"/>
      <w:r w:rsidR="00835A23"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proofErr w:type="spellStart"/>
      <w:r w:rsidR="00B52CC2" w:rsidRPr="00387AD0">
        <w:rPr>
          <w:rFonts w:cs="Times New Roman"/>
          <w:szCs w:val="24"/>
        </w:rPr>
        <w:t>kotak</w:t>
      </w:r>
      <w:proofErr w:type="spellEnd"/>
      <w:r w:rsidR="00F660D2" w:rsidRPr="00387AD0">
        <w:rPr>
          <w:rFonts w:cs="Times New Roman"/>
          <w:szCs w:val="24"/>
        </w:rPr>
        <w:t xml:space="preserve"> </w:t>
      </w:r>
      <w:r w:rsidR="00B52CC2" w:rsidRPr="00387AD0">
        <w:rPr>
          <w:rFonts w:cs="Times New Roman"/>
          <w:szCs w:val="24"/>
        </w:rPr>
        <w:t>dialog</w:t>
      </w:r>
      <w:r w:rsidR="00F660D2" w:rsidRPr="00387AD0">
        <w:rPr>
          <w:rFonts w:cs="Times New Roman"/>
          <w:szCs w:val="24"/>
        </w:rPr>
        <w:t xml:space="preserve"> </w:t>
      </w:r>
      <w:proofErr w:type="spellStart"/>
      <w:r w:rsidR="00B52CC2" w:rsidRPr="00387AD0">
        <w:rPr>
          <w:rFonts w:cs="Times New Roman"/>
          <w:szCs w:val="24"/>
        </w:rPr>
        <w:t>konfirmasi</w:t>
      </w:r>
      <w:proofErr w:type="spellEnd"/>
      <w:r w:rsidR="00F660D2" w:rsidRPr="00387AD0">
        <w:rPr>
          <w:rFonts w:cs="Times New Roman"/>
          <w:szCs w:val="24"/>
        </w:rPr>
        <w:t xml:space="preserve"> </w:t>
      </w:r>
      <w:proofErr w:type="spellStart"/>
      <w:r w:rsidR="00B52CC2" w:rsidRPr="00387AD0">
        <w:rPr>
          <w:rFonts w:cs="Times New Roman"/>
          <w:szCs w:val="24"/>
        </w:rPr>
        <w:t>penghapusan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muncul</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atas</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Kotak</w:t>
      </w:r>
      <w:r w:rsidR="00F660D2" w:rsidRPr="00387AD0">
        <w:rPr>
          <w:rFonts w:cs="Times New Roman"/>
          <w:szCs w:val="24"/>
        </w:rPr>
        <w:t xml:space="preserve"> </w:t>
      </w:r>
      <w:r w:rsidR="00B52CC2" w:rsidRPr="00387AD0">
        <w:rPr>
          <w:rFonts w:cs="Times New Roman"/>
          <w:szCs w:val="24"/>
        </w:rPr>
        <w:t>dialog</w:t>
      </w:r>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r w:rsidR="00B52CC2" w:rsidRPr="00387AD0">
        <w:rPr>
          <w:rFonts w:cs="Times New Roman"/>
          <w:szCs w:val="24"/>
        </w:rPr>
        <w:t>"localhost</w:t>
      </w:r>
      <w:r w:rsidR="00F660D2" w:rsidRPr="00387AD0">
        <w:rPr>
          <w:rFonts w:cs="Times New Roman"/>
          <w:szCs w:val="24"/>
        </w:rPr>
        <w:t xml:space="preserve"> </w:t>
      </w:r>
      <w:r w:rsidR="00B52CC2" w:rsidRPr="00387AD0">
        <w:rPr>
          <w:rFonts w:cs="Times New Roman"/>
          <w:szCs w:val="24"/>
        </w:rPr>
        <w:t>says"</w:t>
      </w:r>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pesan</w:t>
      </w:r>
      <w:proofErr w:type="spellEnd"/>
      <w:r w:rsidR="00F660D2" w:rsidRPr="00387AD0">
        <w:rPr>
          <w:rFonts w:cs="Times New Roman"/>
          <w:szCs w:val="24"/>
        </w:rPr>
        <w:t xml:space="preserve"> </w:t>
      </w:r>
      <w:r w:rsidR="00B52CC2" w:rsidRPr="00387AD0">
        <w:rPr>
          <w:rFonts w:cs="Times New Roman"/>
          <w:szCs w:val="24"/>
        </w:rPr>
        <w:t>"Yakin</w:t>
      </w:r>
      <w:r w:rsidR="00F660D2" w:rsidRPr="00387AD0">
        <w:rPr>
          <w:rFonts w:cs="Times New Roman"/>
          <w:szCs w:val="24"/>
        </w:rPr>
        <w:t xml:space="preserve"> </w:t>
      </w:r>
      <w:r w:rsidR="00B52CC2" w:rsidRPr="00387AD0">
        <w:rPr>
          <w:rFonts w:cs="Times New Roman"/>
          <w:szCs w:val="24"/>
        </w:rPr>
        <w:t>hapus</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ini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menyediakan</w:t>
      </w:r>
      <w:proofErr w:type="spellEnd"/>
      <w:r w:rsidR="00F660D2" w:rsidRPr="00387AD0">
        <w:rPr>
          <w:rFonts w:cs="Times New Roman"/>
          <w:szCs w:val="24"/>
        </w:rPr>
        <w:t xml:space="preserve"> </w:t>
      </w:r>
      <w:r w:rsidR="00B52CC2" w:rsidRPr="00387AD0">
        <w:rPr>
          <w:rFonts w:cs="Times New Roman"/>
          <w:szCs w:val="24"/>
        </w:rPr>
        <w:t>dua</w:t>
      </w:r>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proofErr w:type="spellStart"/>
      <w:r w:rsidR="00B52CC2" w:rsidRPr="00387AD0">
        <w:rPr>
          <w:rFonts w:cs="Times New Roman"/>
          <w:szCs w:val="24"/>
        </w:rPr>
        <w:t>pilihan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"OK"</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melanjutkan</w:t>
      </w:r>
      <w:proofErr w:type="spellEnd"/>
      <w:r w:rsidR="00F660D2" w:rsidRPr="00387AD0">
        <w:rPr>
          <w:rFonts w:cs="Times New Roman"/>
          <w:szCs w:val="24"/>
        </w:rPr>
        <w:t xml:space="preserve"> </w:t>
      </w:r>
      <w:proofErr w:type="spellStart"/>
      <w:r w:rsidR="00B52CC2" w:rsidRPr="00387AD0">
        <w:rPr>
          <w:rFonts w:cs="Times New Roman"/>
          <w:szCs w:val="24"/>
        </w:rPr>
        <w:t>penghapusan</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"Cancel"</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membatalkan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Kotak</w:t>
      </w:r>
      <w:r w:rsidR="00F660D2" w:rsidRPr="00387AD0">
        <w:rPr>
          <w:rFonts w:cs="Times New Roman"/>
          <w:szCs w:val="24"/>
        </w:rPr>
        <w:t xml:space="preserve"> </w:t>
      </w:r>
      <w:r w:rsidR="00B52CC2" w:rsidRPr="00387AD0">
        <w:rPr>
          <w:rFonts w:cs="Times New Roman"/>
          <w:szCs w:val="24"/>
        </w:rPr>
        <w:t>dialog</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muncul</w:t>
      </w:r>
      <w:proofErr w:type="spellEnd"/>
      <w:r w:rsidR="00F660D2" w:rsidRPr="00387AD0">
        <w:rPr>
          <w:rFonts w:cs="Times New Roman"/>
          <w:szCs w:val="24"/>
        </w:rPr>
        <w:t xml:space="preserve"> </w:t>
      </w:r>
      <w:proofErr w:type="spellStart"/>
      <w:r w:rsidR="00B52CC2" w:rsidRPr="00387AD0">
        <w:rPr>
          <w:rFonts w:cs="Times New Roman"/>
          <w:szCs w:val="24"/>
        </w:rPr>
        <w:t>setelah</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kemungkinan</w:t>
      </w:r>
      <w:proofErr w:type="spellEnd"/>
      <w:r w:rsidR="00F660D2" w:rsidRPr="00387AD0">
        <w:rPr>
          <w:rFonts w:cs="Times New Roman"/>
          <w:szCs w:val="24"/>
        </w:rPr>
        <w:t xml:space="preserve"> </w:t>
      </w:r>
      <w:proofErr w:type="spellStart"/>
      <w:r w:rsidR="00B52CC2" w:rsidRPr="00387AD0">
        <w:rPr>
          <w:rFonts w:cs="Times New Roman"/>
          <w:szCs w:val="24"/>
        </w:rPr>
        <w:t>mengklik</w:t>
      </w:r>
      <w:proofErr w:type="spellEnd"/>
      <w:r w:rsidR="00F660D2" w:rsidRPr="00387AD0">
        <w:rPr>
          <w:rFonts w:cs="Times New Roman"/>
          <w:szCs w:val="24"/>
        </w:rPr>
        <w:t xml:space="preserve"> </w:t>
      </w:r>
      <w:r w:rsidR="00B52CC2" w:rsidRPr="00387AD0">
        <w:rPr>
          <w:rFonts w:cs="Times New Roman"/>
          <w:szCs w:val="24"/>
        </w:rPr>
        <w:t>ikon</w:t>
      </w:r>
      <w:r w:rsidR="00F660D2" w:rsidRPr="00387AD0">
        <w:rPr>
          <w:rFonts w:cs="Times New Roman"/>
          <w:szCs w:val="24"/>
        </w:rPr>
        <w:t xml:space="preserve"> </w:t>
      </w:r>
      <w:r w:rsidR="00B52CC2" w:rsidRPr="00387AD0">
        <w:rPr>
          <w:rFonts w:cs="Times New Roman"/>
          <w:szCs w:val="24"/>
        </w:rPr>
        <w:t>hapus</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tempat</w:t>
      </w:r>
      <w:proofErr w:type="spellEnd"/>
      <w:r w:rsidR="00F660D2" w:rsidRPr="00387AD0">
        <w:rPr>
          <w:rFonts w:cs="Times New Roman"/>
          <w:szCs w:val="24"/>
        </w:rPr>
        <w:t xml:space="preserve"> </w:t>
      </w:r>
      <w:proofErr w:type="spellStart"/>
      <w:r w:rsidR="00B52CC2" w:rsidRPr="00387AD0">
        <w:rPr>
          <w:rFonts w:cs="Times New Roman"/>
          <w:szCs w:val="24"/>
        </w:rPr>
        <w:t>sampah</w:t>
      </w:r>
      <w:proofErr w:type="spellEnd"/>
      <w:r w:rsidR="00F660D2" w:rsidRPr="00387AD0">
        <w:rPr>
          <w:rFonts w:cs="Times New Roman"/>
          <w:szCs w:val="24"/>
        </w:rPr>
        <w:t xml:space="preserve"> </w:t>
      </w:r>
      <w:proofErr w:type="spellStart"/>
      <w:r w:rsidR="00B52CC2" w:rsidRPr="00387AD0">
        <w:rPr>
          <w:rFonts w:cs="Times New Roman"/>
          <w:szCs w:val="24"/>
        </w:rPr>
        <w:t>merah</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pada</w:t>
      </w:r>
      <w:r w:rsidR="00F660D2" w:rsidRPr="00387AD0">
        <w:rPr>
          <w:rFonts w:cs="Times New Roman"/>
          <w:szCs w:val="24"/>
        </w:rPr>
        <w:t xml:space="preserve"> </w:t>
      </w:r>
      <w:r w:rsidR="00B52CC2" w:rsidRPr="00387AD0">
        <w:rPr>
          <w:rFonts w:cs="Times New Roman"/>
          <w:szCs w:val="24"/>
        </w:rPr>
        <w:t>salah</w:t>
      </w:r>
      <w:r w:rsidR="00F660D2" w:rsidRPr="00387AD0">
        <w:rPr>
          <w:rFonts w:cs="Times New Roman"/>
          <w:szCs w:val="24"/>
        </w:rPr>
        <w:t xml:space="preserve"> </w:t>
      </w:r>
      <w:proofErr w:type="spellStart"/>
      <w:r w:rsidR="00B52CC2" w:rsidRPr="00387AD0">
        <w:rPr>
          <w:rFonts w:cs="Times New Roman"/>
          <w:szCs w:val="24"/>
        </w:rPr>
        <w:t>satu</w:t>
      </w:r>
      <w:proofErr w:type="spellEnd"/>
      <w:r w:rsidR="00F660D2" w:rsidRPr="00387AD0">
        <w:rPr>
          <w:rFonts w:cs="Times New Roman"/>
          <w:szCs w:val="24"/>
        </w:rPr>
        <w:t xml:space="preserve"> </w:t>
      </w:r>
      <w:r w:rsidR="00B52CC2" w:rsidRPr="00387AD0">
        <w:rPr>
          <w:rFonts w:cs="Times New Roman"/>
          <w:szCs w:val="24"/>
        </w:rPr>
        <w:t>baris</w:t>
      </w:r>
      <w:r w:rsidR="00F660D2" w:rsidRPr="00387AD0">
        <w:rPr>
          <w:rFonts w:cs="Times New Roman"/>
          <w:szCs w:val="24"/>
        </w:rPr>
        <w:t xml:space="preserve"> </w:t>
      </w:r>
      <w:r w:rsidR="00B52CC2" w:rsidRPr="00387AD0">
        <w:rPr>
          <w:rFonts w:cs="Times New Roman"/>
          <w:szCs w:val="24"/>
        </w:rPr>
        <w:t>data</w:t>
      </w:r>
      <w:r w:rsidR="00F660D2" w:rsidRPr="00387AD0">
        <w:rPr>
          <w:rFonts w:cs="Times New Roman"/>
          <w:szCs w:val="24"/>
        </w:rPr>
        <w:t xml:space="preserve"> </w:t>
      </w:r>
      <w:proofErr w:type="spellStart"/>
      <w:r w:rsidR="00B52CC2" w:rsidRPr="00387AD0">
        <w:rPr>
          <w:rFonts w:cs="Times New Roman"/>
          <w:szCs w:val="24"/>
        </w:rPr>
        <w:t>buku</w:t>
      </w:r>
      <w:proofErr w:type="spellEnd"/>
      <w:r w:rsidR="00C44C51" w:rsidRPr="00387AD0">
        <w:rPr>
          <w:rFonts w:cs="Times New Roman"/>
          <w:szCs w:val="24"/>
        </w:rPr>
        <w:t>.</w:t>
      </w:r>
    </w:p>
    <w:p w14:paraId="4DD267C5" w14:textId="77777777" w:rsidR="00004164" w:rsidRDefault="00C44C51" w:rsidP="00004164">
      <w:pPr>
        <w:keepNext/>
        <w:spacing w:after="0" w:line="360" w:lineRule="auto"/>
        <w:ind w:right="-427"/>
        <w:jc w:val="center"/>
      </w:pPr>
      <w:r w:rsidRPr="00387AD0">
        <w:rPr>
          <w:rFonts w:cs="Times New Roman"/>
          <w:noProof/>
          <w:szCs w:val="24"/>
        </w:rPr>
        <w:drawing>
          <wp:inline distT="0" distB="0" distL="0" distR="0" wp14:anchorId="695C6E8A" wp14:editId="09094CA3">
            <wp:extent cx="4811705" cy="1463842"/>
            <wp:effectExtent l="76200" t="76200" r="141605" b="136525"/>
            <wp:docPr id="5090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034" name=""/>
                    <pic:cNvPicPr/>
                  </pic:nvPicPr>
                  <pic:blipFill>
                    <a:blip r:embed="rId50"/>
                    <a:stretch>
                      <a:fillRect/>
                    </a:stretch>
                  </pic:blipFill>
                  <pic:spPr>
                    <a:xfrm>
                      <a:off x="0" y="0"/>
                      <a:ext cx="4830762" cy="146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FF9CEE" w14:textId="2AE58A67" w:rsidR="006B381C" w:rsidRPr="004F419D" w:rsidRDefault="00004164" w:rsidP="00004164">
      <w:pPr>
        <w:pStyle w:val="Caption"/>
        <w:jc w:val="center"/>
        <w:rPr>
          <w:color w:val="auto"/>
          <w:sz w:val="20"/>
          <w:szCs w:val="20"/>
        </w:rPr>
      </w:pPr>
      <w:bookmarkStart w:id="127" w:name="_Toc205257752"/>
      <w:r w:rsidRPr="004F419D">
        <w:rPr>
          <w:color w:val="auto"/>
          <w:sz w:val="20"/>
          <w:szCs w:val="20"/>
        </w:rPr>
        <w:t xml:space="preserve">Gambar 3. </w:t>
      </w:r>
      <w:r w:rsidRPr="004F419D">
        <w:rPr>
          <w:color w:val="auto"/>
          <w:sz w:val="20"/>
          <w:szCs w:val="20"/>
        </w:rPr>
        <w:fldChar w:fldCharType="begin"/>
      </w:r>
      <w:r w:rsidRPr="004F419D">
        <w:rPr>
          <w:color w:val="auto"/>
          <w:sz w:val="20"/>
          <w:szCs w:val="20"/>
        </w:rPr>
        <w:instrText xml:space="preserve"> SEQ Gambar_3. \* ARABIC </w:instrText>
      </w:r>
      <w:r w:rsidRPr="004F419D">
        <w:rPr>
          <w:color w:val="auto"/>
          <w:sz w:val="20"/>
          <w:szCs w:val="20"/>
        </w:rPr>
        <w:fldChar w:fldCharType="separate"/>
      </w:r>
      <w:r w:rsidR="0003347B">
        <w:rPr>
          <w:noProof/>
          <w:color w:val="auto"/>
          <w:sz w:val="20"/>
          <w:szCs w:val="20"/>
        </w:rPr>
        <w:t>15</w:t>
      </w:r>
      <w:r w:rsidRPr="004F419D">
        <w:rPr>
          <w:color w:val="auto"/>
          <w:sz w:val="20"/>
          <w:szCs w:val="20"/>
        </w:rPr>
        <w:fldChar w:fldCharType="end"/>
      </w:r>
      <w:r w:rsidRPr="004F419D">
        <w:rPr>
          <w:color w:val="auto"/>
          <w:sz w:val="20"/>
          <w:szCs w:val="20"/>
        </w:rPr>
        <w:t xml:space="preserve"> </w:t>
      </w:r>
      <w:r w:rsidRPr="0076694C">
        <w:rPr>
          <w:b w:val="0"/>
          <w:bCs w:val="0"/>
          <w:color w:val="auto"/>
          <w:sz w:val="20"/>
          <w:szCs w:val="20"/>
        </w:rPr>
        <w:t xml:space="preserve">Halaman </w:t>
      </w:r>
      <w:proofErr w:type="spellStart"/>
      <w:r w:rsidRPr="0076694C">
        <w:rPr>
          <w:b w:val="0"/>
          <w:bCs w:val="0"/>
          <w:color w:val="auto"/>
          <w:sz w:val="20"/>
          <w:szCs w:val="20"/>
        </w:rPr>
        <w:t>Tambah</w:t>
      </w:r>
      <w:proofErr w:type="spellEnd"/>
      <w:r w:rsidRPr="0076694C">
        <w:rPr>
          <w:b w:val="0"/>
          <w:bCs w:val="0"/>
          <w:color w:val="auto"/>
          <w:sz w:val="20"/>
          <w:szCs w:val="20"/>
        </w:rPr>
        <w:t xml:space="preserve"> Data </w:t>
      </w:r>
      <w:proofErr w:type="spellStart"/>
      <w:r w:rsidRPr="0076694C">
        <w:rPr>
          <w:b w:val="0"/>
          <w:bCs w:val="0"/>
          <w:color w:val="auto"/>
          <w:sz w:val="20"/>
          <w:szCs w:val="20"/>
        </w:rPr>
        <w:t>Buku</w:t>
      </w:r>
      <w:bookmarkEnd w:id="127"/>
      <w:proofErr w:type="spellEnd"/>
    </w:p>
    <w:p w14:paraId="2D44D94E" w14:textId="77777777" w:rsidR="005D5B14" w:rsidRPr="005D5B14" w:rsidRDefault="005D5B14" w:rsidP="005D5B14"/>
    <w:p w14:paraId="4BF1A2FE" w14:textId="0BC5ABC5" w:rsidR="00DB2C87" w:rsidRPr="00387AD0" w:rsidRDefault="005D5B14" w:rsidP="00D70A29">
      <w:pPr>
        <w:tabs>
          <w:tab w:val="left" w:pos="142"/>
        </w:tabs>
        <w:spacing w:line="360" w:lineRule="auto"/>
        <w:ind w:right="-427"/>
        <w:rPr>
          <w:rFonts w:cs="Times New Roman"/>
          <w:szCs w:val="24"/>
        </w:rPr>
      </w:pPr>
      <w:bookmarkStart w:id="128" w:name="_Hlk204930793"/>
      <w:r>
        <w:rPr>
          <w:rFonts w:cs="Times New Roman"/>
          <w:szCs w:val="24"/>
        </w:rPr>
        <w:lastRenderedPageBreak/>
        <w:tab/>
      </w:r>
      <w:r>
        <w:rPr>
          <w:rFonts w:cs="Times New Roman"/>
          <w:szCs w:val="24"/>
        </w:rPr>
        <w:tab/>
      </w:r>
      <w:r w:rsidR="009340E3" w:rsidRPr="00387AD0">
        <w:rPr>
          <w:rFonts w:cs="Times New Roman"/>
          <w:szCs w:val="24"/>
        </w:rPr>
        <w:t>Halaman</w:t>
      </w:r>
      <w:r w:rsidR="00F660D2" w:rsidRPr="00387AD0">
        <w:rPr>
          <w:rFonts w:cs="Times New Roman"/>
          <w:szCs w:val="24"/>
        </w:rPr>
        <w:t xml:space="preserve"> </w:t>
      </w:r>
      <w:proofErr w:type="spellStart"/>
      <w:r w:rsidR="009340E3" w:rsidRPr="00387AD0">
        <w:rPr>
          <w:rFonts w:cs="Times New Roman"/>
          <w:szCs w:val="24"/>
        </w:rPr>
        <w:t>ini</w:t>
      </w:r>
      <w:proofErr w:type="spellEnd"/>
      <w:r w:rsidR="00F660D2" w:rsidRPr="00387AD0">
        <w:rPr>
          <w:rFonts w:cs="Times New Roman"/>
          <w:szCs w:val="24"/>
        </w:rPr>
        <w:t xml:space="preserve"> </w:t>
      </w:r>
      <w:proofErr w:type="spellStart"/>
      <w:r w:rsidR="009340E3" w:rsidRPr="00387AD0">
        <w:rPr>
          <w:rFonts w:cs="Times New Roman"/>
          <w:szCs w:val="24"/>
        </w:rPr>
        <w:t>menunjukkan</w:t>
      </w:r>
      <w:proofErr w:type="spellEnd"/>
      <w:r w:rsidR="00F660D2" w:rsidRPr="00387AD0">
        <w:rPr>
          <w:rFonts w:cs="Times New Roman"/>
          <w:szCs w:val="24"/>
        </w:rPr>
        <w:t xml:space="preserve"> </w:t>
      </w:r>
      <w:proofErr w:type="spellStart"/>
      <w:r w:rsidR="009340E3" w:rsidRPr="00387AD0">
        <w:rPr>
          <w:rFonts w:cs="Times New Roman"/>
          <w:szCs w:val="24"/>
        </w:rPr>
        <w:t>fungsi</w:t>
      </w:r>
      <w:proofErr w:type="spellEnd"/>
      <w:r w:rsidR="00F660D2" w:rsidRPr="00387AD0">
        <w:rPr>
          <w:rFonts w:cs="Times New Roman"/>
          <w:szCs w:val="24"/>
        </w:rPr>
        <w:t xml:space="preserve"> </w:t>
      </w:r>
      <w:r w:rsidR="009340E3" w:rsidRPr="00387AD0">
        <w:rPr>
          <w:rFonts w:cs="Times New Roman"/>
          <w:szCs w:val="24"/>
        </w:rPr>
        <w:t>"</w:t>
      </w:r>
      <w:proofErr w:type="spellStart"/>
      <w:r w:rsidR="009340E3" w:rsidRPr="00387AD0">
        <w:rPr>
          <w:rFonts w:cs="Times New Roman"/>
          <w:szCs w:val="24"/>
        </w:rPr>
        <w:t>Tambah</w:t>
      </w:r>
      <w:proofErr w:type="spellEnd"/>
      <w:r w:rsidR="00F660D2" w:rsidRPr="00387AD0">
        <w:rPr>
          <w:rFonts w:cs="Times New Roman"/>
          <w:szCs w:val="24"/>
        </w:rPr>
        <w:t xml:space="preserve"> </w:t>
      </w:r>
      <w:r w:rsidR="009340E3" w:rsidRPr="00387AD0">
        <w:rPr>
          <w:rFonts w:cs="Times New Roman"/>
          <w:szCs w:val="24"/>
        </w:rPr>
        <w:t>Data</w:t>
      </w:r>
      <w:r w:rsidR="00F660D2" w:rsidRPr="00387AD0">
        <w:rPr>
          <w:rFonts w:cs="Times New Roman"/>
          <w:szCs w:val="24"/>
        </w:rPr>
        <w:t xml:space="preserve"> </w:t>
      </w:r>
      <w:proofErr w:type="spellStart"/>
      <w:r w:rsidR="009340E3" w:rsidRPr="00387AD0">
        <w:rPr>
          <w:rFonts w:cs="Times New Roman"/>
          <w:szCs w:val="24"/>
        </w:rPr>
        <w:t>Buku</w:t>
      </w:r>
      <w:proofErr w:type="spellEnd"/>
      <w:r w:rsidR="009340E3" w:rsidRPr="00387AD0">
        <w:rPr>
          <w:rFonts w:cs="Times New Roman"/>
          <w:szCs w:val="24"/>
        </w:rPr>
        <w:t>",</w:t>
      </w:r>
      <w:r w:rsidR="00F660D2" w:rsidRPr="00387AD0">
        <w:rPr>
          <w:rFonts w:cs="Times New Roman"/>
          <w:szCs w:val="24"/>
        </w:rPr>
        <w:t xml:space="preserve"> </w:t>
      </w:r>
      <w:r w:rsidR="009340E3" w:rsidRPr="00387AD0">
        <w:rPr>
          <w:rFonts w:cs="Times New Roman"/>
          <w:szCs w:val="24"/>
        </w:rPr>
        <w:t>yang</w:t>
      </w:r>
      <w:r w:rsidR="00F660D2" w:rsidRPr="00387AD0">
        <w:rPr>
          <w:rFonts w:cs="Times New Roman"/>
          <w:szCs w:val="24"/>
        </w:rPr>
        <w:t xml:space="preserve"> </w:t>
      </w:r>
      <w:proofErr w:type="spellStart"/>
      <w:r w:rsidR="009340E3" w:rsidRPr="00387AD0">
        <w:rPr>
          <w:rFonts w:cs="Times New Roman"/>
          <w:szCs w:val="24"/>
        </w:rPr>
        <w:t>digunakan</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memasukkan</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baru</w:t>
      </w:r>
      <w:proofErr w:type="spellEnd"/>
      <w:r w:rsidR="00F660D2" w:rsidRPr="00387AD0">
        <w:rPr>
          <w:rFonts w:cs="Times New Roman"/>
          <w:szCs w:val="24"/>
        </w:rPr>
        <w:t xml:space="preserve"> </w:t>
      </w:r>
      <w:proofErr w:type="spellStart"/>
      <w:r w:rsidR="00B52CC2" w:rsidRPr="00387AD0">
        <w:rPr>
          <w:rFonts w:cs="Times New Roman"/>
          <w:szCs w:val="24"/>
        </w:rPr>
        <w:t>ke</w:t>
      </w:r>
      <w:proofErr w:type="spellEnd"/>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r w:rsidR="00B52CC2" w:rsidRPr="00387AD0">
        <w:rPr>
          <w:rFonts w:cs="Times New Roman"/>
          <w:szCs w:val="24"/>
        </w:rPr>
        <w:t>database.</w:t>
      </w:r>
      <w:r w:rsidR="00F660D2" w:rsidRPr="00387AD0">
        <w:rPr>
          <w:rFonts w:cs="Times New Roman"/>
          <w:szCs w:val="24"/>
        </w:rPr>
        <w:t xml:space="preserve"> </w:t>
      </w:r>
      <w:r w:rsidR="00B52CC2" w:rsidRPr="00387AD0">
        <w:rPr>
          <w:rFonts w:cs="Times New Roman"/>
          <w:szCs w:val="24"/>
        </w:rPr>
        <w:t>Halaman</w:t>
      </w:r>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berisi</w:t>
      </w:r>
      <w:proofErr w:type="spellEnd"/>
      <w:r w:rsidR="00F660D2" w:rsidRPr="00387AD0">
        <w:rPr>
          <w:rFonts w:cs="Times New Roman"/>
          <w:szCs w:val="24"/>
        </w:rPr>
        <w:t xml:space="preserve"> </w:t>
      </w:r>
      <w:proofErr w:type="spellStart"/>
      <w:r w:rsidR="00B52CC2" w:rsidRPr="00387AD0">
        <w:rPr>
          <w:rFonts w:cs="Times New Roman"/>
          <w:szCs w:val="24"/>
        </w:rPr>
        <w:t>beberapa</w:t>
      </w:r>
      <w:proofErr w:type="spellEnd"/>
      <w:r w:rsidR="00F660D2" w:rsidRPr="00387AD0">
        <w:rPr>
          <w:rFonts w:cs="Times New Roman"/>
          <w:szCs w:val="24"/>
        </w:rPr>
        <w:t xml:space="preserve"> </w:t>
      </w:r>
      <w:proofErr w:type="spellStart"/>
      <w:r w:rsidR="00B52CC2" w:rsidRPr="00387AD0">
        <w:rPr>
          <w:rFonts w:cs="Times New Roman"/>
          <w:szCs w:val="24"/>
        </w:rPr>
        <w:t>kolom</w:t>
      </w:r>
      <w:proofErr w:type="spellEnd"/>
      <w:r w:rsidR="00F660D2" w:rsidRPr="00387AD0">
        <w:rPr>
          <w:rFonts w:cs="Times New Roman"/>
          <w:szCs w:val="24"/>
        </w:rPr>
        <w:t xml:space="preserve"> </w:t>
      </w:r>
      <w:r w:rsidR="00B52CC2" w:rsidRPr="00387AD0">
        <w:rPr>
          <w:rFonts w:cs="Times New Roman"/>
          <w:szCs w:val="24"/>
        </w:rPr>
        <w:t>input</w:t>
      </w:r>
      <w:r w:rsidR="00F660D2" w:rsidRPr="00387AD0">
        <w:rPr>
          <w:rFonts w:cs="Times New Roman"/>
          <w:szCs w:val="24"/>
        </w:rPr>
        <w:t xml:space="preserve"> </w:t>
      </w:r>
      <w:proofErr w:type="spellStart"/>
      <w:r w:rsidR="00C44C51" w:rsidRPr="00387AD0">
        <w:rPr>
          <w:rFonts w:cs="Times New Roman"/>
          <w:szCs w:val="24"/>
        </w:rPr>
        <w:t>sesuai</w:t>
      </w:r>
      <w:proofErr w:type="spellEnd"/>
      <w:r w:rsidR="00F660D2" w:rsidRPr="00387AD0">
        <w:rPr>
          <w:rFonts w:cs="Times New Roman"/>
          <w:szCs w:val="24"/>
        </w:rPr>
        <w:t xml:space="preserve"> </w:t>
      </w:r>
      <w:r w:rsidR="00C44C51" w:rsidRPr="00387AD0">
        <w:rPr>
          <w:rFonts w:cs="Times New Roman"/>
          <w:szCs w:val="24"/>
        </w:rPr>
        <w:t>denga</w:t>
      </w:r>
      <w:r w:rsidR="00F660D2" w:rsidRPr="00387AD0">
        <w:rPr>
          <w:rFonts w:cs="Times New Roman"/>
          <w:szCs w:val="24"/>
        </w:rPr>
        <w:t xml:space="preserve"> </w:t>
      </w:r>
      <w:r w:rsidR="00C44C51" w:rsidRPr="00387AD0">
        <w:rPr>
          <w:rFonts w:cs="Times New Roman"/>
          <w:szCs w:val="24"/>
        </w:rPr>
        <w:t>napa</w:t>
      </w:r>
      <w:r w:rsidR="00F660D2" w:rsidRPr="00387AD0">
        <w:rPr>
          <w:rFonts w:cs="Times New Roman"/>
          <w:szCs w:val="24"/>
        </w:rPr>
        <w:t xml:space="preserve"> </w:t>
      </w:r>
      <w:r w:rsidR="00C44C51" w:rsidRPr="00387AD0">
        <w:rPr>
          <w:rFonts w:cs="Times New Roman"/>
          <w:szCs w:val="24"/>
        </w:rPr>
        <w:t>yang</w:t>
      </w:r>
      <w:r w:rsidR="00F660D2" w:rsidRPr="00387AD0">
        <w:rPr>
          <w:rFonts w:cs="Times New Roman"/>
          <w:szCs w:val="24"/>
        </w:rPr>
        <w:t xml:space="preserve"> </w:t>
      </w:r>
      <w:proofErr w:type="spellStart"/>
      <w:r w:rsidR="00C44C51" w:rsidRPr="00387AD0">
        <w:rPr>
          <w:rFonts w:cs="Times New Roman"/>
          <w:szCs w:val="24"/>
        </w:rPr>
        <w:t>ada</w:t>
      </w:r>
      <w:proofErr w:type="spellEnd"/>
      <w:r w:rsidR="00F660D2" w:rsidRPr="00387AD0">
        <w:rPr>
          <w:rFonts w:cs="Times New Roman"/>
          <w:szCs w:val="24"/>
        </w:rPr>
        <w:t xml:space="preserve"> </w:t>
      </w:r>
      <w:r w:rsidR="00C44C51" w:rsidRPr="00387AD0">
        <w:rPr>
          <w:rFonts w:cs="Times New Roman"/>
          <w:szCs w:val="24"/>
        </w:rPr>
        <w:t>pada</w:t>
      </w:r>
      <w:r w:rsidR="00F660D2" w:rsidRPr="00387AD0">
        <w:rPr>
          <w:rFonts w:cs="Times New Roman"/>
          <w:szCs w:val="24"/>
        </w:rPr>
        <w:t xml:space="preserve"> </w:t>
      </w:r>
      <w:r w:rsidR="00C44C51" w:rsidRPr="00387AD0">
        <w:rPr>
          <w:rFonts w:cs="Times New Roman"/>
          <w:szCs w:val="24"/>
        </w:rPr>
        <w:t>data</w:t>
      </w:r>
      <w:r w:rsidR="00F660D2" w:rsidRPr="00387AD0">
        <w:rPr>
          <w:rFonts w:cs="Times New Roman"/>
          <w:szCs w:val="24"/>
        </w:rPr>
        <w:t xml:space="preserve"> </w:t>
      </w:r>
      <w:proofErr w:type="spellStart"/>
      <w:r w:rsidR="00C44C51" w:rsidRPr="00387AD0">
        <w:rPr>
          <w:rFonts w:cs="Times New Roman"/>
          <w:szCs w:val="24"/>
        </w:rPr>
        <w:t>buku</w:t>
      </w:r>
      <w:proofErr w:type="spellEnd"/>
      <w:r w:rsidR="00B52CC2" w:rsidRPr="00387AD0">
        <w:rPr>
          <w:rFonts w:cs="Times New Roman"/>
          <w:szCs w:val="24"/>
        </w:rPr>
        <w:t>.</w:t>
      </w:r>
      <w:r w:rsidR="00F660D2" w:rsidRPr="00387AD0">
        <w:rPr>
          <w:rFonts w:cs="Times New Roman"/>
        </w:rPr>
        <w:t xml:space="preserve"> </w:t>
      </w:r>
      <w:r w:rsidR="009340E3" w:rsidRPr="00387AD0">
        <w:rPr>
          <w:rFonts w:cs="Times New Roman"/>
          <w:szCs w:val="24"/>
        </w:rPr>
        <w:t>Di</w:t>
      </w:r>
      <w:r w:rsidR="00F660D2" w:rsidRPr="00387AD0">
        <w:rPr>
          <w:rFonts w:cs="Times New Roman"/>
          <w:szCs w:val="24"/>
        </w:rPr>
        <w:t xml:space="preserve"> </w:t>
      </w:r>
      <w:proofErr w:type="spellStart"/>
      <w:r w:rsidR="009340E3" w:rsidRPr="00387AD0">
        <w:rPr>
          <w:rFonts w:cs="Times New Roman"/>
          <w:szCs w:val="24"/>
        </w:rPr>
        <w:t>bagian</w:t>
      </w:r>
      <w:proofErr w:type="spellEnd"/>
      <w:r w:rsidR="00F660D2" w:rsidRPr="00387AD0">
        <w:rPr>
          <w:rFonts w:cs="Times New Roman"/>
          <w:szCs w:val="24"/>
        </w:rPr>
        <w:t xml:space="preserve"> </w:t>
      </w:r>
      <w:proofErr w:type="spellStart"/>
      <w:r w:rsidR="009340E3" w:rsidRPr="00387AD0">
        <w:rPr>
          <w:rFonts w:cs="Times New Roman"/>
          <w:szCs w:val="24"/>
        </w:rPr>
        <w:t>bawah</w:t>
      </w:r>
      <w:proofErr w:type="spellEnd"/>
      <w:r w:rsidR="009340E3" w:rsidRPr="00387AD0">
        <w:rPr>
          <w:rFonts w:cs="Times New Roman"/>
          <w:szCs w:val="24"/>
        </w:rPr>
        <w:t>,</w:t>
      </w:r>
      <w:r w:rsidR="00F660D2" w:rsidRPr="00387AD0">
        <w:rPr>
          <w:rFonts w:cs="Times New Roman"/>
          <w:szCs w:val="24"/>
        </w:rPr>
        <w:t xml:space="preserve"> </w:t>
      </w:r>
      <w:proofErr w:type="spellStart"/>
      <w:r w:rsidR="009340E3" w:rsidRPr="00387AD0">
        <w:rPr>
          <w:rFonts w:cs="Times New Roman"/>
          <w:szCs w:val="24"/>
        </w:rPr>
        <w:t>ada</w:t>
      </w:r>
      <w:proofErr w:type="spellEnd"/>
      <w:r w:rsidR="00F660D2" w:rsidRPr="00387AD0">
        <w:rPr>
          <w:rFonts w:cs="Times New Roman"/>
          <w:szCs w:val="24"/>
        </w:rPr>
        <w:t xml:space="preserve"> </w:t>
      </w:r>
      <w:r w:rsidR="009340E3" w:rsidRPr="00387AD0">
        <w:rPr>
          <w:rFonts w:cs="Times New Roman"/>
          <w:szCs w:val="24"/>
        </w:rPr>
        <w:t>dua</w:t>
      </w:r>
      <w:r w:rsidR="00F660D2" w:rsidRPr="00387AD0">
        <w:rPr>
          <w:rFonts w:cs="Times New Roman"/>
          <w:szCs w:val="24"/>
        </w:rPr>
        <w:t xml:space="preserve"> </w:t>
      </w:r>
      <w:proofErr w:type="spellStart"/>
      <w:r w:rsidR="009340E3" w:rsidRPr="00387AD0">
        <w:rPr>
          <w:rFonts w:cs="Times New Roman"/>
          <w:szCs w:val="24"/>
        </w:rPr>
        <w:t>tombol</w:t>
      </w:r>
      <w:proofErr w:type="spellEnd"/>
      <w:r w:rsidR="00F660D2" w:rsidRPr="00387AD0">
        <w:rPr>
          <w:rFonts w:cs="Times New Roman"/>
          <w:szCs w:val="24"/>
        </w:rPr>
        <w:t xml:space="preserve"> </w:t>
      </w:r>
      <w:proofErr w:type="spellStart"/>
      <w:r w:rsidR="009340E3" w:rsidRPr="00387AD0">
        <w:rPr>
          <w:rFonts w:cs="Times New Roman"/>
          <w:szCs w:val="24"/>
        </w:rPr>
        <w:t>aksi</w:t>
      </w:r>
      <w:proofErr w:type="spellEnd"/>
      <w:r w:rsidR="009340E3" w:rsidRPr="00387AD0">
        <w:rPr>
          <w:rFonts w:cs="Times New Roman"/>
          <w:szCs w:val="24"/>
        </w:rPr>
        <w:t>.</w:t>
      </w:r>
      <w:r w:rsidR="00F660D2" w:rsidRPr="00387AD0">
        <w:rPr>
          <w:rFonts w:cs="Times New Roman"/>
          <w:szCs w:val="24"/>
        </w:rPr>
        <w:t xml:space="preserve"> </w:t>
      </w:r>
      <w:proofErr w:type="spellStart"/>
      <w:r w:rsidR="009340E3" w:rsidRPr="00387AD0">
        <w:rPr>
          <w:rFonts w:cs="Times New Roman"/>
          <w:szCs w:val="24"/>
        </w:rPr>
        <w:t>Tombol</w:t>
      </w:r>
      <w:proofErr w:type="spellEnd"/>
      <w:r w:rsidR="00F660D2" w:rsidRPr="00387AD0">
        <w:rPr>
          <w:rFonts w:cs="Times New Roman"/>
          <w:szCs w:val="24"/>
        </w:rPr>
        <w:t xml:space="preserve"> </w:t>
      </w:r>
      <w:r w:rsidR="009340E3" w:rsidRPr="00387AD0">
        <w:rPr>
          <w:rFonts w:cs="Times New Roman"/>
          <w:szCs w:val="24"/>
        </w:rPr>
        <w:t>"</w:t>
      </w:r>
      <w:proofErr w:type="spellStart"/>
      <w:r w:rsidR="009340E3" w:rsidRPr="00387AD0">
        <w:rPr>
          <w:rFonts w:cs="Times New Roman"/>
          <w:szCs w:val="24"/>
        </w:rPr>
        <w:t>Simpan</w:t>
      </w:r>
      <w:proofErr w:type="spellEnd"/>
      <w:r w:rsidR="009340E3" w:rsidRPr="00387AD0">
        <w:rPr>
          <w:rFonts w:cs="Times New Roman"/>
          <w:szCs w:val="24"/>
        </w:rPr>
        <w:t>"</w:t>
      </w:r>
      <w:r w:rsidR="00F660D2" w:rsidRPr="00387AD0">
        <w:rPr>
          <w:rFonts w:cs="Times New Roman"/>
          <w:szCs w:val="24"/>
        </w:rPr>
        <w:t xml:space="preserve"> </w:t>
      </w:r>
      <w:proofErr w:type="spellStart"/>
      <w:r w:rsidR="009340E3" w:rsidRPr="00387AD0">
        <w:rPr>
          <w:rFonts w:cs="Times New Roman"/>
          <w:szCs w:val="24"/>
        </w:rPr>
        <w:t>digunakan</w:t>
      </w:r>
      <w:proofErr w:type="spellEnd"/>
      <w:r w:rsidR="00F660D2" w:rsidRPr="00387AD0">
        <w:rPr>
          <w:rFonts w:cs="Times New Roman"/>
          <w:szCs w:val="24"/>
        </w:rPr>
        <w:t xml:space="preserve"> </w:t>
      </w:r>
      <w:proofErr w:type="spellStart"/>
      <w:r w:rsidR="009340E3" w:rsidRPr="00387AD0">
        <w:rPr>
          <w:rFonts w:cs="Times New Roman"/>
          <w:szCs w:val="24"/>
        </w:rPr>
        <w:t>untuk</w:t>
      </w:r>
      <w:proofErr w:type="spellEnd"/>
      <w:r w:rsidR="00F660D2" w:rsidRPr="00387AD0">
        <w:rPr>
          <w:rFonts w:cs="Times New Roman"/>
          <w:szCs w:val="24"/>
        </w:rPr>
        <w:t xml:space="preserve"> </w:t>
      </w:r>
      <w:proofErr w:type="spellStart"/>
      <w:r w:rsidR="009340E3" w:rsidRPr="00387AD0">
        <w:rPr>
          <w:rFonts w:cs="Times New Roman"/>
          <w:szCs w:val="24"/>
        </w:rPr>
        <w:t>menyimpan</w:t>
      </w:r>
      <w:proofErr w:type="spellEnd"/>
      <w:r w:rsidR="00F660D2" w:rsidRPr="00387AD0">
        <w:rPr>
          <w:rFonts w:cs="Times New Roman"/>
          <w:szCs w:val="24"/>
        </w:rPr>
        <w:t xml:space="preserve"> </w:t>
      </w:r>
      <w:r w:rsidR="009340E3" w:rsidRPr="00387AD0">
        <w:rPr>
          <w:rFonts w:cs="Times New Roman"/>
          <w:szCs w:val="24"/>
        </w:rPr>
        <w:t>data</w:t>
      </w:r>
      <w:r w:rsidR="00F660D2" w:rsidRPr="00387AD0">
        <w:rPr>
          <w:rFonts w:cs="Times New Roman"/>
          <w:szCs w:val="24"/>
        </w:rPr>
        <w:t xml:space="preserve"> </w:t>
      </w:r>
      <w:proofErr w:type="spellStart"/>
      <w:r w:rsidR="009340E3" w:rsidRPr="00387AD0">
        <w:rPr>
          <w:rFonts w:cs="Times New Roman"/>
          <w:szCs w:val="24"/>
        </w:rPr>
        <w:t>buku</w:t>
      </w:r>
      <w:proofErr w:type="spellEnd"/>
      <w:r w:rsidR="00F660D2" w:rsidRPr="00387AD0">
        <w:rPr>
          <w:rFonts w:cs="Times New Roman"/>
          <w:szCs w:val="24"/>
        </w:rPr>
        <w:t xml:space="preserve"> </w:t>
      </w:r>
      <w:r w:rsidR="009340E3" w:rsidRPr="00387AD0">
        <w:rPr>
          <w:rFonts w:cs="Times New Roman"/>
          <w:szCs w:val="24"/>
        </w:rPr>
        <w:t>yang</w:t>
      </w:r>
      <w:r w:rsidR="00F660D2" w:rsidRPr="00387AD0">
        <w:rPr>
          <w:rFonts w:cs="Times New Roman"/>
          <w:szCs w:val="24"/>
        </w:rPr>
        <w:t xml:space="preserve"> </w:t>
      </w:r>
      <w:proofErr w:type="spellStart"/>
      <w:r w:rsidR="009340E3" w:rsidRPr="00387AD0">
        <w:rPr>
          <w:rFonts w:cs="Times New Roman"/>
          <w:szCs w:val="24"/>
        </w:rPr>
        <w:t>telah</w:t>
      </w:r>
      <w:proofErr w:type="spellEnd"/>
      <w:r w:rsidR="00F660D2" w:rsidRPr="00387AD0">
        <w:rPr>
          <w:rFonts w:cs="Times New Roman"/>
          <w:szCs w:val="24"/>
        </w:rPr>
        <w:t xml:space="preserve"> </w:t>
      </w:r>
      <w:proofErr w:type="spellStart"/>
      <w:r w:rsidR="009340E3" w:rsidRPr="00387AD0">
        <w:rPr>
          <w:rFonts w:cs="Times New Roman"/>
          <w:szCs w:val="24"/>
        </w:rPr>
        <w:t>diinput</w:t>
      </w:r>
      <w:proofErr w:type="spellEnd"/>
      <w:r w:rsidR="009340E3" w:rsidRPr="00387AD0">
        <w:rPr>
          <w:rFonts w:cs="Times New Roman"/>
          <w:szCs w:val="24"/>
        </w:rPr>
        <w:t>,</w:t>
      </w:r>
      <w:r w:rsidR="00F660D2" w:rsidRPr="00387AD0">
        <w:rPr>
          <w:rFonts w:cs="Times New Roman"/>
          <w:szCs w:val="24"/>
        </w:rPr>
        <w:t xml:space="preserve"> </w:t>
      </w:r>
      <w:r w:rsidR="009340E3" w:rsidRPr="00387AD0">
        <w:rPr>
          <w:rFonts w:cs="Times New Roman"/>
          <w:szCs w:val="24"/>
        </w:rPr>
        <w:t>dan</w:t>
      </w:r>
      <w:r w:rsidR="00F660D2" w:rsidRPr="00387AD0">
        <w:rPr>
          <w:rFonts w:cs="Times New Roman"/>
          <w:szCs w:val="24"/>
        </w:rPr>
        <w:t xml:space="preserve"> </w:t>
      </w:r>
      <w:proofErr w:type="spellStart"/>
      <w:r w:rsidR="009340E3" w:rsidRPr="00387AD0">
        <w:rPr>
          <w:rFonts w:cs="Times New Roman"/>
          <w:szCs w:val="24"/>
        </w:rPr>
        <w:t>tombol</w:t>
      </w:r>
      <w:proofErr w:type="spellEnd"/>
      <w:r w:rsidR="00F660D2" w:rsidRPr="00387AD0">
        <w:rPr>
          <w:rFonts w:cs="Times New Roman"/>
          <w:szCs w:val="24"/>
        </w:rPr>
        <w:t xml:space="preserve"> </w:t>
      </w:r>
      <w:r w:rsidR="009340E3" w:rsidRPr="00387AD0">
        <w:rPr>
          <w:rFonts w:cs="Times New Roman"/>
          <w:szCs w:val="24"/>
        </w:rPr>
        <w:t>"Batal"</w:t>
      </w:r>
      <w:r w:rsidR="00F660D2" w:rsidRPr="00387AD0">
        <w:rPr>
          <w:rFonts w:cs="Times New Roman"/>
          <w:szCs w:val="24"/>
        </w:rPr>
        <w:t xml:space="preserve"> </w:t>
      </w:r>
      <w:proofErr w:type="spellStart"/>
      <w:r w:rsidR="009340E3" w:rsidRPr="00387AD0">
        <w:rPr>
          <w:rFonts w:cs="Times New Roman"/>
          <w:szCs w:val="24"/>
        </w:rPr>
        <w:t>digunakan</w:t>
      </w:r>
      <w:proofErr w:type="spellEnd"/>
      <w:r w:rsidR="00F660D2" w:rsidRPr="00387AD0">
        <w:rPr>
          <w:rFonts w:cs="Times New Roman"/>
          <w:szCs w:val="24"/>
        </w:rPr>
        <w:t xml:space="preserve"> </w:t>
      </w:r>
      <w:proofErr w:type="spellStart"/>
      <w:r w:rsidR="009340E3" w:rsidRPr="00387AD0">
        <w:rPr>
          <w:rFonts w:cs="Times New Roman"/>
          <w:szCs w:val="24"/>
        </w:rPr>
        <w:t>untuk</w:t>
      </w:r>
      <w:proofErr w:type="spellEnd"/>
      <w:r w:rsidR="00F660D2" w:rsidRPr="00387AD0">
        <w:rPr>
          <w:rFonts w:cs="Times New Roman"/>
          <w:szCs w:val="24"/>
        </w:rPr>
        <w:t xml:space="preserve"> </w:t>
      </w:r>
      <w:proofErr w:type="spellStart"/>
      <w:r w:rsidR="009340E3" w:rsidRPr="00387AD0">
        <w:rPr>
          <w:rFonts w:cs="Times New Roman"/>
          <w:szCs w:val="24"/>
        </w:rPr>
        <w:t>membatalkan</w:t>
      </w:r>
      <w:proofErr w:type="spellEnd"/>
      <w:r w:rsidR="00F660D2" w:rsidRPr="00387AD0">
        <w:rPr>
          <w:rFonts w:cs="Times New Roman"/>
          <w:szCs w:val="24"/>
        </w:rPr>
        <w:t xml:space="preserve"> </w:t>
      </w:r>
      <w:r w:rsidR="009340E3" w:rsidRPr="00387AD0">
        <w:rPr>
          <w:rFonts w:cs="Times New Roman"/>
          <w:szCs w:val="24"/>
        </w:rPr>
        <w:t>proses</w:t>
      </w:r>
      <w:r w:rsidR="00F660D2" w:rsidRPr="00387AD0">
        <w:rPr>
          <w:rFonts w:cs="Times New Roman"/>
          <w:szCs w:val="24"/>
        </w:rPr>
        <w:t xml:space="preserve"> </w:t>
      </w:r>
      <w:proofErr w:type="spellStart"/>
      <w:r w:rsidR="009340E3" w:rsidRPr="00387AD0">
        <w:rPr>
          <w:rFonts w:cs="Times New Roman"/>
          <w:szCs w:val="24"/>
        </w:rPr>
        <w:t>penambahan</w:t>
      </w:r>
      <w:proofErr w:type="spellEnd"/>
      <w:r w:rsidR="00F660D2" w:rsidRPr="00387AD0">
        <w:rPr>
          <w:rFonts w:cs="Times New Roman"/>
          <w:szCs w:val="24"/>
        </w:rPr>
        <w:t xml:space="preserve"> </w:t>
      </w:r>
      <w:r w:rsidR="009340E3" w:rsidRPr="00387AD0">
        <w:rPr>
          <w:rFonts w:cs="Times New Roman"/>
          <w:szCs w:val="24"/>
        </w:rPr>
        <w:t>data</w:t>
      </w:r>
      <w:r w:rsidR="00B52CC2" w:rsidRPr="00387AD0">
        <w:rPr>
          <w:rFonts w:cs="Times New Roman"/>
          <w:szCs w:val="24"/>
        </w:rPr>
        <w:t>.</w:t>
      </w:r>
      <w:r w:rsidR="00F660D2" w:rsidRPr="00387AD0">
        <w:rPr>
          <w:rFonts w:cs="Times New Roman"/>
          <w:szCs w:val="24"/>
        </w:rPr>
        <w:t xml:space="preserve"> </w:t>
      </w:r>
      <w:bookmarkEnd w:id="128"/>
      <w:r w:rsidR="00B52CC2" w:rsidRPr="00387AD0">
        <w:rPr>
          <w:rFonts w:cs="Times New Roman"/>
          <w:szCs w:val="24"/>
        </w:rPr>
        <w:t>Ini</w:t>
      </w:r>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proofErr w:type="spellStart"/>
      <w:r w:rsidR="00B52CC2" w:rsidRPr="00387AD0">
        <w:rPr>
          <w:rFonts w:cs="Times New Roman"/>
          <w:szCs w:val="24"/>
        </w:rPr>
        <w:t>formulir</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memungkinkan</w:t>
      </w:r>
      <w:proofErr w:type="spellEnd"/>
      <w:r w:rsidR="00F660D2" w:rsidRPr="00387AD0">
        <w:rPr>
          <w:rFonts w:cs="Times New Roman"/>
          <w:szCs w:val="24"/>
        </w:rPr>
        <w:t xml:space="preserve"> </w:t>
      </w:r>
      <w:r w:rsidR="00B52CC2" w:rsidRPr="00387AD0">
        <w:rPr>
          <w:rFonts w:cs="Times New Roman"/>
          <w:szCs w:val="24"/>
        </w:rPr>
        <w:t>administrator</w:t>
      </w:r>
      <w:r w:rsidR="00F660D2" w:rsidRPr="00387AD0">
        <w:rPr>
          <w:rFonts w:cs="Times New Roman"/>
          <w:szCs w:val="24"/>
        </w:rPr>
        <w:t xml:space="preserve"> </w:t>
      </w:r>
      <w:proofErr w:type="spellStart"/>
      <w:r w:rsidR="00B52CC2" w:rsidRPr="00387AD0">
        <w:rPr>
          <w:rFonts w:cs="Times New Roman"/>
          <w:szCs w:val="24"/>
        </w:rPr>
        <w:t>menambahkan</w:t>
      </w:r>
      <w:proofErr w:type="spellEnd"/>
      <w:r w:rsidR="00F660D2" w:rsidRPr="00387AD0">
        <w:rPr>
          <w:rFonts w:cs="Times New Roman"/>
          <w:szCs w:val="24"/>
        </w:rPr>
        <w:t xml:space="preserve"> </w:t>
      </w:r>
      <w:proofErr w:type="spellStart"/>
      <w:r w:rsidR="00B52CC2" w:rsidRPr="00387AD0">
        <w:rPr>
          <w:rFonts w:cs="Times New Roman"/>
          <w:szCs w:val="24"/>
        </w:rPr>
        <w:t>entri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baru</w:t>
      </w:r>
      <w:proofErr w:type="spellEnd"/>
      <w:r w:rsidR="00F660D2" w:rsidRPr="00387AD0">
        <w:rPr>
          <w:rFonts w:cs="Times New Roman"/>
          <w:szCs w:val="24"/>
        </w:rPr>
        <w:t xml:space="preserve"> </w:t>
      </w:r>
      <w:proofErr w:type="spellStart"/>
      <w:r w:rsidR="00B52CC2" w:rsidRPr="00387AD0">
        <w:rPr>
          <w:rFonts w:cs="Times New Roman"/>
          <w:szCs w:val="24"/>
        </w:rPr>
        <w:t>secara</w:t>
      </w:r>
      <w:proofErr w:type="spellEnd"/>
      <w:r w:rsidR="00F660D2" w:rsidRPr="00387AD0">
        <w:rPr>
          <w:rFonts w:cs="Times New Roman"/>
          <w:szCs w:val="24"/>
        </w:rPr>
        <w:t xml:space="preserve"> </w:t>
      </w:r>
      <w:r w:rsidR="00B52CC2" w:rsidRPr="00387AD0">
        <w:rPr>
          <w:rFonts w:cs="Times New Roman"/>
          <w:szCs w:val="24"/>
        </w:rPr>
        <w:t>manual.</w:t>
      </w:r>
      <w:bookmarkStart w:id="129" w:name="_Toc204310529"/>
    </w:p>
    <w:p w14:paraId="713BF3A7" w14:textId="77777777" w:rsidR="00004164" w:rsidRDefault="006F1196" w:rsidP="00004164">
      <w:pPr>
        <w:keepNext/>
        <w:spacing w:line="360" w:lineRule="auto"/>
        <w:ind w:right="-427"/>
        <w:jc w:val="center"/>
      </w:pPr>
      <w:r w:rsidRPr="00387AD0">
        <w:rPr>
          <w:rFonts w:cs="Times New Roman"/>
          <w:noProof/>
          <w:szCs w:val="24"/>
        </w:rPr>
        <w:drawing>
          <wp:inline distT="0" distB="0" distL="0" distR="0" wp14:anchorId="3E07BB8E" wp14:editId="2D92C91B">
            <wp:extent cx="4662825" cy="2345724"/>
            <wp:effectExtent l="76200" t="76200" r="137795" b="130810"/>
            <wp:docPr id="1970854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4253" name=""/>
                    <pic:cNvPicPr/>
                  </pic:nvPicPr>
                  <pic:blipFill>
                    <a:blip r:embed="rId51"/>
                    <a:stretch>
                      <a:fillRect/>
                    </a:stretch>
                  </pic:blipFill>
                  <pic:spPr>
                    <a:xfrm>
                      <a:off x="0" y="0"/>
                      <a:ext cx="4720053" cy="23745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0228C5" w14:textId="44FDE9BE" w:rsidR="006F1196" w:rsidRPr="005D5B14" w:rsidRDefault="00004164" w:rsidP="00004164">
      <w:pPr>
        <w:pStyle w:val="Caption"/>
        <w:jc w:val="center"/>
        <w:rPr>
          <w:color w:val="auto"/>
          <w:sz w:val="20"/>
          <w:szCs w:val="20"/>
        </w:rPr>
      </w:pPr>
      <w:bookmarkStart w:id="130" w:name="_Toc205257753"/>
      <w:r w:rsidRPr="005D5B14">
        <w:rPr>
          <w:color w:val="auto"/>
          <w:sz w:val="20"/>
          <w:szCs w:val="20"/>
        </w:rPr>
        <w:t xml:space="preserve">Gambar 3. </w:t>
      </w:r>
      <w:r w:rsidRPr="005D5B14">
        <w:rPr>
          <w:color w:val="auto"/>
          <w:sz w:val="20"/>
          <w:szCs w:val="20"/>
        </w:rPr>
        <w:fldChar w:fldCharType="begin"/>
      </w:r>
      <w:r w:rsidRPr="005D5B14">
        <w:rPr>
          <w:color w:val="auto"/>
          <w:sz w:val="20"/>
          <w:szCs w:val="20"/>
        </w:rPr>
        <w:instrText xml:space="preserve"> SEQ Gambar_3. \* ARABIC </w:instrText>
      </w:r>
      <w:r w:rsidRPr="005D5B14">
        <w:rPr>
          <w:color w:val="auto"/>
          <w:sz w:val="20"/>
          <w:szCs w:val="20"/>
        </w:rPr>
        <w:fldChar w:fldCharType="separate"/>
      </w:r>
      <w:r w:rsidR="0003347B">
        <w:rPr>
          <w:noProof/>
          <w:color w:val="auto"/>
          <w:sz w:val="20"/>
          <w:szCs w:val="20"/>
        </w:rPr>
        <w:t>16</w:t>
      </w:r>
      <w:r w:rsidRPr="005D5B14">
        <w:rPr>
          <w:color w:val="auto"/>
          <w:sz w:val="20"/>
          <w:szCs w:val="20"/>
        </w:rPr>
        <w:fldChar w:fldCharType="end"/>
      </w:r>
      <w:r w:rsidRPr="005D5B14">
        <w:rPr>
          <w:color w:val="auto"/>
          <w:sz w:val="20"/>
          <w:szCs w:val="20"/>
        </w:rPr>
        <w:t xml:space="preserve"> </w:t>
      </w:r>
      <w:r w:rsidRPr="0076694C">
        <w:rPr>
          <w:b w:val="0"/>
          <w:bCs w:val="0"/>
          <w:color w:val="auto"/>
          <w:sz w:val="20"/>
          <w:szCs w:val="20"/>
        </w:rPr>
        <w:t>Halaman Edit</w:t>
      </w:r>
      <w:bookmarkEnd w:id="130"/>
    </w:p>
    <w:p w14:paraId="5DFF300B" w14:textId="77777777" w:rsidR="005D5B14" w:rsidRPr="005D5B14" w:rsidRDefault="005D5B14" w:rsidP="005D5B14"/>
    <w:p w14:paraId="01FEEB92" w14:textId="22524910" w:rsidR="00673FFB" w:rsidRDefault="00673FFB" w:rsidP="005D5B14">
      <w:pPr>
        <w:spacing w:line="360" w:lineRule="auto"/>
        <w:ind w:right="-427" w:firstLine="709"/>
        <w:rPr>
          <w:rFonts w:cs="Times New Roman"/>
          <w:szCs w:val="24"/>
        </w:rPr>
      </w:pPr>
      <w:bookmarkStart w:id="131" w:name="_Hlk204930824"/>
      <w:r w:rsidRPr="00387AD0">
        <w:rPr>
          <w:rFonts w:cs="Times New Roman"/>
          <w:szCs w:val="24"/>
        </w:rPr>
        <w:t>Halaman</w:t>
      </w:r>
      <w:r w:rsidR="00F660D2" w:rsidRPr="00387AD0">
        <w:rPr>
          <w:rFonts w:cs="Times New Roman"/>
          <w:szCs w:val="24"/>
        </w:rPr>
        <w:t xml:space="preserve"> </w:t>
      </w:r>
      <w:proofErr w:type="spellStart"/>
      <w:r w:rsidRPr="00387AD0">
        <w:rPr>
          <w:rFonts w:cs="Times New Roman"/>
          <w:szCs w:val="24"/>
        </w:rPr>
        <w:t>ini</w:t>
      </w:r>
      <w:proofErr w:type="spellEnd"/>
      <w:r w:rsidR="00F660D2" w:rsidRPr="00387AD0">
        <w:rPr>
          <w:rFonts w:cs="Times New Roman"/>
          <w:szCs w:val="24"/>
        </w:rPr>
        <w:t xml:space="preserve"> </w:t>
      </w:r>
      <w:proofErr w:type="spellStart"/>
      <w:r w:rsidRPr="00387AD0">
        <w:rPr>
          <w:rFonts w:cs="Times New Roman"/>
          <w:szCs w:val="24"/>
        </w:rPr>
        <w:t>digunakan</w:t>
      </w:r>
      <w:proofErr w:type="spellEnd"/>
      <w:r w:rsidR="00F660D2" w:rsidRPr="00387AD0">
        <w:rPr>
          <w:rFonts w:cs="Times New Roman"/>
          <w:szCs w:val="24"/>
        </w:rPr>
        <w:t xml:space="preserve"> </w:t>
      </w:r>
      <w:proofErr w:type="spellStart"/>
      <w:r w:rsidRPr="00387AD0">
        <w:rPr>
          <w:rFonts w:cs="Times New Roman"/>
          <w:szCs w:val="24"/>
        </w:rPr>
        <w:t>untuk</w:t>
      </w:r>
      <w:proofErr w:type="spellEnd"/>
      <w:r w:rsidR="00F660D2" w:rsidRPr="00387AD0">
        <w:rPr>
          <w:rFonts w:cs="Times New Roman"/>
          <w:szCs w:val="24"/>
        </w:rPr>
        <w:t xml:space="preserve"> </w:t>
      </w:r>
      <w:proofErr w:type="spellStart"/>
      <w:r w:rsidRPr="00387AD0">
        <w:rPr>
          <w:rFonts w:cs="Times New Roman"/>
          <w:szCs w:val="24"/>
        </w:rPr>
        <w:t>memperbarui</w:t>
      </w:r>
      <w:proofErr w:type="spellEnd"/>
      <w:r w:rsidR="00F660D2" w:rsidRPr="00387AD0">
        <w:rPr>
          <w:rFonts w:cs="Times New Roman"/>
          <w:szCs w:val="24"/>
        </w:rPr>
        <w:t xml:space="preserve"> </w:t>
      </w:r>
      <w:r w:rsidRPr="00387AD0">
        <w:rPr>
          <w:rFonts w:cs="Times New Roman"/>
          <w:szCs w:val="24"/>
        </w:rPr>
        <w:t>data</w:t>
      </w:r>
      <w:r w:rsidR="00F660D2" w:rsidRPr="00387AD0">
        <w:rPr>
          <w:rFonts w:cs="Times New Roman"/>
          <w:szCs w:val="24"/>
        </w:rPr>
        <w:t xml:space="preserve"> </w:t>
      </w:r>
      <w:proofErr w:type="spellStart"/>
      <w:r w:rsidRPr="00387AD0">
        <w:rPr>
          <w:rFonts w:cs="Times New Roman"/>
          <w:szCs w:val="24"/>
        </w:rPr>
        <w:t>buku</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baik</w:t>
      </w:r>
      <w:proofErr w:type="spellEnd"/>
      <w:r w:rsidR="00F660D2" w:rsidRPr="00387AD0">
        <w:rPr>
          <w:rFonts w:cs="Times New Roman"/>
          <w:szCs w:val="24"/>
        </w:rPr>
        <w:t xml:space="preserve"> </w:t>
      </w:r>
      <w:proofErr w:type="spellStart"/>
      <w:r w:rsidRPr="00387AD0">
        <w:rPr>
          <w:rFonts w:cs="Times New Roman"/>
          <w:szCs w:val="24"/>
        </w:rPr>
        <w:t>karena</w:t>
      </w:r>
      <w:proofErr w:type="spellEnd"/>
      <w:r w:rsidR="00F660D2" w:rsidRPr="00387AD0">
        <w:rPr>
          <w:rFonts w:cs="Times New Roman"/>
          <w:szCs w:val="24"/>
        </w:rPr>
        <w:t xml:space="preserve"> </w:t>
      </w:r>
      <w:proofErr w:type="spellStart"/>
      <w:r w:rsidRPr="00387AD0">
        <w:rPr>
          <w:rFonts w:cs="Times New Roman"/>
          <w:szCs w:val="24"/>
        </w:rPr>
        <w:t>ada</w:t>
      </w:r>
      <w:proofErr w:type="spellEnd"/>
      <w:r w:rsidR="00F660D2" w:rsidRPr="00387AD0">
        <w:rPr>
          <w:rFonts w:cs="Times New Roman"/>
          <w:szCs w:val="24"/>
        </w:rPr>
        <w:t xml:space="preserve"> </w:t>
      </w:r>
      <w:proofErr w:type="spellStart"/>
      <w:r w:rsidRPr="00387AD0">
        <w:rPr>
          <w:rFonts w:cs="Times New Roman"/>
          <w:szCs w:val="24"/>
        </w:rPr>
        <w:t>kesalahan</w:t>
      </w:r>
      <w:proofErr w:type="spellEnd"/>
      <w:r w:rsidR="00F660D2" w:rsidRPr="00387AD0">
        <w:rPr>
          <w:rFonts w:cs="Times New Roman"/>
          <w:szCs w:val="24"/>
        </w:rPr>
        <w:t xml:space="preserve"> </w:t>
      </w:r>
      <w:r w:rsidRPr="00387AD0">
        <w:rPr>
          <w:rFonts w:cs="Times New Roman"/>
          <w:szCs w:val="24"/>
        </w:rPr>
        <w:t>input</w:t>
      </w:r>
      <w:r w:rsidR="00F660D2" w:rsidRPr="00387AD0">
        <w:rPr>
          <w:rFonts w:cs="Times New Roman"/>
          <w:szCs w:val="24"/>
        </w:rPr>
        <w:t xml:space="preserve"> </w:t>
      </w:r>
      <w:proofErr w:type="spellStart"/>
      <w:r w:rsidRPr="00387AD0">
        <w:rPr>
          <w:rFonts w:cs="Times New Roman"/>
          <w:szCs w:val="24"/>
        </w:rPr>
        <w:t>sebelumnya</w:t>
      </w:r>
      <w:proofErr w:type="spellEnd"/>
      <w:r w:rsidR="00F660D2" w:rsidRPr="00387AD0">
        <w:rPr>
          <w:rFonts w:cs="Times New Roman"/>
          <w:szCs w:val="24"/>
        </w:rPr>
        <w:t xml:space="preserve"> </w:t>
      </w:r>
      <w:proofErr w:type="spellStart"/>
      <w:r w:rsidRPr="00387AD0">
        <w:rPr>
          <w:rFonts w:cs="Times New Roman"/>
          <w:szCs w:val="24"/>
        </w:rPr>
        <w:t>atau</w:t>
      </w:r>
      <w:proofErr w:type="spellEnd"/>
      <w:r w:rsidR="00F660D2" w:rsidRPr="00387AD0">
        <w:rPr>
          <w:rFonts w:cs="Times New Roman"/>
          <w:szCs w:val="24"/>
        </w:rPr>
        <w:t xml:space="preserve"> </w:t>
      </w:r>
      <w:proofErr w:type="spellStart"/>
      <w:r w:rsidRPr="00387AD0">
        <w:rPr>
          <w:rFonts w:cs="Times New Roman"/>
          <w:szCs w:val="24"/>
        </w:rPr>
        <w:t>ada</w:t>
      </w:r>
      <w:proofErr w:type="spellEnd"/>
      <w:r w:rsidR="00F660D2" w:rsidRPr="00387AD0">
        <w:rPr>
          <w:rFonts w:cs="Times New Roman"/>
          <w:szCs w:val="24"/>
        </w:rPr>
        <w:t xml:space="preserve"> </w:t>
      </w:r>
      <w:proofErr w:type="spellStart"/>
      <w:r w:rsidRPr="00387AD0">
        <w:rPr>
          <w:rFonts w:cs="Times New Roman"/>
          <w:szCs w:val="24"/>
        </w:rPr>
        <w:t>perubahan</w:t>
      </w:r>
      <w:proofErr w:type="spellEnd"/>
      <w:r w:rsidR="00F660D2" w:rsidRPr="00387AD0">
        <w:rPr>
          <w:rFonts w:cs="Times New Roman"/>
          <w:szCs w:val="24"/>
        </w:rPr>
        <w:t xml:space="preserve"> </w:t>
      </w:r>
      <w:proofErr w:type="spellStart"/>
      <w:r w:rsidRPr="00387AD0">
        <w:rPr>
          <w:rFonts w:cs="Times New Roman"/>
          <w:szCs w:val="24"/>
        </w:rPr>
        <w:t>informasi</w:t>
      </w:r>
      <w:proofErr w:type="spellEnd"/>
      <w:r w:rsidR="00F660D2" w:rsidRPr="00387AD0">
        <w:rPr>
          <w:rFonts w:cs="Times New Roman"/>
          <w:szCs w:val="24"/>
        </w:rPr>
        <w:t xml:space="preserve"> </w:t>
      </w:r>
      <w:proofErr w:type="spellStart"/>
      <w:r w:rsidRPr="00387AD0">
        <w:rPr>
          <w:rFonts w:cs="Times New Roman"/>
          <w:szCs w:val="24"/>
        </w:rPr>
        <w:t>seperti</w:t>
      </w:r>
      <w:proofErr w:type="spellEnd"/>
      <w:r w:rsidR="00F660D2" w:rsidRPr="00387AD0">
        <w:rPr>
          <w:rFonts w:cs="Times New Roman"/>
          <w:szCs w:val="24"/>
        </w:rPr>
        <w:t xml:space="preserve"> </w:t>
      </w:r>
      <w:proofErr w:type="spellStart"/>
      <w:r w:rsidRPr="00387AD0">
        <w:rPr>
          <w:rFonts w:cs="Times New Roman"/>
          <w:szCs w:val="24"/>
        </w:rPr>
        <w:t>judul</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penulis</w:t>
      </w:r>
      <w:proofErr w:type="spellEnd"/>
      <w:r w:rsidRPr="00387AD0">
        <w:rPr>
          <w:rFonts w:cs="Times New Roman"/>
          <w:szCs w:val="24"/>
        </w:rPr>
        <w:t>,</w:t>
      </w:r>
      <w:r w:rsidR="00F660D2" w:rsidRPr="00387AD0">
        <w:rPr>
          <w:rFonts w:cs="Times New Roman"/>
          <w:szCs w:val="24"/>
        </w:rPr>
        <w:t xml:space="preserve"> </w:t>
      </w:r>
      <w:proofErr w:type="spellStart"/>
      <w:r w:rsidRPr="00387AD0">
        <w:rPr>
          <w:rFonts w:cs="Times New Roman"/>
          <w:szCs w:val="24"/>
        </w:rPr>
        <w:t>atau</w:t>
      </w:r>
      <w:proofErr w:type="spellEnd"/>
      <w:r w:rsidR="00F660D2" w:rsidRPr="00387AD0">
        <w:rPr>
          <w:rFonts w:cs="Times New Roman"/>
          <w:szCs w:val="24"/>
        </w:rPr>
        <w:t xml:space="preserve"> </w:t>
      </w:r>
      <w:r w:rsidRPr="00387AD0">
        <w:rPr>
          <w:rFonts w:cs="Times New Roman"/>
          <w:szCs w:val="24"/>
        </w:rPr>
        <w:t>file</w:t>
      </w:r>
      <w:r w:rsidR="00F660D2" w:rsidRPr="00387AD0">
        <w:rPr>
          <w:rFonts w:cs="Times New Roman"/>
          <w:szCs w:val="24"/>
        </w:rPr>
        <w:t xml:space="preserve"> </w:t>
      </w:r>
      <w:r w:rsidRPr="00387AD0">
        <w:rPr>
          <w:rFonts w:cs="Times New Roman"/>
          <w:szCs w:val="24"/>
        </w:rPr>
        <w:t>digital</w:t>
      </w:r>
      <w:r w:rsidR="00F660D2" w:rsidRPr="00387AD0">
        <w:rPr>
          <w:rFonts w:cs="Times New Roman"/>
          <w:szCs w:val="24"/>
        </w:rPr>
        <w:t xml:space="preserve"> </w:t>
      </w:r>
      <w:r w:rsidRPr="00387AD0">
        <w:rPr>
          <w:rFonts w:cs="Times New Roman"/>
          <w:szCs w:val="24"/>
        </w:rPr>
        <w:t>yang</w:t>
      </w:r>
      <w:r w:rsidR="00F660D2" w:rsidRPr="00387AD0">
        <w:rPr>
          <w:rFonts w:cs="Times New Roman"/>
          <w:szCs w:val="24"/>
        </w:rPr>
        <w:t xml:space="preserve"> </w:t>
      </w:r>
      <w:proofErr w:type="spellStart"/>
      <w:r w:rsidRPr="00387AD0">
        <w:rPr>
          <w:rFonts w:cs="Times New Roman"/>
          <w:szCs w:val="24"/>
        </w:rPr>
        <w:t>dilampirkan</w:t>
      </w:r>
      <w:proofErr w:type="spellEnd"/>
      <w:r w:rsidRPr="00387AD0">
        <w:rPr>
          <w:rFonts w:cs="Times New Roman"/>
          <w:szCs w:val="24"/>
        </w:rPr>
        <w:t>.</w:t>
      </w:r>
    </w:p>
    <w:p w14:paraId="7C22CAC7" w14:textId="77777777" w:rsidR="0076694C" w:rsidRPr="00387AD0" w:rsidRDefault="0076694C" w:rsidP="005D5B14">
      <w:pPr>
        <w:spacing w:line="360" w:lineRule="auto"/>
        <w:ind w:right="-427" w:firstLine="709"/>
        <w:rPr>
          <w:rFonts w:cs="Times New Roman"/>
        </w:rPr>
      </w:pPr>
    </w:p>
    <w:p w14:paraId="0558FFBB" w14:textId="2E44C49B" w:rsidR="00AD01BB" w:rsidRPr="00387AD0" w:rsidRDefault="00AD01BB" w:rsidP="005D5B14">
      <w:pPr>
        <w:pStyle w:val="Heading2"/>
        <w:numPr>
          <w:ilvl w:val="0"/>
          <w:numId w:val="27"/>
        </w:numPr>
        <w:spacing w:after="240"/>
        <w:ind w:left="709" w:hanging="709"/>
      </w:pPr>
      <w:bookmarkStart w:id="132" w:name="_Toc205248741"/>
      <w:bookmarkStart w:id="133" w:name="_Toc205261389"/>
      <w:bookmarkEnd w:id="131"/>
      <w:proofErr w:type="spellStart"/>
      <w:r w:rsidRPr="00387AD0">
        <w:t>Perancangan</w:t>
      </w:r>
      <w:proofErr w:type="spellEnd"/>
      <w:r w:rsidR="00F660D2" w:rsidRPr="00387AD0">
        <w:t xml:space="preserve"> </w:t>
      </w:r>
      <w:r w:rsidRPr="00387AD0">
        <w:t>Antar</w:t>
      </w:r>
      <w:r w:rsidR="00F660D2" w:rsidRPr="00387AD0">
        <w:t xml:space="preserve"> </w:t>
      </w:r>
      <w:r w:rsidRPr="00387AD0">
        <w:t>Muka</w:t>
      </w:r>
      <w:r w:rsidR="00F660D2" w:rsidRPr="00387AD0">
        <w:t xml:space="preserve"> </w:t>
      </w:r>
      <w:r w:rsidRPr="00387AD0">
        <w:t>Masyarakat</w:t>
      </w:r>
      <w:r w:rsidR="00C57A2F" w:rsidRPr="00387AD0">
        <w:t>/</w:t>
      </w:r>
      <w:proofErr w:type="spellStart"/>
      <w:r w:rsidR="00C57A2F" w:rsidRPr="00387AD0">
        <w:t>tanpa</w:t>
      </w:r>
      <w:proofErr w:type="spellEnd"/>
      <w:r w:rsidR="00F660D2" w:rsidRPr="00387AD0">
        <w:t xml:space="preserve"> </w:t>
      </w:r>
      <w:r w:rsidR="00C57A2F" w:rsidRPr="00387AD0">
        <w:t>login</w:t>
      </w:r>
      <w:bookmarkEnd w:id="132"/>
      <w:bookmarkEnd w:id="133"/>
    </w:p>
    <w:p w14:paraId="4989A739" w14:textId="293DB742" w:rsidR="001A1C4B" w:rsidRPr="00387AD0" w:rsidRDefault="001A1C4B" w:rsidP="00FB2541">
      <w:pPr>
        <w:spacing w:line="360" w:lineRule="auto"/>
        <w:ind w:right="-427" w:firstLine="720"/>
        <w:rPr>
          <w:rFonts w:cs="Times New Roman"/>
        </w:rPr>
      </w:pPr>
      <w:bookmarkStart w:id="134" w:name="_Hlk204930864"/>
      <w:proofErr w:type="spellStart"/>
      <w:r w:rsidRPr="00387AD0">
        <w:rPr>
          <w:rFonts w:cs="Times New Roman"/>
        </w:rPr>
        <w:t>Sistem</w:t>
      </w:r>
      <w:proofErr w:type="spellEnd"/>
      <w:r w:rsidR="00F660D2" w:rsidRPr="00387AD0">
        <w:rPr>
          <w:rFonts w:cs="Times New Roman"/>
        </w:rPr>
        <w:t xml:space="preserve"> </w:t>
      </w:r>
      <w:proofErr w:type="spellStart"/>
      <w:r w:rsidRPr="00387AD0">
        <w:rPr>
          <w:rFonts w:cs="Times New Roman"/>
        </w:rPr>
        <w:t>informasi</w:t>
      </w:r>
      <w:proofErr w:type="spellEnd"/>
      <w:r w:rsidR="00F660D2" w:rsidRPr="00387AD0">
        <w:rPr>
          <w:rFonts w:cs="Times New Roman"/>
        </w:rPr>
        <w:t xml:space="preserve"> </w:t>
      </w:r>
      <w:proofErr w:type="spellStart"/>
      <w:r w:rsidRPr="00387AD0">
        <w:rPr>
          <w:rFonts w:cs="Times New Roman"/>
        </w:rPr>
        <w:t>ini</w:t>
      </w:r>
      <w:proofErr w:type="spellEnd"/>
      <w:r w:rsidR="00F660D2" w:rsidRPr="00387AD0">
        <w:rPr>
          <w:rFonts w:cs="Times New Roman"/>
        </w:rPr>
        <w:t xml:space="preserve"> </w:t>
      </w:r>
      <w:proofErr w:type="spellStart"/>
      <w:r w:rsidRPr="00387AD0">
        <w:rPr>
          <w:rFonts w:cs="Times New Roman"/>
        </w:rPr>
        <w:t>tidak</w:t>
      </w:r>
      <w:proofErr w:type="spellEnd"/>
      <w:r w:rsidR="00F660D2" w:rsidRPr="00387AD0">
        <w:rPr>
          <w:rFonts w:cs="Times New Roman"/>
        </w:rPr>
        <w:t xml:space="preserve"> </w:t>
      </w:r>
      <w:proofErr w:type="spellStart"/>
      <w:r w:rsidRPr="00387AD0">
        <w:rPr>
          <w:rFonts w:cs="Times New Roman"/>
        </w:rPr>
        <w:t>hanya</w:t>
      </w:r>
      <w:proofErr w:type="spellEnd"/>
      <w:r w:rsidR="00F660D2" w:rsidRPr="00387AD0">
        <w:rPr>
          <w:rFonts w:cs="Times New Roman"/>
        </w:rPr>
        <w:t xml:space="preserve"> </w:t>
      </w:r>
      <w:proofErr w:type="spellStart"/>
      <w:r w:rsidRPr="00387AD0">
        <w:rPr>
          <w:rFonts w:cs="Times New Roman"/>
        </w:rPr>
        <w:t>berfokus</w:t>
      </w:r>
      <w:proofErr w:type="spellEnd"/>
      <w:r w:rsidR="00F660D2" w:rsidRPr="00387AD0">
        <w:rPr>
          <w:rFonts w:cs="Times New Roman"/>
        </w:rPr>
        <w:t xml:space="preserve"> </w:t>
      </w:r>
      <w:r w:rsidRPr="00387AD0">
        <w:rPr>
          <w:rFonts w:cs="Times New Roman"/>
        </w:rPr>
        <w:t>pada</w:t>
      </w:r>
      <w:r w:rsidR="00F660D2" w:rsidRPr="00387AD0">
        <w:rPr>
          <w:rFonts w:cs="Times New Roman"/>
        </w:rPr>
        <w:t xml:space="preserve"> </w:t>
      </w:r>
      <w:proofErr w:type="spellStart"/>
      <w:r w:rsidRPr="00387AD0">
        <w:rPr>
          <w:rFonts w:cs="Times New Roman"/>
        </w:rPr>
        <w:t>efisiensi</w:t>
      </w:r>
      <w:proofErr w:type="spellEnd"/>
      <w:r w:rsidR="00F660D2" w:rsidRPr="00387AD0">
        <w:rPr>
          <w:rFonts w:cs="Times New Roman"/>
        </w:rPr>
        <w:t xml:space="preserve"> </w:t>
      </w:r>
      <w:proofErr w:type="spellStart"/>
      <w:r w:rsidRPr="00387AD0">
        <w:rPr>
          <w:rFonts w:cs="Times New Roman"/>
        </w:rPr>
        <w:t>pengelolaan</w:t>
      </w:r>
      <w:proofErr w:type="spellEnd"/>
      <w:r w:rsidR="00F660D2" w:rsidRPr="00387AD0">
        <w:rPr>
          <w:rFonts w:cs="Times New Roman"/>
        </w:rPr>
        <w:t xml:space="preserve"> </w:t>
      </w:r>
      <w:proofErr w:type="spellStart"/>
      <w:r w:rsidRPr="00387AD0">
        <w:rPr>
          <w:rFonts w:cs="Times New Roman"/>
        </w:rPr>
        <w:t>bagi</w:t>
      </w:r>
      <w:proofErr w:type="spellEnd"/>
      <w:r w:rsidR="00F660D2" w:rsidRPr="00387AD0">
        <w:rPr>
          <w:rFonts w:cs="Times New Roman"/>
        </w:rPr>
        <w:t xml:space="preserve"> </w:t>
      </w:r>
      <w:r w:rsidRPr="00387AD0">
        <w:rPr>
          <w:rFonts w:cs="Times New Roman"/>
        </w:rPr>
        <w:t>admin,</w:t>
      </w:r>
      <w:r w:rsidR="00F660D2" w:rsidRPr="00387AD0">
        <w:rPr>
          <w:rFonts w:cs="Times New Roman"/>
        </w:rPr>
        <w:t xml:space="preserve"> </w:t>
      </w:r>
      <w:proofErr w:type="spellStart"/>
      <w:r w:rsidRPr="00387AD0">
        <w:rPr>
          <w:rFonts w:cs="Times New Roman"/>
        </w:rPr>
        <w:t>tetapi</w:t>
      </w:r>
      <w:proofErr w:type="spellEnd"/>
      <w:r w:rsidR="00F660D2" w:rsidRPr="00387AD0">
        <w:rPr>
          <w:rFonts w:cs="Times New Roman"/>
        </w:rPr>
        <w:t xml:space="preserve"> </w:t>
      </w:r>
      <w:r w:rsidRPr="00387AD0">
        <w:rPr>
          <w:rFonts w:cs="Times New Roman"/>
        </w:rPr>
        <w:t>juga</w:t>
      </w:r>
      <w:r w:rsidR="00F660D2" w:rsidRPr="00387AD0">
        <w:rPr>
          <w:rFonts w:cs="Times New Roman"/>
        </w:rPr>
        <w:t xml:space="preserve"> </w:t>
      </w:r>
      <w:proofErr w:type="spellStart"/>
      <w:r w:rsidRPr="00387AD0">
        <w:rPr>
          <w:rFonts w:cs="Times New Roman"/>
        </w:rPr>
        <w:t>dirancang</w:t>
      </w:r>
      <w:proofErr w:type="spellEnd"/>
      <w:r w:rsidR="00F660D2" w:rsidRPr="00387AD0">
        <w:rPr>
          <w:rFonts w:cs="Times New Roman"/>
        </w:rPr>
        <w:t xml:space="preserve"> </w:t>
      </w:r>
      <w:proofErr w:type="spellStart"/>
      <w:r w:rsidRPr="00387AD0">
        <w:rPr>
          <w:rFonts w:cs="Times New Roman"/>
        </w:rPr>
        <w:t>untuk</w:t>
      </w:r>
      <w:proofErr w:type="spellEnd"/>
      <w:r w:rsidR="00F660D2" w:rsidRPr="00387AD0">
        <w:rPr>
          <w:rFonts w:cs="Times New Roman"/>
        </w:rPr>
        <w:t xml:space="preserve"> </w:t>
      </w:r>
      <w:proofErr w:type="spellStart"/>
      <w:r w:rsidRPr="00387AD0">
        <w:rPr>
          <w:rFonts w:cs="Times New Roman"/>
        </w:rPr>
        <w:t>memberikan</w:t>
      </w:r>
      <w:proofErr w:type="spellEnd"/>
      <w:r w:rsidR="00F660D2" w:rsidRPr="00387AD0">
        <w:rPr>
          <w:rFonts w:cs="Times New Roman"/>
        </w:rPr>
        <w:t xml:space="preserve"> </w:t>
      </w:r>
      <w:proofErr w:type="spellStart"/>
      <w:r w:rsidRPr="00387AD0">
        <w:rPr>
          <w:rFonts w:cs="Times New Roman"/>
        </w:rPr>
        <w:t>pengalaman</w:t>
      </w:r>
      <w:proofErr w:type="spellEnd"/>
      <w:r w:rsidR="00F660D2" w:rsidRPr="00387AD0">
        <w:rPr>
          <w:rFonts w:cs="Times New Roman"/>
        </w:rPr>
        <w:t xml:space="preserve"> </w:t>
      </w:r>
      <w:proofErr w:type="spellStart"/>
      <w:r w:rsidRPr="00387AD0">
        <w:rPr>
          <w:rFonts w:cs="Times New Roman"/>
        </w:rPr>
        <w:t>terbaik</w:t>
      </w:r>
      <w:proofErr w:type="spellEnd"/>
      <w:r w:rsidR="00F660D2" w:rsidRPr="00387AD0">
        <w:rPr>
          <w:rFonts w:cs="Times New Roman"/>
        </w:rPr>
        <w:t xml:space="preserve"> </w:t>
      </w:r>
      <w:proofErr w:type="spellStart"/>
      <w:r w:rsidRPr="00387AD0">
        <w:rPr>
          <w:rFonts w:cs="Times New Roman"/>
        </w:rPr>
        <w:t>bagi</w:t>
      </w:r>
      <w:proofErr w:type="spellEnd"/>
      <w:r w:rsidR="00F660D2" w:rsidRPr="00387AD0">
        <w:rPr>
          <w:rFonts w:cs="Times New Roman"/>
        </w:rPr>
        <w:t xml:space="preserve"> </w:t>
      </w:r>
      <w:proofErr w:type="spellStart"/>
      <w:r w:rsidRPr="00387AD0">
        <w:rPr>
          <w:rFonts w:cs="Times New Roman"/>
        </w:rPr>
        <w:t>masyarakat</w:t>
      </w:r>
      <w:proofErr w:type="spellEnd"/>
      <w:r w:rsidR="00F660D2" w:rsidRPr="00387AD0">
        <w:rPr>
          <w:rFonts w:cs="Times New Roman"/>
        </w:rPr>
        <w:t xml:space="preserve"> </w:t>
      </w:r>
      <w:proofErr w:type="spellStart"/>
      <w:r w:rsidRPr="00387AD0">
        <w:rPr>
          <w:rFonts w:cs="Times New Roman"/>
        </w:rPr>
        <w:t>atau</w:t>
      </w:r>
      <w:proofErr w:type="spellEnd"/>
      <w:r w:rsidR="00F660D2" w:rsidRPr="00387AD0">
        <w:rPr>
          <w:rFonts w:cs="Times New Roman"/>
        </w:rPr>
        <w:t xml:space="preserve"> </w:t>
      </w:r>
      <w:proofErr w:type="spellStart"/>
      <w:r w:rsidRPr="00387AD0">
        <w:rPr>
          <w:rFonts w:cs="Times New Roman"/>
        </w:rPr>
        <w:t>pengunjung</w:t>
      </w:r>
      <w:proofErr w:type="spellEnd"/>
      <w:r w:rsidR="00F660D2" w:rsidRPr="00387AD0">
        <w:rPr>
          <w:rFonts w:cs="Times New Roman"/>
        </w:rPr>
        <w:t xml:space="preserve"> </w:t>
      </w:r>
      <w:r w:rsidRPr="00387AD0">
        <w:rPr>
          <w:rFonts w:cs="Times New Roman"/>
        </w:rPr>
        <w:t>Taman</w:t>
      </w:r>
      <w:r w:rsidR="00F660D2" w:rsidRPr="00387AD0">
        <w:rPr>
          <w:rFonts w:cs="Times New Roman"/>
        </w:rPr>
        <w:t xml:space="preserve"> </w:t>
      </w:r>
      <w:r w:rsidRPr="00387AD0">
        <w:rPr>
          <w:rFonts w:cs="Times New Roman"/>
        </w:rPr>
        <w:t>Baca</w:t>
      </w:r>
      <w:r w:rsidR="00F660D2" w:rsidRPr="00387AD0">
        <w:rPr>
          <w:rFonts w:cs="Times New Roman"/>
        </w:rPr>
        <w:t xml:space="preserve"> </w:t>
      </w:r>
      <w:r w:rsidRPr="00387AD0">
        <w:rPr>
          <w:rFonts w:cs="Times New Roman"/>
        </w:rPr>
        <w:t>Al-Azhari.</w:t>
      </w:r>
      <w:r w:rsidR="00F660D2" w:rsidRPr="00387AD0">
        <w:rPr>
          <w:rFonts w:cs="Times New Roman"/>
        </w:rPr>
        <w:t xml:space="preserve"> </w:t>
      </w:r>
      <w:proofErr w:type="spellStart"/>
      <w:r w:rsidRPr="00387AD0">
        <w:rPr>
          <w:rFonts w:cs="Times New Roman"/>
        </w:rPr>
        <w:t>Antarmuka</w:t>
      </w:r>
      <w:proofErr w:type="spellEnd"/>
      <w:r w:rsidR="00F660D2" w:rsidRPr="00387AD0">
        <w:rPr>
          <w:rFonts w:cs="Times New Roman"/>
        </w:rPr>
        <w:t xml:space="preserve"> </w:t>
      </w:r>
      <w:proofErr w:type="spellStart"/>
      <w:r w:rsidRPr="00387AD0">
        <w:rPr>
          <w:rFonts w:cs="Times New Roman"/>
        </w:rPr>
        <w:t>ini</w:t>
      </w:r>
      <w:proofErr w:type="spellEnd"/>
      <w:r w:rsidR="00F660D2" w:rsidRPr="00387AD0">
        <w:rPr>
          <w:rFonts w:cs="Times New Roman"/>
        </w:rPr>
        <w:t xml:space="preserve"> </w:t>
      </w:r>
      <w:proofErr w:type="spellStart"/>
      <w:r w:rsidRPr="00387AD0">
        <w:rPr>
          <w:rFonts w:cs="Times New Roman"/>
        </w:rPr>
        <w:t>merupakan</w:t>
      </w:r>
      <w:proofErr w:type="spellEnd"/>
      <w:r w:rsidR="00F660D2" w:rsidRPr="00387AD0">
        <w:rPr>
          <w:rFonts w:cs="Times New Roman"/>
        </w:rPr>
        <w:t xml:space="preserve"> </w:t>
      </w:r>
      <w:proofErr w:type="spellStart"/>
      <w:r w:rsidRPr="00387AD0">
        <w:rPr>
          <w:rFonts w:cs="Times New Roman"/>
        </w:rPr>
        <w:t>wajah</w:t>
      </w:r>
      <w:proofErr w:type="spellEnd"/>
      <w:r w:rsidR="00F660D2" w:rsidRPr="00387AD0">
        <w:rPr>
          <w:rFonts w:cs="Times New Roman"/>
        </w:rPr>
        <w:t xml:space="preserve"> </w:t>
      </w:r>
      <w:proofErr w:type="spellStart"/>
      <w:r w:rsidRPr="00387AD0">
        <w:rPr>
          <w:rFonts w:cs="Times New Roman"/>
        </w:rPr>
        <w:t>utama</w:t>
      </w:r>
      <w:proofErr w:type="spellEnd"/>
      <w:r w:rsidR="00F660D2" w:rsidRPr="00387AD0">
        <w:rPr>
          <w:rFonts w:cs="Times New Roman"/>
        </w:rPr>
        <w:t xml:space="preserve"> </w:t>
      </w:r>
      <w:proofErr w:type="spellStart"/>
      <w:r w:rsidRPr="00387AD0">
        <w:rPr>
          <w:rFonts w:cs="Times New Roman"/>
        </w:rPr>
        <w:t>dari</w:t>
      </w:r>
      <w:proofErr w:type="spellEnd"/>
      <w:r w:rsidR="00F660D2" w:rsidRPr="00387AD0">
        <w:rPr>
          <w:rFonts w:cs="Times New Roman"/>
        </w:rPr>
        <w:t xml:space="preserve"> </w:t>
      </w:r>
      <w:proofErr w:type="spellStart"/>
      <w:r w:rsidRPr="00387AD0">
        <w:rPr>
          <w:rFonts w:cs="Times New Roman"/>
        </w:rPr>
        <w:t>sistem</w:t>
      </w:r>
      <w:proofErr w:type="spellEnd"/>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akan</w:t>
      </w:r>
      <w:proofErr w:type="spellEnd"/>
      <w:r w:rsidR="00F660D2" w:rsidRPr="00387AD0">
        <w:rPr>
          <w:rFonts w:cs="Times New Roman"/>
        </w:rPr>
        <w:t xml:space="preserve"> </w:t>
      </w:r>
      <w:proofErr w:type="spellStart"/>
      <w:r w:rsidRPr="00387AD0">
        <w:rPr>
          <w:rFonts w:cs="Times New Roman"/>
        </w:rPr>
        <w:t>berinteraksi</w:t>
      </w:r>
      <w:proofErr w:type="spellEnd"/>
      <w:r w:rsidR="00F660D2" w:rsidRPr="00387AD0">
        <w:rPr>
          <w:rFonts w:cs="Times New Roman"/>
        </w:rPr>
        <w:t xml:space="preserve"> </w:t>
      </w:r>
      <w:proofErr w:type="spellStart"/>
      <w:r w:rsidRPr="00387AD0">
        <w:rPr>
          <w:rFonts w:cs="Times New Roman"/>
        </w:rPr>
        <w:t>langsung</w:t>
      </w:r>
      <w:proofErr w:type="spellEnd"/>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publik</w:t>
      </w:r>
      <w:proofErr w:type="spellEnd"/>
      <w:r w:rsidRPr="00387AD0">
        <w:rPr>
          <w:rFonts w:cs="Times New Roman"/>
        </w:rPr>
        <w:t>.</w:t>
      </w:r>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pendekatan</w:t>
      </w:r>
      <w:proofErr w:type="spellEnd"/>
      <w:r w:rsidR="00F660D2" w:rsidRPr="00387AD0">
        <w:rPr>
          <w:rFonts w:cs="Times New Roman"/>
        </w:rPr>
        <w:t xml:space="preserve"> </w:t>
      </w:r>
      <w:proofErr w:type="spellStart"/>
      <w:r w:rsidRPr="00387AD0">
        <w:rPr>
          <w:rFonts w:cs="Times New Roman"/>
        </w:rPr>
        <w:t>desain</w:t>
      </w:r>
      <w:proofErr w:type="spellEnd"/>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sederhana</w:t>
      </w:r>
      <w:proofErr w:type="spellEnd"/>
      <w:r w:rsidR="00F660D2" w:rsidRPr="00387AD0">
        <w:rPr>
          <w:rFonts w:cs="Times New Roman"/>
        </w:rPr>
        <w:t xml:space="preserve"> </w:t>
      </w:r>
      <w:r w:rsidRPr="00387AD0">
        <w:rPr>
          <w:rFonts w:cs="Times New Roman"/>
        </w:rPr>
        <w:t>dan</w:t>
      </w:r>
      <w:r w:rsidR="00F660D2" w:rsidRPr="00387AD0">
        <w:rPr>
          <w:rFonts w:cs="Times New Roman"/>
        </w:rPr>
        <w:t xml:space="preserve"> </w:t>
      </w:r>
      <w:proofErr w:type="spellStart"/>
      <w:r w:rsidRPr="00387AD0">
        <w:rPr>
          <w:rFonts w:cs="Times New Roman"/>
        </w:rPr>
        <w:t>intuitif</w:t>
      </w:r>
      <w:proofErr w:type="spellEnd"/>
      <w:r w:rsidRPr="00387AD0">
        <w:rPr>
          <w:rFonts w:cs="Times New Roman"/>
        </w:rPr>
        <w:t>,</w:t>
      </w:r>
      <w:r w:rsidR="00F660D2" w:rsidRPr="00387AD0">
        <w:rPr>
          <w:rFonts w:cs="Times New Roman"/>
        </w:rPr>
        <w:t xml:space="preserve"> </w:t>
      </w:r>
      <w:proofErr w:type="spellStart"/>
      <w:r w:rsidRPr="00387AD0">
        <w:rPr>
          <w:rFonts w:cs="Times New Roman"/>
        </w:rPr>
        <w:t>bertujuan</w:t>
      </w:r>
      <w:proofErr w:type="spellEnd"/>
      <w:r w:rsidR="00F660D2" w:rsidRPr="00387AD0">
        <w:rPr>
          <w:rFonts w:cs="Times New Roman"/>
        </w:rPr>
        <w:t xml:space="preserve"> </w:t>
      </w:r>
      <w:r w:rsidRPr="00387AD0">
        <w:rPr>
          <w:rFonts w:cs="Times New Roman"/>
        </w:rPr>
        <w:t>agar</w:t>
      </w:r>
      <w:r w:rsidR="00F660D2" w:rsidRPr="00387AD0">
        <w:rPr>
          <w:rFonts w:cs="Times New Roman"/>
        </w:rPr>
        <w:t xml:space="preserve"> </w:t>
      </w:r>
      <w:proofErr w:type="spellStart"/>
      <w:r w:rsidR="00487BE5" w:rsidRPr="00387AD0">
        <w:rPr>
          <w:rFonts w:cs="Times New Roman"/>
        </w:rPr>
        <w:t>masyarakat</w:t>
      </w:r>
      <w:proofErr w:type="spellEnd"/>
      <w:r w:rsidR="00F660D2" w:rsidRPr="00387AD0">
        <w:rPr>
          <w:rFonts w:cs="Times New Roman"/>
        </w:rPr>
        <w:t xml:space="preserve"> </w:t>
      </w:r>
      <w:proofErr w:type="spellStart"/>
      <w:r w:rsidRPr="00387AD0">
        <w:rPr>
          <w:rFonts w:cs="Times New Roman"/>
        </w:rPr>
        <w:t>dapat</w:t>
      </w:r>
      <w:proofErr w:type="spellEnd"/>
      <w:r w:rsidR="00F660D2" w:rsidRPr="00387AD0">
        <w:rPr>
          <w:rFonts w:cs="Times New Roman"/>
        </w:rPr>
        <w:t xml:space="preserve"> </w:t>
      </w:r>
      <w:proofErr w:type="spellStart"/>
      <w:r w:rsidR="00163ABF" w:rsidRPr="00387AD0">
        <w:rPr>
          <w:rFonts w:cs="Times New Roman"/>
        </w:rPr>
        <w:t>melihat</w:t>
      </w:r>
      <w:proofErr w:type="spellEnd"/>
      <w:r w:rsidR="00F660D2" w:rsidRPr="00387AD0">
        <w:rPr>
          <w:rFonts w:cs="Times New Roman"/>
        </w:rPr>
        <w:t xml:space="preserve"> </w:t>
      </w:r>
      <w:proofErr w:type="spellStart"/>
      <w:r w:rsidR="00163ABF" w:rsidRPr="00387AD0">
        <w:rPr>
          <w:rFonts w:cs="Times New Roman"/>
        </w:rPr>
        <w:t>informasi</w:t>
      </w:r>
      <w:proofErr w:type="spellEnd"/>
      <w:r w:rsidR="00F660D2" w:rsidRPr="00387AD0">
        <w:rPr>
          <w:rFonts w:cs="Times New Roman"/>
        </w:rPr>
        <w:t xml:space="preserve"> </w:t>
      </w:r>
      <w:proofErr w:type="spellStart"/>
      <w:r w:rsidR="00163ABF" w:rsidRPr="00387AD0">
        <w:rPr>
          <w:rFonts w:cs="Times New Roman"/>
        </w:rPr>
        <w:t>buku</w:t>
      </w:r>
      <w:proofErr w:type="spellEnd"/>
      <w:r w:rsidR="00F660D2" w:rsidRPr="00387AD0">
        <w:rPr>
          <w:rFonts w:cs="Times New Roman"/>
        </w:rPr>
        <w:t xml:space="preserve"> </w:t>
      </w:r>
      <w:r w:rsidR="00163ABF" w:rsidRPr="00387AD0">
        <w:rPr>
          <w:rFonts w:cs="Times New Roman"/>
        </w:rPr>
        <w:lastRenderedPageBreak/>
        <w:t>yang</w:t>
      </w:r>
      <w:r w:rsidR="00F660D2" w:rsidRPr="00387AD0">
        <w:rPr>
          <w:rFonts w:cs="Times New Roman"/>
        </w:rPr>
        <w:t xml:space="preserve"> </w:t>
      </w:r>
      <w:proofErr w:type="spellStart"/>
      <w:r w:rsidR="00163ABF" w:rsidRPr="00387AD0">
        <w:rPr>
          <w:rFonts w:cs="Times New Roman"/>
        </w:rPr>
        <w:t>dibutuhkannya</w:t>
      </w:r>
      <w:proofErr w:type="spellEnd"/>
      <w:r w:rsidR="00F660D2" w:rsidRPr="00387AD0">
        <w:rPr>
          <w:rFonts w:cs="Times New Roman"/>
        </w:rPr>
        <w:t xml:space="preserve"> </w:t>
      </w:r>
      <w:r w:rsidR="00163ABF" w:rsidRPr="00387AD0">
        <w:rPr>
          <w:rFonts w:cs="Times New Roman"/>
        </w:rPr>
        <w:t>pada</w:t>
      </w:r>
      <w:r w:rsidR="00F660D2" w:rsidRPr="00387AD0">
        <w:rPr>
          <w:rFonts w:cs="Times New Roman"/>
        </w:rPr>
        <w:t xml:space="preserve"> </w:t>
      </w:r>
      <w:r w:rsidR="00163ABF" w:rsidRPr="00387AD0">
        <w:rPr>
          <w:rFonts w:cs="Times New Roman"/>
        </w:rPr>
        <w:t>TBM</w:t>
      </w:r>
      <w:r w:rsidR="00F660D2" w:rsidRPr="00387AD0">
        <w:rPr>
          <w:rFonts w:cs="Times New Roman"/>
        </w:rPr>
        <w:t xml:space="preserve"> </w:t>
      </w:r>
      <w:r w:rsidR="00163ABF" w:rsidRPr="00387AD0">
        <w:rPr>
          <w:rFonts w:cs="Times New Roman"/>
        </w:rPr>
        <w:t>Al-Azhari</w:t>
      </w:r>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mudah</w:t>
      </w:r>
      <w:proofErr w:type="spellEnd"/>
      <w:r w:rsidR="00F660D2" w:rsidRPr="00387AD0">
        <w:rPr>
          <w:rFonts w:cs="Times New Roman"/>
        </w:rPr>
        <w:t xml:space="preserve"> </w:t>
      </w:r>
      <w:proofErr w:type="spellStart"/>
      <w:r w:rsidR="00163ABF" w:rsidRPr="00387AD0">
        <w:rPr>
          <w:rFonts w:cs="Times New Roman"/>
        </w:rPr>
        <w:t>tanpa</w:t>
      </w:r>
      <w:proofErr w:type="spellEnd"/>
      <w:r w:rsidR="00F660D2" w:rsidRPr="00387AD0">
        <w:rPr>
          <w:rFonts w:cs="Times New Roman"/>
        </w:rPr>
        <w:t xml:space="preserve"> </w:t>
      </w:r>
      <w:proofErr w:type="spellStart"/>
      <w:r w:rsidR="00163ABF" w:rsidRPr="00387AD0">
        <w:rPr>
          <w:rFonts w:cs="Times New Roman"/>
        </w:rPr>
        <w:t>harus</w:t>
      </w:r>
      <w:proofErr w:type="spellEnd"/>
      <w:r w:rsidR="00F660D2" w:rsidRPr="00387AD0">
        <w:rPr>
          <w:rFonts w:cs="Times New Roman"/>
        </w:rPr>
        <w:t xml:space="preserve"> </w:t>
      </w:r>
      <w:proofErr w:type="spellStart"/>
      <w:r w:rsidR="00163ABF" w:rsidRPr="00387AD0">
        <w:rPr>
          <w:rFonts w:cs="Times New Roman"/>
        </w:rPr>
        <w:t>datang</w:t>
      </w:r>
      <w:proofErr w:type="spellEnd"/>
      <w:r w:rsidR="00F660D2" w:rsidRPr="00387AD0">
        <w:rPr>
          <w:rFonts w:cs="Times New Roman"/>
        </w:rPr>
        <w:t xml:space="preserve"> </w:t>
      </w:r>
      <w:proofErr w:type="spellStart"/>
      <w:r w:rsidR="00163ABF" w:rsidRPr="00387AD0">
        <w:rPr>
          <w:rFonts w:cs="Times New Roman"/>
        </w:rPr>
        <w:t>ke</w:t>
      </w:r>
      <w:proofErr w:type="spellEnd"/>
      <w:r w:rsidR="00F660D2" w:rsidRPr="00387AD0">
        <w:rPr>
          <w:rFonts w:cs="Times New Roman"/>
        </w:rPr>
        <w:t xml:space="preserve"> </w:t>
      </w:r>
      <w:proofErr w:type="spellStart"/>
      <w:r w:rsidR="00163ABF" w:rsidRPr="00387AD0">
        <w:rPr>
          <w:rFonts w:cs="Times New Roman"/>
        </w:rPr>
        <w:t>tempat</w:t>
      </w:r>
      <w:proofErr w:type="spellEnd"/>
      <w:r w:rsidR="00163ABF" w:rsidRPr="00387AD0">
        <w:rPr>
          <w:rFonts w:cs="Times New Roman"/>
        </w:rPr>
        <w:t>.</w:t>
      </w:r>
    </w:p>
    <w:bookmarkEnd w:id="134"/>
    <w:p w14:paraId="55A4C8DA" w14:textId="77777777" w:rsidR="00004164" w:rsidRDefault="00AD01BB" w:rsidP="00004164">
      <w:pPr>
        <w:keepNext/>
        <w:spacing w:line="360" w:lineRule="auto"/>
        <w:ind w:right="-427"/>
        <w:jc w:val="center"/>
      </w:pPr>
      <w:r w:rsidRPr="00387AD0">
        <w:rPr>
          <w:rFonts w:cs="Times New Roman"/>
          <w:noProof/>
          <w:szCs w:val="24"/>
        </w:rPr>
        <w:drawing>
          <wp:inline distT="0" distB="0" distL="0" distR="0" wp14:anchorId="42461FAD" wp14:editId="30BFD69B">
            <wp:extent cx="5253851" cy="2445619"/>
            <wp:effectExtent l="76200" t="76200" r="137795" b="126365"/>
            <wp:docPr id="121292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23490" name=""/>
                    <pic:cNvPicPr/>
                  </pic:nvPicPr>
                  <pic:blipFill>
                    <a:blip r:embed="rId52"/>
                    <a:stretch>
                      <a:fillRect/>
                    </a:stretch>
                  </pic:blipFill>
                  <pic:spPr>
                    <a:xfrm>
                      <a:off x="0" y="0"/>
                      <a:ext cx="5481091" cy="2551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3A99BB" w14:textId="1F39BEEB" w:rsidR="00AD01BB" w:rsidRDefault="00004164" w:rsidP="00004164">
      <w:pPr>
        <w:pStyle w:val="Caption"/>
        <w:jc w:val="center"/>
        <w:rPr>
          <w:color w:val="auto"/>
          <w:sz w:val="20"/>
          <w:szCs w:val="20"/>
        </w:rPr>
      </w:pPr>
      <w:bookmarkStart w:id="135" w:name="_Toc205257754"/>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17</w:t>
      </w:r>
      <w:r w:rsidRPr="00FB2541">
        <w:rPr>
          <w:color w:val="auto"/>
          <w:sz w:val="20"/>
          <w:szCs w:val="20"/>
        </w:rPr>
        <w:fldChar w:fldCharType="end"/>
      </w:r>
      <w:r w:rsidRPr="00FB2541">
        <w:rPr>
          <w:color w:val="auto"/>
          <w:sz w:val="20"/>
          <w:szCs w:val="20"/>
        </w:rPr>
        <w:t xml:space="preserve"> </w:t>
      </w:r>
      <w:r w:rsidRPr="009F0348">
        <w:rPr>
          <w:b w:val="0"/>
          <w:bCs w:val="0"/>
          <w:color w:val="auto"/>
          <w:sz w:val="20"/>
          <w:szCs w:val="20"/>
        </w:rPr>
        <w:t>Halaman Beranda</w:t>
      </w:r>
      <w:bookmarkEnd w:id="135"/>
    </w:p>
    <w:p w14:paraId="66CE7963" w14:textId="77777777" w:rsidR="005D5B14" w:rsidRPr="005D5B14" w:rsidRDefault="005D5B14" w:rsidP="005D5B14"/>
    <w:p w14:paraId="0DF3A049" w14:textId="600AD78A" w:rsidR="00B52CC2" w:rsidRPr="00387AD0" w:rsidRDefault="00E13E29" w:rsidP="005D5B14">
      <w:pPr>
        <w:spacing w:line="360" w:lineRule="auto"/>
        <w:ind w:right="-427" w:firstLine="720"/>
        <w:rPr>
          <w:rFonts w:cs="Times New Roman"/>
          <w:szCs w:val="24"/>
        </w:rPr>
      </w:pPr>
      <w:bookmarkStart w:id="136" w:name="_Hlk204930889"/>
      <w:r w:rsidRPr="00387AD0">
        <w:rPr>
          <w:rFonts w:cs="Times New Roman"/>
          <w:szCs w:val="24"/>
        </w:rPr>
        <w:t>Halaman</w:t>
      </w:r>
      <w:r w:rsidR="00F660D2" w:rsidRPr="00387AD0">
        <w:rPr>
          <w:rFonts w:cs="Times New Roman"/>
          <w:szCs w:val="24"/>
        </w:rPr>
        <w:t xml:space="preserve"> </w:t>
      </w:r>
      <w:proofErr w:type="spellStart"/>
      <w:r w:rsidR="00835A23"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antarmuka</w:t>
      </w:r>
      <w:proofErr w:type="spellEnd"/>
      <w:r w:rsidR="00F660D2" w:rsidRPr="00387AD0">
        <w:rPr>
          <w:rFonts w:cs="Times New Roman"/>
          <w:szCs w:val="24"/>
        </w:rPr>
        <w:t xml:space="preserve"> </w:t>
      </w:r>
      <w:proofErr w:type="spellStart"/>
      <w:r w:rsidR="00B52CC2" w:rsidRPr="00387AD0">
        <w:rPr>
          <w:rFonts w:cs="Times New Roman"/>
          <w:szCs w:val="24"/>
        </w:rPr>
        <w:t>utama</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r w:rsidR="00B52CC2" w:rsidRPr="00387AD0">
        <w:rPr>
          <w:rFonts w:cs="Times New Roman"/>
          <w:szCs w:val="24"/>
        </w:rPr>
        <w:t>situs</w:t>
      </w:r>
      <w:r w:rsidR="00F660D2" w:rsidRPr="00387AD0">
        <w:rPr>
          <w:rFonts w:cs="Times New Roman"/>
          <w:szCs w:val="24"/>
        </w:rPr>
        <w:t xml:space="preserve"> </w:t>
      </w:r>
      <w:r w:rsidR="00B52CC2" w:rsidRPr="00387AD0">
        <w:rPr>
          <w:rFonts w:cs="Times New Roman"/>
          <w:szCs w:val="24"/>
        </w:rPr>
        <w:t>web</w:t>
      </w:r>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r w:rsidR="00B52CC2" w:rsidRPr="00387AD0">
        <w:rPr>
          <w:rFonts w:cs="Times New Roman"/>
          <w:szCs w:val="24"/>
        </w:rPr>
        <w:t>digital,</w:t>
      </w:r>
      <w:r w:rsidR="00F660D2" w:rsidRPr="00387AD0">
        <w:rPr>
          <w:rFonts w:cs="Times New Roman"/>
          <w:szCs w:val="24"/>
        </w:rPr>
        <w:t xml:space="preserve"> </w:t>
      </w:r>
      <w:proofErr w:type="spellStart"/>
      <w:r w:rsidR="00B52CC2" w:rsidRPr="00387AD0">
        <w:rPr>
          <w:rFonts w:cs="Times New Roman"/>
          <w:szCs w:val="24"/>
        </w:rPr>
        <w:t>kemungkinan</w:t>
      </w:r>
      <w:proofErr w:type="spellEnd"/>
      <w:r w:rsidR="00F660D2" w:rsidRPr="00387AD0">
        <w:rPr>
          <w:rFonts w:cs="Times New Roman"/>
          <w:szCs w:val="24"/>
        </w:rPr>
        <w:t xml:space="preserve"> </w:t>
      </w:r>
      <w:proofErr w:type="spellStart"/>
      <w:r w:rsidR="00B52CC2" w:rsidRPr="00387AD0">
        <w:rPr>
          <w:rFonts w:cs="Times New Roman"/>
          <w:szCs w:val="24"/>
        </w:rPr>
        <w:t>besar</w:t>
      </w:r>
      <w:proofErr w:type="spellEnd"/>
      <w:r w:rsidR="00F660D2" w:rsidRPr="00387AD0">
        <w:rPr>
          <w:rFonts w:cs="Times New Roman"/>
          <w:szCs w:val="24"/>
        </w:rPr>
        <w:t xml:space="preserve"> </w:t>
      </w:r>
      <w:proofErr w:type="spellStart"/>
      <w:r w:rsidR="00B52CC2" w:rsidRPr="00387AD0">
        <w:rPr>
          <w:rFonts w:cs="Times New Roman"/>
          <w:szCs w:val="24"/>
        </w:rPr>
        <w:t>merupakan</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proofErr w:type="spellStart"/>
      <w:r w:rsidR="00B52CC2" w:rsidRPr="00387AD0">
        <w:rPr>
          <w:rFonts w:cs="Times New Roman"/>
          <w:szCs w:val="24"/>
        </w:rPr>
        <w:t>beranda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atas</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proofErr w:type="spellStart"/>
      <w:r w:rsidR="00B52CC2" w:rsidRPr="00387AD0">
        <w:rPr>
          <w:rFonts w:cs="Times New Roman"/>
          <w:szCs w:val="24"/>
        </w:rPr>
        <w:t>navigasi</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proofErr w:type="spellStart"/>
      <w:r w:rsidR="00B52CC2" w:rsidRPr="00387AD0">
        <w:rPr>
          <w:rFonts w:cs="Times New Roman"/>
          <w:szCs w:val="24"/>
        </w:rPr>
        <w:t>opsi</w:t>
      </w:r>
      <w:proofErr w:type="spellEnd"/>
      <w:r w:rsidR="00F660D2" w:rsidRPr="00387AD0">
        <w:rPr>
          <w:rFonts w:cs="Times New Roman"/>
          <w:szCs w:val="24"/>
        </w:rPr>
        <w:t xml:space="preserve"> </w:t>
      </w:r>
      <w:r w:rsidR="00B52CC2" w:rsidRPr="00387AD0">
        <w:rPr>
          <w:rFonts w:cs="Times New Roman"/>
          <w:szCs w:val="24"/>
        </w:rPr>
        <w:t>"Beranda",</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Katalog</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"Podcast</w:t>
      </w:r>
      <w:r w:rsidR="00F660D2" w:rsidRPr="00387AD0">
        <w:rPr>
          <w:rFonts w:cs="Times New Roman"/>
          <w:szCs w:val="24"/>
        </w:rPr>
        <w:t xml:space="preserve"> </w:t>
      </w:r>
      <w:r w:rsidR="00B52CC2" w:rsidRPr="00387AD0">
        <w:rPr>
          <w:rFonts w:cs="Times New Roman"/>
          <w:szCs w:val="24"/>
        </w:rPr>
        <w:t>&amp;</w:t>
      </w:r>
      <w:r w:rsidR="00F660D2" w:rsidRPr="00387AD0">
        <w:rPr>
          <w:rFonts w:cs="Times New Roman"/>
          <w:szCs w:val="24"/>
        </w:rPr>
        <w:t xml:space="preserve"> </w:t>
      </w:r>
      <w:proofErr w:type="spellStart"/>
      <w:r w:rsidR="00B52CC2" w:rsidRPr="00387AD0">
        <w:rPr>
          <w:rFonts w:cs="Times New Roman"/>
          <w:szCs w:val="24"/>
        </w:rPr>
        <w:t>Kelas</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Tentang</w:t>
      </w:r>
      <w:proofErr w:type="spellEnd"/>
      <w:r w:rsidR="00F660D2" w:rsidRPr="00387AD0">
        <w:rPr>
          <w:rFonts w:cs="Times New Roman"/>
          <w:szCs w:val="24"/>
        </w:rPr>
        <w:t xml:space="preserve"> </w:t>
      </w:r>
      <w:r w:rsidR="00B52CC2" w:rsidRPr="00387AD0">
        <w:rPr>
          <w:rFonts w:cs="Times New Roman"/>
          <w:szCs w:val="24"/>
        </w:rPr>
        <w:t>Kami",</w:t>
      </w:r>
      <w:r w:rsidR="00F660D2" w:rsidRPr="00387AD0">
        <w:rPr>
          <w:rFonts w:cs="Times New Roman"/>
          <w:szCs w:val="24"/>
        </w:rPr>
        <w:t xml:space="preserve"> </w:t>
      </w:r>
      <w:proofErr w:type="spellStart"/>
      <w:r w:rsidR="00B52CC2" w:rsidRPr="00387AD0">
        <w:rPr>
          <w:rFonts w:cs="Times New Roman"/>
          <w:szCs w:val="24"/>
        </w:rPr>
        <w:t>serta</w:t>
      </w:r>
      <w:proofErr w:type="spellEnd"/>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r w:rsidR="00B52CC2" w:rsidRPr="00387AD0">
        <w:rPr>
          <w:rFonts w:cs="Times New Roman"/>
          <w:szCs w:val="24"/>
        </w:rPr>
        <w:t>"Login</w:t>
      </w:r>
      <w:r w:rsidR="00F660D2" w:rsidRPr="00387AD0">
        <w:rPr>
          <w:rFonts w:cs="Times New Roman"/>
          <w:szCs w:val="24"/>
        </w:rPr>
        <w:t xml:space="preserve"> </w:t>
      </w:r>
      <w:proofErr w:type="spellStart"/>
      <w:r w:rsidR="00B52CC2" w:rsidRPr="00387AD0">
        <w:rPr>
          <w:rFonts w:cs="Times New Roman"/>
          <w:szCs w:val="24"/>
        </w:rPr>
        <w:t>Petugas</w:t>
      </w:r>
      <w:proofErr w:type="spellEnd"/>
      <w:r w:rsidR="00B52CC2" w:rsidRPr="00387AD0">
        <w:rPr>
          <w:rFonts w:cs="Times New Roman"/>
          <w:szCs w:val="24"/>
        </w:rPr>
        <w:t>/Admin"</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pojok</w:t>
      </w:r>
      <w:proofErr w:type="spellEnd"/>
      <w:r w:rsidR="00F660D2" w:rsidRPr="00387AD0">
        <w:rPr>
          <w:rFonts w:cs="Times New Roman"/>
          <w:szCs w:val="24"/>
        </w:rPr>
        <w:t xml:space="preserve"> </w:t>
      </w:r>
      <w:proofErr w:type="spellStart"/>
      <w:r w:rsidR="00B52CC2" w:rsidRPr="00387AD0">
        <w:rPr>
          <w:rFonts w:cs="Times New Roman"/>
          <w:szCs w:val="24"/>
        </w:rPr>
        <w:t>kanan</w:t>
      </w:r>
      <w:proofErr w:type="spellEnd"/>
      <w:r w:rsidR="00F660D2" w:rsidRPr="00387AD0">
        <w:rPr>
          <w:rFonts w:cs="Times New Roman"/>
          <w:szCs w:val="24"/>
        </w:rPr>
        <w:t xml:space="preserve"> </w:t>
      </w:r>
      <w:proofErr w:type="spellStart"/>
      <w:r w:rsidR="00B52CC2" w:rsidRPr="00387AD0">
        <w:rPr>
          <w:rFonts w:cs="Times New Roman"/>
          <w:szCs w:val="24"/>
        </w:rPr>
        <w:t>atas</w:t>
      </w:r>
      <w:proofErr w:type="spellEnd"/>
      <w:r w:rsidR="00B52CC2" w:rsidRPr="00387AD0">
        <w:rPr>
          <w:rFonts w:cs="Times New Roman"/>
          <w:szCs w:val="24"/>
        </w:rPr>
        <w:t>.</w:t>
      </w:r>
      <w:r w:rsidR="00F660D2" w:rsidRPr="00387AD0">
        <w:rPr>
          <w:rFonts w:cs="Times New Roman"/>
          <w:szCs w:val="24"/>
        </w:rPr>
        <w:t xml:space="preserve"> </w:t>
      </w:r>
      <w:bookmarkEnd w:id="136"/>
      <w:r w:rsidR="00004164">
        <w:rPr>
          <w:rFonts w:cs="Times New Roman"/>
          <w:szCs w:val="24"/>
        </w:rPr>
        <w:t xml:space="preserve"> </w:t>
      </w:r>
      <w:proofErr w:type="spellStart"/>
      <w:r w:rsidR="00004164">
        <w:rPr>
          <w:rFonts w:cs="Times New Roman"/>
          <w:szCs w:val="24"/>
        </w:rPr>
        <w:t>Dibagian</w:t>
      </w:r>
      <w:proofErr w:type="spellEnd"/>
      <w:r w:rsidR="00004164">
        <w:rPr>
          <w:rFonts w:cs="Times New Roman"/>
          <w:szCs w:val="24"/>
        </w:rPr>
        <w:t xml:space="preserve"> </w:t>
      </w:r>
      <w:proofErr w:type="spellStart"/>
      <w:r w:rsidR="00004164">
        <w:rPr>
          <w:rFonts w:cs="Times New Roman"/>
          <w:szCs w:val="24"/>
        </w:rPr>
        <w:t>bawah</w:t>
      </w:r>
      <w:proofErr w:type="spellEnd"/>
      <w:r w:rsidR="00004164">
        <w:rPr>
          <w:rFonts w:cs="Times New Roman"/>
          <w:szCs w:val="24"/>
        </w:rPr>
        <w:t xml:space="preserve"> </w:t>
      </w:r>
      <w:proofErr w:type="spellStart"/>
      <w:r w:rsidR="00004164">
        <w:rPr>
          <w:rFonts w:cs="Times New Roman"/>
          <w:szCs w:val="24"/>
        </w:rPr>
        <w:t>halaman</w:t>
      </w:r>
      <w:proofErr w:type="spellEnd"/>
      <w:r w:rsidR="00004164">
        <w:rPr>
          <w:rFonts w:cs="Times New Roman"/>
          <w:szCs w:val="24"/>
        </w:rPr>
        <w:t xml:space="preserve"> </w:t>
      </w:r>
      <w:proofErr w:type="spellStart"/>
      <w:r w:rsidR="00004164">
        <w:rPr>
          <w:rFonts w:cs="Times New Roman"/>
          <w:szCs w:val="24"/>
        </w:rPr>
        <w:t>ini</w:t>
      </w:r>
      <w:proofErr w:type="spellEnd"/>
      <w:r w:rsidR="00004164">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grafik</w:t>
      </w:r>
      <w:proofErr w:type="spellEnd"/>
      <w:r w:rsidR="00F660D2" w:rsidRPr="00387AD0">
        <w:rPr>
          <w:rFonts w:cs="Times New Roman"/>
          <w:szCs w:val="24"/>
        </w:rPr>
        <w:t xml:space="preserve"> </w:t>
      </w:r>
      <w:proofErr w:type="spellStart"/>
      <w:r w:rsidR="00B52CC2" w:rsidRPr="00387AD0">
        <w:rPr>
          <w:rFonts w:cs="Times New Roman"/>
          <w:szCs w:val="24"/>
        </w:rPr>
        <w:t>batang</w:t>
      </w:r>
      <w:proofErr w:type="spellEnd"/>
      <w:r w:rsidR="00F660D2" w:rsidRPr="00387AD0">
        <w:rPr>
          <w:rFonts w:cs="Times New Roman"/>
          <w:szCs w:val="24"/>
        </w:rPr>
        <w:t xml:space="preserve"> </w:t>
      </w:r>
      <w:proofErr w:type="spellStart"/>
      <w:r w:rsidR="00B52CC2" w:rsidRPr="00387AD0">
        <w:rPr>
          <w:rFonts w:cs="Times New Roman"/>
          <w:szCs w:val="24"/>
        </w:rPr>
        <w:t>berjudul</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Jumlah</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per</w:t>
      </w:r>
      <w:r w:rsidR="00F660D2" w:rsidRPr="00387AD0">
        <w:rPr>
          <w:rFonts w:cs="Times New Roman"/>
          <w:szCs w:val="24"/>
        </w:rPr>
        <w:t xml:space="preserve"> </w:t>
      </w:r>
      <w:proofErr w:type="spellStart"/>
      <w:r w:rsidR="00B52CC2" w:rsidRPr="00387AD0">
        <w:rPr>
          <w:rFonts w:cs="Times New Roman"/>
          <w:szCs w:val="24"/>
        </w:rPr>
        <w:t>Klasifikasi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distribusi</w:t>
      </w:r>
      <w:proofErr w:type="spellEnd"/>
      <w:r w:rsidR="00F660D2" w:rsidRPr="00387AD0">
        <w:rPr>
          <w:rFonts w:cs="Times New Roman"/>
          <w:szCs w:val="24"/>
        </w:rPr>
        <w:t xml:space="preserve"> </w:t>
      </w:r>
      <w:proofErr w:type="spellStart"/>
      <w:r w:rsidR="00B52CC2" w:rsidRPr="00387AD0">
        <w:rPr>
          <w:rFonts w:cs="Times New Roman"/>
          <w:szCs w:val="24"/>
        </w:rPr>
        <w:t>jumlah</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berdasarkan</w:t>
      </w:r>
      <w:proofErr w:type="spellEnd"/>
      <w:r w:rsidR="00F660D2" w:rsidRPr="00387AD0">
        <w:rPr>
          <w:rFonts w:cs="Times New Roman"/>
          <w:szCs w:val="24"/>
        </w:rPr>
        <w:t xml:space="preserve"> </w:t>
      </w:r>
      <w:proofErr w:type="spellStart"/>
      <w:r w:rsidR="00B52CC2" w:rsidRPr="00387AD0">
        <w:rPr>
          <w:rFonts w:cs="Times New Roman"/>
          <w:szCs w:val="24"/>
        </w:rPr>
        <w:t>kode</w:t>
      </w:r>
      <w:proofErr w:type="spellEnd"/>
      <w:r w:rsidR="00F660D2" w:rsidRPr="00387AD0">
        <w:rPr>
          <w:rFonts w:cs="Times New Roman"/>
          <w:szCs w:val="24"/>
        </w:rPr>
        <w:t xml:space="preserve"> </w:t>
      </w:r>
      <w:proofErr w:type="spellStart"/>
      <w:r w:rsidR="00B52CC2" w:rsidRPr="00387AD0">
        <w:rPr>
          <w:rFonts w:cs="Times New Roman"/>
          <w:szCs w:val="24"/>
        </w:rPr>
        <w:t>klasifikasi</w:t>
      </w:r>
      <w:proofErr w:type="spellEnd"/>
      <w:r w:rsidR="00F660D2" w:rsidRPr="00387AD0">
        <w:rPr>
          <w:rFonts w:cs="Times New Roman"/>
          <w:szCs w:val="24"/>
        </w:rPr>
        <w:t xml:space="preserve"> </w:t>
      </w:r>
      <w:proofErr w:type="spellStart"/>
      <w:r w:rsidR="00B52CC2" w:rsidRPr="00387AD0">
        <w:rPr>
          <w:rFonts w:cs="Times New Roman"/>
          <w:szCs w:val="24"/>
        </w:rPr>
        <w:t>tertentu</w:t>
      </w:r>
      <w:proofErr w:type="spellEnd"/>
      <w:r w:rsidR="00004164">
        <w:rPr>
          <w:rFonts w:cs="Times New Roman"/>
          <w:szCs w:val="24"/>
        </w:rPr>
        <w:t xml:space="preserve"> dan </w:t>
      </w:r>
      <w:proofErr w:type="spellStart"/>
      <w:r w:rsidR="00004164">
        <w:rPr>
          <w:rFonts w:cs="Times New Roman"/>
          <w:szCs w:val="24"/>
        </w:rPr>
        <w:t>disisi</w:t>
      </w:r>
      <w:proofErr w:type="spellEnd"/>
      <w:r w:rsidR="00004164">
        <w:rPr>
          <w:rFonts w:cs="Times New Roman"/>
          <w:szCs w:val="24"/>
        </w:rPr>
        <w:t xml:space="preserve"> </w:t>
      </w:r>
      <w:proofErr w:type="spellStart"/>
      <w:r w:rsidR="00B52CC2" w:rsidRPr="00387AD0">
        <w:rPr>
          <w:rFonts w:cs="Times New Roman"/>
          <w:szCs w:val="24"/>
        </w:rPr>
        <w:t>kanan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daftar</w:t>
      </w:r>
      <w:r w:rsidR="00F660D2" w:rsidRPr="00387AD0">
        <w:rPr>
          <w:rFonts w:cs="Times New Roman"/>
          <w:szCs w:val="24"/>
        </w:rPr>
        <w:t xml:space="preserve"> </w:t>
      </w:r>
      <w:r w:rsidR="00B52CC2" w:rsidRPr="00387AD0">
        <w:rPr>
          <w:rFonts w:cs="Times New Roman"/>
          <w:szCs w:val="24"/>
        </w:rPr>
        <w:t>"Jadwal</w:t>
      </w:r>
      <w:r w:rsidR="00F660D2" w:rsidRPr="00387AD0">
        <w:rPr>
          <w:rFonts w:cs="Times New Roman"/>
          <w:szCs w:val="24"/>
        </w:rPr>
        <w:t xml:space="preserve"> </w:t>
      </w:r>
      <w:proofErr w:type="spellStart"/>
      <w:r w:rsidR="00B52CC2" w:rsidRPr="00387AD0">
        <w:rPr>
          <w:rFonts w:cs="Times New Roman"/>
          <w:szCs w:val="24"/>
        </w:rPr>
        <w:t>Kegiatan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r w:rsidR="00B52CC2" w:rsidRPr="00387AD0">
        <w:rPr>
          <w:rFonts w:cs="Times New Roman"/>
          <w:szCs w:val="24"/>
        </w:rPr>
        <w:t>acara</w:t>
      </w:r>
      <w:r w:rsidR="00F660D2" w:rsidRPr="00387AD0">
        <w:rPr>
          <w:rFonts w:cs="Times New Roman"/>
          <w:szCs w:val="24"/>
        </w:rPr>
        <w:t xml:space="preserve"> </w:t>
      </w:r>
      <w:proofErr w:type="spellStart"/>
      <w:r w:rsidR="00B52CC2" w:rsidRPr="00387AD0">
        <w:rPr>
          <w:rFonts w:cs="Times New Roman"/>
          <w:szCs w:val="24"/>
        </w:rPr>
        <w:t>mendatang</w:t>
      </w:r>
      <w:proofErr w:type="spellEnd"/>
      <w:r w:rsidR="00187520" w:rsidRPr="00387AD0">
        <w:rPr>
          <w:rFonts w:cs="Times New Roman"/>
          <w:szCs w:val="24"/>
        </w:rPr>
        <w:t>.</w:t>
      </w:r>
      <w:r w:rsidR="00F660D2" w:rsidRPr="00387AD0">
        <w:rPr>
          <w:rFonts w:cs="Times New Roman"/>
          <w:szCs w:val="24"/>
        </w:rPr>
        <w:t xml:space="preserve"> </w:t>
      </w:r>
    </w:p>
    <w:p w14:paraId="74B5E281" w14:textId="77777777" w:rsidR="0010775C" w:rsidRDefault="00187520" w:rsidP="0010775C">
      <w:pPr>
        <w:keepNext/>
        <w:spacing w:line="360" w:lineRule="auto"/>
        <w:ind w:right="-427"/>
        <w:jc w:val="center"/>
      </w:pPr>
      <w:r w:rsidRPr="00387AD0">
        <w:rPr>
          <w:rFonts w:cs="Times New Roman"/>
          <w:noProof/>
          <w:szCs w:val="24"/>
        </w:rPr>
        <w:lastRenderedPageBreak/>
        <w:drawing>
          <wp:inline distT="0" distB="0" distL="0" distR="0" wp14:anchorId="00F80E54" wp14:editId="7120580C">
            <wp:extent cx="5027295" cy="2185737"/>
            <wp:effectExtent l="76200" t="76200" r="135255" b="138430"/>
            <wp:docPr id="142195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53794" name=""/>
                    <pic:cNvPicPr/>
                  </pic:nvPicPr>
                  <pic:blipFill>
                    <a:blip r:embed="rId53"/>
                    <a:stretch>
                      <a:fillRect/>
                    </a:stretch>
                  </pic:blipFill>
                  <pic:spPr>
                    <a:xfrm>
                      <a:off x="0" y="0"/>
                      <a:ext cx="5190187" cy="2256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EF4EBF" w14:textId="2964213A" w:rsidR="00C57A2F" w:rsidRDefault="0010775C" w:rsidP="0010775C">
      <w:pPr>
        <w:pStyle w:val="Caption"/>
        <w:jc w:val="center"/>
        <w:rPr>
          <w:color w:val="auto"/>
          <w:sz w:val="20"/>
          <w:szCs w:val="20"/>
        </w:rPr>
      </w:pPr>
      <w:bookmarkStart w:id="137" w:name="_Toc205257755"/>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18</w:t>
      </w:r>
      <w:r w:rsidRPr="00FB2541">
        <w:rPr>
          <w:color w:val="auto"/>
          <w:sz w:val="20"/>
          <w:szCs w:val="20"/>
        </w:rPr>
        <w:fldChar w:fldCharType="end"/>
      </w:r>
      <w:r w:rsidRPr="00FB2541">
        <w:rPr>
          <w:color w:val="auto"/>
          <w:sz w:val="20"/>
          <w:szCs w:val="20"/>
        </w:rPr>
        <w:t xml:space="preserve"> </w:t>
      </w:r>
      <w:r w:rsidRPr="009F0348">
        <w:rPr>
          <w:b w:val="0"/>
          <w:bCs w:val="0"/>
          <w:color w:val="auto"/>
          <w:sz w:val="20"/>
          <w:szCs w:val="20"/>
        </w:rPr>
        <w:t xml:space="preserve">Halaman </w:t>
      </w:r>
      <w:proofErr w:type="spellStart"/>
      <w:r w:rsidRPr="009F0348">
        <w:rPr>
          <w:b w:val="0"/>
          <w:bCs w:val="0"/>
          <w:color w:val="auto"/>
          <w:sz w:val="20"/>
          <w:szCs w:val="20"/>
        </w:rPr>
        <w:t>Koleksi</w:t>
      </w:r>
      <w:proofErr w:type="spellEnd"/>
      <w:r w:rsidRPr="009F0348">
        <w:rPr>
          <w:b w:val="0"/>
          <w:bCs w:val="0"/>
          <w:color w:val="auto"/>
          <w:sz w:val="20"/>
          <w:szCs w:val="20"/>
        </w:rPr>
        <w:t xml:space="preserve"> </w:t>
      </w:r>
      <w:proofErr w:type="spellStart"/>
      <w:r w:rsidRPr="009F0348">
        <w:rPr>
          <w:b w:val="0"/>
          <w:bCs w:val="0"/>
          <w:color w:val="auto"/>
          <w:sz w:val="20"/>
          <w:szCs w:val="20"/>
        </w:rPr>
        <w:t>Buku</w:t>
      </w:r>
      <w:bookmarkEnd w:id="137"/>
      <w:proofErr w:type="spellEnd"/>
    </w:p>
    <w:p w14:paraId="149935D5" w14:textId="714077E1" w:rsidR="00B52CC2" w:rsidRPr="00387AD0" w:rsidRDefault="00E13E29" w:rsidP="005D5B14">
      <w:pPr>
        <w:spacing w:line="360" w:lineRule="auto"/>
        <w:ind w:right="-427" w:firstLine="720"/>
        <w:rPr>
          <w:rFonts w:cs="Times New Roman"/>
          <w:szCs w:val="24"/>
        </w:rPr>
      </w:pPr>
      <w:bookmarkStart w:id="138" w:name="_Hlk204930978"/>
      <w:r w:rsidRPr="00387AD0">
        <w:rPr>
          <w:rFonts w:cs="Times New Roman"/>
          <w:szCs w:val="24"/>
        </w:rPr>
        <w:t>Halaman</w:t>
      </w:r>
      <w:r w:rsidR="00F660D2" w:rsidRPr="00387AD0">
        <w:rPr>
          <w:rFonts w:cs="Times New Roman"/>
          <w:szCs w:val="24"/>
        </w:rPr>
        <w:t xml:space="preserve"> </w:t>
      </w:r>
      <w:proofErr w:type="spellStart"/>
      <w:r w:rsidR="00835A23"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Koleksi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Lengkap</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proofErr w:type="spellStart"/>
      <w:r w:rsidR="00B52CC2" w:rsidRPr="00387AD0">
        <w:rPr>
          <w:rFonts w:cs="Times New Roman"/>
          <w:szCs w:val="24"/>
        </w:rPr>
        <w:t>sistem</w:t>
      </w:r>
      <w:proofErr w:type="spellEnd"/>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r w:rsidR="00B52CC2" w:rsidRPr="00387AD0">
        <w:rPr>
          <w:rFonts w:cs="Times New Roman"/>
          <w:szCs w:val="24"/>
        </w:rPr>
        <w:t>digital,</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menyajikan</w:t>
      </w:r>
      <w:proofErr w:type="spellEnd"/>
      <w:r w:rsidR="00F660D2" w:rsidRPr="00387AD0">
        <w:rPr>
          <w:rFonts w:cs="Times New Roman"/>
          <w:szCs w:val="24"/>
        </w:rPr>
        <w:t xml:space="preserve"> </w:t>
      </w:r>
      <w:r w:rsidR="00B52CC2" w:rsidRPr="00387AD0">
        <w:rPr>
          <w:rFonts w:cs="Times New Roman"/>
          <w:szCs w:val="24"/>
        </w:rPr>
        <w:t>daftar</w:t>
      </w:r>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r w:rsidR="00B52CC2" w:rsidRPr="00387AD0">
        <w:rPr>
          <w:rFonts w:cs="Times New Roman"/>
          <w:szCs w:val="24"/>
        </w:rPr>
        <w:t>format</w:t>
      </w:r>
      <w:r w:rsidR="00F660D2" w:rsidRPr="00387AD0">
        <w:rPr>
          <w:rFonts w:cs="Times New Roman"/>
          <w:szCs w:val="24"/>
        </w:rPr>
        <w:t xml:space="preserve"> </w:t>
      </w:r>
      <w:proofErr w:type="spellStart"/>
      <w:r w:rsidR="00D34738" w:rsidRPr="00387AD0">
        <w:rPr>
          <w:rFonts w:cs="Times New Roman"/>
          <w:szCs w:val="24"/>
        </w:rPr>
        <w:t>galeri</w:t>
      </w:r>
      <w:proofErr w:type="spellEnd"/>
      <w:r w:rsidR="00D34738" w:rsidRPr="00387AD0">
        <w:rPr>
          <w:rFonts w:cs="Times New Roman"/>
          <w:szCs w:val="24"/>
        </w:rPr>
        <w:t>,</w:t>
      </w:r>
      <w:r w:rsidR="00F660D2" w:rsidRPr="00387AD0">
        <w:rPr>
          <w:rFonts w:cs="Times New Roman"/>
          <w:szCs w:val="24"/>
        </w:rPr>
        <w:t xml:space="preserve"> </w:t>
      </w:r>
      <w:r w:rsidR="00D34738" w:rsidRPr="00387AD0">
        <w:rPr>
          <w:rFonts w:cs="Times New Roman"/>
          <w:szCs w:val="24"/>
        </w:rPr>
        <w:t>yang</w:t>
      </w:r>
      <w:r w:rsidR="00F660D2" w:rsidRPr="00387AD0">
        <w:rPr>
          <w:rFonts w:cs="Times New Roman"/>
          <w:szCs w:val="24"/>
        </w:rPr>
        <w:t xml:space="preserve"> </w:t>
      </w:r>
      <w:proofErr w:type="spellStart"/>
      <w:r w:rsidR="00D34738" w:rsidRPr="00387AD0">
        <w:rPr>
          <w:rFonts w:cs="Times New Roman"/>
          <w:szCs w:val="24"/>
        </w:rPr>
        <w:t>memungkinkan</w:t>
      </w:r>
      <w:proofErr w:type="spellEnd"/>
      <w:r w:rsidR="00F660D2" w:rsidRPr="00387AD0">
        <w:rPr>
          <w:rFonts w:cs="Times New Roman"/>
          <w:szCs w:val="24"/>
        </w:rPr>
        <w:t xml:space="preserve"> </w:t>
      </w:r>
      <w:proofErr w:type="spellStart"/>
      <w:r w:rsidR="00D34738" w:rsidRPr="00387AD0">
        <w:rPr>
          <w:rFonts w:cs="Times New Roman"/>
          <w:szCs w:val="24"/>
        </w:rPr>
        <w:t>pengguna</w:t>
      </w:r>
      <w:proofErr w:type="spellEnd"/>
      <w:r w:rsidR="00F660D2" w:rsidRPr="00387AD0">
        <w:rPr>
          <w:rFonts w:cs="Times New Roman"/>
          <w:szCs w:val="24"/>
        </w:rPr>
        <w:t xml:space="preserve"> </w:t>
      </w:r>
      <w:proofErr w:type="spellStart"/>
      <w:r w:rsidR="00D34738" w:rsidRPr="00387AD0">
        <w:rPr>
          <w:rFonts w:cs="Times New Roman"/>
          <w:szCs w:val="24"/>
        </w:rPr>
        <w:t>untuk</w:t>
      </w:r>
      <w:proofErr w:type="spellEnd"/>
      <w:r w:rsidR="00F660D2" w:rsidRPr="00387AD0">
        <w:rPr>
          <w:rFonts w:cs="Times New Roman"/>
          <w:szCs w:val="24"/>
        </w:rPr>
        <w:t xml:space="preserve"> </w:t>
      </w:r>
      <w:proofErr w:type="spellStart"/>
      <w:r w:rsidR="00D34738" w:rsidRPr="00387AD0">
        <w:rPr>
          <w:rFonts w:cs="Times New Roman"/>
          <w:szCs w:val="24"/>
        </w:rPr>
        <w:t>menelusuri</w:t>
      </w:r>
      <w:proofErr w:type="spellEnd"/>
      <w:r w:rsidR="00F660D2" w:rsidRPr="00387AD0">
        <w:rPr>
          <w:rFonts w:cs="Times New Roman"/>
          <w:szCs w:val="24"/>
        </w:rPr>
        <w:t xml:space="preserve"> </w:t>
      </w:r>
      <w:proofErr w:type="spellStart"/>
      <w:r w:rsidR="00D34738" w:rsidRPr="00387AD0">
        <w:rPr>
          <w:rFonts w:cs="Times New Roman"/>
          <w:szCs w:val="24"/>
        </w:rPr>
        <w:t>atau</w:t>
      </w:r>
      <w:proofErr w:type="spellEnd"/>
      <w:r w:rsidR="00F660D2" w:rsidRPr="00387AD0">
        <w:rPr>
          <w:rFonts w:cs="Times New Roman"/>
          <w:szCs w:val="24"/>
        </w:rPr>
        <w:t xml:space="preserve"> </w:t>
      </w:r>
      <w:proofErr w:type="spellStart"/>
      <w:r w:rsidR="00D34738" w:rsidRPr="00387AD0">
        <w:rPr>
          <w:rFonts w:cs="Times New Roman"/>
          <w:szCs w:val="24"/>
        </w:rPr>
        <w:t>mencari</w:t>
      </w:r>
      <w:proofErr w:type="spellEnd"/>
      <w:r w:rsidR="00F660D2" w:rsidRPr="00387AD0">
        <w:rPr>
          <w:rFonts w:cs="Times New Roman"/>
          <w:szCs w:val="24"/>
        </w:rPr>
        <w:t xml:space="preserve"> </w:t>
      </w:r>
      <w:proofErr w:type="spellStart"/>
      <w:r w:rsidR="00D34738" w:rsidRPr="00387AD0">
        <w:rPr>
          <w:rFonts w:cs="Times New Roman"/>
          <w:szCs w:val="24"/>
        </w:rPr>
        <w:t>buku</w:t>
      </w:r>
      <w:proofErr w:type="spellEnd"/>
      <w:r w:rsidR="00F660D2" w:rsidRPr="00387AD0">
        <w:rPr>
          <w:rFonts w:cs="Times New Roman"/>
          <w:szCs w:val="24"/>
        </w:rPr>
        <w:t xml:space="preserve"> </w:t>
      </w:r>
      <w:proofErr w:type="spellStart"/>
      <w:r w:rsidR="00D34738" w:rsidRPr="00387AD0">
        <w:rPr>
          <w:rFonts w:cs="Times New Roman"/>
          <w:szCs w:val="24"/>
        </w:rPr>
        <w:t>tertentu</w:t>
      </w:r>
      <w:proofErr w:type="spellEnd"/>
      <w:r w:rsidR="00F660D2" w:rsidRPr="00387AD0">
        <w:rPr>
          <w:rFonts w:cs="Times New Roman"/>
          <w:szCs w:val="24"/>
        </w:rPr>
        <w:t xml:space="preserve"> </w:t>
      </w:r>
      <w:proofErr w:type="spellStart"/>
      <w:r w:rsidR="00D34738" w:rsidRPr="00387AD0">
        <w:rPr>
          <w:rFonts w:cs="Times New Roman"/>
          <w:szCs w:val="24"/>
        </w:rPr>
        <w:t>dengan</w:t>
      </w:r>
      <w:proofErr w:type="spellEnd"/>
      <w:r w:rsidR="00F660D2" w:rsidRPr="00387AD0">
        <w:rPr>
          <w:rFonts w:cs="Times New Roman"/>
          <w:szCs w:val="24"/>
        </w:rPr>
        <w:t xml:space="preserve"> </w:t>
      </w:r>
      <w:proofErr w:type="spellStart"/>
      <w:r w:rsidR="00D34738" w:rsidRPr="00387AD0">
        <w:rPr>
          <w:rFonts w:cs="Times New Roman"/>
          <w:szCs w:val="24"/>
        </w:rPr>
        <w:t>cepat</w:t>
      </w:r>
      <w:proofErr w:type="spellEnd"/>
      <w:r w:rsidR="00D34738"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proofErr w:type="spellStart"/>
      <w:r w:rsidR="00B52CC2" w:rsidRPr="00387AD0">
        <w:rPr>
          <w:rFonts w:cs="Times New Roman"/>
          <w:szCs w:val="24"/>
        </w:rPr>
        <w:t>atas</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proofErr w:type="spellStart"/>
      <w:r w:rsidR="00187520" w:rsidRPr="00387AD0">
        <w:rPr>
          <w:rFonts w:cs="Times New Roman"/>
          <w:szCs w:val="24"/>
        </w:rPr>
        <w:t>kotak</w:t>
      </w:r>
      <w:proofErr w:type="spellEnd"/>
      <w:r w:rsidR="00F660D2" w:rsidRPr="00387AD0">
        <w:rPr>
          <w:rFonts w:cs="Times New Roman"/>
          <w:szCs w:val="24"/>
        </w:rPr>
        <w:t xml:space="preserve"> </w:t>
      </w:r>
      <w:proofErr w:type="spellStart"/>
      <w:r w:rsidR="00B52CC2" w:rsidRPr="00387AD0">
        <w:rPr>
          <w:rFonts w:cs="Times New Roman"/>
          <w:szCs w:val="24"/>
        </w:rPr>
        <w:t>pencarian</w:t>
      </w:r>
      <w:proofErr w:type="spellEnd"/>
      <w:r w:rsidR="00F660D2" w:rsidRPr="00387AD0">
        <w:rPr>
          <w:rFonts w:cs="Times New Roman"/>
          <w:szCs w:val="24"/>
        </w:rPr>
        <w:t xml:space="preserve"> </w:t>
      </w:r>
      <w:proofErr w:type="spellStart"/>
      <w:r w:rsidR="00B52CC2" w:rsidRPr="00387AD0">
        <w:rPr>
          <w:rFonts w:cs="Times New Roman"/>
          <w:szCs w:val="24"/>
        </w:rPr>
        <w:t>dengan</w:t>
      </w:r>
      <w:proofErr w:type="spellEnd"/>
      <w:r w:rsidR="00F660D2" w:rsidRPr="00387AD0">
        <w:rPr>
          <w:rFonts w:cs="Times New Roman"/>
          <w:szCs w:val="24"/>
        </w:rPr>
        <w:t xml:space="preserve"> </w:t>
      </w:r>
      <w:r w:rsidR="00B52CC2" w:rsidRPr="00387AD0">
        <w:rPr>
          <w:rFonts w:cs="Times New Roman"/>
          <w:szCs w:val="24"/>
        </w:rPr>
        <w:t>placeholder</w:t>
      </w:r>
      <w:r w:rsidR="00F660D2" w:rsidRPr="00387AD0">
        <w:rPr>
          <w:rFonts w:cs="Times New Roman"/>
          <w:szCs w:val="24"/>
        </w:rPr>
        <w:t xml:space="preserve"> </w:t>
      </w:r>
      <w:r w:rsidR="00B52CC2" w:rsidRPr="00387AD0">
        <w:rPr>
          <w:rFonts w:cs="Times New Roman"/>
          <w:szCs w:val="24"/>
        </w:rPr>
        <w:t>"Cari</w:t>
      </w:r>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proofErr w:type="spellStart"/>
      <w:r w:rsidR="00B52CC2" w:rsidRPr="00387AD0">
        <w:rPr>
          <w:rFonts w:cs="Times New Roman"/>
          <w:szCs w:val="24"/>
        </w:rPr>
        <w:t>atau</w:t>
      </w:r>
      <w:proofErr w:type="spellEnd"/>
      <w:r w:rsidR="00F660D2" w:rsidRPr="00387AD0">
        <w:rPr>
          <w:rFonts w:cs="Times New Roman"/>
          <w:szCs w:val="24"/>
        </w:rPr>
        <w:t xml:space="preserve"> </w:t>
      </w:r>
      <w:proofErr w:type="spellStart"/>
      <w:r w:rsidR="00B52CC2" w:rsidRPr="00387AD0">
        <w:rPr>
          <w:rFonts w:cs="Times New Roman"/>
          <w:szCs w:val="24"/>
        </w:rPr>
        <w:t>penulis</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r w:rsidR="00B52CC2" w:rsidRPr="00387AD0">
        <w:rPr>
          <w:rFonts w:cs="Times New Roman"/>
          <w:szCs w:val="24"/>
        </w:rPr>
        <w:t>"</w:t>
      </w:r>
      <w:proofErr w:type="spellStart"/>
      <w:r w:rsidR="00187520" w:rsidRPr="00387AD0">
        <w:rPr>
          <w:rFonts w:cs="Times New Roman"/>
          <w:szCs w:val="24"/>
        </w:rPr>
        <w:t>Lihat</w:t>
      </w:r>
      <w:proofErr w:type="spellEnd"/>
      <w:r w:rsidR="00F660D2" w:rsidRPr="00387AD0">
        <w:rPr>
          <w:rFonts w:cs="Times New Roman"/>
          <w:szCs w:val="24"/>
        </w:rPr>
        <w:t xml:space="preserve"> </w:t>
      </w:r>
      <w:proofErr w:type="spellStart"/>
      <w:r w:rsidR="00187520" w:rsidRPr="00387AD0">
        <w:rPr>
          <w:rFonts w:cs="Times New Roman"/>
          <w:szCs w:val="24"/>
        </w:rPr>
        <w:t>Semua</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memfilter</w:t>
      </w:r>
      <w:proofErr w:type="spellEnd"/>
      <w:r w:rsidR="00F660D2" w:rsidRPr="00387AD0">
        <w:rPr>
          <w:rFonts w:cs="Times New Roman"/>
          <w:szCs w:val="24"/>
        </w:rPr>
        <w:t xml:space="preserve"> </w:t>
      </w:r>
      <w:proofErr w:type="spellStart"/>
      <w:r w:rsidR="00187520" w:rsidRPr="00387AD0">
        <w:rPr>
          <w:rFonts w:cs="Times New Roman"/>
          <w:szCs w:val="24"/>
        </w:rPr>
        <w:t>banyak</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187520" w:rsidRPr="00387AD0">
        <w:rPr>
          <w:rFonts w:cs="Times New Roman"/>
          <w:szCs w:val="24"/>
        </w:rPr>
        <w:t>yang</w:t>
      </w:r>
      <w:r w:rsidR="00F660D2" w:rsidRPr="00387AD0">
        <w:rPr>
          <w:rFonts w:cs="Times New Roman"/>
          <w:szCs w:val="24"/>
        </w:rPr>
        <w:t xml:space="preserve"> </w:t>
      </w:r>
      <w:proofErr w:type="spellStart"/>
      <w:r w:rsidR="00187520" w:rsidRPr="00387AD0">
        <w:rPr>
          <w:rFonts w:cs="Times New Roman"/>
          <w:szCs w:val="24"/>
        </w:rPr>
        <w:t>ingin</w:t>
      </w:r>
      <w:proofErr w:type="spellEnd"/>
      <w:r w:rsidR="00F660D2" w:rsidRPr="00387AD0">
        <w:rPr>
          <w:rFonts w:cs="Times New Roman"/>
          <w:szCs w:val="24"/>
        </w:rPr>
        <w:t xml:space="preserve"> </w:t>
      </w:r>
      <w:proofErr w:type="spellStart"/>
      <w:r w:rsidR="00187520" w:rsidRPr="00387AD0">
        <w:rPr>
          <w:rFonts w:cs="Times New Roman"/>
          <w:szCs w:val="24"/>
        </w:rPr>
        <w:t>ditamilkan</w:t>
      </w:r>
      <w:proofErr w:type="spellEnd"/>
      <w:r w:rsidR="00B52CC2" w:rsidRPr="00387AD0">
        <w:rPr>
          <w:rFonts w:cs="Times New Roman"/>
          <w:szCs w:val="24"/>
        </w:rPr>
        <w:t>.</w:t>
      </w:r>
      <w:r w:rsidR="00F660D2" w:rsidRPr="00387AD0">
        <w:rPr>
          <w:rFonts w:cs="Times New Roman"/>
          <w:szCs w:val="24"/>
        </w:rPr>
        <w:t xml:space="preserve"> </w:t>
      </w:r>
    </w:p>
    <w:bookmarkEnd w:id="138"/>
    <w:p w14:paraId="2E97509E" w14:textId="77777777" w:rsidR="0010775C" w:rsidRPr="0010775C" w:rsidRDefault="00AD01BB" w:rsidP="0010775C">
      <w:pPr>
        <w:keepNext/>
        <w:spacing w:line="360" w:lineRule="auto"/>
        <w:ind w:right="-427"/>
        <w:jc w:val="center"/>
      </w:pPr>
      <w:r w:rsidRPr="0010775C">
        <w:rPr>
          <w:rFonts w:cs="Times New Roman"/>
          <w:noProof/>
          <w:szCs w:val="24"/>
        </w:rPr>
        <w:drawing>
          <wp:inline distT="0" distB="0" distL="0" distR="0" wp14:anchorId="1A041CCE" wp14:editId="5551E42E">
            <wp:extent cx="5260052" cy="2869131"/>
            <wp:effectExtent l="76200" t="76200" r="131445" b="140970"/>
            <wp:docPr id="1512910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0106" name=""/>
                    <pic:cNvPicPr/>
                  </pic:nvPicPr>
                  <pic:blipFill>
                    <a:blip r:embed="rId54"/>
                    <a:stretch>
                      <a:fillRect/>
                    </a:stretch>
                  </pic:blipFill>
                  <pic:spPr>
                    <a:xfrm>
                      <a:off x="0" y="0"/>
                      <a:ext cx="5473325" cy="2985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BF5A8C" w14:textId="64504932" w:rsidR="00C57A2F" w:rsidRDefault="0010775C" w:rsidP="0010775C">
      <w:pPr>
        <w:pStyle w:val="Caption"/>
        <w:jc w:val="center"/>
        <w:rPr>
          <w:color w:val="auto"/>
          <w:sz w:val="20"/>
          <w:szCs w:val="20"/>
        </w:rPr>
      </w:pPr>
      <w:bookmarkStart w:id="139" w:name="_Toc205257756"/>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19</w:t>
      </w:r>
      <w:r w:rsidRPr="00FB2541">
        <w:rPr>
          <w:color w:val="auto"/>
          <w:sz w:val="20"/>
          <w:szCs w:val="20"/>
        </w:rPr>
        <w:fldChar w:fldCharType="end"/>
      </w:r>
      <w:r w:rsidRPr="00FB2541">
        <w:rPr>
          <w:color w:val="auto"/>
          <w:sz w:val="20"/>
          <w:szCs w:val="20"/>
        </w:rPr>
        <w:t xml:space="preserve"> </w:t>
      </w:r>
      <w:proofErr w:type="spellStart"/>
      <w:r w:rsidRPr="009F0348">
        <w:rPr>
          <w:b w:val="0"/>
          <w:bCs w:val="0"/>
          <w:color w:val="auto"/>
          <w:sz w:val="20"/>
          <w:szCs w:val="20"/>
        </w:rPr>
        <w:t>Koleksi</w:t>
      </w:r>
      <w:proofErr w:type="spellEnd"/>
      <w:r w:rsidRPr="009F0348">
        <w:rPr>
          <w:b w:val="0"/>
          <w:bCs w:val="0"/>
          <w:color w:val="auto"/>
          <w:sz w:val="20"/>
          <w:szCs w:val="20"/>
        </w:rPr>
        <w:t xml:space="preserve"> </w:t>
      </w:r>
      <w:proofErr w:type="spellStart"/>
      <w:r w:rsidRPr="009F0348">
        <w:rPr>
          <w:b w:val="0"/>
          <w:bCs w:val="0"/>
          <w:color w:val="auto"/>
          <w:sz w:val="20"/>
          <w:szCs w:val="20"/>
        </w:rPr>
        <w:t>buku</w:t>
      </w:r>
      <w:proofErr w:type="spellEnd"/>
      <w:r w:rsidRPr="009F0348">
        <w:rPr>
          <w:b w:val="0"/>
          <w:bCs w:val="0"/>
          <w:color w:val="auto"/>
          <w:sz w:val="20"/>
          <w:szCs w:val="20"/>
        </w:rPr>
        <w:t xml:space="preserve"> </w:t>
      </w:r>
      <w:proofErr w:type="spellStart"/>
      <w:r w:rsidRPr="009F0348">
        <w:rPr>
          <w:b w:val="0"/>
          <w:bCs w:val="0"/>
          <w:color w:val="auto"/>
          <w:sz w:val="20"/>
          <w:szCs w:val="20"/>
        </w:rPr>
        <w:t>terbaru</w:t>
      </w:r>
      <w:bookmarkEnd w:id="139"/>
      <w:proofErr w:type="spellEnd"/>
    </w:p>
    <w:p w14:paraId="2CA724D3" w14:textId="77777777" w:rsidR="005D5B14" w:rsidRPr="005D5B14" w:rsidRDefault="005D5B14" w:rsidP="005D5B14"/>
    <w:p w14:paraId="61BD2A2D" w14:textId="140CCC01" w:rsidR="00B52CC2" w:rsidRPr="00387AD0" w:rsidRDefault="00E13E29" w:rsidP="005D5B14">
      <w:pPr>
        <w:spacing w:line="360" w:lineRule="auto"/>
        <w:ind w:right="-427" w:firstLine="720"/>
        <w:rPr>
          <w:rFonts w:cs="Times New Roman"/>
          <w:szCs w:val="24"/>
        </w:rPr>
      </w:pPr>
      <w:r w:rsidRPr="00387AD0">
        <w:rPr>
          <w:rFonts w:cs="Times New Roman"/>
          <w:szCs w:val="24"/>
        </w:rPr>
        <w:lastRenderedPageBreak/>
        <w:t>Halaman</w:t>
      </w:r>
      <w:r w:rsidR="00F660D2" w:rsidRPr="00387AD0">
        <w:rPr>
          <w:rFonts w:cs="Times New Roman"/>
          <w:szCs w:val="24"/>
        </w:rPr>
        <w:t xml:space="preserve"> </w:t>
      </w:r>
      <w:proofErr w:type="spellStart"/>
      <w:r w:rsidR="00835A23"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bagian</w:t>
      </w:r>
      <w:proofErr w:type="spellEnd"/>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Koleksi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Terbaru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sebuah</w:t>
      </w:r>
      <w:proofErr w:type="spellEnd"/>
      <w:r w:rsidR="00F660D2" w:rsidRPr="00387AD0">
        <w:rPr>
          <w:rFonts w:cs="Times New Roman"/>
          <w:szCs w:val="24"/>
        </w:rPr>
        <w:t xml:space="preserve"> </w:t>
      </w:r>
      <w:r w:rsidR="00B52CC2" w:rsidRPr="00387AD0">
        <w:rPr>
          <w:rFonts w:cs="Times New Roman"/>
          <w:szCs w:val="24"/>
        </w:rPr>
        <w:t>situs</w:t>
      </w:r>
      <w:r w:rsidR="00F660D2" w:rsidRPr="00387AD0">
        <w:rPr>
          <w:rFonts w:cs="Times New Roman"/>
          <w:szCs w:val="24"/>
        </w:rPr>
        <w:t xml:space="preserve"> </w:t>
      </w:r>
      <w:r w:rsidR="00B52CC2" w:rsidRPr="00387AD0">
        <w:rPr>
          <w:rFonts w:cs="Times New Roman"/>
          <w:szCs w:val="24"/>
        </w:rPr>
        <w:t>web</w:t>
      </w:r>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r w:rsidR="00B52CC2" w:rsidRPr="00387AD0">
        <w:rPr>
          <w:rFonts w:cs="Times New Roman"/>
          <w:szCs w:val="24"/>
        </w:rPr>
        <w:t>digital,</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menyajikan</w:t>
      </w:r>
      <w:proofErr w:type="spellEnd"/>
      <w:r w:rsidR="00F660D2" w:rsidRPr="00387AD0">
        <w:rPr>
          <w:rFonts w:cs="Times New Roman"/>
          <w:szCs w:val="24"/>
        </w:rPr>
        <w:t xml:space="preserve"> </w:t>
      </w:r>
      <w:r w:rsidR="00B52CC2" w:rsidRPr="00387AD0">
        <w:rPr>
          <w:rFonts w:cs="Times New Roman"/>
          <w:szCs w:val="24"/>
        </w:rPr>
        <w:t>daftar</w:t>
      </w:r>
      <w:r w:rsidR="00F660D2" w:rsidRPr="00387AD0">
        <w:rPr>
          <w:rFonts w:cs="Times New Roman"/>
          <w:szCs w:val="24"/>
        </w:rPr>
        <w:t xml:space="preserve"> </w:t>
      </w:r>
      <w:proofErr w:type="spellStart"/>
      <w:r w:rsidR="00B52CC2" w:rsidRPr="00387AD0">
        <w:rPr>
          <w:rFonts w:cs="Times New Roman"/>
          <w:szCs w:val="24"/>
        </w:rPr>
        <w:t>buku-buku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baru</w:t>
      </w:r>
      <w:proofErr w:type="spellEnd"/>
      <w:r w:rsidR="00F660D2" w:rsidRPr="00387AD0">
        <w:rPr>
          <w:rFonts w:cs="Times New Roman"/>
          <w:szCs w:val="24"/>
        </w:rPr>
        <w:t xml:space="preserve"> </w:t>
      </w:r>
      <w:proofErr w:type="spellStart"/>
      <w:r w:rsidR="00B52CC2" w:rsidRPr="00387AD0">
        <w:rPr>
          <w:rFonts w:cs="Times New Roman"/>
          <w:szCs w:val="24"/>
        </w:rPr>
        <w:t>ditambahkan</w:t>
      </w:r>
      <w:proofErr w:type="spellEnd"/>
      <w:r w:rsidR="00F660D2" w:rsidRPr="00387AD0">
        <w:rPr>
          <w:rFonts w:cs="Times New Roman"/>
          <w:szCs w:val="24"/>
        </w:rPr>
        <w:t xml:space="preserve"> </w:t>
      </w:r>
      <w:proofErr w:type="spellStart"/>
      <w:r w:rsidR="00B52CC2" w:rsidRPr="00387AD0">
        <w:rPr>
          <w:rFonts w:cs="Times New Roman"/>
          <w:szCs w:val="24"/>
        </w:rPr>
        <w:t>dalam</w:t>
      </w:r>
      <w:proofErr w:type="spellEnd"/>
      <w:r w:rsidR="00F660D2" w:rsidRPr="00387AD0">
        <w:rPr>
          <w:rFonts w:cs="Times New Roman"/>
          <w:szCs w:val="24"/>
        </w:rPr>
        <w:t xml:space="preserve"> </w:t>
      </w:r>
      <w:r w:rsidR="00B52CC2" w:rsidRPr="00387AD0">
        <w:rPr>
          <w:rFonts w:cs="Times New Roman"/>
          <w:szCs w:val="24"/>
        </w:rPr>
        <w:t>format</w:t>
      </w:r>
      <w:r w:rsidR="00F660D2" w:rsidRPr="00387AD0">
        <w:rPr>
          <w:rFonts w:cs="Times New Roman"/>
          <w:szCs w:val="24"/>
        </w:rPr>
        <w:t xml:space="preserve"> </w:t>
      </w:r>
      <w:proofErr w:type="spellStart"/>
      <w:r w:rsidR="00B52CC2" w:rsidRPr="00387AD0">
        <w:rPr>
          <w:rFonts w:cs="Times New Roman"/>
          <w:szCs w:val="24"/>
        </w:rPr>
        <w:t>kartu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Ada</w:t>
      </w:r>
      <w:r w:rsidR="00F660D2" w:rsidRPr="00387AD0">
        <w:rPr>
          <w:rFonts w:cs="Times New Roman"/>
          <w:szCs w:val="24"/>
        </w:rPr>
        <w:t xml:space="preserve"> </w:t>
      </w:r>
      <w:proofErr w:type="spellStart"/>
      <w:r w:rsidR="00B52CC2" w:rsidRPr="00387AD0">
        <w:rPr>
          <w:rFonts w:cs="Times New Roman"/>
          <w:szCs w:val="24"/>
        </w:rPr>
        <w:t>enam</w:t>
      </w:r>
      <w:proofErr w:type="spellEnd"/>
      <w:r w:rsidR="00F660D2" w:rsidRPr="00387AD0">
        <w:rPr>
          <w:rFonts w:cs="Times New Roman"/>
          <w:szCs w:val="24"/>
        </w:rPr>
        <w:t xml:space="preserve"> </w:t>
      </w:r>
      <w:proofErr w:type="spellStart"/>
      <w:r w:rsidR="00B52CC2" w:rsidRPr="00387AD0">
        <w:rPr>
          <w:rFonts w:cs="Times New Roman"/>
          <w:szCs w:val="24"/>
        </w:rPr>
        <w:t>kartu</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terlihat</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masing-masing</w:t>
      </w:r>
      <w:r w:rsidR="00F660D2" w:rsidRPr="00387AD0">
        <w:rPr>
          <w:rFonts w:cs="Times New Roman"/>
          <w:szCs w:val="24"/>
        </w:rPr>
        <w:t xml:space="preserve"> </w:t>
      </w:r>
      <w:proofErr w:type="spellStart"/>
      <w:r w:rsidR="00B52CC2" w:rsidRPr="00387AD0">
        <w:rPr>
          <w:rFonts w:cs="Times New Roman"/>
          <w:szCs w:val="24"/>
        </w:rPr>
        <w:t>menampilkan</w:t>
      </w:r>
      <w:proofErr w:type="spellEnd"/>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nama</w:t>
      </w:r>
      <w:r w:rsidR="00F660D2" w:rsidRPr="00387AD0">
        <w:rPr>
          <w:rFonts w:cs="Times New Roman"/>
          <w:szCs w:val="24"/>
        </w:rPr>
        <w:t xml:space="preserve"> </w:t>
      </w:r>
      <w:proofErr w:type="spellStart"/>
      <w:r w:rsidR="00B52CC2" w:rsidRPr="00387AD0">
        <w:rPr>
          <w:rFonts w:cs="Times New Roman"/>
          <w:szCs w:val="24"/>
        </w:rPr>
        <w:t>penulisnya</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Judul</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ditampilkan</w:t>
      </w:r>
      <w:proofErr w:type="spellEnd"/>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r w:rsidR="00B52CC2" w:rsidRPr="00387AD0">
        <w:rPr>
          <w:rFonts w:cs="Times New Roman"/>
          <w:szCs w:val="24"/>
        </w:rPr>
        <w:t>"Laut</w:t>
      </w:r>
      <w:r w:rsidR="00F660D2" w:rsidRPr="00387AD0">
        <w:rPr>
          <w:rFonts w:cs="Times New Roman"/>
          <w:szCs w:val="24"/>
        </w:rPr>
        <w:t xml:space="preserve"> </w:t>
      </w:r>
      <w:proofErr w:type="spellStart"/>
      <w:r w:rsidR="00B52CC2" w:rsidRPr="00387AD0">
        <w:rPr>
          <w:rFonts w:cs="Times New Roman"/>
          <w:szCs w:val="24"/>
        </w:rPr>
        <w:t>Bercerita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"Gelap?</w:t>
      </w:r>
      <w:r w:rsidR="00F660D2" w:rsidRPr="00387AD0">
        <w:rPr>
          <w:rFonts w:cs="Times New Roman"/>
          <w:szCs w:val="24"/>
        </w:rPr>
        <w:t xml:space="preserve"> </w:t>
      </w:r>
      <w:r w:rsidR="00B52CC2" w:rsidRPr="00387AD0">
        <w:rPr>
          <w:rFonts w:cs="Times New Roman"/>
          <w:szCs w:val="24"/>
        </w:rPr>
        <w:t>Kau</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r w:rsidR="00B52CC2" w:rsidRPr="00387AD0">
        <w:rPr>
          <w:rFonts w:cs="Times New Roman"/>
          <w:szCs w:val="24"/>
        </w:rPr>
        <w:t>GELAP",</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Filsafat</w:t>
      </w:r>
      <w:proofErr w:type="spellEnd"/>
      <w:r w:rsidR="00F660D2" w:rsidRPr="00387AD0">
        <w:rPr>
          <w:rFonts w:cs="Times New Roman"/>
          <w:szCs w:val="24"/>
        </w:rPr>
        <w:t xml:space="preserve"> </w:t>
      </w:r>
      <w:r w:rsidR="00B52CC2" w:rsidRPr="00387AD0">
        <w:rPr>
          <w:rFonts w:cs="Times New Roman"/>
          <w:szCs w:val="24"/>
        </w:rPr>
        <w:t>Islam:</w:t>
      </w:r>
      <w:r w:rsidR="00F660D2" w:rsidRPr="00387AD0">
        <w:rPr>
          <w:rFonts w:cs="Times New Roman"/>
          <w:szCs w:val="24"/>
        </w:rPr>
        <w:t xml:space="preserve"> </w:t>
      </w:r>
      <w:r w:rsidR="00B52CC2" w:rsidRPr="00387AD0">
        <w:rPr>
          <w:rFonts w:cs="Times New Roman"/>
          <w:szCs w:val="24"/>
        </w:rPr>
        <w:t>Dari</w:t>
      </w:r>
      <w:r w:rsidR="00F660D2" w:rsidRPr="00387AD0">
        <w:rPr>
          <w:rFonts w:cs="Times New Roman"/>
          <w:szCs w:val="24"/>
        </w:rPr>
        <w:t xml:space="preserve"> </w:t>
      </w:r>
      <w:proofErr w:type="spellStart"/>
      <w:r w:rsidR="00B52CC2" w:rsidRPr="00387AD0">
        <w:rPr>
          <w:rFonts w:cs="Times New Roman"/>
          <w:szCs w:val="24"/>
        </w:rPr>
        <w:t>Klasik</w:t>
      </w:r>
      <w:proofErr w:type="spellEnd"/>
      <w:r w:rsidR="00F660D2" w:rsidRPr="00387AD0">
        <w:rPr>
          <w:rFonts w:cs="Times New Roman"/>
          <w:szCs w:val="24"/>
        </w:rPr>
        <w:t xml:space="preserve"> </w:t>
      </w:r>
      <w:r w:rsidR="00B52CC2" w:rsidRPr="00387AD0">
        <w:rPr>
          <w:rFonts w:cs="Times New Roman"/>
          <w:szCs w:val="24"/>
        </w:rPr>
        <w:t>Hi",</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Petualangan</w:t>
      </w:r>
      <w:proofErr w:type="spellEnd"/>
      <w:r w:rsidR="00F660D2" w:rsidRPr="00387AD0">
        <w:rPr>
          <w:rFonts w:cs="Times New Roman"/>
          <w:szCs w:val="24"/>
        </w:rPr>
        <w:t xml:space="preserve"> </w:t>
      </w:r>
      <w:proofErr w:type="spellStart"/>
      <w:r w:rsidR="00B52CC2" w:rsidRPr="00387AD0">
        <w:rPr>
          <w:rFonts w:cs="Times New Roman"/>
          <w:szCs w:val="24"/>
        </w:rPr>
        <w:t>siRusa</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Harimau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"Bulan",</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Landak</w:t>
      </w:r>
      <w:proofErr w:type="spellEnd"/>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Benda</w:t>
      </w:r>
      <w:r w:rsidR="00F660D2" w:rsidRPr="00387AD0">
        <w:rPr>
          <w:rFonts w:cs="Times New Roman"/>
          <w:szCs w:val="24"/>
        </w:rPr>
        <w:t xml:space="preserve"> </w:t>
      </w:r>
      <w:proofErr w:type="spellStart"/>
      <w:r w:rsidR="00B52CC2" w:rsidRPr="00387AD0">
        <w:rPr>
          <w:rFonts w:cs="Times New Roman"/>
          <w:szCs w:val="24"/>
        </w:rPr>
        <w:t>Berduri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penulis</w:t>
      </w:r>
      <w:proofErr w:type="spellEnd"/>
      <w:r w:rsidR="00F660D2" w:rsidRPr="00387AD0">
        <w:rPr>
          <w:rFonts w:cs="Times New Roman"/>
          <w:szCs w:val="24"/>
        </w:rPr>
        <w:t xml:space="preserve"> </w:t>
      </w:r>
      <w:r w:rsidR="00B52CC2" w:rsidRPr="00387AD0">
        <w:rPr>
          <w:rFonts w:cs="Times New Roman"/>
          <w:szCs w:val="24"/>
        </w:rPr>
        <w:t>juga</w:t>
      </w:r>
      <w:r w:rsidR="00F660D2" w:rsidRPr="00387AD0">
        <w:rPr>
          <w:rFonts w:cs="Times New Roman"/>
          <w:szCs w:val="24"/>
        </w:rPr>
        <w:t xml:space="preserve"> </w:t>
      </w:r>
      <w:proofErr w:type="spellStart"/>
      <w:r w:rsidR="00B52CC2" w:rsidRPr="00387AD0">
        <w:rPr>
          <w:rFonts w:cs="Times New Roman"/>
          <w:szCs w:val="24"/>
        </w:rPr>
        <w:t>disertakan</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bawah</w:t>
      </w:r>
      <w:proofErr w:type="spellEnd"/>
      <w:r w:rsidR="00F660D2" w:rsidRPr="00387AD0">
        <w:rPr>
          <w:rFonts w:cs="Times New Roman"/>
          <w:szCs w:val="24"/>
        </w:rPr>
        <w:t xml:space="preserve"> </w:t>
      </w:r>
      <w:proofErr w:type="spellStart"/>
      <w:r w:rsidR="00B52CC2" w:rsidRPr="00387AD0">
        <w:rPr>
          <w:rFonts w:cs="Times New Roman"/>
          <w:szCs w:val="24"/>
        </w:rPr>
        <w:t>setiap</w:t>
      </w:r>
      <w:proofErr w:type="spellEnd"/>
      <w:r w:rsidR="00F660D2" w:rsidRPr="00387AD0">
        <w:rPr>
          <w:rFonts w:cs="Times New Roman"/>
          <w:szCs w:val="24"/>
        </w:rPr>
        <w:t xml:space="preserve"> </w:t>
      </w:r>
      <w:proofErr w:type="spellStart"/>
      <w:r w:rsidR="00B52CC2" w:rsidRPr="00387AD0">
        <w:rPr>
          <w:rFonts w:cs="Times New Roman"/>
          <w:szCs w:val="24"/>
        </w:rPr>
        <w:t>judul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seperti</w:t>
      </w:r>
      <w:proofErr w:type="spellEnd"/>
      <w:r w:rsidR="00F660D2" w:rsidRPr="00387AD0">
        <w:rPr>
          <w:rFonts w:cs="Times New Roman"/>
          <w:szCs w:val="24"/>
        </w:rPr>
        <w:t xml:space="preserve"> </w:t>
      </w:r>
      <w:r w:rsidR="00B52CC2" w:rsidRPr="00387AD0">
        <w:rPr>
          <w:rFonts w:cs="Times New Roman"/>
          <w:szCs w:val="24"/>
        </w:rPr>
        <w:t>"Leila</w:t>
      </w:r>
      <w:r w:rsidR="00F660D2" w:rsidRPr="00387AD0">
        <w:rPr>
          <w:rFonts w:cs="Times New Roman"/>
          <w:szCs w:val="24"/>
        </w:rPr>
        <w:t xml:space="preserve"> </w:t>
      </w:r>
      <w:r w:rsidR="00B52CC2" w:rsidRPr="00387AD0">
        <w:rPr>
          <w:rFonts w:cs="Times New Roman"/>
          <w:szCs w:val="24"/>
        </w:rPr>
        <w:t>S.</w:t>
      </w:r>
      <w:r w:rsidR="00F660D2" w:rsidRPr="00387AD0">
        <w:rPr>
          <w:rFonts w:cs="Times New Roman"/>
          <w:szCs w:val="24"/>
        </w:rPr>
        <w:t xml:space="preserve"> </w:t>
      </w:r>
      <w:proofErr w:type="spellStart"/>
      <w:r w:rsidR="00B52CC2" w:rsidRPr="00387AD0">
        <w:rPr>
          <w:rFonts w:cs="Times New Roman"/>
          <w:szCs w:val="24"/>
        </w:rPr>
        <w:t>Chudori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Pemimpin</w:t>
      </w:r>
      <w:proofErr w:type="spellEnd"/>
      <w:r w:rsidR="00F660D2" w:rsidRPr="00387AD0">
        <w:rPr>
          <w:rFonts w:cs="Times New Roman"/>
          <w:szCs w:val="24"/>
        </w:rPr>
        <w:t xml:space="preserve"> </w:t>
      </w:r>
      <w:proofErr w:type="spellStart"/>
      <w:r w:rsidR="00B52CC2" w:rsidRPr="00387AD0">
        <w:rPr>
          <w:rFonts w:cs="Times New Roman"/>
          <w:szCs w:val="24"/>
        </w:rPr>
        <w:t>Kegelapan</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"Achmad</w:t>
      </w:r>
      <w:r w:rsidR="00F660D2" w:rsidRPr="00387AD0">
        <w:rPr>
          <w:rFonts w:cs="Times New Roman"/>
          <w:szCs w:val="24"/>
        </w:rPr>
        <w:t xml:space="preserve"> </w:t>
      </w:r>
      <w:proofErr w:type="spellStart"/>
      <w:r w:rsidR="00B52CC2" w:rsidRPr="00387AD0">
        <w:rPr>
          <w:rFonts w:cs="Times New Roman"/>
          <w:szCs w:val="24"/>
        </w:rPr>
        <w:t>Khudori</w:t>
      </w:r>
      <w:proofErr w:type="spellEnd"/>
      <w:r w:rsidR="00F660D2" w:rsidRPr="00387AD0">
        <w:rPr>
          <w:rFonts w:cs="Times New Roman"/>
          <w:szCs w:val="24"/>
        </w:rPr>
        <w:t xml:space="preserve"> </w:t>
      </w:r>
      <w:r w:rsidR="00B52CC2" w:rsidRPr="00387AD0">
        <w:rPr>
          <w:rFonts w:cs="Times New Roman"/>
          <w:szCs w:val="24"/>
        </w:rPr>
        <w:t>Soleh",</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awi</w:t>
      </w:r>
      <w:proofErr w:type="spellEnd"/>
      <w:r w:rsidR="00F660D2" w:rsidRPr="00387AD0">
        <w:rPr>
          <w:rFonts w:cs="Times New Roman"/>
          <w:szCs w:val="24"/>
        </w:rPr>
        <w:t xml:space="preserve"> </w:t>
      </w:r>
      <w:proofErr w:type="spellStart"/>
      <w:r w:rsidR="00B52CC2" w:rsidRPr="00387AD0">
        <w:rPr>
          <w:rFonts w:cs="Times New Roman"/>
          <w:szCs w:val="24"/>
        </w:rPr>
        <w:t>s.kom</w:t>
      </w:r>
      <w:proofErr w:type="spellEnd"/>
      <w:r w:rsidR="00F660D2" w:rsidRPr="00387AD0">
        <w:rPr>
          <w:rFonts w:cs="Times New Roman"/>
          <w:szCs w:val="24"/>
        </w:rPr>
        <w:t xml:space="preserve"> </w:t>
      </w:r>
      <w:proofErr w:type="spellStart"/>
      <w:r w:rsidR="00B52CC2" w:rsidRPr="00387AD0">
        <w:rPr>
          <w:rFonts w:cs="Times New Roman"/>
          <w:szCs w:val="24"/>
        </w:rPr>
        <w:t>M.gpt</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"Tere</w:t>
      </w:r>
      <w:r w:rsidR="00F660D2" w:rsidRPr="00387AD0">
        <w:rPr>
          <w:rFonts w:cs="Times New Roman"/>
          <w:szCs w:val="24"/>
        </w:rPr>
        <w:t xml:space="preserve"> </w:t>
      </w:r>
      <w:r w:rsidR="00B52CC2" w:rsidRPr="00387AD0">
        <w:rPr>
          <w:rFonts w:cs="Times New Roman"/>
          <w:szCs w:val="24"/>
        </w:rPr>
        <w:t>Liye".</w:t>
      </w:r>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proofErr w:type="spellStart"/>
      <w:r w:rsidR="00B52CC2" w:rsidRPr="00387AD0">
        <w:rPr>
          <w:rFonts w:cs="Times New Roman"/>
          <w:szCs w:val="24"/>
        </w:rPr>
        <w:t>ini</w:t>
      </w:r>
      <w:proofErr w:type="spellEnd"/>
      <w:r w:rsidR="00F660D2" w:rsidRPr="00387AD0">
        <w:rPr>
          <w:rFonts w:cs="Times New Roman"/>
          <w:szCs w:val="24"/>
        </w:rPr>
        <w:t xml:space="preserve"> </w:t>
      </w:r>
      <w:proofErr w:type="spellStart"/>
      <w:r w:rsidR="00B52CC2" w:rsidRPr="00387AD0">
        <w:rPr>
          <w:rFonts w:cs="Times New Roman"/>
          <w:szCs w:val="24"/>
        </w:rPr>
        <w:t>memudahkan</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melihat</w:t>
      </w:r>
      <w:proofErr w:type="spellEnd"/>
      <w:r w:rsidR="00F660D2" w:rsidRPr="00387AD0">
        <w:rPr>
          <w:rFonts w:cs="Times New Roman"/>
          <w:szCs w:val="24"/>
        </w:rPr>
        <w:t xml:space="preserve"> </w:t>
      </w:r>
      <w:proofErr w:type="spellStart"/>
      <w:r w:rsidR="00B52CC2" w:rsidRPr="00387AD0">
        <w:rPr>
          <w:rFonts w:cs="Times New Roman"/>
          <w:szCs w:val="24"/>
        </w:rPr>
        <w:t>buku-buku</w:t>
      </w:r>
      <w:proofErr w:type="spellEnd"/>
      <w:r w:rsidR="00F660D2" w:rsidRPr="00387AD0">
        <w:rPr>
          <w:rFonts w:cs="Times New Roman"/>
          <w:szCs w:val="24"/>
        </w:rPr>
        <w:t xml:space="preserve"> </w:t>
      </w:r>
      <w:proofErr w:type="spellStart"/>
      <w:r w:rsidR="00B52CC2" w:rsidRPr="00387AD0">
        <w:rPr>
          <w:rFonts w:cs="Times New Roman"/>
          <w:szCs w:val="24"/>
        </w:rPr>
        <w:t>terbaru</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tersedia</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perpustakaan</w:t>
      </w:r>
      <w:proofErr w:type="spellEnd"/>
      <w:r w:rsidR="00B52CC2" w:rsidRPr="00387AD0">
        <w:rPr>
          <w:rFonts w:cs="Times New Roman"/>
          <w:szCs w:val="24"/>
        </w:rPr>
        <w:t>.</w:t>
      </w:r>
    </w:p>
    <w:p w14:paraId="4811565B" w14:textId="77777777" w:rsidR="0010775C" w:rsidRDefault="00D34738" w:rsidP="0010775C">
      <w:pPr>
        <w:keepNext/>
        <w:spacing w:line="360" w:lineRule="auto"/>
        <w:ind w:right="-427"/>
        <w:jc w:val="center"/>
      </w:pPr>
      <w:r w:rsidRPr="00387AD0">
        <w:rPr>
          <w:rFonts w:cs="Times New Roman"/>
          <w:noProof/>
          <w:szCs w:val="24"/>
        </w:rPr>
        <w:drawing>
          <wp:inline distT="0" distB="0" distL="0" distR="0" wp14:anchorId="70795524" wp14:editId="0F304C78">
            <wp:extent cx="5037074" cy="2543432"/>
            <wp:effectExtent l="76200" t="76200" r="125730" b="142875"/>
            <wp:docPr id="70507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78123" name=""/>
                    <pic:cNvPicPr/>
                  </pic:nvPicPr>
                  <pic:blipFill>
                    <a:blip r:embed="rId55"/>
                    <a:stretch>
                      <a:fillRect/>
                    </a:stretch>
                  </pic:blipFill>
                  <pic:spPr>
                    <a:xfrm>
                      <a:off x="0" y="0"/>
                      <a:ext cx="5074854" cy="2562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F7179D" w14:textId="314D0CE1" w:rsidR="00AD01BB" w:rsidRDefault="0010775C" w:rsidP="0010775C">
      <w:pPr>
        <w:pStyle w:val="Caption"/>
        <w:jc w:val="center"/>
        <w:rPr>
          <w:color w:val="auto"/>
          <w:sz w:val="20"/>
          <w:szCs w:val="20"/>
        </w:rPr>
      </w:pPr>
      <w:bookmarkStart w:id="140" w:name="_Toc205257757"/>
      <w:r w:rsidRPr="00FB2541">
        <w:rPr>
          <w:color w:val="auto"/>
          <w:sz w:val="20"/>
          <w:szCs w:val="20"/>
        </w:rPr>
        <w:t xml:space="preserve">Gambar 3. </w:t>
      </w:r>
      <w:r w:rsidRPr="00FB2541">
        <w:rPr>
          <w:color w:val="auto"/>
          <w:sz w:val="20"/>
          <w:szCs w:val="20"/>
        </w:rPr>
        <w:fldChar w:fldCharType="begin"/>
      </w:r>
      <w:r w:rsidRPr="00FB2541">
        <w:rPr>
          <w:color w:val="auto"/>
          <w:sz w:val="20"/>
          <w:szCs w:val="20"/>
        </w:rPr>
        <w:instrText xml:space="preserve"> SEQ Gambar_3. \* ARABIC </w:instrText>
      </w:r>
      <w:r w:rsidRPr="00FB2541">
        <w:rPr>
          <w:color w:val="auto"/>
          <w:sz w:val="20"/>
          <w:szCs w:val="20"/>
        </w:rPr>
        <w:fldChar w:fldCharType="separate"/>
      </w:r>
      <w:r w:rsidR="0003347B">
        <w:rPr>
          <w:noProof/>
          <w:color w:val="auto"/>
          <w:sz w:val="20"/>
          <w:szCs w:val="20"/>
        </w:rPr>
        <w:t>20</w:t>
      </w:r>
      <w:r w:rsidRPr="00FB2541">
        <w:rPr>
          <w:color w:val="auto"/>
          <w:sz w:val="20"/>
          <w:szCs w:val="20"/>
        </w:rPr>
        <w:fldChar w:fldCharType="end"/>
      </w:r>
      <w:r w:rsidRPr="00FB2541">
        <w:rPr>
          <w:color w:val="auto"/>
          <w:sz w:val="20"/>
          <w:szCs w:val="20"/>
        </w:rPr>
        <w:t xml:space="preserve"> </w:t>
      </w:r>
      <w:r w:rsidRPr="009F0348">
        <w:rPr>
          <w:b w:val="0"/>
          <w:bCs w:val="0"/>
          <w:color w:val="auto"/>
          <w:sz w:val="20"/>
          <w:szCs w:val="20"/>
        </w:rPr>
        <w:t xml:space="preserve">Halaman </w:t>
      </w:r>
      <w:proofErr w:type="spellStart"/>
      <w:r w:rsidRPr="009F0348">
        <w:rPr>
          <w:b w:val="0"/>
          <w:bCs w:val="0"/>
          <w:color w:val="auto"/>
          <w:sz w:val="20"/>
          <w:szCs w:val="20"/>
        </w:rPr>
        <w:t>detail_buku</w:t>
      </w:r>
      <w:bookmarkEnd w:id="140"/>
      <w:proofErr w:type="spellEnd"/>
    </w:p>
    <w:p w14:paraId="26A0E232" w14:textId="77777777" w:rsidR="005D5B14" w:rsidRPr="005D5B14" w:rsidRDefault="005D5B14" w:rsidP="005D5B14"/>
    <w:p w14:paraId="3DB43AD4" w14:textId="4E6567ED" w:rsidR="005D359E" w:rsidRPr="00387AD0" w:rsidRDefault="00D34738" w:rsidP="00FB2541">
      <w:pPr>
        <w:spacing w:line="360" w:lineRule="auto"/>
        <w:ind w:right="-427" w:firstLine="720"/>
        <w:rPr>
          <w:rFonts w:cs="Times New Roman"/>
          <w:szCs w:val="24"/>
        </w:rPr>
      </w:pPr>
      <w:bookmarkStart w:id="141" w:name="_Hlk204931144"/>
      <w:r w:rsidRPr="00387AD0">
        <w:rPr>
          <w:rFonts w:cs="Times New Roman"/>
          <w:szCs w:val="24"/>
        </w:rPr>
        <w:t>Halaman</w:t>
      </w:r>
      <w:r w:rsidR="00F660D2" w:rsidRPr="00387AD0">
        <w:rPr>
          <w:rFonts w:cs="Times New Roman"/>
          <w:szCs w:val="24"/>
        </w:rPr>
        <w:t xml:space="preserve"> </w:t>
      </w:r>
      <w:proofErr w:type="spellStart"/>
      <w:r w:rsidR="00163ABF" w:rsidRPr="00387AD0">
        <w:rPr>
          <w:rFonts w:cs="Times New Roman"/>
          <w:szCs w:val="24"/>
        </w:rPr>
        <w:t>ini</w:t>
      </w:r>
      <w:proofErr w:type="spellEnd"/>
      <w:r w:rsidR="00F660D2" w:rsidRPr="00387AD0">
        <w:rPr>
          <w:rFonts w:cs="Times New Roman"/>
          <w:szCs w:val="24"/>
        </w:rPr>
        <w:t xml:space="preserve"> </w:t>
      </w:r>
      <w:proofErr w:type="spellStart"/>
      <w:r w:rsidR="00163ABF" w:rsidRPr="00387AD0">
        <w:rPr>
          <w:rFonts w:cs="Times New Roman"/>
          <w:szCs w:val="24"/>
        </w:rPr>
        <w:t>berisi</w:t>
      </w:r>
      <w:proofErr w:type="spellEnd"/>
      <w:r w:rsidR="00F660D2" w:rsidRPr="00387AD0">
        <w:rPr>
          <w:rFonts w:cs="Times New Roman"/>
          <w:szCs w:val="24"/>
        </w:rPr>
        <w:t xml:space="preserve"> </w:t>
      </w:r>
      <w:r w:rsidR="00B52CC2" w:rsidRPr="00387AD0">
        <w:rPr>
          <w:rFonts w:cs="Times New Roman"/>
          <w:szCs w:val="24"/>
        </w:rPr>
        <w:t>detail</w:t>
      </w:r>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se</w:t>
      </w:r>
      <w:r w:rsidR="00163ABF" w:rsidRPr="00387AD0">
        <w:rPr>
          <w:rFonts w:cs="Times New Roman"/>
          <w:szCs w:val="24"/>
        </w:rPr>
        <w:t>tiap</w:t>
      </w:r>
      <w:proofErr w:type="spellEnd"/>
      <w:r w:rsidR="00F660D2" w:rsidRPr="00387AD0">
        <w:rPr>
          <w:rFonts w:cs="Times New Roman"/>
          <w:szCs w:val="24"/>
        </w:rPr>
        <w:t xml:space="preserve"> </w:t>
      </w:r>
      <w:proofErr w:type="spellStart"/>
      <w:r w:rsidR="00163ABF" w:rsidRPr="00387AD0">
        <w:rPr>
          <w:rFonts w:cs="Times New Roman"/>
          <w:szCs w:val="24"/>
        </w:rPr>
        <w:t>buku</w:t>
      </w:r>
      <w:proofErr w:type="spellEnd"/>
      <w:r w:rsidR="00F660D2" w:rsidRPr="00387AD0">
        <w:rPr>
          <w:rFonts w:cs="Times New Roman"/>
          <w:szCs w:val="24"/>
        </w:rPr>
        <w:t xml:space="preserve"> </w:t>
      </w:r>
      <w:r w:rsidR="00B52CC2" w:rsidRPr="00387AD0">
        <w:rPr>
          <w:rFonts w:cs="Times New Roman"/>
          <w:szCs w:val="24"/>
        </w:rPr>
        <w:t>pada</w:t>
      </w:r>
      <w:r w:rsidR="00F660D2" w:rsidRPr="00387AD0">
        <w:rPr>
          <w:rFonts w:cs="Times New Roman"/>
          <w:szCs w:val="24"/>
        </w:rPr>
        <w:t xml:space="preserve"> </w:t>
      </w:r>
      <w:proofErr w:type="spellStart"/>
      <w:r w:rsidR="00B52CC2" w:rsidRPr="00387AD0">
        <w:rPr>
          <w:rFonts w:cs="Times New Roman"/>
          <w:szCs w:val="24"/>
        </w:rPr>
        <w:t>sistem</w:t>
      </w:r>
      <w:proofErr w:type="spellEnd"/>
      <w:r w:rsidR="00F660D2" w:rsidRPr="00387AD0">
        <w:rPr>
          <w:rFonts w:cs="Times New Roman"/>
          <w:szCs w:val="24"/>
        </w:rPr>
        <w:t xml:space="preserve"> </w:t>
      </w:r>
      <w:proofErr w:type="spellStart"/>
      <w:r w:rsidR="00B52CC2" w:rsidRPr="00387AD0">
        <w:rPr>
          <w:rFonts w:cs="Times New Roman"/>
          <w:szCs w:val="24"/>
        </w:rPr>
        <w:t>perpustakaan</w:t>
      </w:r>
      <w:proofErr w:type="spellEnd"/>
      <w:r w:rsidR="00F660D2" w:rsidRPr="00387AD0">
        <w:rPr>
          <w:rFonts w:cs="Times New Roman"/>
          <w:szCs w:val="24"/>
        </w:rPr>
        <w:t xml:space="preserve"> </w:t>
      </w:r>
      <w:r w:rsidR="00B52CC2" w:rsidRPr="00387AD0">
        <w:rPr>
          <w:rFonts w:cs="Times New Roman"/>
          <w:szCs w:val="24"/>
        </w:rPr>
        <w:t>digital.</w:t>
      </w:r>
      <w:r w:rsidR="00F660D2" w:rsidRPr="00387AD0">
        <w:rPr>
          <w:rFonts w:cs="Times New Roman"/>
          <w:szCs w:val="24"/>
        </w:rPr>
        <w:t xml:space="preserve"> </w:t>
      </w:r>
      <w:proofErr w:type="spellStart"/>
      <w:r w:rsidR="00163ABF" w:rsidRPr="00387AD0">
        <w:rPr>
          <w:rFonts w:cs="Times New Roman"/>
          <w:szCs w:val="24"/>
        </w:rPr>
        <w:t>Setiap</w:t>
      </w:r>
      <w:proofErr w:type="spellEnd"/>
      <w:r w:rsidR="00F660D2" w:rsidRPr="00387AD0">
        <w:rPr>
          <w:rFonts w:cs="Times New Roman"/>
          <w:szCs w:val="24"/>
        </w:rPr>
        <w:t xml:space="preserve"> </w:t>
      </w:r>
      <w:proofErr w:type="spellStart"/>
      <w:r w:rsidR="00163ABF" w:rsidRPr="00387AD0">
        <w:rPr>
          <w:rFonts w:cs="Times New Roman"/>
          <w:szCs w:val="24"/>
        </w:rPr>
        <w:t>buku</w:t>
      </w:r>
      <w:proofErr w:type="spellEnd"/>
      <w:r w:rsidR="00F660D2" w:rsidRPr="00387AD0">
        <w:rPr>
          <w:rFonts w:cs="Times New Roman"/>
          <w:szCs w:val="24"/>
        </w:rPr>
        <w:t xml:space="preserve"> </w:t>
      </w:r>
      <w:proofErr w:type="spellStart"/>
      <w:r w:rsidR="00163ABF" w:rsidRPr="00387AD0">
        <w:rPr>
          <w:rFonts w:cs="Times New Roman"/>
          <w:szCs w:val="24"/>
        </w:rPr>
        <w:t>memiliki</w:t>
      </w:r>
      <w:proofErr w:type="spellEnd"/>
      <w:r w:rsidR="00F660D2" w:rsidRPr="00387AD0">
        <w:rPr>
          <w:rFonts w:cs="Times New Roman"/>
          <w:szCs w:val="24"/>
        </w:rPr>
        <w:t xml:space="preserve"> </w:t>
      </w:r>
      <w:proofErr w:type="spellStart"/>
      <w:r w:rsidR="00163ABF" w:rsidRPr="00387AD0">
        <w:rPr>
          <w:rFonts w:cs="Times New Roman"/>
          <w:szCs w:val="24"/>
        </w:rPr>
        <w:t>halamannya</w:t>
      </w:r>
      <w:proofErr w:type="spellEnd"/>
      <w:r w:rsidR="00F660D2" w:rsidRPr="00387AD0">
        <w:rPr>
          <w:rFonts w:cs="Times New Roman"/>
          <w:szCs w:val="24"/>
        </w:rPr>
        <w:t xml:space="preserve"> </w:t>
      </w:r>
      <w:proofErr w:type="spellStart"/>
      <w:r w:rsidR="00163ABF" w:rsidRPr="00387AD0">
        <w:rPr>
          <w:rFonts w:cs="Times New Roman"/>
          <w:szCs w:val="24"/>
        </w:rPr>
        <w:t>sendiri</w:t>
      </w:r>
      <w:proofErr w:type="spellEnd"/>
      <w:r w:rsidR="00F660D2" w:rsidRPr="00387AD0">
        <w:rPr>
          <w:rFonts w:cs="Times New Roman"/>
          <w:szCs w:val="24"/>
        </w:rPr>
        <w:t xml:space="preserve"> </w:t>
      </w:r>
      <w:r w:rsidR="00163ABF" w:rsidRPr="00387AD0">
        <w:rPr>
          <w:rFonts w:cs="Times New Roman"/>
          <w:szCs w:val="24"/>
        </w:rPr>
        <w:t>dan</w:t>
      </w:r>
      <w:r w:rsidR="00F660D2" w:rsidRPr="00387AD0">
        <w:rPr>
          <w:rFonts w:cs="Times New Roman"/>
          <w:szCs w:val="24"/>
        </w:rPr>
        <w:t xml:space="preserve"> </w:t>
      </w:r>
      <w:proofErr w:type="spellStart"/>
      <w:r w:rsidR="00163ABF" w:rsidRPr="00387AD0">
        <w:rPr>
          <w:rFonts w:cs="Times New Roman"/>
          <w:szCs w:val="24"/>
        </w:rPr>
        <w:t>halaman</w:t>
      </w:r>
      <w:proofErr w:type="spellEnd"/>
      <w:r w:rsidR="00F660D2" w:rsidRPr="00387AD0">
        <w:rPr>
          <w:rFonts w:cs="Times New Roman"/>
          <w:szCs w:val="24"/>
        </w:rPr>
        <w:t xml:space="preserve"> </w:t>
      </w:r>
      <w:proofErr w:type="spellStart"/>
      <w:r w:rsidR="00163ABF" w:rsidRPr="00387AD0">
        <w:rPr>
          <w:rFonts w:cs="Times New Roman"/>
          <w:szCs w:val="24"/>
        </w:rPr>
        <w:t>tersebut</w:t>
      </w:r>
      <w:proofErr w:type="spellEnd"/>
      <w:r w:rsidR="00F660D2" w:rsidRPr="00387AD0">
        <w:rPr>
          <w:rFonts w:cs="Times New Roman"/>
          <w:szCs w:val="24"/>
        </w:rPr>
        <w:t xml:space="preserve"> </w:t>
      </w:r>
      <w:proofErr w:type="spellStart"/>
      <w:r w:rsidR="00B52CC2" w:rsidRPr="00387AD0">
        <w:rPr>
          <w:rFonts w:cs="Times New Roman"/>
          <w:szCs w:val="24"/>
        </w:rPr>
        <w:t>menyajikan</w:t>
      </w:r>
      <w:proofErr w:type="spellEnd"/>
      <w:r w:rsidR="00F660D2" w:rsidRPr="00387AD0">
        <w:rPr>
          <w:rFonts w:cs="Times New Roman"/>
          <w:szCs w:val="24"/>
        </w:rPr>
        <w:t xml:space="preserve"> </w:t>
      </w:r>
      <w:proofErr w:type="spellStart"/>
      <w:r w:rsidR="00B52CC2" w:rsidRPr="00387AD0">
        <w:rPr>
          <w:rFonts w:cs="Times New Roman"/>
          <w:szCs w:val="24"/>
        </w:rPr>
        <w:t>beberapa</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tentang</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berupa</w:t>
      </w:r>
      <w:proofErr w:type="spellEnd"/>
      <w:r w:rsidR="00F660D2" w:rsidRPr="00387AD0">
        <w:rPr>
          <w:rFonts w:cs="Times New Roman"/>
          <w:szCs w:val="24"/>
        </w:rPr>
        <w:t xml:space="preserve"> </w:t>
      </w:r>
      <w:proofErr w:type="spellStart"/>
      <w:r w:rsidR="00B52CC2" w:rsidRPr="00387AD0">
        <w:rPr>
          <w:rFonts w:cs="Times New Roman"/>
          <w:szCs w:val="24"/>
        </w:rPr>
        <w:t>Judul</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Penulis</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No</w:t>
      </w:r>
      <w:r w:rsidR="00F660D2" w:rsidRPr="00387AD0">
        <w:rPr>
          <w:rFonts w:cs="Times New Roman"/>
          <w:szCs w:val="24"/>
        </w:rPr>
        <w:t xml:space="preserve"> </w:t>
      </w:r>
      <w:proofErr w:type="spellStart"/>
      <w:r w:rsidR="00B52CC2" w:rsidRPr="00387AD0">
        <w:rPr>
          <w:rFonts w:cs="Times New Roman"/>
          <w:szCs w:val="24"/>
        </w:rPr>
        <w:t>Klasifikasi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Tahun</w:t>
      </w:r>
      <w:proofErr w:type="spellEnd"/>
      <w:r w:rsidR="00F660D2" w:rsidRPr="00387AD0">
        <w:rPr>
          <w:rFonts w:cs="Times New Roman"/>
          <w:szCs w:val="24"/>
        </w:rPr>
        <w:t xml:space="preserve"> </w:t>
      </w:r>
      <w:proofErr w:type="spellStart"/>
      <w:r w:rsidR="00B52CC2" w:rsidRPr="00387AD0">
        <w:rPr>
          <w:rFonts w:cs="Times New Roman"/>
          <w:szCs w:val="24"/>
        </w:rPr>
        <w:t>Pendataan</w:t>
      </w:r>
      <w:proofErr w:type="spellEnd"/>
      <w:r w:rsidR="004A6E62" w:rsidRPr="00387AD0">
        <w:rPr>
          <w:rFonts w:cs="Times New Roman"/>
          <w:szCs w:val="24"/>
        </w:rPr>
        <w:t>,</w:t>
      </w:r>
      <w:r w:rsidR="00F660D2" w:rsidRPr="00387AD0">
        <w:rPr>
          <w:rFonts w:cs="Times New Roman"/>
          <w:szCs w:val="24"/>
        </w:rPr>
        <w:t xml:space="preserve"> </w:t>
      </w:r>
      <w:r w:rsidR="004A6E62" w:rsidRPr="00387AD0">
        <w:rPr>
          <w:rFonts w:cs="Times New Roman"/>
          <w:szCs w:val="24"/>
        </w:rPr>
        <w:t>dan</w:t>
      </w:r>
      <w:r w:rsidR="00F660D2" w:rsidRPr="00387AD0">
        <w:rPr>
          <w:rFonts w:cs="Times New Roman"/>
          <w:szCs w:val="24"/>
        </w:rPr>
        <w:t xml:space="preserve"> </w:t>
      </w:r>
      <w:proofErr w:type="spellStart"/>
      <w:r w:rsidR="004A6E62" w:rsidRPr="00387AD0">
        <w:rPr>
          <w:rFonts w:cs="Times New Roman"/>
          <w:szCs w:val="24"/>
        </w:rPr>
        <w:t>terdapat</w:t>
      </w:r>
      <w:proofErr w:type="spellEnd"/>
      <w:r w:rsidR="00F660D2" w:rsidRPr="00387AD0">
        <w:rPr>
          <w:rFonts w:cs="Times New Roman"/>
          <w:szCs w:val="24"/>
        </w:rPr>
        <w:t xml:space="preserve"> </w:t>
      </w:r>
      <w:r w:rsidR="004A6E62" w:rsidRPr="00387AD0">
        <w:rPr>
          <w:rFonts w:cs="Times New Roman"/>
          <w:szCs w:val="24"/>
        </w:rPr>
        <w:t>juga</w:t>
      </w:r>
      <w:r w:rsidR="00F660D2" w:rsidRPr="00387AD0">
        <w:rPr>
          <w:rFonts w:cs="Times New Roman"/>
          <w:szCs w:val="24"/>
        </w:rPr>
        <w:t xml:space="preserve"> </w:t>
      </w:r>
      <w:proofErr w:type="spellStart"/>
      <w:r w:rsidR="004A6E62" w:rsidRPr="00387AD0">
        <w:rPr>
          <w:rFonts w:cs="Times New Roman"/>
          <w:szCs w:val="24"/>
        </w:rPr>
        <w:t>d</w:t>
      </w:r>
      <w:r w:rsidR="00B52CC2" w:rsidRPr="00387AD0">
        <w:rPr>
          <w:rFonts w:cs="Times New Roman"/>
          <w:szCs w:val="24"/>
        </w:rPr>
        <w:t>eskripsi</w:t>
      </w:r>
      <w:proofErr w:type="spellEnd"/>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memuat</w:t>
      </w:r>
      <w:proofErr w:type="spellEnd"/>
      <w:r w:rsidR="00F660D2" w:rsidRPr="00387AD0">
        <w:rPr>
          <w:rFonts w:cs="Times New Roman"/>
          <w:szCs w:val="24"/>
        </w:rPr>
        <w:t xml:space="preserve"> </w:t>
      </w:r>
      <w:proofErr w:type="spellStart"/>
      <w:r w:rsidR="00B52CC2" w:rsidRPr="00387AD0">
        <w:rPr>
          <w:rFonts w:cs="Times New Roman"/>
          <w:szCs w:val="24"/>
        </w:rPr>
        <w:t>ringkasan</w:t>
      </w:r>
      <w:proofErr w:type="spellEnd"/>
      <w:r w:rsidR="00F660D2" w:rsidRPr="00387AD0">
        <w:rPr>
          <w:rFonts w:cs="Times New Roman"/>
          <w:szCs w:val="24"/>
        </w:rPr>
        <w:t xml:space="preserve"> </w:t>
      </w:r>
      <w:proofErr w:type="spellStart"/>
      <w:r w:rsidR="00B52CC2" w:rsidRPr="00387AD0">
        <w:rPr>
          <w:rFonts w:cs="Times New Roman"/>
          <w:szCs w:val="24"/>
        </w:rPr>
        <w:t>atau</w:t>
      </w:r>
      <w:proofErr w:type="spellEnd"/>
      <w:r w:rsidR="00F660D2" w:rsidRPr="00387AD0">
        <w:rPr>
          <w:rFonts w:cs="Times New Roman"/>
          <w:szCs w:val="24"/>
        </w:rPr>
        <w:t xml:space="preserve"> </w:t>
      </w:r>
      <w:proofErr w:type="spellStart"/>
      <w:r w:rsidR="00B52CC2" w:rsidRPr="00387AD0">
        <w:rPr>
          <w:rFonts w:cs="Times New Roman"/>
          <w:szCs w:val="24"/>
        </w:rPr>
        <w:t>sinopsis</w:t>
      </w:r>
      <w:proofErr w:type="spellEnd"/>
      <w:r w:rsidR="00F660D2" w:rsidRPr="00387AD0">
        <w:rPr>
          <w:rFonts w:cs="Times New Roman"/>
          <w:szCs w:val="24"/>
        </w:rPr>
        <w:t xml:space="preserve"> </w:t>
      </w:r>
      <w:proofErr w:type="spellStart"/>
      <w:r w:rsidR="00B52CC2" w:rsidRPr="00387AD0">
        <w:rPr>
          <w:rFonts w:cs="Times New Roman"/>
          <w:szCs w:val="24"/>
        </w:rPr>
        <w:t>panjang</w:t>
      </w:r>
      <w:proofErr w:type="spellEnd"/>
      <w:r w:rsidR="00F660D2" w:rsidRPr="00387AD0">
        <w:rPr>
          <w:rFonts w:cs="Times New Roman"/>
          <w:szCs w:val="24"/>
        </w:rPr>
        <w:t xml:space="preserve"> </w:t>
      </w:r>
      <w:proofErr w:type="spellStart"/>
      <w:r w:rsidR="00B52CC2" w:rsidRPr="00387AD0">
        <w:rPr>
          <w:rFonts w:cs="Times New Roman"/>
          <w:szCs w:val="24"/>
        </w:rPr>
        <w:t>dari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tersebut</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menceritakan</w:t>
      </w:r>
      <w:proofErr w:type="spellEnd"/>
      <w:r w:rsidR="00F660D2" w:rsidRPr="00387AD0">
        <w:rPr>
          <w:rFonts w:cs="Times New Roman"/>
          <w:szCs w:val="24"/>
        </w:rPr>
        <w:t xml:space="preserve"> </w:t>
      </w:r>
      <w:proofErr w:type="spellStart"/>
      <w:r w:rsidR="00B52CC2" w:rsidRPr="00387AD0">
        <w:rPr>
          <w:rFonts w:cs="Times New Roman"/>
          <w:szCs w:val="24"/>
        </w:rPr>
        <w:t>tentang</w:t>
      </w:r>
      <w:proofErr w:type="spellEnd"/>
      <w:r w:rsidR="00F660D2" w:rsidRPr="00387AD0">
        <w:rPr>
          <w:rFonts w:cs="Times New Roman"/>
          <w:szCs w:val="24"/>
        </w:rPr>
        <w:t xml:space="preserve"> </w:t>
      </w:r>
      <w:r w:rsidR="00B52CC2" w:rsidRPr="00387AD0">
        <w:rPr>
          <w:rFonts w:cs="Times New Roman"/>
          <w:szCs w:val="24"/>
        </w:rPr>
        <w:t>monster</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hidup</w:t>
      </w:r>
      <w:proofErr w:type="spellEnd"/>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bawah</w:t>
      </w:r>
      <w:proofErr w:type="spellEnd"/>
      <w:r w:rsidR="00F660D2" w:rsidRPr="00387AD0">
        <w:rPr>
          <w:rFonts w:cs="Times New Roman"/>
          <w:szCs w:val="24"/>
        </w:rPr>
        <w:t xml:space="preserve"> </w:t>
      </w:r>
      <w:proofErr w:type="spellStart"/>
      <w:r w:rsidR="00B52CC2" w:rsidRPr="00387AD0">
        <w:rPr>
          <w:rFonts w:cs="Times New Roman"/>
          <w:szCs w:val="24"/>
        </w:rPr>
        <w:t>bayangan</w:t>
      </w:r>
      <w:proofErr w:type="spellEnd"/>
      <w:r w:rsidR="00F660D2" w:rsidRPr="00387AD0">
        <w:rPr>
          <w:rFonts w:cs="Times New Roman"/>
          <w:szCs w:val="24"/>
        </w:rPr>
        <w:t xml:space="preserve"> </w:t>
      </w:r>
      <w:r w:rsidR="00B52CC2" w:rsidRPr="00387AD0">
        <w:rPr>
          <w:rFonts w:cs="Times New Roman"/>
          <w:szCs w:val="24"/>
        </w:rPr>
        <w:t>stigma</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proofErr w:type="spellStart"/>
      <w:r w:rsidR="00B52CC2" w:rsidRPr="00387AD0">
        <w:rPr>
          <w:rFonts w:cs="Times New Roman"/>
          <w:szCs w:val="24"/>
        </w:rPr>
        <w:t>perjuangan</w:t>
      </w:r>
      <w:proofErr w:type="spellEnd"/>
      <w:r w:rsidR="00F660D2" w:rsidRPr="00387AD0">
        <w:rPr>
          <w:rFonts w:cs="Times New Roman"/>
          <w:szCs w:val="24"/>
        </w:rPr>
        <w:t xml:space="preserve"> </w:t>
      </w:r>
      <w:proofErr w:type="spellStart"/>
      <w:r w:rsidR="00B52CC2" w:rsidRPr="00387AD0">
        <w:rPr>
          <w:rFonts w:cs="Times New Roman"/>
          <w:szCs w:val="24"/>
        </w:rPr>
        <w:t>mereka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Di</w:t>
      </w:r>
      <w:r w:rsidR="00F660D2" w:rsidRPr="00387AD0">
        <w:rPr>
          <w:rFonts w:cs="Times New Roman"/>
          <w:szCs w:val="24"/>
        </w:rPr>
        <w:t xml:space="preserve"> </w:t>
      </w:r>
      <w:proofErr w:type="spellStart"/>
      <w:r w:rsidR="00B52CC2" w:rsidRPr="00387AD0">
        <w:rPr>
          <w:rFonts w:cs="Times New Roman"/>
          <w:szCs w:val="24"/>
        </w:rPr>
        <w:t>samping</w:t>
      </w:r>
      <w:proofErr w:type="spellEnd"/>
      <w:r w:rsidR="00F660D2" w:rsidRPr="00387AD0">
        <w:rPr>
          <w:rFonts w:cs="Times New Roman"/>
          <w:szCs w:val="24"/>
        </w:rPr>
        <w:t xml:space="preserve"> </w:t>
      </w:r>
      <w:proofErr w:type="spellStart"/>
      <w:r w:rsidR="00B52CC2" w:rsidRPr="00387AD0">
        <w:rPr>
          <w:rFonts w:cs="Times New Roman"/>
          <w:szCs w:val="24"/>
        </w:rPr>
        <w:t>deskripsi</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placeholder</w:t>
      </w:r>
      <w:r w:rsidR="00F660D2" w:rsidRPr="00387AD0">
        <w:rPr>
          <w:rFonts w:cs="Times New Roman"/>
          <w:szCs w:val="24"/>
        </w:rPr>
        <w:t xml:space="preserve"> </w:t>
      </w:r>
      <w:r w:rsidR="00B52CC2" w:rsidRPr="00387AD0">
        <w:rPr>
          <w:rFonts w:cs="Times New Roman"/>
          <w:szCs w:val="24"/>
        </w:rPr>
        <w:t>"Cover</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t>menunjukkan</w:t>
      </w:r>
      <w:proofErr w:type="spellEnd"/>
      <w:r w:rsidR="00F660D2" w:rsidRPr="00387AD0">
        <w:rPr>
          <w:rFonts w:cs="Times New Roman"/>
          <w:szCs w:val="24"/>
        </w:rPr>
        <w:t xml:space="preserve"> </w:t>
      </w:r>
      <w:proofErr w:type="spellStart"/>
      <w:r w:rsidR="00B52CC2" w:rsidRPr="00387AD0">
        <w:rPr>
          <w:rFonts w:cs="Times New Roman"/>
          <w:szCs w:val="24"/>
        </w:rPr>
        <w:t>bahwa</w:t>
      </w:r>
      <w:proofErr w:type="spellEnd"/>
      <w:r w:rsidR="00F660D2" w:rsidRPr="00387AD0">
        <w:rPr>
          <w:rFonts w:cs="Times New Roman"/>
          <w:szCs w:val="24"/>
        </w:rPr>
        <w:t xml:space="preserve"> </w:t>
      </w:r>
      <w:proofErr w:type="spellStart"/>
      <w:r w:rsidR="00B52CC2" w:rsidRPr="00387AD0">
        <w:rPr>
          <w:rFonts w:cs="Times New Roman"/>
          <w:szCs w:val="24"/>
        </w:rPr>
        <w:t>gambar</w:t>
      </w:r>
      <w:proofErr w:type="spellEnd"/>
      <w:r w:rsidR="00F660D2" w:rsidRPr="00387AD0">
        <w:rPr>
          <w:rFonts w:cs="Times New Roman"/>
          <w:szCs w:val="24"/>
        </w:rPr>
        <w:t xml:space="preserve"> </w:t>
      </w:r>
      <w:proofErr w:type="spellStart"/>
      <w:r w:rsidR="00B52CC2" w:rsidRPr="00387AD0">
        <w:rPr>
          <w:rFonts w:cs="Times New Roman"/>
          <w:szCs w:val="24"/>
        </w:rPr>
        <w:t>sampul</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belum</w:t>
      </w:r>
      <w:proofErr w:type="spellEnd"/>
      <w:r w:rsidR="00F660D2" w:rsidRPr="00387AD0">
        <w:rPr>
          <w:rFonts w:cs="Times New Roman"/>
          <w:szCs w:val="24"/>
        </w:rPr>
        <w:t xml:space="preserve"> </w:t>
      </w:r>
      <w:proofErr w:type="spellStart"/>
      <w:r w:rsidR="00B52CC2" w:rsidRPr="00387AD0">
        <w:rPr>
          <w:rFonts w:cs="Times New Roman"/>
          <w:szCs w:val="24"/>
        </w:rPr>
        <w:t>tersedia</w:t>
      </w:r>
      <w:proofErr w:type="spellEnd"/>
      <w:r w:rsidR="00F660D2" w:rsidRPr="00387AD0">
        <w:rPr>
          <w:rFonts w:cs="Times New Roman"/>
          <w:szCs w:val="24"/>
        </w:rPr>
        <w:t xml:space="preserve"> </w:t>
      </w:r>
      <w:proofErr w:type="spellStart"/>
      <w:r w:rsidR="00B52CC2" w:rsidRPr="00387AD0">
        <w:rPr>
          <w:rFonts w:cs="Times New Roman"/>
          <w:szCs w:val="24"/>
        </w:rPr>
        <w:t>atau</w:t>
      </w:r>
      <w:proofErr w:type="spellEnd"/>
      <w:r w:rsidR="00F660D2" w:rsidRPr="00387AD0">
        <w:rPr>
          <w:rFonts w:cs="Times New Roman"/>
          <w:szCs w:val="24"/>
        </w:rPr>
        <w:t xml:space="preserve"> </w:t>
      </w:r>
      <w:proofErr w:type="spellStart"/>
      <w:r w:rsidR="00B52CC2" w:rsidRPr="00387AD0">
        <w:rPr>
          <w:rFonts w:cs="Times New Roman"/>
          <w:szCs w:val="24"/>
        </w:rPr>
        <w:t>tidak</w:t>
      </w:r>
      <w:proofErr w:type="spellEnd"/>
      <w:r w:rsidR="00F660D2" w:rsidRPr="00387AD0">
        <w:rPr>
          <w:rFonts w:cs="Times New Roman"/>
          <w:szCs w:val="24"/>
        </w:rPr>
        <w:t xml:space="preserve"> </w:t>
      </w:r>
      <w:proofErr w:type="spellStart"/>
      <w:r w:rsidR="00B52CC2" w:rsidRPr="00387AD0">
        <w:rPr>
          <w:rFonts w:cs="Times New Roman"/>
          <w:szCs w:val="24"/>
        </w:rPr>
        <w:t>ditampilkan</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Terdapat</w:t>
      </w:r>
      <w:proofErr w:type="spellEnd"/>
      <w:r w:rsidR="00F660D2" w:rsidRPr="00387AD0">
        <w:rPr>
          <w:rFonts w:cs="Times New Roman"/>
          <w:szCs w:val="24"/>
        </w:rPr>
        <w:t xml:space="preserve"> </w:t>
      </w:r>
      <w:r w:rsidR="00B52CC2" w:rsidRPr="00387AD0">
        <w:rPr>
          <w:rFonts w:cs="Times New Roman"/>
          <w:szCs w:val="24"/>
        </w:rPr>
        <w:t>juga</w:t>
      </w:r>
      <w:r w:rsidR="00F660D2" w:rsidRPr="00387AD0">
        <w:rPr>
          <w:rFonts w:cs="Times New Roman"/>
          <w:szCs w:val="24"/>
        </w:rPr>
        <w:t xml:space="preserve"> </w:t>
      </w:r>
      <w:r w:rsidR="00B52CC2" w:rsidRPr="00387AD0">
        <w:rPr>
          <w:rFonts w:cs="Times New Roman"/>
          <w:szCs w:val="24"/>
        </w:rPr>
        <w:t>dua</w:t>
      </w:r>
      <w:r w:rsidR="00F660D2" w:rsidRPr="00387AD0">
        <w:rPr>
          <w:rFonts w:cs="Times New Roman"/>
          <w:szCs w:val="24"/>
        </w:rPr>
        <w:t xml:space="preserve"> </w:t>
      </w:r>
      <w:proofErr w:type="spellStart"/>
      <w:r w:rsidR="00B52CC2" w:rsidRPr="00387AD0">
        <w:rPr>
          <w:rFonts w:cs="Times New Roman"/>
          <w:szCs w:val="24"/>
        </w:rPr>
        <w:t>tombol</w:t>
      </w:r>
      <w:proofErr w:type="spellEnd"/>
      <w:r w:rsidR="00F660D2" w:rsidRPr="00387AD0">
        <w:rPr>
          <w:rFonts w:cs="Times New Roman"/>
          <w:szCs w:val="24"/>
        </w:rPr>
        <w:t xml:space="preserve"> </w:t>
      </w:r>
      <w:proofErr w:type="spellStart"/>
      <w:r w:rsidR="00B52CC2" w:rsidRPr="00387AD0">
        <w:rPr>
          <w:rFonts w:cs="Times New Roman"/>
          <w:szCs w:val="24"/>
        </w:rPr>
        <w:t>aksi</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"Baca</w:t>
      </w:r>
      <w:r w:rsidR="00F660D2" w:rsidRPr="00387AD0">
        <w:rPr>
          <w:rFonts w:cs="Times New Roman"/>
          <w:szCs w:val="24"/>
        </w:rPr>
        <w:t xml:space="preserve"> </w:t>
      </w:r>
      <w:proofErr w:type="spellStart"/>
      <w:r w:rsidR="00B52CC2" w:rsidRPr="00387AD0">
        <w:rPr>
          <w:rFonts w:cs="Times New Roman"/>
          <w:szCs w:val="24"/>
        </w:rPr>
        <w:t>Buku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hijau</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yang</w:t>
      </w:r>
      <w:r w:rsidR="00F660D2" w:rsidRPr="00387AD0">
        <w:rPr>
          <w:rFonts w:cs="Times New Roman"/>
          <w:szCs w:val="24"/>
        </w:rPr>
        <w:t xml:space="preserve"> </w:t>
      </w:r>
      <w:proofErr w:type="spellStart"/>
      <w:r w:rsidR="00B52CC2" w:rsidRPr="00387AD0">
        <w:rPr>
          <w:rFonts w:cs="Times New Roman"/>
          <w:szCs w:val="24"/>
        </w:rPr>
        <w:lastRenderedPageBreak/>
        <w:t>kemungkinan</w:t>
      </w:r>
      <w:proofErr w:type="spellEnd"/>
      <w:r w:rsidR="00F660D2" w:rsidRPr="00387AD0">
        <w:rPr>
          <w:rFonts w:cs="Times New Roman"/>
          <w:szCs w:val="24"/>
        </w:rPr>
        <w:t xml:space="preserve"> </w:t>
      </w:r>
      <w:proofErr w:type="spellStart"/>
      <w:r w:rsidR="00B52CC2" w:rsidRPr="00387AD0">
        <w:rPr>
          <w:rFonts w:cs="Times New Roman"/>
          <w:szCs w:val="24"/>
        </w:rPr>
        <w:t>mengarahkan</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membaca</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secara</w:t>
      </w:r>
      <w:proofErr w:type="spellEnd"/>
      <w:r w:rsidR="00F660D2" w:rsidRPr="00387AD0">
        <w:rPr>
          <w:rFonts w:cs="Times New Roman"/>
          <w:szCs w:val="24"/>
        </w:rPr>
        <w:t xml:space="preserve"> </w:t>
      </w:r>
      <w:r w:rsidR="00B52CC2" w:rsidRPr="00387AD0">
        <w:rPr>
          <w:rFonts w:cs="Times New Roman"/>
          <w:szCs w:val="24"/>
        </w:rPr>
        <w:t>digital,</w:t>
      </w:r>
      <w:r w:rsidR="00F660D2" w:rsidRPr="00387AD0">
        <w:rPr>
          <w:rFonts w:cs="Times New Roman"/>
          <w:szCs w:val="24"/>
        </w:rPr>
        <w:t xml:space="preserve"> </w:t>
      </w:r>
      <w:r w:rsidR="00B52CC2" w:rsidRPr="00387AD0">
        <w:rPr>
          <w:rFonts w:cs="Times New Roman"/>
          <w:szCs w:val="24"/>
        </w:rPr>
        <w:t>dan</w:t>
      </w:r>
      <w:r w:rsidR="00F660D2" w:rsidRPr="00387AD0">
        <w:rPr>
          <w:rFonts w:cs="Times New Roman"/>
          <w:szCs w:val="24"/>
        </w:rPr>
        <w:t xml:space="preserve"> </w:t>
      </w:r>
      <w:r w:rsidR="00B52CC2" w:rsidRPr="00387AD0">
        <w:rPr>
          <w:rFonts w:cs="Times New Roman"/>
          <w:szCs w:val="24"/>
        </w:rPr>
        <w:t>"Kembali"</w:t>
      </w:r>
      <w:r w:rsidR="00F660D2" w:rsidRPr="00387AD0">
        <w:rPr>
          <w:rFonts w:cs="Times New Roman"/>
          <w:szCs w:val="24"/>
        </w:rPr>
        <w:t xml:space="preserve"> </w:t>
      </w:r>
      <w:r w:rsidR="00B52CC2" w:rsidRPr="00387AD0">
        <w:rPr>
          <w:rFonts w:cs="Times New Roman"/>
          <w:szCs w:val="24"/>
        </w:rPr>
        <w:t>(</w:t>
      </w:r>
      <w:proofErr w:type="spellStart"/>
      <w:r w:rsidR="00B52CC2" w:rsidRPr="00387AD0">
        <w:rPr>
          <w:rFonts w:cs="Times New Roman"/>
          <w:szCs w:val="24"/>
        </w:rPr>
        <w:t>berwarna</w:t>
      </w:r>
      <w:proofErr w:type="spellEnd"/>
      <w:r w:rsidR="00F660D2" w:rsidRPr="00387AD0">
        <w:rPr>
          <w:rFonts w:cs="Times New Roman"/>
          <w:szCs w:val="24"/>
        </w:rPr>
        <w:t xml:space="preserve"> </w:t>
      </w:r>
      <w:proofErr w:type="spellStart"/>
      <w:r w:rsidR="00B52CC2" w:rsidRPr="00387AD0">
        <w:rPr>
          <w:rFonts w:cs="Times New Roman"/>
          <w:szCs w:val="24"/>
        </w:rPr>
        <w:t>biru</w:t>
      </w:r>
      <w:proofErr w:type="spellEnd"/>
      <w:r w:rsidR="00B52CC2" w:rsidRPr="00387AD0">
        <w:rPr>
          <w:rFonts w:cs="Times New Roman"/>
          <w:szCs w:val="24"/>
        </w:rPr>
        <w:t>)</w:t>
      </w:r>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kembali</w:t>
      </w:r>
      <w:proofErr w:type="spellEnd"/>
      <w:r w:rsidR="00F660D2" w:rsidRPr="00387AD0">
        <w:rPr>
          <w:rFonts w:cs="Times New Roman"/>
          <w:szCs w:val="24"/>
        </w:rPr>
        <w:t xml:space="preserve"> </w:t>
      </w:r>
      <w:proofErr w:type="spellStart"/>
      <w:r w:rsidR="00B52CC2" w:rsidRPr="00387AD0">
        <w:rPr>
          <w:rFonts w:cs="Times New Roman"/>
          <w:szCs w:val="24"/>
        </w:rPr>
        <w:t>ke</w:t>
      </w:r>
      <w:proofErr w:type="spellEnd"/>
      <w:r w:rsidR="00F660D2" w:rsidRPr="00387AD0">
        <w:rPr>
          <w:rFonts w:cs="Times New Roman"/>
          <w:szCs w:val="24"/>
        </w:rPr>
        <w:t xml:space="preserve"> </w:t>
      </w:r>
      <w:proofErr w:type="spellStart"/>
      <w:r w:rsidR="00B52CC2" w:rsidRPr="00387AD0">
        <w:rPr>
          <w:rFonts w:cs="Times New Roman"/>
          <w:szCs w:val="24"/>
        </w:rPr>
        <w:t>halaman</w:t>
      </w:r>
      <w:proofErr w:type="spellEnd"/>
      <w:r w:rsidR="00F660D2" w:rsidRPr="00387AD0">
        <w:rPr>
          <w:rFonts w:cs="Times New Roman"/>
          <w:szCs w:val="24"/>
        </w:rPr>
        <w:t xml:space="preserve"> </w:t>
      </w:r>
      <w:proofErr w:type="spellStart"/>
      <w:r w:rsidR="00B52CC2" w:rsidRPr="00387AD0">
        <w:rPr>
          <w:rFonts w:cs="Times New Roman"/>
          <w:szCs w:val="24"/>
        </w:rPr>
        <w:t>sebelumnya</w:t>
      </w:r>
      <w:proofErr w:type="spellEnd"/>
      <w:r w:rsidR="00B52CC2" w:rsidRPr="00387AD0">
        <w:rPr>
          <w:rFonts w:cs="Times New Roman"/>
          <w:szCs w:val="24"/>
        </w:rPr>
        <w:t>.</w:t>
      </w:r>
      <w:r w:rsidR="00F660D2" w:rsidRPr="00387AD0">
        <w:rPr>
          <w:rFonts w:cs="Times New Roman"/>
          <w:szCs w:val="24"/>
        </w:rPr>
        <w:t xml:space="preserve"> </w:t>
      </w:r>
      <w:r w:rsidR="00B52CC2" w:rsidRPr="00387AD0">
        <w:rPr>
          <w:rFonts w:cs="Times New Roman"/>
          <w:szCs w:val="24"/>
        </w:rPr>
        <w:t>Ini</w:t>
      </w:r>
      <w:r w:rsidR="00F660D2" w:rsidRPr="00387AD0">
        <w:rPr>
          <w:rFonts w:cs="Times New Roman"/>
          <w:szCs w:val="24"/>
        </w:rPr>
        <w:t xml:space="preserve"> </w:t>
      </w:r>
      <w:proofErr w:type="spellStart"/>
      <w:r w:rsidR="00B52CC2" w:rsidRPr="00387AD0">
        <w:rPr>
          <w:rFonts w:cs="Times New Roman"/>
          <w:szCs w:val="24"/>
        </w:rPr>
        <w:t>adalah</w:t>
      </w:r>
      <w:proofErr w:type="spellEnd"/>
      <w:r w:rsidR="00F660D2" w:rsidRPr="00387AD0">
        <w:rPr>
          <w:rFonts w:cs="Times New Roman"/>
          <w:szCs w:val="24"/>
        </w:rPr>
        <w:t xml:space="preserve"> </w:t>
      </w:r>
      <w:proofErr w:type="spellStart"/>
      <w:r w:rsidR="00B52CC2" w:rsidRPr="00387AD0">
        <w:rPr>
          <w:rFonts w:cs="Times New Roman"/>
          <w:szCs w:val="24"/>
        </w:rPr>
        <w:t>tampilan</w:t>
      </w:r>
      <w:proofErr w:type="spellEnd"/>
      <w:r w:rsidR="00F660D2" w:rsidRPr="00387AD0">
        <w:rPr>
          <w:rFonts w:cs="Times New Roman"/>
          <w:szCs w:val="24"/>
        </w:rPr>
        <w:t xml:space="preserve"> </w:t>
      </w:r>
      <w:proofErr w:type="spellStart"/>
      <w:r w:rsidR="00B52CC2" w:rsidRPr="00387AD0">
        <w:rPr>
          <w:rFonts w:cs="Times New Roman"/>
          <w:szCs w:val="24"/>
        </w:rPr>
        <w:t>rinci</w:t>
      </w:r>
      <w:proofErr w:type="spellEnd"/>
      <w:r w:rsidR="00F660D2" w:rsidRPr="00387AD0">
        <w:rPr>
          <w:rFonts w:cs="Times New Roman"/>
          <w:szCs w:val="24"/>
        </w:rPr>
        <w:t xml:space="preserve"> </w:t>
      </w:r>
      <w:proofErr w:type="spellStart"/>
      <w:r w:rsidR="00B52CC2" w:rsidRPr="00387AD0">
        <w:rPr>
          <w:rFonts w:cs="Times New Roman"/>
          <w:szCs w:val="24"/>
        </w:rPr>
        <w:t>informasi</w:t>
      </w:r>
      <w:proofErr w:type="spellEnd"/>
      <w:r w:rsidR="00F660D2" w:rsidRPr="00387AD0">
        <w:rPr>
          <w:rFonts w:cs="Times New Roman"/>
          <w:szCs w:val="24"/>
        </w:rPr>
        <w:t xml:space="preserve"> </w:t>
      </w:r>
      <w:proofErr w:type="spellStart"/>
      <w:r w:rsidR="00B52CC2" w:rsidRPr="00387AD0">
        <w:rPr>
          <w:rFonts w:cs="Times New Roman"/>
          <w:szCs w:val="24"/>
        </w:rPr>
        <w:t>buku</w:t>
      </w:r>
      <w:proofErr w:type="spellEnd"/>
      <w:r w:rsidR="00F660D2" w:rsidRPr="00387AD0">
        <w:rPr>
          <w:rFonts w:cs="Times New Roman"/>
          <w:szCs w:val="24"/>
        </w:rPr>
        <w:t xml:space="preserve"> </w:t>
      </w:r>
      <w:proofErr w:type="spellStart"/>
      <w:r w:rsidR="00B52CC2" w:rsidRPr="00387AD0">
        <w:rPr>
          <w:rFonts w:cs="Times New Roman"/>
          <w:szCs w:val="24"/>
        </w:rPr>
        <w:t>sebelum</w:t>
      </w:r>
      <w:proofErr w:type="spellEnd"/>
      <w:r w:rsidR="00F660D2" w:rsidRPr="00387AD0">
        <w:rPr>
          <w:rFonts w:cs="Times New Roman"/>
          <w:szCs w:val="24"/>
        </w:rPr>
        <w:t xml:space="preserve"> </w:t>
      </w:r>
      <w:proofErr w:type="spellStart"/>
      <w:r w:rsidR="00B52CC2" w:rsidRPr="00387AD0">
        <w:rPr>
          <w:rFonts w:cs="Times New Roman"/>
          <w:szCs w:val="24"/>
        </w:rPr>
        <w:t>pengguna</w:t>
      </w:r>
      <w:proofErr w:type="spellEnd"/>
      <w:r w:rsidR="00F660D2" w:rsidRPr="00387AD0">
        <w:rPr>
          <w:rFonts w:cs="Times New Roman"/>
          <w:szCs w:val="24"/>
        </w:rPr>
        <w:t xml:space="preserve"> </w:t>
      </w:r>
      <w:proofErr w:type="spellStart"/>
      <w:r w:rsidR="00B52CC2" w:rsidRPr="00387AD0">
        <w:rPr>
          <w:rFonts w:cs="Times New Roman"/>
          <w:szCs w:val="24"/>
        </w:rPr>
        <w:t>memutuskan</w:t>
      </w:r>
      <w:proofErr w:type="spellEnd"/>
      <w:r w:rsidR="00F660D2" w:rsidRPr="00387AD0">
        <w:rPr>
          <w:rFonts w:cs="Times New Roman"/>
          <w:szCs w:val="24"/>
        </w:rPr>
        <w:t xml:space="preserve"> </w:t>
      </w:r>
      <w:proofErr w:type="spellStart"/>
      <w:r w:rsidR="00B52CC2" w:rsidRPr="00387AD0">
        <w:rPr>
          <w:rFonts w:cs="Times New Roman"/>
          <w:szCs w:val="24"/>
        </w:rPr>
        <w:t>untuk</w:t>
      </w:r>
      <w:proofErr w:type="spellEnd"/>
      <w:r w:rsidR="00F660D2" w:rsidRPr="00387AD0">
        <w:rPr>
          <w:rFonts w:cs="Times New Roman"/>
          <w:szCs w:val="24"/>
        </w:rPr>
        <w:t xml:space="preserve"> </w:t>
      </w:r>
      <w:proofErr w:type="spellStart"/>
      <w:r w:rsidR="00B52CC2" w:rsidRPr="00387AD0">
        <w:rPr>
          <w:rFonts w:cs="Times New Roman"/>
          <w:szCs w:val="24"/>
        </w:rPr>
        <w:t>membacanya</w:t>
      </w:r>
      <w:proofErr w:type="spellEnd"/>
      <w:r w:rsidR="00B52CC2" w:rsidRPr="00387AD0">
        <w:rPr>
          <w:rFonts w:cs="Times New Roman"/>
          <w:szCs w:val="24"/>
        </w:rPr>
        <w:t>.</w:t>
      </w:r>
    </w:p>
    <w:bookmarkEnd w:id="141"/>
    <w:p w14:paraId="1DDD3384" w14:textId="77777777" w:rsidR="006F1196" w:rsidRPr="00387AD0" w:rsidRDefault="006F1196" w:rsidP="00D70A29">
      <w:pPr>
        <w:spacing w:line="360" w:lineRule="auto"/>
        <w:jc w:val="left"/>
        <w:rPr>
          <w:rFonts w:eastAsiaTheme="majorEastAsia" w:cs="Times New Roman"/>
          <w:b/>
          <w:bCs/>
          <w:color w:val="000000" w:themeColor="text1"/>
          <w:szCs w:val="24"/>
        </w:rPr>
      </w:pPr>
      <w:r w:rsidRPr="00387AD0">
        <w:rPr>
          <w:rFonts w:cs="Times New Roman"/>
          <w:szCs w:val="24"/>
        </w:rPr>
        <w:br w:type="page"/>
      </w:r>
    </w:p>
    <w:p w14:paraId="312ADED6" w14:textId="739ADE92" w:rsidR="00B842C8" w:rsidRDefault="004500A0" w:rsidP="0097332F">
      <w:pPr>
        <w:pStyle w:val="Heading1"/>
      </w:pPr>
      <w:bookmarkStart w:id="142" w:name="_Toc205248742"/>
      <w:bookmarkStart w:id="143" w:name="_Toc205261390"/>
      <w:r w:rsidRPr="00387AD0">
        <w:lastRenderedPageBreak/>
        <w:t>BAB</w:t>
      </w:r>
      <w:r w:rsidR="00F660D2" w:rsidRPr="00387AD0">
        <w:t xml:space="preserve"> </w:t>
      </w:r>
      <w:bookmarkStart w:id="144" w:name="_Toc204310530"/>
      <w:bookmarkStart w:id="145" w:name="_Toc205248743"/>
      <w:bookmarkEnd w:id="129"/>
      <w:bookmarkEnd w:id="142"/>
      <w:r w:rsidR="0003347B">
        <w:t>IV</w:t>
      </w:r>
      <w:r w:rsidR="00AF1370">
        <w:br/>
      </w:r>
      <w:r w:rsidR="00B842C8" w:rsidRPr="00387AD0">
        <w:t>PENUTUP</w:t>
      </w:r>
      <w:bookmarkEnd w:id="143"/>
      <w:bookmarkEnd w:id="144"/>
      <w:bookmarkEnd w:id="145"/>
    </w:p>
    <w:p w14:paraId="0F79989E" w14:textId="77777777" w:rsidR="009F0348" w:rsidRPr="009F0348" w:rsidRDefault="009F0348" w:rsidP="009F0348">
      <w:pPr>
        <w:rPr>
          <w:lang w:val="id"/>
        </w:rPr>
      </w:pPr>
    </w:p>
    <w:p w14:paraId="0D36EC7B" w14:textId="77777777" w:rsidR="00DE44F0" w:rsidRPr="00387AD0" w:rsidRDefault="00DE44F0" w:rsidP="00FB2541">
      <w:pPr>
        <w:pStyle w:val="Heading2"/>
        <w:numPr>
          <w:ilvl w:val="0"/>
          <w:numId w:val="36"/>
        </w:numPr>
        <w:spacing w:after="240" w:line="360" w:lineRule="auto"/>
        <w:ind w:left="0" w:firstLine="0"/>
        <w:rPr>
          <w:rFonts w:cs="Times New Roman"/>
        </w:rPr>
      </w:pPr>
      <w:bookmarkStart w:id="146" w:name="_Toc205248744"/>
      <w:bookmarkStart w:id="147" w:name="_Toc205261391"/>
      <w:r w:rsidRPr="00387AD0">
        <w:rPr>
          <w:rFonts w:cs="Times New Roman"/>
        </w:rPr>
        <w:t>Kesimpulan</w:t>
      </w:r>
      <w:bookmarkEnd w:id="146"/>
      <w:bookmarkEnd w:id="147"/>
    </w:p>
    <w:p w14:paraId="6F959D2B" w14:textId="466A4582" w:rsidR="005B7971" w:rsidRPr="00387AD0" w:rsidRDefault="00DE44F0" w:rsidP="00FB2541">
      <w:pPr>
        <w:spacing w:line="360" w:lineRule="auto"/>
        <w:ind w:right="-427" w:firstLine="720"/>
        <w:rPr>
          <w:rFonts w:cs="Times New Roman"/>
        </w:rPr>
      </w:pPr>
      <w:proofErr w:type="spellStart"/>
      <w:r w:rsidRPr="00387AD0">
        <w:rPr>
          <w:rFonts w:cs="Times New Roman"/>
        </w:rPr>
        <w:t>Melalui</w:t>
      </w:r>
      <w:proofErr w:type="spellEnd"/>
      <w:r w:rsidR="00F660D2" w:rsidRPr="00387AD0">
        <w:rPr>
          <w:rFonts w:cs="Times New Roman"/>
          <w:b/>
          <w:bCs/>
        </w:rPr>
        <w:t xml:space="preserve"> </w:t>
      </w:r>
      <w:proofErr w:type="spellStart"/>
      <w:r w:rsidRPr="00387AD0">
        <w:rPr>
          <w:rFonts w:cs="Times New Roman"/>
        </w:rPr>
        <w:t>kerja</w:t>
      </w:r>
      <w:proofErr w:type="spellEnd"/>
      <w:r w:rsidR="00F660D2" w:rsidRPr="00387AD0">
        <w:rPr>
          <w:rFonts w:cs="Times New Roman"/>
          <w:b/>
          <w:bCs/>
        </w:rPr>
        <w:t xml:space="preserve"> </w:t>
      </w:r>
      <w:proofErr w:type="spellStart"/>
      <w:r w:rsidRPr="00387AD0">
        <w:rPr>
          <w:rFonts w:cs="Times New Roman"/>
        </w:rPr>
        <w:t>praktik</w:t>
      </w:r>
      <w:proofErr w:type="spellEnd"/>
      <w:r w:rsidR="00F660D2" w:rsidRPr="00387AD0">
        <w:rPr>
          <w:rFonts w:cs="Times New Roman"/>
          <w:b/>
          <w:bCs/>
        </w:rPr>
        <w:t xml:space="preserve"> </w:t>
      </w:r>
      <w:proofErr w:type="spellStart"/>
      <w:r w:rsidRPr="00387AD0">
        <w:rPr>
          <w:rFonts w:cs="Times New Roman"/>
        </w:rPr>
        <w:t>ini</w:t>
      </w:r>
      <w:proofErr w:type="spellEnd"/>
      <w:r w:rsidRPr="00387AD0">
        <w:rPr>
          <w:rFonts w:cs="Times New Roman"/>
        </w:rPr>
        <w:t>,</w:t>
      </w:r>
      <w:r w:rsidR="00F660D2" w:rsidRPr="00387AD0">
        <w:rPr>
          <w:rFonts w:cs="Times New Roman"/>
          <w:b/>
          <w:bCs/>
        </w:rPr>
        <w:t xml:space="preserve"> </w:t>
      </w:r>
      <w:proofErr w:type="spellStart"/>
      <w:r w:rsidRPr="00387AD0">
        <w:rPr>
          <w:rFonts w:cs="Times New Roman"/>
        </w:rPr>
        <w:t>diperoleh</w:t>
      </w:r>
      <w:proofErr w:type="spellEnd"/>
      <w:r w:rsidR="00F660D2" w:rsidRPr="00387AD0">
        <w:rPr>
          <w:rFonts w:cs="Times New Roman"/>
          <w:b/>
          <w:bCs/>
        </w:rPr>
        <w:t xml:space="preserve"> </w:t>
      </w:r>
      <w:proofErr w:type="spellStart"/>
      <w:r w:rsidRPr="00387AD0">
        <w:rPr>
          <w:rFonts w:cs="Times New Roman"/>
        </w:rPr>
        <w:t>pemahaman</w:t>
      </w:r>
      <w:proofErr w:type="spellEnd"/>
      <w:r w:rsidR="00F660D2" w:rsidRPr="00387AD0">
        <w:rPr>
          <w:rFonts w:cs="Times New Roman"/>
          <w:b/>
          <w:bCs/>
        </w:rPr>
        <w:t xml:space="preserve"> </w:t>
      </w:r>
      <w:proofErr w:type="spellStart"/>
      <w:r w:rsidRPr="00387AD0">
        <w:rPr>
          <w:rFonts w:cs="Times New Roman"/>
        </w:rPr>
        <w:t>langsung</w:t>
      </w:r>
      <w:proofErr w:type="spellEnd"/>
      <w:r w:rsidR="00F660D2" w:rsidRPr="00387AD0">
        <w:rPr>
          <w:rFonts w:cs="Times New Roman"/>
          <w:b/>
          <w:bCs/>
        </w:rPr>
        <w:t xml:space="preserve"> </w:t>
      </w:r>
      <w:proofErr w:type="spellStart"/>
      <w:r w:rsidRPr="00387AD0">
        <w:rPr>
          <w:rFonts w:cs="Times New Roman"/>
        </w:rPr>
        <w:t>mengenai</w:t>
      </w:r>
      <w:proofErr w:type="spellEnd"/>
      <w:r w:rsidR="00F660D2" w:rsidRPr="00387AD0">
        <w:rPr>
          <w:rFonts w:cs="Times New Roman"/>
          <w:b/>
          <w:bCs/>
        </w:rPr>
        <w:t xml:space="preserve"> </w:t>
      </w:r>
      <w:proofErr w:type="spellStart"/>
      <w:r w:rsidRPr="00387AD0">
        <w:rPr>
          <w:rFonts w:cs="Times New Roman"/>
        </w:rPr>
        <w:t>pentingnya</w:t>
      </w:r>
      <w:proofErr w:type="spellEnd"/>
      <w:r w:rsidR="00F660D2" w:rsidRPr="00387AD0">
        <w:rPr>
          <w:rFonts w:cs="Times New Roman"/>
          <w:b/>
          <w:bCs/>
        </w:rPr>
        <w:t xml:space="preserve"> </w:t>
      </w:r>
      <w:proofErr w:type="spellStart"/>
      <w:r w:rsidRPr="00387AD0">
        <w:rPr>
          <w:rFonts w:cs="Times New Roman"/>
        </w:rPr>
        <w:t>digitalisasi</w:t>
      </w:r>
      <w:proofErr w:type="spellEnd"/>
      <w:r w:rsidR="00F660D2" w:rsidRPr="00387AD0">
        <w:rPr>
          <w:rFonts w:cs="Times New Roman"/>
          <w:b/>
          <w:bCs/>
        </w:rPr>
        <w:t xml:space="preserve"> </w:t>
      </w:r>
      <w:proofErr w:type="spellStart"/>
      <w:r w:rsidRPr="00387AD0">
        <w:rPr>
          <w:rFonts w:cs="Times New Roman"/>
        </w:rPr>
        <w:t>dalam</w:t>
      </w:r>
      <w:proofErr w:type="spellEnd"/>
      <w:r w:rsidR="00F660D2" w:rsidRPr="00387AD0">
        <w:rPr>
          <w:rFonts w:cs="Times New Roman"/>
          <w:b/>
          <w:bCs/>
        </w:rPr>
        <w:t xml:space="preserve"> </w:t>
      </w:r>
      <w:proofErr w:type="spellStart"/>
      <w:r w:rsidRPr="00387AD0">
        <w:rPr>
          <w:rFonts w:cs="Times New Roman"/>
        </w:rPr>
        <w:t>pengelolaan</w:t>
      </w:r>
      <w:proofErr w:type="spellEnd"/>
      <w:r w:rsidR="00F660D2" w:rsidRPr="00387AD0">
        <w:rPr>
          <w:rFonts w:cs="Times New Roman"/>
          <w:b/>
          <w:bCs/>
        </w:rPr>
        <w:t xml:space="preserve"> </w:t>
      </w:r>
      <w:proofErr w:type="spellStart"/>
      <w:r w:rsidRPr="00387AD0">
        <w:rPr>
          <w:rFonts w:cs="Times New Roman"/>
        </w:rPr>
        <w:t>koleksi</w:t>
      </w:r>
      <w:proofErr w:type="spellEnd"/>
      <w:r w:rsidR="00F660D2" w:rsidRPr="00387AD0">
        <w:rPr>
          <w:rFonts w:cs="Times New Roman"/>
          <w:b/>
          <w:bCs/>
        </w:rPr>
        <w:t xml:space="preserve"> </w:t>
      </w:r>
      <w:r w:rsidRPr="00387AD0">
        <w:rPr>
          <w:rFonts w:cs="Times New Roman"/>
        </w:rPr>
        <w:t>dan</w:t>
      </w:r>
      <w:r w:rsidR="00F660D2" w:rsidRPr="00387AD0">
        <w:rPr>
          <w:rFonts w:cs="Times New Roman"/>
          <w:b/>
          <w:bCs/>
        </w:rPr>
        <w:t xml:space="preserve"> </w:t>
      </w:r>
      <w:proofErr w:type="spellStart"/>
      <w:r w:rsidRPr="00387AD0">
        <w:rPr>
          <w:rFonts w:cs="Times New Roman"/>
        </w:rPr>
        <w:t>layanan</w:t>
      </w:r>
      <w:proofErr w:type="spellEnd"/>
      <w:r w:rsidR="00F660D2" w:rsidRPr="00387AD0">
        <w:rPr>
          <w:rFonts w:cs="Times New Roman"/>
          <w:b/>
          <w:bCs/>
        </w:rPr>
        <w:t xml:space="preserve"> </w:t>
      </w:r>
      <w:proofErr w:type="spellStart"/>
      <w:r w:rsidRPr="00387AD0">
        <w:rPr>
          <w:rFonts w:cs="Times New Roman"/>
        </w:rPr>
        <w:t>informasi</w:t>
      </w:r>
      <w:proofErr w:type="spellEnd"/>
      <w:r w:rsidR="00F660D2" w:rsidRPr="00387AD0">
        <w:rPr>
          <w:rFonts w:cs="Times New Roman"/>
          <w:b/>
          <w:bCs/>
        </w:rPr>
        <w:t xml:space="preserve"> </w:t>
      </w:r>
      <w:r w:rsidRPr="00387AD0">
        <w:rPr>
          <w:rFonts w:cs="Times New Roman"/>
        </w:rPr>
        <w:t>pada</w:t>
      </w:r>
      <w:r w:rsidR="00F660D2" w:rsidRPr="00387AD0">
        <w:rPr>
          <w:rFonts w:cs="Times New Roman"/>
          <w:b/>
          <w:bCs/>
        </w:rPr>
        <w:t xml:space="preserve"> </w:t>
      </w:r>
      <w:proofErr w:type="spellStart"/>
      <w:r w:rsidRPr="00387AD0">
        <w:rPr>
          <w:rFonts w:cs="Times New Roman"/>
        </w:rPr>
        <w:t>lembaga</w:t>
      </w:r>
      <w:proofErr w:type="spellEnd"/>
      <w:r w:rsidR="00F660D2" w:rsidRPr="00387AD0">
        <w:rPr>
          <w:rFonts w:cs="Times New Roman"/>
          <w:b/>
          <w:bCs/>
        </w:rPr>
        <w:t xml:space="preserve"> </w:t>
      </w:r>
      <w:proofErr w:type="spellStart"/>
      <w:r w:rsidRPr="00387AD0">
        <w:rPr>
          <w:rFonts w:cs="Times New Roman"/>
        </w:rPr>
        <w:t>literasi</w:t>
      </w:r>
      <w:proofErr w:type="spellEnd"/>
      <w:r w:rsidR="00F660D2" w:rsidRPr="00387AD0">
        <w:rPr>
          <w:rFonts w:cs="Times New Roman"/>
          <w:b/>
          <w:bCs/>
        </w:rPr>
        <w:t xml:space="preserve"> </w:t>
      </w:r>
      <w:r w:rsidRPr="00387AD0">
        <w:rPr>
          <w:rFonts w:cs="Times New Roman"/>
        </w:rPr>
        <w:t>nonformal</w:t>
      </w:r>
      <w:r w:rsidR="00F660D2" w:rsidRPr="00387AD0">
        <w:rPr>
          <w:rFonts w:cs="Times New Roman"/>
          <w:b/>
          <w:bCs/>
        </w:rPr>
        <w:t xml:space="preserve"> </w:t>
      </w:r>
      <w:proofErr w:type="spellStart"/>
      <w:r w:rsidRPr="00387AD0">
        <w:rPr>
          <w:rFonts w:cs="Times New Roman"/>
        </w:rPr>
        <w:t>seperti</w:t>
      </w:r>
      <w:proofErr w:type="spellEnd"/>
      <w:r w:rsidR="00F660D2" w:rsidRPr="00387AD0">
        <w:rPr>
          <w:rFonts w:cs="Times New Roman"/>
          <w:b/>
          <w:bCs/>
        </w:rPr>
        <w:t xml:space="preserve"> </w:t>
      </w:r>
      <w:r w:rsidRPr="00387AD0">
        <w:rPr>
          <w:rFonts w:cs="Times New Roman"/>
        </w:rPr>
        <w:t>Taman</w:t>
      </w:r>
      <w:r w:rsidR="00F660D2" w:rsidRPr="00387AD0">
        <w:rPr>
          <w:rFonts w:cs="Times New Roman"/>
          <w:b/>
          <w:bCs/>
        </w:rPr>
        <w:t xml:space="preserve"> </w:t>
      </w:r>
      <w:r w:rsidRPr="00387AD0">
        <w:rPr>
          <w:rFonts w:cs="Times New Roman"/>
        </w:rPr>
        <w:t>Baca</w:t>
      </w:r>
      <w:r w:rsidR="00F660D2" w:rsidRPr="00387AD0">
        <w:rPr>
          <w:rFonts w:cs="Times New Roman"/>
          <w:b/>
          <w:bCs/>
        </w:rPr>
        <w:t xml:space="preserve"> </w:t>
      </w:r>
      <w:r w:rsidRPr="00387AD0">
        <w:rPr>
          <w:rFonts w:cs="Times New Roman"/>
        </w:rPr>
        <w:t>Masyarakat</w:t>
      </w:r>
      <w:r w:rsidR="00F660D2" w:rsidRPr="00387AD0">
        <w:rPr>
          <w:rFonts w:cs="Times New Roman"/>
          <w:b/>
          <w:bCs/>
        </w:rPr>
        <w:t xml:space="preserve"> </w:t>
      </w:r>
      <w:r w:rsidRPr="00387AD0">
        <w:rPr>
          <w:rFonts w:cs="Times New Roman"/>
        </w:rPr>
        <w:t>(TBM)</w:t>
      </w:r>
      <w:r w:rsidR="00F660D2" w:rsidRPr="00387AD0">
        <w:rPr>
          <w:rFonts w:cs="Times New Roman"/>
          <w:b/>
          <w:bCs/>
        </w:rPr>
        <w:t xml:space="preserve"> </w:t>
      </w:r>
      <w:r w:rsidRPr="00387AD0">
        <w:rPr>
          <w:rFonts w:cs="Times New Roman"/>
        </w:rPr>
        <w:t>Al-Azhari.</w:t>
      </w:r>
      <w:r w:rsidR="00F660D2" w:rsidRPr="00387AD0">
        <w:rPr>
          <w:rFonts w:cs="Times New Roman"/>
          <w:b/>
          <w:bCs/>
        </w:rPr>
        <w:t xml:space="preserve"> </w:t>
      </w:r>
      <w:proofErr w:type="spellStart"/>
      <w:r w:rsidRPr="00387AD0">
        <w:rPr>
          <w:rFonts w:cs="Times New Roman"/>
        </w:rPr>
        <w:t>Perancangan</w:t>
      </w:r>
      <w:proofErr w:type="spellEnd"/>
      <w:r w:rsidR="00F660D2" w:rsidRPr="00387AD0">
        <w:rPr>
          <w:rFonts w:cs="Times New Roman"/>
          <w:b/>
          <w:bCs/>
        </w:rPr>
        <w:t xml:space="preserve"> </w:t>
      </w:r>
      <w:r w:rsidRPr="00387AD0">
        <w:rPr>
          <w:rFonts w:cs="Times New Roman"/>
        </w:rPr>
        <w:t>dan</w:t>
      </w:r>
      <w:r w:rsidR="00F660D2" w:rsidRPr="00387AD0">
        <w:rPr>
          <w:rFonts w:cs="Times New Roman"/>
          <w:b/>
          <w:bCs/>
        </w:rPr>
        <w:t xml:space="preserve"> </w:t>
      </w:r>
      <w:proofErr w:type="spellStart"/>
      <w:r w:rsidRPr="00387AD0">
        <w:rPr>
          <w:rFonts w:cs="Times New Roman"/>
        </w:rPr>
        <w:t>implementasi</w:t>
      </w:r>
      <w:proofErr w:type="spellEnd"/>
      <w:r w:rsidR="00F660D2" w:rsidRPr="00387AD0">
        <w:rPr>
          <w:rFonts w:cs="Times New Roman"/>
          <w:b/>
          <w:bCs/>
        </w:rPr>
        <w:t xml:space="preserve"> </w:t>
      </w:r>
      <w:proofErr w:type="spellStart"/>
      <w:r w:rsidRPr="00387AD0">
        <w:rPr>
          <w:rFonts w:cs="Times New Roman"/>
        </w:rPr>
        <w:t>sistem</w:t>
      </w:r>
      <w:proofErr w:type="spellEnd"/>
      <w:r w:rsidR="00F660D2" w:rsidRPr="00387AD0">
        <w:rPr>
          <w:rFonts w:cs="Times New Roman"/>
          <w:b/>
          <w:bCs/>
        </w:rPr>
        <w:t xml:space="preserve"> </w:t>
      </w:r>
      <w:proofErr w:type="spellStart"/>
      <w:r w:rsidRPr="00387AD0">
        <w:rPr>
          <w:rFonts w:cs="Times New Roman"/>
        </w:rPr>
        <w:t>informasi</w:t>
      </w:r>
      <w:proofErr w:type="spellEnd"/>
      <w:r w:rsidR="00F660D2" w:rsidRPr="00387AD0">
        <w:rPr>
          <w:rFonts w:cs="Times New Roman"/>
          <w:b/>
          <w:bCs/>
        </w:rPr>
        <w:t xml:space="preserve"> </w:t>
      </w:r>
      <w:proofErr w:type="spellStart"/>
      <w:r w:rsidRPr="00387AD0">
        <w:rPr>
          <w:rFonts w:cs="Times New Roman"/>
        </w:rPr>
        <w:t>katalog</w:t>
      </w:r>
      <w:proofErr w:type="spellEnd"/>
      <w:r w:rsidR="00F660D2" w:rsidRPr="00387AD0">
        <w:rPr>
          <w:rFonts w:cs="Times New Roman"/>
          <w:b/>
          <w:bCs/>
        </w:rPr>
        <w:t xml:space="preserve"> </w:t>
      </w:r>
      <w:proofErr w:type="spellStart"/>
      <w:r w:rsidRPr="00387AD0">
        <w:rPr>
          <w:rFonts w:cs="Times New Roman"/>
        </w:rPr>
        <w:t>buku</w:t>
      </w:r>
      <w:proofErr w:type="spellEnd"/>
      <w:r w:rsidR="00F660D2" w:rsidRPr="00387AD0">
        <w:rPr>
          <w:rFonts w:cs="Times New Roman"/>
          <w:b/>
          <w:bCs/>
        </w:rPr>
        <w:t xml:space="preserve"> </w:t>
      </w:r>
      <w:proofErr w:type="spellStart"/>
      <w:r w:rsidRPr="00387AD0">
        <w:rPr>
          <w:rFonts w:cs="Times New Roman"/>
        </w:rPr>
        <w:t>berbasis</w:t>
      </w:r>
      <w:proofErr w:type="spellEnd"/>
      <w:r w:rsidR="00F660D2" w:rsidRPr="00387AD0">
        <w:rPr>
          <w:rFonts w:cs="Times New Roman"/>
          <w:b/>
          <w:bCs/>
        </w:rPr>
        <w:t xml:space="preserve"> </w:t>
      </w:r>
      <w:r w:rsidRPr="00387AD0">
        <w:rPr>
          <w:rFonts w:cs="Times New Roman"/>
        </w:rPr>
        <w:t>web</w:t>
      </w:r>
      <w:r w:rsidR="00F660D2" w:rsidRPr="00387AD0">
        <w:rPr>
          <w:rFonts w:cs="Times New Roman"/>
          <w:b/>
          <w:bCs/>
        </w:rPr>
        <w:t xml:space="preserve"> </w:t>
      </w:r>
      <w:proofErr w:type="spellStart"/>
      <w:r w:rsidRPr="00387AD0">
        <w:rPr>
          <w:rFonts w:cs="Times New Roman"/>
        </w:rPr>
        <w:t>telah</w:t>
      </w:r>
      <w:proofErr w:type="spellEnd"/>
      <w:r w:rsidR="00F660D2" w:rsidRPr="00387AD0">
        <w:rPr>
          <w:rFonts w:cs="Times New Roman"/>
          <w:b/>
          <w:bCs/>
        </w:rPr>
        <w:t xml:space="preserve"> </w:t>
      </w:r>
      <w:proofErr w:type="spellStart"/>
      <w:r w:rsidRPr="00387AD0">
        <w:rPr>
          <w:rFonts w:cs="Times New Roman"/>
        </w:rPr>
        <w:t>terbukti</w:t>
      </w:r>
      <w:proofErr w:type="spellEnd"/>
      <w:r w:rsidR="00F660D2" w:rsidRPr="00387AD0">
        <w:rPr>
          <w:rFonts w:cs="Times New Roman"/>
          <w:b/>
          <w:bCs/>
        </w:rPr>
        <w:t xml:space="preserve"> </w:t>
      </w:r>
      <w:proofErr w:type="spellStart"/>
      <w:r w:rsidRPr="00387AD0">
        <w:rPr>
          <w:rFonts w:cs="Times New Roman"/>
        </w:rPr>
        <w:t>mampu</w:t>
      </w:r>
      <w:proofErr w:type="spellEnd"/>
      <w:r w:rsidR="00F660D2" w:rsidRPr="00387AD0">
        <w:rPr>
          <w:rFonts w:cs="Times New Roman"/>
          <w:b/>
          <w:bCs/>
        </w:rPr>
        <w:t xml:space="preserve"> </w:t>
      </w:r>
      <w:proofErr w:type="spellStart"/>
      <w:r w:rsidRPr="00387AD0">
        <w:rPr>
          <w:rFonts w:cs="Times New Roman"/>
        </w:rPr>
        <w:t>meningkatkan</w:t>
      </w:r>
      <w:proofErr w:type="spellEnd"/>
      <w:r w:rsidR="00F660D2" w:rsidRPr="00387AD0">
        <w:rPr>
          <w:rFonts w:cs="Times New Roman"/>
          <w:b/>
          <w:bCs/>
        </w:rPr>
        <w:t xml:space="preserve"> </w:t>
      </w:r>
      <w:proofErr w:type="spellStart"/>
      <w:r w:rsidRPr="00387AD0">
        <w:rPr>
          <w:rFonts w:cs="Times New Roman"/>
        </w:rPr>
        <w:t>efisiensi</w:t>
      </w:r>
      <w:proofErr w:type="spellEnd"/>
      <w:r w:rsidR="00F660D2" w:rsidRPr="00387AD0">
        <w:rPr>
          <w:rFonts w:cs="Times New Roman"/>
          <w:b/>
          <w:bCs/>
        </w:rPr>
        <w:t xml:space="preserve"> </w:t>
      </w:r>
      <w:proofErr w:type="spellStart"/>
      <w:r w:rsidRPr="00387AD0">
        <w:rPr>
          <w:rFonts w:cs="Times New Roman"/>
        </w:rPr>
        <w:t>dalam</w:t>
      </w:r>
      <w:proofErr w:type="spellEnd"/>
      <w:r w:rsidR="00F660D2" w:rsidRPr="00387AD0">
        <w:rPr>
          <w:rFonts w:cs="Times New Roman"/>
          <w:b/>
          <w:bCs/>
        </w:rPr>
        <w:t xml:space="preserve"> </w:t>
      </w:r>
      <w:proofErr w:type="spellStart"/>
      <w:r w:rsidRPr="00387AD0">
        <w:rPr>
          <w:rFonts w:cs="Times New Roman"/>
        </w:rPr>
        <w:t>pencatatan</w:t>
      </w:r>
      <w:proofErr w:type="spellEnd"/>
      <w:r w:rsidRPr="00387AD0">
        <w:rPr>
          <w:rFonts w:cs="Times New Roman"/>
        </w:rPr>
        <w:t>,</w:t>
      </w:r>
      <w:r w:rsidR="00F660D2" w:rsidRPr="00387AD0">
        <w:rPr>
          <w:rFonts w:cs="Times New Roman"/>
          <w:b/>
          <w:bCs/>
        </w:rPr>
        <w:t xml:space="preserve"> </w:t>
      </w:r>
      <w:proofErr w:type="spellStart"/>
      <w:r w:rsidRPr="00387AD0">
        <w:rPr>
          <w:rFonts w:cs="Times New Roman"/>
        </w:rPr>
        <w:t>pencarian</w:t>
      </w:r>
      <w:proofErr w:type="spellEnd"/>
      <w:r w:rsidRPr="00387AD0">
        <w:rPr>
          <w:rFonts w:cs="Times New Roman"/>
        </w:rPr>
        <w:t>,</w:t>
      </w:r>
      <w:r w:rsidR="00F660D2" w:rsidRPr="00387AD0">
        <w:rPr>
          <w:rFonts w:cs="Times New Roman"/>
          <w:b/>
          <w:bCs/>
        </w:rPr>
        <w:t xml:space="preserve"> </w:t>
      </w:r>
      <w:r w:rsidRPr="00387AD0">
        <w:rPr>
          <w:rFonts w:cs="Times New Roman"/>
        </w:rPr>
        <w:t>dan</w:t>
      </w:r>
      <w:r w:rsidR="00F660D2" w:rsidRPr="00387AD0">
        <w:rPr>
          <w:rFonts w:cs="Times New Roman"/>
          <w:b/>
          <w:bCs/>
        </w:rPr>
        <w:t xml:space="preserve"> </w:t>
      </w:r>
      <w:proofErr w:type="spellStart"/>
      <w:r w:rsidRPr="00387AD0">
        <w:rPr>
          <w:rFonts w:cs="Times New Roman"/>
        </w:rPr>
        <w:t>pengelolaan</w:t>
      </w:r>
      <w:proofErr w:type="spellEnd"/>
      <w:r w:rsidR="00F660D2" w:rsidRPr="00387AD0">
        <w:rPr>
          <w:rFonts w:cs="Times New Roman"/>
          <w:b/>
          <w:bCs/>
        </w:rPr>
        <w:t xml:space="preserve"> </w:t>
      </w:r>
      <w:r w:rsidRPr="00387AD0">
        <w:rPr>
          <w:rFonts w:cs="Times New Roman"/>
        </w:rPr>
        <w:t>data</w:t>
      </w:r>
      <w:r w:rsidR="00F660D2" w:rsidRPr="00387AD0">
        <w:rPr>
          <w:rFonts w:cs="Times New Roman"/>
          <w:b/>
          <w:bCs/>
        </w:rPr>
        <w:t xml:space="preserve"> </w:t>
      </w:r>
      <w:proofErr w:type="spellStart"/>
      <w:r w:rsidRPr="00387AD0">
        <w:rPr>
          <w:rFonts w:cs="Times New Roman"/>
        </w:rPr>
        <w:t>koleksi</w:t>
      </w:r>
      <w:proofErr w:type="spellEnd"/>
      <w:r w:rsidR="00F660D2" w:rsidRPr="00387AD0">
        <w:rPr>
          <w:rFonts w:cs="Times New Roman"/>
          <w:b/>
          <w:bCs/>
        </w:rPr>
        <w:t xml:space="preserve"> </w:t>
      </w:r>
      <w:proofErr w:type="spellStart"/>
      <w:r w:rsidRPr="00387AD0">
        <w:rPr>
          <w:rFonts w:cs="Times New Roman"/>
        </w:rPr>
        <w:t>buku</w:t>
      </w:r>
      <w:proofErr w:type="spellEnd"/>
      <w:r w:rsidR="00F660D2" w:rsidRPr="00387AD0">
        <w:rPr>
          <w:rFonts w:cs="Times New Roman"/>
          <w:b/>
          <w:bCs/>
        </w:rPr>
        <w:t xml:space="preserve"> </w:t>
      </w:r>
      <w:r w:rsidRPr="00387AD0">
        <w:rPr>
          <w:rFonts w:cs="Times New Roman"/>
        </w:rPr>
        <w:t>yang</w:t>
      </w:r>
      <w:r w:rsidR="00F660D2" w:rsidRPr="00387AD0">
        <w:rPr>
          <w:rFonts w:cs="Times New Roman"/>
          <w:b/>
          <w:bCs/>
        </w:rPr>
        <w:t xml:space="preserve"> </w:t>
      </w:r>
      <w:proofErr w:type="spellStart"/>
      <w:r w:rsidRPr="00387AD0">
        <w:rPr>
          <w:rFonts w:cs="Times New Roman"/>
        </w:rPr>
        <w:t>sebelumnya</w:t>
      </w:r>
      <w:proofErr w:type="spellEnd"/>
      <w:r w:rsidR="00F660D2" w:rsidRPr="00387AD0">
        <w:rPr>
          <w:rFonts w:cs="Times New Roman"/>
          <w:b/>
          <w:bCs/>
        </w:rPr>
        <w:t xml:space="preserve"> </w:t>
      </w:r>
      <w:proofErr w:type="spellStart"/>
      <w:r w:rsidRPr="00387AD0">
        <w:rPr>
          <w:rFonts w:cs="Times New Roman"/>
        </w:rPr>
        <w:t>dilakukan</w:t>
      </w:r>
      <w:proofErr w:type="spellEnd"/>
      <w:r w:rsidR="00F660D2" w:rsidRPr="00387AD0">
        <w:rPr>
          <w:rFonts w:cs="Times New Roman"/>
          <w:b/>
          <w:bCs/>
        </w:rPr>
        <w:t xml:space="preserve"> </w:t>
      </w:r>
      <w:proofErr w:type="spellStart"/>
      <w:r w:rsidRPr="00387AD0">
        <w:rPr>
          <w:rFonts w:cs="Times New Roman"/>
        </w:rPr>
        <w:t>secara</w:t>
      </w:r>
      <w:proofErr w:type="spellEnd"/>
      <w:r w:rsidR="00F660D2" w:rsidRPr="00387AD0">
        <w:rPr>
          <w:rFonts w:cs="Times New Roman"/>
          <w:b/>
          <w:bCs/>
        </w:rPr>
        <w:t xml:space="preserve"> </w:t>
      </w:r>
      <w:r w:rsidRPr="00387AD0">
        <w:rPr>
          <w:rFonts w:cs="Times New Roman"/>
        </w:rPr>
        <w:t>manual.</w:t>
      </w:r>
      <w:r w:rsidR="00F660D2" w:rsidRPr="00387AD0">
        <w:rPr>
          <w:rFonts w:cs="Times New Roman"/>
          <w:b/>
          <w:bCs/>
        </w:rPr>
        <w:t xml:space="preserve"> </w:t>
      </w:r>
      <w:proofErr w:type="spellStart"/>
      <w:r w:rsidRPr="00387AD0">
        <w:rPr>
          <w:rFonts w:cs="Times New Roman"/>
        </w:rPr>
        <w:t>Sistem</w:t>
      </w:r>
      <w:proofErr w:type="spellEnd"/>
      <w:r w:rsidR="00F660D2" w:rsidRPr="00387AD0">
        <w:rPr>
          <w:rFonts w:cs="Times New Roman"/>
          <w:b/>
          <w:bCs/>
        </w:rPr>
        <w:t xml:space="preserve"> </w:t>
      </w:r>
      <w:proofErr w:type="spellStart"/>
      <w:r w:rsidRPr="00387AD0">
        <w:rPr>
          <w:rFonts w:cs="Times New Roman"/>
        </w:rPr>
        <w:t>ini</w:t>
      </w:r>
      <w:proofErr w:type="spellEnd"/>
      <w:r w:rsidR="00F660D2" w:rsidRPr="00387AD0">
        <w:rPr>
          <w:rFonts w:cs="Times New Roman"/>
          <w:b/>
          <w:bCs/>
        </w:rPr>
        <w:t xml:space="preserve"> </w:t>
      </w:r>
      <w:proofErr w:type="spellStart"/>
      <w:r w:rsidRPr="00387AD0">
        <w:rPr>
          <w:rFonts w:cs="Times New Roman"/>
        </w:rPr>
        <w:t>tidak</w:t>
      </w:r>
      <w:proofErr w:type="spellEnd"/>
      <w:r w:rsidR="00F660D2" w:rsidRPr="00387AD0">
        <w:rPr>
          <w:rFonts w:cs="Times New Roman"/>
          <w:b/>
          <w:bCs/>
        </w:rPr>
        <w:t xml:space="preserve"> </w:t>
      </w:r>
      <w:proofErr w:type="spellStart"/>
      <w:r w:rsidRPr="00387AD0">
        <w:rPr>
          <w:rFonts w:cs="Times New Roman"/>
        </w:rPr>
        <w:t>hanya</w:t>
      </w:r>
      <w:proofErr w:type="spellEnd"/>
      <w:r w:rsidR="00F660D2" w:rsidRPr="00387AD0">
        <w:rPr>
          <w:rFonts w:cs="Times New Roman"/>
          <w:b/>
          <w:bCs/>
        </w:rPr>
        <w:t xml:space="preserve"> </w:t>
      </w:r>
      <w:proofErr w:type="spellStart"/>
      <w:r w:rsidRPr="00387AD0">
        <w:rPr>
          <w:rFonts w:cs="Times New Roman"/>
        </w:rPr>
        <w:t>memudahkan</w:t>
      </w:r>
      <w:proofErr w:type="spellEnd"/>
      <w:r w:rsidR="00F660D2" w:rsidRPr="00387AD0">
        <w:rPr>
          <w:rFonts w:cs="Times New Roman"/>
          <w:b/>
          <w:bCs/>
        </w:rPr>
        <w:t xml:space="preserve"> </w:t>
      </w:r>
      <w:proofErr w:type="spellStart"/>
      <w:r w:rsidRPr="00387AD0">
        <w:rPr>
          <w:rFonts w:cs="Times New Roman"/>
        </w:rPr>
        <w:t>tugas</w:t>
      </w:r>
      <w:proofErr w:type="spellEnd"/>
      <w:r w:rsidR="00F660D2" w:rsidRPr="00387AD0">
        <w:rPr>
          <w:rFonts w:cs="Times New Roman"/>
          <w:b/>
          <w:bCs/>
        </w:rPr>
        <w:t xml:space="preserve"> </w:t>
      </w:r>
      <w:proofErr w:type="spellStart"/>
      <w:r w:rsidRPr="00387AD0">
        <w:rPr>
          <w:rFonts w:cs="Times New Roman"/>
        </w:rPr>
        <w:t>pengelola</w:t>
      </w:r>
      <w:proofErr w:type="spellEnd"/>
      <w:r w:rsidRPr="00387AD0">
        <w:rPr>
          <w:rFonts w:cs="Times New Roman"/>
        </w:rPr>
        <w:t>,</w:t>
      </w:r>
      <w:r w:rsidR="00F660D2" w:rsidRPr="00387AD0">
        <w:rPr>
          <w:rFonts w:cs="Times New Roman"/>
          <w:b/>
          <w:bCs/>
        </w:rPr>
        <w:t xml:space="preserve"> </w:t>
      </w:r>
      <w:proofErr w:type="spellStart"/>
      <w:r w:rsidRPr="00387AD0">
        <w:rPr>
          <w:rFonts w:cs="Times New Roman"/>
        </w:rPr>
        <w:t>tetapi</w:t>
      </w:r>
      <w:proofErr w:type="spellEnd"/>
      <w:r w:rsidR="00F660D2" w:rsidRPr="00387AD0">
        <w:rPr>
          <w:rFonts w:cs="Times New Roman"/>
          <w:b/>
          <w:bCs/>
        </w:rPr>
        <w:t xml:space="preserve"> </w:t>
      </w:r>
      <w:r w:rsidRPr="00387AD0">
        <w:rPr>
          <w:rFonts w:cs="Times New Roman"/>
        </w:rPr>
        <w:t>juga</w:t>
      </w:r>
      <w:r w:rsidR="00F660D2" w:rsidRPr="00387AD0">
        <w:rPr>
          <w:rFonts w:cs="Times New Roman"/>
          <w:b/>
          <w:bCs/>
        </w:rPr>
        <w:t xml:space="preserve"> </w:t>
      </w:r>
      <w:proofErr w:type="spellStart"/>
      <w:r w:rsidRPr="00387AD0">
        <w:rPr>
          <w:rFonts w:cs="Times New Roman"/>
        </w:rPr>
        <w:t>mempercepat</w:t>
      </w:r>
      <w:proofErr w:type="spellEnd"/>
      <w:r w:rsidR="00F660D2" w:rsidRPr="00387AD0">
        <w:rPr>
          <w:rFonts w:cs="Times New Roman"/>
          <w:b/>
          <w:bCs/>
        </w:rPr>
        <w:t xml:space="preserve"> </w:t>
      </w:r>
      <w:proofErr w:type="spellStart"/>
      <w:r w:rsidRPr="00387AD0">
        <w:rPr>
          <w:rFonts w:cs="Times New Roman"/>
        </w:rPr>
        <w:t>akses</w:t>
      </w:r>
      <w:proofErr w:type="spellEnd"/>
      <w:r w:rsidR="00F660D2" w:rsidRPr="00387AD0">
        <w:rPr>
          <w:rFonts w:cs="Times New Roman"/>
          <w:b/>
          <w:bCs/>
        </w:rPr>
        <w:t xml:space="preserve"> </w:t>
      </w:r>
      <w:proofErr w:type="spellStart"/>
      <w:r w:rsidRPr="00387AD0">
        <w:rPr>
          <w:rFonts w:cs="Times New Roman"/>
        </w:rPr>
        <w:t>informasi</w:t>
      </w:r>
      <w:proofErr w:type="spellEnd"/>
      <w:r w:rsidR="00F660D2" w:rsidRPr="00387AD0">
        <w:rPr>
          <w:rFonts w:cs="Times New Roman"/>
          <w:b/>
          <w:bCs/>
        </w:rPr>
        <w:t xml:space="preserve"> </w:t>
      </w:r>
      <w:proofErr w:type="spellStart"/>
      <w:r w:rsidRPr="00387AD0">
        <w:rPr>
          <w:rFonts w:cs="Times New Roman"/>
        </w:rPr>
        <w:t>bagi</w:t>
      </w:r>
      <w:proofErr w:type="spellEnd"/>
      <w:r w:rsidR="00F660D2" w:rsidRPr="00387AD0">
        <w:rPr>
          <w:rFonts w:cs="Times New Roman"/>
          <w:b/>
          <w:bCs/>
        </w:rPr>
        <w:t xml:space="preserve"> </w:t>
      </w:r>
      <w:proofErr w:type="spellStart"/>
      <w:r w:rsidRPr="00387AD0">
        <w:rPr>
          <w:rFonts w:cs="Times New Roman"/>
        </w:rPr>
        <w:t>pengguna</w:t>
      </w:r>
      <w:proofErr w:type="spellEnd"/>
      <w:r w:rsidR="00F660D2" w:rsidRPr="00387AD0">
        <w:rPr>
          <w:rFonts w:cs="Times New Roman"/>
          <w:b/>
          <w:bCs/>
        </w:rPr>
        <w:t xml:space="preserve"> </w:t>
      </w:r>
      <w:proofErr w:type="spellStart"/>
      <w:r w:rsidRPr="00387AD0">
        <w:rPr>
          <w:rFonts w:cs="Times New Roman"/>
        </w:rPr>
        <w:t>taman</w:t>
      </w:r>
      <w:proofErr w:type="spellEnd"/>
      <w:r w:rsidR="00F660D2" w:rsidRPr="00387AD0">
        <w:rPr>
          <w:rFonts w:cs="Times New Roman"/>
          <w:b/>
          <w:bCs/>
        </w:rPr>
        <w:t xml:space="preserve"> </w:t>
      </w:r>
      <w:proofErr w:type="spellStart"/>
      <w:r w:rsidRPr="00387AD0">
        <w:rPr>
          <w:rFonts w:cs="Times New Roman"/>
        </w:rPr>
        <w:t>baca</w:t>
      </w:r>
      <w:proofErr w:type="spellEnd"/>
      <w:r w:rsidRPr="00387AD0">
        <w:rPr>
          <w:rFonts w:cs="Times New Roman"/>
        </w:rPr>
        <w:t>.</w:t>
      </w:r>
      <w:r w:rsidR="00F660D2" w:rsidRPr="00387AD0">
        <w:rPr>
          <w:rFonts w:cs="Times New Roman"/>
          <w:b/>
          <w:bCs/>
        </w:rPr>
        <w:t xml:space="preserve"> </w:t>
      </w:r>
      <w:proofErr w:type="spellStart"/>
      <w:r w:rsidRPr="00387AD0">
        <w:rPr>
          <w:rFonts w:cs="Times New Roman"/>
        </w:rPr>
        <w:t>Sinergi</w:t>
      </w:r>
      <w:proofErr w:type="spellEnd"/>
      <w:r w:rsidR="00F660D2" w:rsidRPr="00387AD0">
        <w:rPr>
          <w:rFonts w:cs="Times New Roman"/>
          <w:b/>
          <w:bCs/>
        </w:rPr>
        <w:t xml:space="preserve"> </w:t>
      </w:r>
      <w:proofErr w:type="spellStart"/>
      <w:r w:rsidRPr="00387AD0">
        <w:rPr>
          <w:rFonts w:cs="Times New Roman"/>
        </w:rPr>
        <w:t>antara</w:t>
      </w:r>
      <w:proofErr w:type="spellEnd"/>
      <w:r w:rsidR="00F660D2" w:rsidRPr="00387AD0">
        <w:rPr>
          <w:rFonts w:cs="Times New Roman"/>
          <w:b/>
          <w:bCs/>
        </w:rPr>
        <w:t xml:space="preserve"> </w:t>
      </w:r>
      <w:proofErr w:type="spellStart"/>
      <w:r w:rsidRPr="00387AD0">
        <w:rPr>
          <w:rFonts w:cs="Times New Roman"/>
        </w:rPr>
        <w:t>penerapan</w:t>
      </w:r>
      <w:proofErr w:type="spellEnd"/>
      <w:r w:rsidR="00F660D2" w:rsidRPr="00387AD0">
        <w:rPr>
          <w:rFonts w:cs="Times New Roman"/>
          <w:b/>
          <w:bCs/>
        </w:rPr>
        <w:t xml:space="preserve"> </w:t>
      </w:r>
      <w:proofErr w:type="spellStart"/>
      <w:r w:rsidRPr="00387AD0">
        <w:rPr>
          <w:rFonts w:cs="Times New Roman"/>
        </w:rPr>
        <w:t>ilmu</w:t>
      </w:r>
      <w:proofErr w:type="spellEnd"/>
      <w:r w:rsidR="00F660D2" w:rsidRPr="00387AD0">
        <w:rPr>
          <w:rFonts w:cs="Times New Roman"/>
          <w:b/>
          <w:bCs/>
        </w:rPr>
        <w:t xml:space="preserve"> </w:t>
      </w:r>
      <w:r w:rsidRPr="00387AD0">
        <w:rPr>
          <w:rFonts w:cs="Times New Roman"/>
        </w:rPr>
        <w:t>Teknik</w:t>
      </w:r>
      <w:r w:rsidR="00F660D2" w:rsidRPr="00387AD0">
        <w:rPr>
          <w:rFonts w:cs="Times New Roman"/>
          <w:b/>
          <w:bCs/>
        </w:rPr>
        <w:t xml:space="preserve"> </w:t>
      </w:r>
      <w:proofErr w:type="spellStart"/>
      <w:r w:rsidRPr="00387AD0">
        <w:rPr>
          <w:rFonts w:cs="Times New Roman"/>
        </w:rPr>
        <w:t>Informatika</w:t>
      </w:r>
      <w:proofErr w:type="spellEnd"/>
      <w:r w:rsidR="00F660D2" w:rsidRPr="00387AD0">
        <w:rPr>
          <w:rFonts w:cs="Times New Roman"/>
          <w:b/>
          <w:bCs/>
        </w:rPr>
        <w:t xml:space="preserve"> </w:t>
      </w:r>
      <w:r w:rsidRPr="00387AD0">
        <w:rPr>
          <w:rFonts w:cs="Times New Roman"/>
        </w:rPr>
        <w:t>dan</w:t>
      </w:r>
      <w:r w:rsidR="00F660D2" w:rsidRPr="00387AD0">
        <w:rPr>
          <w:rFonts w:cs="Times New Roman"/>
          <w:b/>
          <w:bCs/>
        </w:rPr>
        <w:t xml:space="preserve"> </w:t>
      </w:r>
      <w:proofErr w:type="spellStart"/>
      <w:r w:rsidRPr="00387AD0">
        <w:rPr>
          <w:rFonts w:cs="Times New Roman"/>
        </w:rPr>
        <w:t>kebutuhan</w:t>
      </w:r>
      <w:proofErr w:type="spellEnd"/>
      <w:r w:rsidR="00F660D2" w:rsidRPr="00387AD0">
        <w:rPr>
          <w:rFonts w:cs="Times New Roman"/>
          <w:b/>
          <w:bCs/>
        </w:rPr>
        <w:t xml:space="preserve"> </w:t>
      </w:r>
      <w:proofErr w:type="spellStart"/>
      <w:r w:rsidRPr="00387AD0">
        <w:rPr>
          <w:rFonts w:cs="Times New Roman"/>
        </w:rPr>
        <w:t>fungsional</w:t>
      </w:r>
      <w:proofErr w:type="spellEnd"/>
      <w:r w:rsidR="00F660D2" w:rsidRPr="00387AD0">
        <w:rPr>
          <w:rFonts w:cs="Times New Roman"/>
          <w:b/>
          <w:bCs/>
        </w:rPr>
        <w:t xml:space="preserve"> </w:t>
      </w:r>
      <w:proofErr w:type="spellStart"/>
      <w:r w:rsidRPr="00387AD0">
        <w:rPr>
          <w:rFonts w:cs="Times New Roman"/>
        </w:rPr>
        <w:t>taman</w:t>
      </w:r>
      <w:proofErr w:type="spellEnd"/>
      <w:r w:rsidR="00F660D2" w:rsidRPr="00387AD0">
        <w:rPr>
          <w:rFonts w:cs="Times New Roman"/>
          <w:b/>
          <w:bCs/>
        </w:rPr>
        <w:t xml:space="preserve"> </w:t>
      </w:r>
      <w:proofErr w:type="spellStart"/>
      <w:r w:rsidRPr="00387AD0">
        <w:rPr>
          <w:rFonts w:cs="Times New Roman"/>
        </w:rPr>
        <w:t>baca</w:t>
      </w:r>
      <w:proofErr w:type="spellEnd"/>
      <w:r w:rsidR="00F660D2" w:rsidRPr="00387AD0">
        <w:rPr>
          <w:rFonts w:cs="Times New Roman"/>
          <w:b/>
          <w:bCs/>
        </w:rPr>
        <w:t xml:space="preserve"> </w:t>
      </w:r>
      <w:proofErr w:type="spellStart"/>
      <w:r w:rsidRPr="00387AD0">
        <w:rPr>
          <w:rFonts w:cs="Times New Roman"/>
        </w:rPr>
        <w:t>mencerminkan</w:t>
      </w:r>
      <w:proofErr w:type="spellEnd"/>
      <w:r w:rsidR="00F660D2" w:rsidRPr="00387AD0">
        <w:rPr>
          <w:rFonts w:cs="Times New Roman"/>
          <w:b/>
          <w:bCs/>
        </w:rPr>
        <w:t xml:space="preserve"> </w:t>
      </w:r>
      <w:proofErr w:type="spellStart"/>
      <w:r w:rsidRPr="00387AD0">
        <w:rPr>
          <w:rFonts w:cs="Times New Roman"/>
        </w:rPr>
        <w:t>kontribusi</w:t>
      </w:r>
      <w:proofErr w:type="spellEnd"/>
      <w:r w:rsidR="00F660D2" w:rsidRPr="00387AD0">
        <w:rPr>
          <w:rFonts w:cs="Times New Roman"/>
          <w:b/>
          <w:bCs/>
        </w:rPr>
        <w:t xml:space="preserve"> </w:t>
      </w:r>
      <w:proofErr w:type="spellStart"/>
      <w:r w:rsidRPr="00387AD0">
        <w:rPr>
          <w:rFonts w:cs="Times New Roman"/>
        </w:rPr>
        <w:t>nyata</w:t>
      </w:r>
      <w:proofErr w:type="spellEnd"/>
      <w:r w:rsidR="00F660D2" w:rsidRPr="00387AD0">
        <w:rPr>
          <w:rFonts w:cs="Times New Roman"/>
          <w:b/>
          <w:bCs/>
        </w:rPr>
        <w:t xml:space="preserve"> </w:t>
      </w:r>
      <w:proofErr w:type="spellStart"/>
      <w:r w:rsidRPr="00387AD0">
        <w:rPr>
          <w:rFonts w:cs="Times New Roman"/>
        </w:rPr>
        <w:t>mahasiswa</w:t>
      </w:r>
      <w:proofErr w:type="spellEnd"/>
      <w:r w:rsidR="00F660D2" w:rsidRPr="00387AD0">
        <w:rPr>
          <w:rFonts w:cs="Times New Roman"/>
          <w:b/>
          <w:bCs/>
        </w:rPr>
        <w:t xml:space="preserve"> </w:t>
      </w:r>
      <w:proofErr w:type="spellStart"/>
      <w:r w:rsidRPr="00387AD0">
        <w:rPr>
          <w:rFonts w:cs="Times New Roman"/>
        </w:rPr>
        <w:t>dalam</w:t>
      </w:r>
      <w:proofErr w:type="spellEnd"/>
      <w:r w:rsidR="00F660D2" w:rsidRPr="00387AD0">
        <w:rPr>
          <w:rFonts w:cs="Times New Roman"/>
          <w:b/>
          <w:bCs/>
        </w:rPr>
        <w:t xml:space="preserve"> </w:t>
      </w:r>
      <w:proofErr w:type="spellStart"/>
      <w:r w:rsidRPr="00387AD0">
        <w:rPr>
          <w:rFonts w:cs="Times New Roman"/>
        </w:rPr>
        <w:t>mendukung</w:t>
      </w:r>
      <w:proofErr w:type="spellEnd"/>
      <w:r w:rsidR="00F660D2" w:rsidRPr="00387AD0">
        <w:rPr>
          <w:rFonts w:cs="Times New Roman"/>
          <w:b/>
          <w:bCs/>
        </w:rPr>
        <w:t xml:space="preserve"> </w:t>
      </w:r>
      <w:proofErr w:type="spellStart"/>
      <w:r w:rsidRPr="00387AD0">
        <w:rPr>
          <w:rFonts w:cs="Times New Roman"/>
        </w:rPr>
        <w:t>pengembangan</w:t>
      </w:r>
      <w:proofErr w:type="spellEnd"/>
      <w:r w:rsidR="00F660D2" w:rsidRPr="00387AD0">
        <w:rPr>
          <w:rFonts w:cs="Times New Roman"/>
          <w:b/>
          <w:bCs/>
        </w:rPr>
        <w:t xml:space="preserve"> </w:t>
      </w:r>
      <w:proofErr w:type="spellStart"/>
      <w:r w:rsidRPr="00387AD0">
        <w:rPr>
          <w:rFonts w:cs="Times New Roman"/>
        </w:rPr>
        <w:t>literasi</w:t>
      </w:r>
      <w:proofErr w:type="spellEnd"/>
      <w:r w:rsidR="00F660D2" w:rsidRPr="00387AD0">
        <w:rPr>
          <w:rFonts w:cs="Times New Roman"/>
          <w:b/>
          <w:bCs/>
        </w:rPr>
        <w:t xml:space="preserve"> </w:t>
      </w:r>
      <w:r w:rsidRPr="00387AD0">
        <w:rPr>
          <w:rFonts w:cs="Times New Roman"/>
        </w:rPr>
        <w:t>digital</w:t>
      </w:r>
      <w:r w:rsidR="00F660D2" w:rsidRPr="00387AD0">
        <w:rPr>
          <w:rFonts w:cs="Times New Roman"/>
          <w:b/>
          <w:bCs/>
        </w:rPr>
        <w:t xml:space="preserve"> </w:t>
      </w:r>
      <w:proofErr w:type="spellStart"/>
      <w:r w:rsidRPr="00387AD0">
        <w:rPr>
          <w:rFonts w:cs="Times New Roman"/>
        </w:rPr>
        <w:t>berbasis</w:t>
      </w:r>
      <w:proofErr w:type="spellEnd"/>
      <w:r w:rsidR="00F660D2" w:rsidRPr="00387AD0">
        <w:rPr>
          <w:rFonts w:cs="Times New Roman"/>
          <w:b/>
          <w:bCs/>
        </w:rPr>
        <w:t xml:space="preserve"> </w:t>
      </w:r>
      <w:proofErr w:type="spellStart"/>
      <w:r w:rsidRPr="00387AD0">
        <w:rPr>
          <w:rFonts w:cs="Times New Roman"/>
        </w:rPr>
        <w:t>komunitas</w:t>
      </w:r>
      <w:proofErr w:type="spellEnd"/>
      <w:r w:rsidRPr="00387AD0">
        <w:rPr>
          <w:rFonts w:cs="Times New Roman"/>
        </w:rPr>
        <w:t>.</w:t>
      </w:r>
    </w:p>
    <w:p w14:paraId="0CEEAFE4" w14:textId="77777777" w:rsidR="00DE44F0" w:rsidRPr="00387AD0" w:rsidRDefault="00DE44F0" w:rsidP="00FB2541">
      <w:pPr>
        <w:pStyle w:val="Heading2"/>
        <w:numPr>
          <w:ilvl w:val="0"/>
          <w:numId w:val="36"/>
        </w:numPr>
        <w:spacing w:after="240" w:line="360" w:lineRule="auto"/>
        <w:ind w:left="0" w:right="-427" w:firstLine="0"/>
        <w:rPr>
          <w:rFonts w:cs="Times New Roman"/>
        </w:rPr>
      </w:pPr>
      <w:bookmarkStart w:id="148" w:name="_Toc205248745"/>
      <w:bookmarkStart w:id="149" w:name="_Toc205261392"/>
      <w:r w:rsidRPr="00387AD0">
        <w:rPr>
          <w:rFonts w:cs="Times New Roman"/>
        </w:rPr>
        <w:t>Saran</w:t>
      </w:r>
      <w:bookmarkEnd w:id="148"/>
      <w:bookmarkEnd w:id="149"/>
    </w:p>
    <w:p w14:paraId="313BA7FD" w14:textId="50FCEF7C" w:rsidR="00F03244" w:rsidRPr="00387AD0" w:rsidRDefault="00163ABF" w:rsidP="00FB2541">
      <w:pPr>
        <w:spacing w:line="360" w:lineRule="auto"/>
        <w:ind w:right="-427" w:firstLine="720"/>
        <w:rPr>
          <w:rFonts w:cs="Times New Roman"/>
        </w:rPr>
      </w:pPr>
      <w:proofErr w:type="spellStart"/>
      <w:r w:rsidRPr="00387AD0">
        <w:rPr>
          <w:rFonts w:cs="Times New Roman"/>
        </w:rPr>
        <w:t>Untuk</w:t>
      </w:r>
      <w:proofErr w:type="spellEnd"/>
      <w:r w:rsidR="00F660D2" w:rsidRPr="00387AD0">
        <w:rPr>
          <w:rFonts w:cs="Times New Roman"/>
        </w:rPr>
        <w:t xml:space="preserve"> </w:t>
      </w:r>
      <w:proofErr w:type="spellStart"/>
      <w:r w:rsidRPr="00387AD0">
        <w:rPr>
          <w:rFonts w:cs="Times New Roman"/>
        </w:rPr>
        <w:t>mendukung</w:t>
      </w:r>
      <w:proofErr w:type="spellEnd"/>
      <w:r w:rsidR="00F660D2" w:rsidRPr="00387AD0">
        <w:rPr>
          <w:rFonts w:cs="Times New Roman"/>
        </w:rPr>
        <w:t xml:space="preserve"> </w:t>
      </w:r>
      <w:proofErr w:type="spellStart"/>
      <w:r w:rsidRPr="00387AD0">
        <w:rPr>
          <w:rFonts w:cs="Times New Roman"/>
        </w:rPr>
        <w:t>efisiensi</w:t>
      </w:r>
      <w:proofErr w:type="spellEnd"/>
      <w:r w:rsidR="00F660D2" w:rsidRPr="00387AD0">
        <w:rPr>
          <w:rFonts w:cs="Times New Roman"/>
        </w:rPr>
        <w:t xml:space="preserve"> </w:t>
      </w:r>
      <w:r w:rsidRPr="00387AD0">
        <w:rPr>
          <w:rFonts w:cs="Times New Roman"/>
        </w:rPr>
        <w:t>dan</w:t>
      </w:r>
      <w:r w:rsidR="00F660D2" w:rsidRPr="00387AD0">
        <w:rPr>
          <w:rFonts w:cs="Times New Roman"/>
        </w:rPr>
        <w:t xml:space="preserve"> </w:t>
      </w:r>
      <w:proofErr w:type="spellStart"/>
      <w:r w:rsidRPr="00387AD0">
        <w:rPr>
          <w:rFonts w:cs="Times New Roman"/>
        </w:rPr>
        <w:t>akurasi</w:t>
      </w:r>
      <w:proofErr w:type="spellEnd"/>
      <w:r w:rsidR="00F660D2" w:rsidRPr="00387AD0">
        <w:rPr>
          <w:rFonts w:cs="Times New Roman"/>
        </w:rPr>
        <w:t xml:space="preserve"> </w:t>
      </w:r>
      <w:proofErr w:type="spellStart"/>
      <w:r w:rsidRPr="00387AD0">
        <w:rPr>
          <w:rFonts w:cs="Times New Roman"/>
        </w:rPr>
        <w:t>dalam</w:t>
      </w:r>
      <w:proofErr w:type="spellEnd"/>
      <w:r w:rsidR="00F660D2" w:rsidRPr="00387AD0">
        <w:rPr>
          <w:rFonts w:cs="Times New Roman"/>
        </w:rPr>
        <w:t xml:space="preserve"> </w:t>
      </w:r>
      <w:r w:rsidRPr="00387AD0">
        <w:rPr>
          <w:rFonts w:cs="Times New Roman"/>
        </w:rPr>
        <w:t>proses</w:t>
      </w:r>
      <w:r w:rsidR="00F660D2" w:rsidRPr="00387AD0">
        <w:rPr>
          <w:rFonts w:cs="Times New Roman"/>
        </w:rPr>
        <w:t xml:space="preserve"> </w:t>
      </w:r>
      <w:proofErr w:type="spellStart"/>
      <w:r w:rsidRPr="00387AD0">
        <w:rPr>
          <w:rFonts w:cs="Times New Roman"/>
        </w:rPr>
        <w:t>pengelolaan</w:t>
      </w:r>
      <w:proofErr w:type="spellEnd"/>
      <w:r w:rsidR="00F660D2" w:rsidRPr="00387AD0">
        <w:rPr>
          <w:rFonts w:cs="Times New Roman"/>
        </w:rPr>
        <w:t xml:space="preserve"> </w:t>
      </w:r>
      <w:proofErr w:type="spellStart"/>
      <w:r w:rsidRPr="00387AD0">
        <w:rPr>
          <w:rFonts w:cs="Times New Roman"/>
        </w:rPr>
        <w:t>katalog</w:t>
      </w:r>
      <w:proofErr w:type="spellEnd"/>
      <w:r w:rsidR="00F660D2" w:rsidRPr="00387AD0">
        <w:rPr>
          <w:rFonts w:cs="Times New Roman"/>
        </w:rPr>
        <w:t xml:space="preserve"> </w:t>
      </w:r>
      <w:proofErr w:type="spellStart"/>
      <w:r w:rsidRPr="00387AD0">
        <w:rPr>
          <w:rFonts w:cs="Times New Roman"/>
        </w:rPr>
        <w:t>buku</w:t>
      </w:r>
      <w:proofErr w:type="spellEnd"/>
      <w:r w:rsidR="00F660D2" w:rsidRPr="00387AD0">
        <w:rPr>
          <w:rFonts w:cs="Times New Roman"/>
        </w:rPr>
        <w:t xml:space="preserve"> </w:t>
      </w:r>
      <w:r w:rsidRPr="00387AD0">
        <w:rPr>
          <w:rFonts w:cs="Times New Roman"/>
        </w:rPr>
        <w:t>dan</w:t>
      </w:r>
      <w:r w:rsidR="00F660D2" w:rsidRPr="00387AD0">
        <w:rPr>
          <w:rFonts w:cs="Times New Roman"/>
          <w:b/>
          <w:bCs/>
        </w:rPr>
        <w:t xml:space="preserve"> </w:t>
      </w:r>
      <w:proofErr w:type="spellStart"/>
      <w:r w:rsidRPr="00387AD0">
        <w:rPr>
          <w:rFonts w:cs="Times New Roman"/>
        </w:rPr>
        <w:t>lebih</w:t>
      </w:r>
      <w:proofErr w:type="spellEnd"/>
      <w:r w:rsidR="00F660D2" w:rsidRPr="00387AD0">
        <w:rPr>
          <w:rFonts w:cs="Times New Roman"/>
        </w:rPr>
        <w:t xml:space="preserve"> </w:t>
      </w:r>
      <w:proofErr w:type="spellStart"/>
      <w:r w:rsidRPr="00387AD0">
        <w:rPr>
          <w:rFonts w:cs="Times New Roman"/>
        </w:rPr>
        <w:t>memudahkan</w:t>
      </w:r>
      <w:proofErr w:type="spellEnd"/>
      <w:r w:rsidR="00F660D2" w:rsidRPr="00387AD0">
        <w:rPr>
          <w:rFonts w:cs="Times New Roman"/>
        </w:rPr>
        <w:t xml:space="preserve"> </w:t>
      </w:r>
      <w:proofErr w:type="spellStart"/>
      <w:r w:rsidRPr="00387AD0">
        <w:rPr>
          <w:rFonts w:cs="Times New Roman"/>
        </w:rPr>
        <w:t>dalam</w:t>
      </w:r>
      <w:proofErr w:type="spellEnd"/>
      <w:r w:rsidR="00F660D2" w:rsidRPr="00387AD0">
        <w:rPr>
          <w:rFonts w:cs="Times New Roman"/>
        </w:rPr>
        <w:t xml:space="preserve"> </w:t>
      </w:r>
      <w:proofErr w:type="spellStart"/>
      <w:r w:rsidRPr="00387AD0">
        <w:rPr>
          <w:rFonts w:cs="Times New Roman"/>
        </w:rPr>
        <w:t>mendata</w:t>
      </w:r>
      <w:proofErr w:type="spellEnd"/>
      <w:r w:rsidR="00F660D2" w:rsidRPr="00387AD0">
        <w:rPr>
          <w:rFonts w:cs="Times New Roman"/>
        </w:rPr>
        <w:t xml:space="preserve"> </w:t>
      </w:r>
      <w:proofErr w:type="spellStart"/>
      <w:r w:rsidRPr="00387AD0">
        <w:rPr>
          <w:rFonts w:cs="Times New Roman"/>
        </w:rPr>
        <w:t>buku</w:t>
      </w:r>
      <w:proofErr w:type="spellEnd"/>
      <w:r w:rsidR="00F660D2" w:rsidRPr="00387AD0">
        <w:rPr>
          <w:rFonts w:cs="Times New Roman"/>
        </w:rPr>
        <w:t xml:space="preserve"> </w:t>
      </w:r>
      <w:proofErr w:type="spellStart"/>
      <w:r w:rsidRPr="00387AD0">
        <w:rPr>
          <w:rFonts w:cs="Times New Roman"/>
        </w:rPr>
        <w:t>diperlukan</w:t>
      </w:r>
      <w:proofErr w:type="spellEnd"/>
      <w:r w:rsidR="00F660D2" w:rsidRPr="00387AD0">
        <w:rPr>
          <w:rFonts w:cs="Times New Roman"/>
        </w:rPr>
        <w:t xml:space="preserve"> </w:t>
      </w:r>
      <w:proofErr w:type="spellStart"/>
      <w:r w:rsidRPr="00387AD0">
        <w:rPr>
          <w:rFonts w:cs="Times New Roman"/>
        </w:rPr>
        <w:t>peningkatan</w:t>
      </w:r>
      <w:proofErr w:type="spellEnd"/>
      <w:r w:rsidR="00F660D2" w:rsidRPr="00387AD0">
        <w:rPr>
          <w:rFonts w:cs="Times New Roman"/>
        </w:rPr>
        <w:t xml:space="preserve"> </w:t>
      </w:r>
      <w:proofErr w:type="spellStart"/>
      <w:r w:rsidRPr="00387AD0">
        <w:rPr>
          <w:rFonts w:cs="Times New Roman"/>
        </w:rPr>
        <w:t>pengklasifikasi</w:t>
      </w:r>
      <w:proofErr w:type="spellEnd"/>
      <w:r w:rsidR="00F660D2" w:rsidRPr="00387AD0">
        <w:rPr>
          <w:rFonts w:cs="Times New Roman"/>
        </w:rPr>
        <w:t xml:space="preserve"> </w:t>
      </w:r>
      <w:proofErr w:type="spellStart"/>
      <w:r w:rsidRPr="00387AD0">
        <w:rPr>
          <w:rFonts w:cs="Times New Roman"/>
        </w:rPr>
        <w:t>menggunakan</w:t>
      </w:r>
      <w:proofErr w:type="spellEnd"/>
      <w:r w:rsidR="00F660D2" w:rsidRPr="00387AD0">
        <w:rPr>
          <w:rFonts w:cs="Times New Roman"/>
        </w:rPr>
        <w:t xml:space="preserve"> </w:t>
      </w:r>
      <w:r w:rsidRPr="00387AD0">
        <w:rPr>
          <w:rFonts w:cs="Times New Roman"/>
        </w:rPr>
        <w:t>barcode.</w:t>
      </w:r>
      <w:r w:rsidR="00F660D2" w:rsidRPr="00387AD0">
        <w:rPr>
          <w:rFonts w:cs="Times New Roman"/>
        </w:rPr>
        <w:t xml:space="preserve"> </w:t>
      </w:r>
      <w:proofErr w:type="spellStart"/>
      <w:r w:rsidRPr="00387AD0">
        <w:rPr>
          <w:rFonts w:cs="Times New Roman"/>
        </w:rPr>
        <w:t>disarankan</w:t>
      </w:r>
      <w:proofErr w:type="spellEnd"/>
      <w:r w:rsidR="00F660D2" w:rsidRPr="00387AD0">
        <w:rPr>
          <w:rFonts w:cs="Times New Roman"/>
        </w:rPr>
        <w:t xml:space="preserve"> </w:t>
      </w:r>
      <w:r w:rsidRPr="00387AD0">
        <w:rPr>
          <w:rFonts w:cs="Times New Roman"/>
        </w:rPr>
        <w:t>agar</w:t>
      </w:r>
      <w:r w:rsidR="00F660D2" w:rsidRPr="00387AD0">
        <w:rPr>
          <w:rFonts w:cs="Times New Roman"/>
        </w:rPr>
        <w:t xml:space="preserve"> </w:t>
      </w:r>
      <w:proofErr w:type="spellStart"/>
      <w:r w:rsidRPr="00387AD0">
        <w:rPr>
          <w:rFonts w:cs="Times New Roman"/>
        </w:rPr>
        <w:t>sistem</w:t>
      </w:r>
      <w:proofErr w:type="spellEnd"/>
      <w:r w:rsidR="00F660D2" w:rsidRPr="00387AD0">
        <w:rPr>
          <w:rFonts w:cs="Times New Roman"/>
        </w:rPr>
        <w:t xml:space="preserve"> </w:t>
      </w:r>
      <w:proofErr w:type="spellStart"/>
      <w:r w:rsidRPr="00387AD0">
        <w:rPr>
          <w:rFonts w:cs="Times New Roman"/>
        </w:rPr>
        <w:t>informasi</w:t>
      </w:r>
      <w:proofErr w:type="spellEnd"/>
      <w:r w:rsidR="00F660D2" w:rsidRPr="00387AD0">
        <w:rPr>
          <w:rFonts w:cs="Times New Roman"/>
        </w:rPr>
        <w:t xml:space="preserve"> </w:t>
      </w:r>
      <w:proofErr w:type="spellStart"/>
      <w:r w:rsidRPr="00387AD0">
        <w:rPr>
          <w:rFonts w:cs="Times New Roman"/>
        </w:rPr>
        <w:t>dilengkapi</w:t>
      </w:r>
      <w:proofErr w:type="spellEnd"/>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integrasi</w:t>
      </w:r>
      <w:proofErr w:type="spellEnd"/>
      <w:r w:rsidR="00F660D2" w:rsidRPr="00387AD0">
        <w:rPr>
          <w:rFonts w:cs="Times New Roman"/>
        </w:rPr>
        <w:t xml:space="preserve"> </w:t>
      </w:r>
      <w:proofErr w:type="spellStart"/>
      <w:r w:rsidRPr="00387AD0">
        <w:rPr>
          <w:rFonts w:cs="Times New Roman"/>
        </w:rPr>
        <w:t>teknologi</w:t>
      </w:r>
      <w:proofErr w:type="spellEnd"/>
      <w:r w:rsidR="00F660D2" w:rsidRPr="00387AD0">
        <w:rPr>
          <w:rFonts w:cs="Times New Roman"/>
        </w:rPr>
        <w:t xml:space="preserve"> </w:t>
      </w:r>
      <w:r w:rsidRPr="00387AD0">
        <w:rPr>
          <w:rFonts w:cs="Times New Roman"/>
        </w:rPr>
        <w:t>barcode.</w:t>
      </w:r>
      <w:r w:rsidR="00F660D2" w:rsidRPr="00387AD0">
        <w:rPr>
          <w:rFonts w:cs="Times New Roman"/>
        </w:rPr>
        <w:t xml:space="preserve"> </w:t>
      </w:r>
      <w:proofErr w:type="spellStart"/>
      <w:r w:rsidRPr="00387AD0">
        <w:rPr>
          <w:rFonts w:cs="Times New Roman"/>
        </w:rPr>
        <w:t>Penerapan</w:t>
      </w:r>
      <w:proofErr w:type="spellEnd"/>
      <w:r w:rsidR="00F660D2" w:rsidRPr="00387AD0">
        <w:rPr>
          <w:rFonts w:cs="Times New Roman"/>
        </w:rPr>
        <w:t xml:space="preserve"> </w:t>
      </w:r>
      <w:r w:rsidRPr="00387AD0">
        <w:rPr>
          <w:rFonts w:cs="Times New Roman"/>
        </w:rPr>
        <w:t>barcode</w:t>
      </w:r>
      <w:r w:rsidR="00F660D2" w:rsidRPr="00387AD0">
        <w:rPr>
          <w:rFonts w:cs="Times New Roman"/>
        </w:rPr>
        <w:t xml:space="preserve"> </w:t>
      </w:r>
      <w:r w:rsidRPr="00387AD0">
        <w:rPr>
          <w:rFonts w:cs="Times New Roman"/>
        </w:rPr>
        <w:t>pada</w:t>
      </w:r>
      <w:r w:rsidR="00F660D2" w:rsidRPr="00387AD0">
        <w:rPr>
          <w:rFonts w:cs="Times New Roman"/>
        </w:rPr>
        <w:t xml:space="preserve"> </w:t>
      </w:r>
      <w:proofErr w:type="spellStart"/>
      <w:r w:rsidRPr="00387AD0">
        <w:rPr>
          <w:rFonts w:cs="Times New Roman"/>
        </w:rPr>
        <w:t>setiap</w:t>
      </w:r>
      <w:proofErr w:type="spellEnd"/>
      <w:r w:rsidR="00F660D2" w:rsidRPr="00387AD0">
        <w:rPr>
          <w:rFonts w:cs="Times New Roman"/>
        </w:rPr>
        <w:t xml:space="preserve"> </w:t>
      </w:r>
      <w:proofErr w:type="spellStart"/>
      <w:r w:rsidRPr="00387AD0">
        <w:rPr>
          <w:rFonts w:cs="Times New Roman"/>
        </w:rPr>
        <w:t>koleksi</w:t>
      </w:r>
      <w:proofErr w:type="spellEnd"/>
      <w:r w:rsidR="00F660D2" w:rsidRPr="00387AD0">
        <w:rPr>
          <w:rFonts w:cs="Times New Roman"/>
        </w:rPr>
        <w:t xml:space="preserve"> </w:t>
      </w:r>
      <w:proofErr w:type="spellStart"/>
      <w:r w:rsidRPr="00387AD0">
        <w:rPr>
          <w:rFonts w:cs="Times New Roman"/>
        </w:rPr>
        <w:t>buku</w:t>
      </w:r>
      <w:proofErr w:type="spellEnd"/>
      <w:r w:rsidR="00F660D2" w:rsidRPr="00387AD0">
        <w:rPr>
          <w:rFonts w:cs="Times New Roman"/>
        </w:rPr>
        <w:t xml:space="preserve"> </w:t>
      </w:r>
      <w:proofErr w:type="spellStart"/>
      <w:r w:rsidRPr="00387AD0">
        <w:rPr>
          <w:rFonts w:cs="Times New Roman"/>
        </w:rPr>
        <w:t>memungkinkan</w:t>
      </w:r>
      <w:proofErr w:type="spellEnd"/>
      <w:r w:rsidR="00F660D2" w:rsidRPr="00387AD0">
        <w:rPr>
          <w:rFonts w:cs="Times New Roman"/>
        </w:rPr>
        <w:t xml:space="preserve"> </w:t>
      </w:r>
      <w:proofErr w:type="spellStart"/>
      <w:r w:rsidRPr="00387AD0">
        <w:rPr>
          <w:rFonts w:cs="Times New Roman"/>
        </w:rPr>
        <w:t>identifikasi</w:t>
      </w:r>
      <w:proofErr w:type="spellEnd"/>
      <w:r w:rsidR="00F660D2" w:rsidRPr="00387AD0">
        <w:rPr>
          <w:rFonts w:cs="Times New Roman"/>
        </w:rPr>
        <w:t xml:space="preserve"> </w:t>
      </w:r>
      <w:r w:rsidRPr="00387AD0">
        <w:rPr>
          <w:rFonts w:cs="Times New Roman"/>
        </w:rPr>
        <w:t>data</w:t>
      </w:r>
      <w:r w:rsidR="00F660D2" w:rsidRPr="00387AD0">
        <w:rPr>
          <w:rFonts w:cs="Times New Roman"/>
        </w:rPr>
        <w:t xml:space="preserve"> </w:t>
      </w:r>
      <w:proofErr w:type="spellStart"/>
      <w:r w:rsidRPr="00387AD0">
        <w:rPr>
          <w:rFonts w:cs="Times New Roman"/>
        </w:rPr>
        <w:t>secara</w:t>
      </w:r>
      <w:proofErr w:type="spellEnd"/>
      <w:r w:rsidR="00F660D2" w:rsidRPr="00387AD0">
        <w:rPr>
          <w:rFonts w:cs="Times New Roman"/>
        </w:rPr>
        <w:t xml:space="preserve"> </w:t>
      </w:r>
      <w:proofErr w:type="spellStart"/>
      <w:r w:rsidRPr="00387AD0">
        <w:rPr>
          <w:rFonts w:cs="Times New Roman"/>
        </w:rPr>
        <w:t>otomatis</w:t>
      </w:r>
      <w:proofErr w:type="spellEnd"/>
      <w:r w:rsidRPr="00387AD0">
        <w:rPr>
          <w:rFonts w:cs="Times New Roman"/>
        </w:rPr>
        <w:t>,</w:t>
      </w:r>
      <w:r w:rsidR="00F660D2" w:rsidRPr="00387AD0">
        <w:rPr>
          <w:rFonts w:cs="Times New Roman"/>
        </w:rPr>
        <w:t xml:space="preserve"> </w:t>
      </w:r>
      <w:proofErr w:type="spellStart"/>
      <w:r w:rsidRPr="00387AD0">
        <w:rPr>
          <w:rFonts w:cs="Times New Roman"/>
        </w:rPr>
        <w:t>mempercepat</w:t>
      </w:r>
      <w:proofErr w:type="spellEnd"/>
      <w:r w:rsidR="00F660D2" w:rsidRPr="00387AD0">
        <w:rPr>
          <w:rFonts w:cs="Times New Roman"/>
        </w:rPr>
        <w:t xml:space="preserve"> </w:t>
      </w:r>
      <w:r w:rsidRPr="00387AD0">
        <w:rPr>
          <w:rFonts w:cs="Times New Roman"/>
        </w:rPr>
        <w:t>proses</w:t>
      </w:r>
      <w:r w:rsidR="00F660D2" w:rsidRPr="00387AD0">
        <w:rPr>
          <w:rFonts w:cs="Times New Roman"/>
        </w:rPr>
        <w:t xml:space="preserve"> </w:t>
      </w:r>
      <w:proofErr w:type="spellStart"/>
      <w:r w:rsidRPr="00387AD0">
        <w:rPr>
          <w:rFonts w:cs="Times New Roman"/>
        </w:rPr>
        <w:t>pencatatan</w:t>
      </w:r>
      <w:proofErr w:type="spellEnd"/>
      <w:r w:rsidRPr="00387AD0">
        <w:rPr>
          <w:rFonts w:cs="Times New Roman"/>
        </w:rPr>
        <w:t>,</w:t>
      </w:r>
      <w:r w:rsidR="00F660D2" w:rsidRPr="00387AD0">
        <w:rPr>
          <w:rFonts w:cs="Times New Roman"/>
        </w:rPr>
        <w:t xml:space="preserve"> </w:t>
      </w:r>
      <w:proofErr w:type="spellStart"/>
      <w:r w:rsidRPr="00387AD0">
        <w:rPr>
          <w:rFonts w:cs="Times New Roman"/>
        </w:rPr>
        <w:t>peminjaman</w:t>
      </w:r>
      <w:proofErr w:type="spellEnd"/>
      <w:r w:rsidRPr="00387AD0">
        <w:rPr>
          <w:rFonts w:cs="Times New Roman"/>
        </w:rPr>
        <w:t>,</w:t>
      </w:r>
      <w:r w:rsidR="00F660D2" w:rsidRPr="00387AD0">
        <w:rPr>
          <w:rFonts w:cs="Times New Roman"/>
        </w:rPr>
        <w:t xml:space="preserve"> </w:t>
      </w:r>
      <w:r w:rsidRPr="00387AD0">
        <w:rPr>
          <w:rFonts w:cs="Times New Roman"/>
        </w:rPr>
        <w:t>dan</w:t>
      </w:r>
      <w:r w:rsidR="00F660D2" w:rsidRPr="00387AD0">
        <w:rPr>
          <w:rFonts w:cs="Times New Roman"/>
        </w:rPr>
        <w:t xml:space="preserve"> </w:t>
      </w:r>
      <w:proofErr w:type="spellStart"/>
      <w:r w:rsidRPr="00387AD0">
        <w:rPr>
          <w:rFonts w:cs="Times New Roman"/>
        </w:rPr>
        <w:t>pengembalian</w:t>
      </w:r>
      <w:proofErr w:type="spellEnd"/>
      <w:r w:rsidRPr="00387AD0">
        <w:rPr>
          <w:rFonts w:cs="Times New Roman"/>
        </w:rPr>
        <w:t>,</w:t>
      </w:r>
      <w:r w:rsidR="00F660D2" w:rsidRPr="00387AD0">
        <w:rPr>
          <w:rFonts w:cs="Times New Roman"/>
        </w:rPr>
        <w:t xml:space="preserve"> </w:t>
      </w:r>
      <w:proofErr w:type="spellStart"/>
      <w:r w:rsidRPr="00387AD0">
        <w:rPr>
          <w:rFonts w:cs="Times New Roman"/>
        </w:rPr>
        <w:t>serta</w:t>
      </w:r>
      <w:proofErr w:type="spellEnd"/>
      <w:r w:rsidR="00F660D2" w:rsidRPr="00387AD0">
        <w:rPr>
          <w:rFonts w:cs="Times New Roman"/>
        </w:rPr>
        <w:t xml:space="preserve"> </w:t>
      </w:r>
      <w:proofErr w:type="spellStart"/>
      <w:r w:rsidRPr="00387AD0">
        <w:rPr>
          <w:rFonts w:cs="Times New Roman"/>
        </w:rPr>
        <w:t>meminimalkan</w:t>
      </w:r>
      <w:proofErr w:type="spellEnd"/>
      <w:r w:rsidR="00F660D2" w:rsidRPr="00387AD0">
        <w:rPr>
          <w:rFonts w:cs="Times New Roman"/>
        </w:rPr>
        <w:t xml:space="preserve"> </w:t>
      </w:r>
      <w:proofErr w:type="spellStart"/>
      <w:r w:rsidRPr="00387AD0">
        <w:rPr>
          <w:rFonts w:cs="Times New Roman"/>
        </w:rPr>
        <w:t>potensi</w:t>
      </w:r>
      <w:proofErr w:type="spellEnd"/>
      <w:r w:rsidR="00F660D2" w:rsidRPr="00387AD0">
        <w:rPr>
          <w:rFonts w:cs="Times New Roman"/>
        </w:rPr>
        <w:t xml:space="preserve"> </w:t>
      </w:r>
      <w:proofErr w:type="spellStart"/>
      <w:r w:rsidRPr="00387AD0">
        <w:rPr>
          <w:rFonts w:cs="Times New Roman"/>
        </w:rPr>
        <w:t>kesalahan</w:t>
      </w:r>
      <w:proofErr w:type="spellEnd"/>
      <w:r w:rsidR="00F660D2" w:rsidRPr="00387AD0">
        <w:rPr>
          <w:rFonts w:cs="Times New Roman"/>
        </w:rPr>
        <w:t xml:space="preserve"> </w:t>
      </w:r>
      <w:r w:rsidRPr="00387AD0">
        <w:rPr>
          <w:rFonts w:cs="Times New Roman"/>
        </w:rPr>
        <w:t>input</w:t>
      </w:r>
      <w:r w:rsidR="00F660D2" w:rsidRPr="00387AD0">
        <w:rPr>
          <w:rFonts w:cs="Times New Roman"/>
        </w:rPr>
        <w:t xml:space="preserve"> </w:t>
      </w:r>
      <w:r w:rsidRPr="00387AD0">
        <w:rPr>
          <w:rFonts w:cs="Times New Roman"/>
        </w:rPr>
        <w:t>data</w:t>
      </w:r>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kerap</w:t>
      </w:r>
      <w:proofErr w:type="spellEnd"/>
      <w:r w:rsidR="00F660D2" w:rsidRPr="00387AD0">
        <w:rPr>
          <w:rFonts w:cs="Times New Roman"/>
        </w:rPr>
        <w:t xml:space="preserve"> </w:t>
      </w:r>
      <w:proofErr w:type="spellStart"/>
      <w:r w:rsidRPr="00387AD0">
        <w:rPr>
          <w:rFonts w:cs="Times New Roman"/>
        </w:rPr>
        <w:t>terjadi</w:t>
      </w:r>
      <w:proofErr w:type="spellEnd"/>
      <w:r w:rsidR="00F660D2" w:rsidRPr="00387AD0">
        <w:rPr>
          <w:rFonts w:cs="Times New Roman"/>
        </w:rPr>
        <w:t xml:space="preserve"> </w:t>
      </w:r>
      <w:proofErr w:type="spellStart"/>
      <w:r w:rsidRPr="00387AD0">
        <w:rPr>
          <w:rFonts w:cs="Times New Roman"/>
        </w:rPr>
        <w:t>dalam</w:t>
      </w:r>
      <w:proofErr w:type="spellEnd"/>
      <w:r w:rsidR="00F660D2" w:rsidRPr="00387AD0">
        <w:rPr>
          <w:rFonts w:cs="Times New Roman"/>
        </w:rPr>
        <w:t xml:space="preserve"> </w:t>
      </w:r>
      <w:proofErr w:type="spellStart"/>
      <w:r w:rsidRPr="00387AD0">
        <w:rPr>
          <w:rFonts w:cs="Times New Roman"/>
        </w:rPr>
        <w:t>pencatatan</w:t>
      </w:r>
      <w:proofErr w:type="spellEnd"/>
      <w:r w:rsidR="00F660D2" w:rsidRPr="00387AD0">
        <w:rPr>
          <w:rFonts w:cs="Times New Roman"/>
        </w:rPr>
        <w:t xml:space="preserve"> </w:t>
      </w:r>
      <w:r w:rsidRPr="00387AD0">
        <w:rPr>
          <w:rFonts w:cs="Times New Roman"/>
        </w:rPr>
        <w:t>manual.</w:t>
      </w:r>
      <w:r w:rsidR="00F660D2" w:rsidRPr="00387AD0">
        <w:rPr>
          <w:rFonts w:cs="Times New Roman"/>
        </w:rPr>
        <w:t xml:space="preserve"> </w:t>
      </w:r>
      <w:r w:rsidRPr="00387AD0">
        <w:rPr>
          <w:rFonts w:cs="Times New Roman"/>
        </w:rPr>
        <w:t>Selain</w:t>
      </w:r>
      <w:r w:rsidR="00F660D2" w:rsidRPr="00387AD0">
        <w:rPr>
          <w:rFonts w:cs="Times New Roman"/>
        </w:rPr>
        <w:t xml:space="preserve"> </w:t>
      </w:r>
      <w:proofErr w:type="spellStart"/>
      <w:r w:rsidRPr="00387AD0">
        <w:rPr>
          <w:rFonts w:cs="Times New Roman"/>
        </w:rPr>
        <w:t>itu</w:t>
      </w:r>
      <w:proofErr w:type="spellEnd"/>
      <w:r w:rsidRPr="00387AD0">
        <w:rPr>
          <w:rFonts w:cs="Times New Roman"/>
        </w:rPr>
        <w:t>,</w:t>
      </w:r>
      <w:r w:rsidR="00F660D2" w:rsidRPr="00387AD0">
        <w:rPr>
          <w:rFonts w:cs="Times New Roman"/>
        </w:rPr>
        <w:t xml:space="preserve"> </w:t>
      </w:r>
      <w:proofErr w:type="spellStart"/>
      <w:r w:rsidRPr="00387AD0">
        <w:rPr>
          <w:rFonts w:cs="Times New Roman"/>
        </w:rPr>
        <w:t>penggunaan</w:t>
      </w:r>
      <w:proofErr w:type="spellEnd"/>
      <w:r w:rsidR="00F660D2" w:rsidRPr="00387AD0">
        <w:rPr>
          <w:rFonts w:cs="Times New Roman"/>
        </w:rPr>
        <w:t xml:space="preserve"> </w:t>
      </w:r>
      <w:r w:rsidRPr="00387AD0">
        <w:rPr>
          <w:rFonts w:cs="Times New Roman"/>
        </w:rPr>
        <w:t>barcode</w:t>
      </w:r>
      <w:r w:rsidR="00F660D2" w:rsidRPr="00387AD0">
        <w:rPr>
          <w:rFonts w:cs="Times New Roman"/>
        </w:rPr>
        <w:t xml:space="preserve"> </w:t>
      </w:r>
      <w:proofErr w:type="spellStart"/>
      <w:r w:rsidRPr="00387AD0">
        <w:rPr>
          <w:rFonts w:cs="Times New Roman"/>
        </w:rPr>
        <w:t>dapat</w:t>
      </w:r>
      <w:proofErr w:type="spellEnd"/>
      <w:r w:rsidR="00F660D2" w:rsidRPr="00387AD0">
        <w:rPr>
          <w:rFonts w:cs="Times New Roman"/>
        </w:rPr>
        <w:t xml:space="preserve"> </w:t>
      </w:r>
      <w:proofErr w:type="spellStart"/>
      <w:r w:rsidRPr="00387AD0">
        <w:rPr>
          <w:rFonts w:cs="Times New Roman"/>
        </w:rPr>
        <w:t>dioptimalkan</w:t>
      </w:r>
      <w:proofErr w:type="spellEnd"/>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pemindaian</w:t>
      </w:r>
      <w:proofErr w:type="spellEnd"/>
      <w:r w:rsidR="00F660D2" w:rsidRPr="00387AD0">
        <w:rPr>
          <w:rFonts w:cs="Times New Roman"/>
        </w:rPr>
        <w:t xml:space="preserve"> </w:t>
      </w:r>
      <w:proofErr w:type="spellStart"/>
      <w:r w:rsidRPr="00387AD0">
        <w:rPr>
          <w:rFonts w:cs="Times New Roman"/>
        </w:rPr>
        <w:t>melalui</w:t>
      </w:r>
      <w:proofErr w:type="spellEnd"/>
      <w:r w:rsidR="00F660D2" w:rsidRPr="00387AD0">
        <w:rPr>
          <w:rFonts w:cs="Times New Roman"/>
        </w:rPr>
        <w:t xml:space="preserve"> </w:t>
      </w:r>
      <w:proofErr w:type="spellStart"/>
      <w:r w:rsidRPr="00387AD0">
        <w:rPr>
          <w:rFonts w:cs="Times New Roman"/>
        </w:rPr>
        <w:t>perangkat</w:t>
      </w:r>
      <w:proofErr w:type="spellEnd"/>
      <w:r w:rsidR="00F660D2" w:rsidRPr="00387AD0">
        <w:rPr>
          <w:rFonts w:cs="Times New Roman"/>
        </w:rPr>
        <w:t xml:space="preserve"> </w:t>
      </w:r>
      <w:r w:rsidRPr="00387AD0">
        <w:rPr>
          <w:rFonts w:cs="Times New Roman"/>
        </w:rPr>
        <w:t>mobile</w:t>
      </w:r>
      <w:r w:rsidR="00F660D2" w:rsidRPr="00387AD0">
        <w:rPr>
          <w:rFonts w:cs="Times New Roman"/>
        </w:rPr>
        <w:t xml:space="preserve"> </w:t>
      </w:r>
      <w:proofErr w:type="spellStart"/>
      <w:r w:rsidRPr="00387AD0">
        <w:rPr>
          <w:rFonts w:cs="Times New Roman"/>
        </w:rPr>
        <w:t>atau</w:t>
      </w:r>
      <w:proofErr w:type="spellEnd"/>
      <w:r w:rsidR="00F660D2" w:rsidRPr="00387AD0">
        <w:rPr>
          <w:rFonts w:cs="Times New Roman"/>
        </w:rPr>
        <w:t xml:space="preserve"> </w:t>
      </w:r>
      <w:proofErr w:type="spellStart"/>
      <w:r w:rsidRPr="00387AD0">
        <w:rPr>
          <w:rFonts w:cs="Times New Roman"/>
        </w:rPr>
        <w:t>pemindai</w:t>
      </w:r>
      <w:proofErr w:type="spellEnd"/>
      <w:r w:rsidR="00F660D2" w:rsidRPr="00387AD0">
        <w:rPr>
          <w:rFonts w:cs="Times New Roman"/>
        </w:rPr>
        <w:t xml:space="preserve"> </w:t>
      </w:r>
      <w:proofErr w:type="spellStart"/>
      <w:r w:rsidRPr="00387AD0">
        <w:rPr>
          <w:rFonts w:cs="Times New Roman"/>
        </w:rPr>
        <w:t>khusus</w:t>
      </w:r>
      <w:proofErr w:type="spellEnd"/>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terhubung</w:t>
      </w:r>
      <w:proofErr w:type="spellEnd"/>
      <w:r w:rsidR="00F660D2" w:rsidRPr="00387AD0">
        <w:rPr>
          <w:rFonts w:cs="Times New Roman"/>
        </w:rPr>
        <w:t xml:space="preserve"> </w:t>
      </w:r>
      <w:proofErr w:type="spellStart"/>
      <w:r w:rsidRPr="00387AD0">
        <w:rPr>
          <w:rFonts w:cs="Times New Roman"/>
        </w:rPr>
        <w:t>langsung</w:t>
      </w:r>
      <w:proofErr w:type="spellEnd"/>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sistem</w:t>
      </w:r>
      <w:proofErr w:type="spellEnd"/>
      <w:r w:rsidRPr="00387AD0">
        <w:rPr>
          <w:rFonts w:cs="Times New Roman"/>
        </w:rPr>
        <w:t>,</w:t>
      </w:r>
      <w:r w:rsidR="00F660D2" w:rsidRPr="00387AD0">
        <w:rPr>
          <w:rFonts w:cs="Times New Roman"/>
        </w:rPr>
        <w:t xml:space="preserve"> </w:t>
      </w:r>
      <w:proofErr w:type="spellStart"/>
      <w:r w:rsidRPr="00387AD0">
        <w:rPr>
          <w:rFonts w:cs="Times New Roman"/>
        </w:rPr>
        <w:t>sehingga</w:t>
      </w:r>
      <w:proofErr w:type="spellEnd"/>
      <w:r w:rsidR="00F660D2" w:rsidRPr="00387AD0">
        <w:rPr>
          <w:rFonts w:cs="Times New Roman"/>
        </w:rPr>
        <w:t xml:space="preserve"> </w:t>
      </w:r>
      <w:proofErr w:type="spellStart"/>
      <w:r w:rsidRPr="00387AD0">
        <w:rPr>
          <w:rFonts w:cs="Times New Roman"/>
        </w:rPr>
        <w:t>memperkuat</w:t>
      </w:r>
      <w:proofErr w:type="spellEnd"/>
      <w:r w:rsidR="00F660D2" w:rsidRPr="00387AD0">
        <w:rPr>
          <w:rFonts w:cs="Times New Roman"/>
        </w:rPr>
        <w:t xml:space="preserve"> </w:t>
      </w:r>
      <w:proofErr w:type="spellStart"/>
      <w:r w:rsidRPr="00387AD0">
        <w:rPr>
          <w:rFonts w:cs="Times New Roman"/>
        </w:rPr>
        <w:t>otomasi</w:t>
      </w:r>
      <w:proofErr w:type="spellEnd"/>
      <w:r w:rsidR="00F660D2" w:rsidRPr="00387AD0">
        <w:rPr>
          <w:rFonts w:cs="Times New Roman"/>
        </w:rPr>
        <w:t xml:space="preserve"> </w:t>
      </w:r>
      <w:proofErr w:type="spellStart"/>
      <w:r w:rsidRPr="00387AD0">
        <w:rPr>
          <w:rFonts w:cs="Times New Roman"/>
        </w:rPr>
        <w:t>manajemen</w:t>
      </w:r>
      <w:proofErr w:type="spellEnd"/>
      <w:r w:rsidR="00F660D2" w:rsidRPr="00387AD0">
        <w:rPr>
          <w:rFonts w:cs="Times New Roman"/>
        </w:rPr>
        <w:t xml:space="preserve"> </w:t>
      </w:r>
      <w:proofErr w:type="spellStart"/>
      <w:r w:rsidRPr="00387AD0">
        <w:rPr>
          <w:rFonts w:cs="Times New Roman"/>
        </w:rPr>
        <w:t>koleksi</w:t>
      </w:r>
      <w:proofErr w:type="spellEnd"/>
      <w:r w:rsidR="00F660D2" w:rsidRPr="00387AD0">
        <w:rPr>
          <w:rFonts w:cs="Times New Roman"/>
        </w:rPr>
        <w:t xml:space="preserve"> </w:t>
      </w:r>
      <w:proofErr w:type="spellStart"/>
      <w:r w:rsidRPr="00387AD0">
        <w:rPr>
          <w:rFonts w:cs="Times New Roman"/>
        </w:rPr>
        <w:t>buku</w:t>
      </w:r>
      <w:proofErr w:type="spellEnd"/>
      <w:r w:rsidR="00F660D2" w:rsidRPr="00387AD0">
        <w:rPr>
          <w:rFonts w:cs="Times New Roman"/>
        </w:rPr>
        <w:t xml:space="preserve"> </w:t>
      </w:r>
      <w:r w:rsidRPr="00387AD0">
        <w:rPr>
          <w:rFonts w:cs="Times New Roman"/>
        </w:rPr>
        <w:t>di</w:t>
      </w:r>
      <w:r w:rsidR="00F660D2" w:rsidRPr="00387AD0">
        <w:rPr>
          <w:rFonts w:cs="Times New Roman"/>
        </w:rPr>
        <w:t xml:space="preserve"> </w:t>
      </w:r>
      <w:proofErr w:type="spellStart"/>
      <w:r w:rsidRPr="00387AD0">
        <w:rPr>
          <w:rFonts w:cs="Times New Roman"/>
        </w:rPr>
        <w:t>taman</w:t>
      </w:r>
      <w:proofErr w:type="spellEnd"/>
      <w:r w:rsidR="00F660D2" w:rsidRPr="00387AD0">
        <w:rPr>
          <w:rFonts w:cs="Times New Roman"/>
        </w:rPr>
        <w:t xml:space="preserve"> </w:t>
      </w:r>
      <w:proofErr w:type="spellStart"/>
      <w:r w:rsidRPr="00387AD0">
        <w:rPr>
          <w:rFonts w:cs="Times New Roman"/>
        </w:rPr>
        <w:t>baca</w:t>
      </w:r>
      <w:proofErr w:type="spellEnd"/>
      <w:r w:rsidRPr="00387AD0">
        <w:rPr>
          <w:rFonts w:cs="Times New Roman"/>
        </w:rPr>
        <w:t>.</w:t>
      </w:r>
      <w:r w:rsidR="00F660D2" w:rsidRPr="00387AD0">
        <w:rPr>
          <w:rFonts w:cs="Times New Roman"/>
        </w:rPr>
        <w:t xml:space="preserve"> </w:t>
      </w:r>
      <w:proofErr w:type="spellStart"/>
      <w:r w:rsidRPr="00387AD0">
        <w:rPr>
          <w:rFonts w:cs="Times New Roman"/>
        </w:rPr>
        <w:t>Penerapan</w:t>
      </w:r>
      <w:proofErr w:type="spellEnd"/>
      <w:r w:rsidR="00F660D2" w:rsidRPr="00387AD0">
        <w:rPr>
          <w:rFonts w:cs="Times New Roman"/>
        </w:rPr>
        <w:t xml:space="preserve"> </w:t>
      </w:r>
      <w:proofErr w:type="spellStart"/>
      <w:r w:rsidRPr="00387AD0">
        <w:rPr>
          <w:rFonts w:cs="Times New Roman"/>
        </w:rPr>
        <w:t>ini</w:t>
      </w:r>
      <w:proofErr w:type="spellEnd"/>
      <w:r w:rsidR="00F660D2" w:rsidRPr="00387AD0">
        <w:rPr>
          <w:rFonts w:cs="Times New Roman"/>
        </w:rPr>
        <w:t xml:space="preserve"> </w:t>
      </w:r>
      <w:r w:rsidRPr="00387AD0">
        <w:rPr>
          <w:rFonts w:cs="Times New Roman"/>
        </w:rPr>
        <w:t>juga</w:t>
      </w:r>
      <w:r w:rsidR="00F660D2" w:rsidRPr="00387AD0">
        <w:rPr>
          <w:rFonts w:cs="Times New Roman"/>
        </w:rPr>
        <w:t xml:space="preserve"> </w:t>
      </w:r>
      <w:proofErr w:type="spellStart"/>
      <w:r w:rsidRPr="00387AD0">
        <w:rPr>
          <w:rFonts w:cs="Times New Roman"/>
        </w:rPr>
        <w:t>sejalan</w:t>
      </w:r>
      <w:proofErr w:type="spellEnd"/>
      <w:r w:rsidR="00F660D2" w:rsidRPr="00387AD0">
        <w:rPr>
          <w:rFonts w:cs="Times New Roman"/>
        </w:rPr>
        <w:t xml:space="preserve"> </w:t>
      </w:r>
      <w:proofErr w:type="spellStart"/>
      <w:r w:rsidRPr="00387AD0">
        <w:rPr>
          <w:rFonts w:cs="Times New Roman"/>
        </w:rPr>
        <w:t>dengan</w:t>
      </w:r>
      <w:proofErr w:type="spellEnd"/>
      <w:r w:rsidR="00F660D2" w:rsidRPr="00387AD0">
        <w:rPr>
          <w:rFonts w:cs="Times New Roman"/>
        </w:rPr>
        <w:t xml:space="preserve"> </w:t>
      </w:r>
      <w:proofErr w:type="spellStart"/>
      <w:r w:rsidRPr="00387AD0">
        <w:rPr>
          <w:rFonts w:cs="Times New Roman"/>
        </w:rPr>
        <w:t>digitalisasi</w:t>
      </w:r>
      <w:proofErr w:type="spellEnd"/>
      <w:r w:rsidR="00F660D2" w:rsidRPr="00387AD0">
        <w:rPr>
          <w:rFonts w:cs="Times New Roman"/>
        </w:rPr>
        <w:t xml:space="preserve"> </w:t>
      </w:r>
      <w:proofErr w:type="spellStart"/>
      <w:r w:rsidRPr="00387AD0">
        <w:rPr>
          <w:rFonts w:cs="Times New Roman"/>
        </w:rPr>
        <w:t>literasi</w:t>
      </w:r>
      <w:proofErr w:type="spellEnd"/>
      <w:r w:rsidRPr="00387AD0">
        <w:rPr>
          <w:rFonts w:cs="Times New Roman"/>
        </w:rPr>
        <w:t>,</w:t>
      </w:r>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menuntut</w:t>
      </w:r>
      <w:proofErr w:type="spellEnd"/>
      <w:r w:rsidR="00F660D2" w:rsidRPr="00387AD0">
        <w:rPr>
          <w:rFonts w:cs="Times New Roman"/>
        </w:rPr>
        <w:t xml:space="preserve"> </w:t>
      </w:r>
      <w:proofErr w:type="spellStart"/>
      <w:r w:rsidRPr="00387AD0">
        <w:rPr>
          <w:rFonts w:cs="Times New Roman"/>
        </w:rPr>
        <w:t>sistem</w:t>
      </w:r>
      <w:proofErr w:type="spellEnd"/>
      <w:r w:rsidR="00F660D2" w:rsidRPr="00387AD0">
        <w:rPr>
          <w:rFonts w:cs="Times New Roman"/>
        </w:rPr>
        <w:t xml:space="preserve"> </w:t>
      </w:r>
      <w:proofErr w:type="spellStart"/>
      <w:r w:rsidRPr="00387AD0">
        <w:rPr>
          <w:rFonts w:cs="Times New Roman"/>
        </w:rPr>
        <w:t>pengelolaan</w:t>
      </w:r>
      <w:proofErr w:type="spellEnd"/>
      <w:r w:rsidR="00F660D2" w:rsidRPr="00387AD0">
        <w:rPr>
          <w:rFonts w:cs="Times New Roman"/>
        </w:rPr>
        <w:t xml:space="preserve"> </w:t>
      </w:r>
      <w:proofErr w:type="spellStart"/>
      <w:r w:rsidRPr="00387AD0">
        <w:rPr>
          <w:rFonts w:cs="Times New Roman"/>
        </w:rPr>
        <w:t>informasi</w:t>
      </w:r>
      <w:proofErr w:type="spellEnd"/>
      <w:r w:rsidR="00F660D2" w:rsidRPr="00387AD0">
        <w:rPr>
          <w:rFonts w:cs="Times New Roman"/>
        </w:rPr>
        <w:t xml:space="preserve"> </w:t>
      </w:r>
      <w:r w:rsidRPr="00387AD0">
        <w:rPr>
          <w:rFonts w:cs="Times New Roman"/>
        </w:rPr>
        <w:t>yang</w:t>
      </w:r>
      <w:r w:rsidR="00F660D2" w:rsidRPr="00387AD0">
        <w:rPr>
          <w:rFonts w:cs="Times New Roman"/>
        </w:rPr>
        <w:t xml:space="preserve"> </w:t>
      </w:r>
      <w:proofErr w:type="spellStart"/>
      <w:r w:rsidRPr="00387AD0">
        <w:rPr>
          <w:rFonts w:cs="Times New Roman"/>
        </w:rPr>
        <w:t>cepat</w:t>
      </w:r>
      <w:proofErr w:type="spellEnd"/>
      <w:r w:rsidRPr="00387AD0">
        <w:rPr>
          <w:rFonts w:cs="Times New Roman"/>
        </w:rPr>
        <w:t>,</w:t>
      </w:r>
      <w:r w:rsidR="00F660D2" w:rsidRPr="00387AD0">
        <w:rPr>
          <w:rFonts w:cs="Times New Roman"/>
        </w:rPr>
        <w:t xml:space="preserve"> </w:t>
      </w:r>
      <w:proofErr w:type="spellStart"/>
      <w:r w:rsidRPr="00387AD0">
        <w:rPr>
          <w:rFonts w:cs="Times New Roman"/>
        </w:rPr>
        <w:t>tepat</w:t>
      </w:r>
      <w:proofErr w:type="spellEnd"/>
      <w:r w:rsidRPr="00387AD0">
        <w:rPr>
          <w:rFonts w:cs="Times New Roman"/>
        </w:rPr>
        <w:t>,</w:t>
      </w:r>
      <w:r w:rsidR="00F660D2" w:rsidRPr="00387AD0">
        <w:rPr>
          <w:rFonts w:cs="Times New Roman"/>
        </w:rPr>
        <w:t xml:space="preserve"> </w:t>
      </w:r>
      <w:r w:rsidRPr="00387AD0">
        <w:rPr>
          <w:rFonts w:cs="Times New Roman"/>
        </w:rPr>
        <w:t>dan</w:t>
      </w:r>
      <w:r w:rsidR="00F660D2" w:rsidRPr="00387AD0">
        <w:rPr>
          <w:rFonts w:cs="Times New Roman"/>
        </w:rPr>
        <w:t xml:space="preserve"> </w:t>
      </w:r>
      <w:proofErr w:type="spellStart"/>
      <w:r w:rsidRPr="00387AD0">
        <w:rPr>
          <w:rFonts w:cs="Times New Roman"/>
        </w:rPr>
        <w:t>terstandarisasi</w:t>
      </w:r>
      <w:proofErr w:type="spellEnd"/>
      <w:r w:rsidRPr="00387AD0">
        <w:rPr>
          <w:rFonts w:cs="Times New Roman"/>
        </w:rPr>
        <w:t>.</w:t>
      </w:r>
    </w:p>
    <w:p w14:paraId="4E81DD12" w14:textId="77777777" w:rsidR="00F03244" w:rsidRPr="00FD6DAD" w:rsidRDefault="00F03244" w:rsidP="00D70A29">
      <w:pPr>
        <w:spacing w:line="360" w:lineRule="auto"/>
        <w:jc w:val="left"/>
        <w:rPr>
          <w:rFonts w:cs="Times New Roman"/>
        </w:rPr>
      </w:pPr>
      <w:r w:rsidRPr="00FD6DAD">
        <w:rPr>
          <w:rFonts w:cs="Times New Roman"/>
        </w:rPr>
        <w:br w:type="page"/>
      </w:r>
    </w:p>
    <w:p w14:paraId="06D6C909" w14:textId="45DCCD4F" w:rsidR="004A6E62" w:rsidRPr="00FD6DAD" w:rsidRDefault="004A6E62" w:rsidP="0097332F">
      <w:pPr>
        <w:pStyle w:val="Heading1"/>
      </w:pPr>
      <w:bookmarkStart w:id="150" w:name="_Toc205248746"/>
      <w:bookmarkStart w:id="151" w:name="_Toc205261393"/>
      <w:r w:rsidRPr="00FD6DAD">
        <w:lastRenderedPageBreak/>
        <w:t>DAFTAR</w:t>
      </w:r>
      <w:r w:rsidR="00F660D2" w:rsidRPr="00FD6DAD">
        <w:t xml:space="preserve"> </w:t>
      </w:r>
      <w:r w:rsidRPr="00FD6DAD">
        <w:t>PUSTAKA</w:t>
      </w:r>
      <w:bookmarkEnd w:id="150"/>
      <w:bookmarkEnd w:id="151"/>
    </w:p>
    <w:p w14:paraId="4B003D7A" w14:textId="77777777" w:rsidR="003D7B25" w:rsidRPr="003D7B25" w:rsidRDefault="003D7B25" w:rsidP="003D7B25">
      <w:pPr>
        <w:ind w:left="1134" w:hanging="1134"/>
        <w:rPr>
          <w:rFonts w:cs="Times New Roman"/>
        </w:rPr>
      </w:pPr>
      <w:r w:rsidRPr="003D7B25">
        <w:rPr>
          <w:rFonts w:cs="Times New Roman"/>
        </w:rPr>
        <w:t xml:space="preserve">Aini, N., &amp; Santosa, A. (2023). </w:t>
      </w:r>
      <w:proofErr w:type="spellStart"/>
      <w:r w:rsidRPr="003D7B25">
        <w:rPr>
          <w:rFonts w:cs="Times New Roman"/>
        </w:rPr>
        <w:t>Penerapan</w:t>
      </w:r>
      <w:proofErr w:type="spellEnd"/>
      <w:r w:rsidRPr="003D7B25">
        <w:rPr>
          <w:rFonts w:cs="Times New Roman"/>
        </w:rPr>
        <w:t xml:space="preserve"> Extreme Programming </w:t>
      </w:r>
      <w:proofErr w:type="spellStart"/>
      <w:r w:rsidRPr="003D7B25">
        <w:rPr>
          <w:rFonts w:cs="Times New Roman"/>
        </w:rPr>
        <w:t>dalam</w:t>
      </w:r>
      <w:proofErr w:type="spellEnd"/>
      <w:r w:rsidRPr="003D7B25">
        <w:rPr>
          <w:rFonts w:cs="Times New Roman"/>
        </w:rPr>
        <w:t xml:space="preserve"> </w:t>
      </w:r>
      <w:proofErr w:type="spellStart"/>
      <w:r w:rsidRPr="003D7B25">
        <w:rPr>
          <w:rFonts w:cs="Times New Roman"/>
        </w:rPr>
        <w:t>Pengembangan</w:t>
      </w:r>
      <w:proofErr w:type="spellEnd"/>
      <w:r w:rsidRPr="003D7B25">
        <w:rPr>
          <w:rFonts w:cs="Times New Roman"/>
        </w:rPr>
        <w:t xml:space="preserve"> </w:t>
      </w:r>
      <w:proofErr w:type="spellStart"/>
      <w:r w:rsidRPr="003D7B25">
        <w:rPr>
          <w:rFonts w:cs="Times New Roman"/>
        </w:rPr>
        <w:t>Perpustakaan</w:t>
      </w:r>
      <w:proofErr w:type="spellEnd"/>
      <w:r w:rsidRPr="003D7B25">
        <w:rPr>
          <w:rFonts w:cs="Times New Roman"/>
        </w:rPr>
        <w:t xml:space="preserve"> Digital. </w:t>
      </w:r>
      <w:proofErr w:type="spellStart"/>
      <w:r w:rsidRPr="003D7B25">
        <w:rPr>
          <w:rFonts w:cs="Times New Roman"/>
        </w:rPr>
        <w:t>Jurnal</w:t>
      </w:r>
      <w:proofErr w:type="spellEnd"/>
      <w:r w:rsidRPr="003D7B25">
        <w:rPr>
          <w:rFonts w:cs="Times New Roman"/>
        </w:rPr>
        <w:t xml:space="preserve"> OKTAL, 4(3), 75–84.</w:t>
      </w:r>
    </w:p>
    <w:p w14:paraId="2444A37B" w14:textId="12BA10FD" w:rsidR="004A6E62" w:rsidRPr="00FD6DAD" w:rsidRDefault="004A6E62" w:rsidP="003D7B25">
      <w:pPr>
        <w:ind w:left="1134" w:hanging="1134"/>
        <w:rPr>
          <w:rFonts w:cs="Times New Roman"/>
        </w:rPr>
      </w:pPr>
      <w:proofErr w:type="spellStart"/>
      <w:r w:rsidRPr="00FD6DAD">
        <w:rPr>
          <w:rFonts w:cs="Times New Roman"/>
        </w:rPr>
        <w:t>Baltzan</w:t>
      </w:r>
      <w:proofErr w:type="spellEnd"/>
      <w:r w:rsidRPr="00FD6DAD">
        <w:rPr>
          <w:rFonts w:cs="Times New Roman"/>
        </w:rPr>
        <w:t>,</w:t>
      </w:r>
      <w:r w:rsidR="00F660D2" w:rsidRPr="00FD6DAD">
        <w:rPr>
          <w:rFonts w:cs="Times New Roman"/>
        </w:rPr>
        <w:t xml:space="preserve"> </w:t>
      </w:r>
      <w:r w:rsidRPr="00FD6DAD">
        <w:rPr>
          <w:rFonts w:cs="Times New Roman"/>
        </w:rPr>
        <w:t>P.</w:t>
      </w:r>
      <w:r w:rsidR="00F660D2" w:rsidRPr="00FD6DAD">
        <w:rPr>
          <w:rFonts w:cs="Times New Roman"/>
        </w:rPr>
        <w:t xml:space="preserve"> </w:t>
      </w:r>
      <w:r w:rsidRPr="00FD6DAD">
        <w:rPr>
          <w:rFonts w:cs="Times New Roman"/>
        </w:rPr>
        <w:t>(2020).</w:t>
      </w:r>
      <w:r w:rsidR="00F660D2" w:rsidRPr="00FD6DAD">
        <w:rPr>
          <w:rFonts w:cs="Times New Roman"/>
        </w:rPr>
        <w:t xml:space="preserve"> </w:t>
      </w:r>
      <w:r w:rsidRPr="00FD6DAD">
        <w:rPr>
          <w:rFonts w:cs="Times New Roman"/>
        </w:rPr>
        <w:t>Business</w:t>
      </w:r>
      <w:r w:rsidR="00F660D2" w:rsidRPr="00FD6DAD">
        <w:rPr>
          <w:rFonts w:cs="Times New Roman"/>
        </w:rPr>
        <w:t xml:space="preserve"> </w:t>
      </w:r>
      <w:r w:rsidRPr="00FD6DAD">
        <w:rPr>
          <w:rFonts w:cs="Times New Roman"/>
        </w:rPr>
        <w:t>Driven</w:t>
      </w:r>
      <w:r w:rsidR="00F660D2" w:rsidRPr="00FD6DAD">
        <w:rPr>
          <w:rFonts w:cs="Times New Roman"/>
        </w:rPr>
        <w:t xml:space="preserve"> </w:t>
      </w:r>
      <w:r w:rsidRPr="00FD6DAD">
        <w:rPr>
          <w:rFonts w:cs="Times New Roman"/>
        </w:rPr>
        <w:t>Technology.</w:t>
      </w:r>
      <w:r w:rsidR="00F660D2" w:rsidRPr="00FD6DAD">
        <w:rPr>
          <w:rFonts w:cs="Times New Roman"/>
        </w:rPr>
        <w:t xml:space="preserve"> </w:t>
      </w:r>
      <w:r w:rsidRPr="00FD6DAD">
        <w:rPr>
          <w:rFonts w:cs="Times New Roman"/>
        </w:rPr>
        <w:t>McGraw-Hill</w:t>
      </w:r>
      <w:r w:rsidR="00F660D2" w:rsidRPr="00FD6DAD">
        <w:rPr>
          <w:rFonts w:cs="Times New Roman"/>
        </w:rPr>
        <w:t xml:space="preserve"> </w:t>
      </w:r>
      <w:r w:rsidRPr="00FD6DAD">
        <w:rPr>
          <w:rFonts w:cs="Times New Roman"/>
        </w:rPr>
        <w:t>Education.</w:t>
      </w:r>
    </w:p>
    <w:p w14:paraId="7840770D" w14:textId="0A591514" w:rsidR="004A6E62" w:rsidRPr="00FD6DAD" w:rsidRDefault="004A6E62" w:rsidP="003D7B25">
      <w:pPr>
        <w:ind w:left="1134" w:hanging="1134"/>
        <w:rPr>
          <w:rFonts w:cs="Times New Roman"/>
        </w:rPr>
      </w:pPr>
      <w:r w:rsidRPr="00FD6DAD">
        <w:rPr>
          <w:rFonts w:cs="Times New Roman"/>
        </w:rPr>
        <w:t>Bidgoli,</w:t>
      </w:r>
      <w:r w:rsidR="00F660D2" w:rsidRPr="00FD6DAD">
        <w:rPr>
          <w:rFonts w:cs="Times New Roman"/>
        </w:rPr>
        <w:t xml:space="preserve"> </w:t>
      </w:r>
      <w:r w:rsidRPr="00FD6DAD">
        <w:rPr>
          <w:rFonts w:cs="Times New Roman"/>
        </w:rPr>
        <w:t>H.</w:t>
      </w:r>
      <w:r w:rsidR="00F660D2" w:rsidRPr="00FD6DAD">
        <w:rPr>
          <w:rFonts w:cs="Times New Roman"/>
        </w:rPr>
        <w:t xml:space="preserve"> </w:t>
      </w:r>
      <w:r w:rsidRPr="00FD6DAD">
        <w:rPr>
          <w:rFonts w:cs="Times New Roman"/>
        </w:rPr>
        <w:t>(2021).</w:t>
      </w:r>
      <w:r w:rsidR="00F660D2" w:rsidRPr="00FD6DAD">
        <w:rPr>
          <w:rFonts w:cs="Times New Roman"/>
        </w:rPr>
        <w:t xml:space="preserve"> </w:t>
      </w:r>
      <w:r w:rsidRPr="00FD6DAD">
        <w:rPr>
          <w:rFonts w:cs="Times New Roman"/>
        </w:rPr>
        <w:t>MIS</w:t>
      </w:r>
      <w:r w:rsidR="00F660D2" w:rsidRPr="00FD6DAD">
        <w:rPr>
          <w:rFonts w:cs="Times New Roman"/>
        </w:rPr>
        <w:t xml:space="preserve"> </w:t>
      </w:r>
      <w:r w:rsidRPr="00FD6DAD">
        <w:rPr>
          <w:rFonts w:cs="Times New Roman"/>
        </w:rPr>
        <w:t>(Management</w:t>
      </w:r>
      <w:r w:rsidR="00F660D2" w:rsidRPr="00FD6DAD">
        <w:rPr>
          <w:rFonts w:cs="Times New Roman"/>
        </w:rPr>
        <w:t xml:space="preserve"> </w:t>
      </w:r>
      <w:r w:rsidRPr="00FD6DAD">
        <w:rPr>
          <w:rFonts w:cs="Times New Roman"/>
        </w:rPr>
        <w:t>Information</w:t>
      </w:r>
      <w:r w:rsidR="00F660D2" w:rsidRPr="00FD6DAD">
        <w:rPr>
          <w:rFonts w:cs="Times New Roman"/>
        </w:rPr>
        <w:t xml:space="preserve"> </w:t>
      </w:r>
      <w:r w:rsidRPr="00FD6DAD">
        <w:rPr>
          <w:rFonts w:cs="Times New Roman"/>
        </w:rPr>
        <w:t>Systems).</w:t>
      </w:r>
      <w:r w:rsidR="00F660D2" w:rsidRPr="00FD6DAD">
        <w:rPr>
          <w:rFonts w:cs="Times New Roman"/>
        </w:rPr>
        <w:t xml:space="preserve"> </w:t>
      </w:r>
      <w:r w:rsidRPr="00FD6DAD">
        <w:rPr>
          <w:rFonts w:cs="Times New Roman"/>
        </w:rPr>
        <w:t>Cengage</w:t>
      </w:r>
      <w:r w:rsidR="00F660D2" w:rsidRPr="00FD6DAD">
        <w:rPr>
          <w:rFonts w:cs="Times New Roman"/>
        </w:rPr>
        <w:t xml:space="preserve"> </w:t>
      </w:r>
      <w:r w:rsidRPr="00FD6DAD">
        <w:rPr>
          <w:rFonts w:cs="Times New Roman"/>
        </w:rPr>
        <w:t>Learning.</w:t>
      </w:r>
    </w:p>
    <w:p w14:paraId="5C2437F7" w14:textId="726E8FBA" w:rsidR="004A6E62" w:rsidRPr="00FD6DAD" w:rsidRDefault="004A6E62" w:rsidP="003D7B25">
      <w:pPr>
        <w:ind w:left="1134" w:hanging="1134"/>
        <w:rPr>
          <w:rFonts w:cs="Times New Roman"/>
        </w:rPr>
      </w:pPr>
      <w:r w:rsidRPr="00FD6DAD">
        <w:rPr>
          <w:rFonts w:cs="Times New Roman"/>
        </w:rPr>
        <w:t>Darmono.</w:t>
      </w:r>
      <w:r w:rsidR="00F660D2" w:rsidRPr="00FD6DAD">
        <w:rPr>
          <w:rFonts w:cs="Times New Roman"/>
        </w:rPr>
        <w:t xml:space="preserve"> </w:t>
      </w:r>
      <w:r w:rsidRPr="00FD6DAD">
        <w:rPr>
          <w:rFonts w:cs="Times New Roman"/>
        </w:rPr>
        <w:t>(2001).</w:t>
      </w:r>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Sekolah</w:t>
      </w:r>
      <w:proofErr w:type="spellEnd"/>
      <w:r w:rsidRPr="00FD6DAD">
        <w:rPr>
          <w:rFonts w:cs="Times New Roman"/>
        </w:rPr>
        <w:t>:</w:t>
      </w:r>
      <w:r w:rsidR="00F660D2" w:rsidRPr="00FD6DAD">
        <w:rPr>
          <w:rFonts w:cs="Times New Roman"/>
        </w:rPr>
        <w:t xml:space="preserve"> </w:t>
      </w:r>
      <w:proofErr w:type="spellStart"/>
      <w:r w:rsidRPr="00FD6DAD">
        <w:rPr>
          <w:rFonts w:cs="Times New Roman"/>
        </w:rPr>
        <w:t>Pendekatan</w:t>
      </w:r>
      <w:proofErr w:type="spellEnd"/>
      <w:r w:rsidR="00F660D2" w:rsidRPr="00FD6DAD">
        <w:rPr>
          <w:rFonts w:cs="Times New Roman"/>
        </w:rPr>
        <w:t xml:space="preserve"> </w:t>
      </w:r>
      <w:proofErr w:type="spellStart"/>
      <w:r w:rsidRPr="00FD6DAD">
        <w:rPr>
          <w:rFonts w:cs="Times New Roman"/>
        </w:rPr>
        <w:t>Aspek</w:t>
      </w:r>
      <w:proofErr w:type="spellEnd"/>
      <w:r w:rsidR="00F660D2" w:rsidRPr="00FD6DAD">
        <w:rPr>
          <w:rFonts w:cs="Times New Roman"/>
        </w:rPr>
        <w:t xml:space="preserve"> </w:t>
      </w:r>
      <w:proofErr w:type="spellStart"/>
      <w:r w:rsidRPr="00FD6DAD">
        <w:rPr>
          <w:rFonts w:cs="Times New Roman"/>
        </w:rPr>
        <w:t>Manajemen</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r w:rsidRPr="00FD6DAD">
        <w:rPr>
          <w:rFonts w:cs="Times New Roman"/>
        </w:rPr>
        <w:t>Tata</w:t>
      </w:r>
      <w:r w:rsidR="00F660D2" w:rsidRPr="00FD6DAD">
        <w:rPr>
          <w:rFonts w:cs="Times New Roman"/>
        </w:rPr>
        <w:t xml:space="preserve"> </w:t>
      </w:r>
      <w:proofErr w:type="spellStart"/>
      <w:r w:rsidRPr="00FD6DAD">
        <w:rPr>
          <w:rFonts w:cs="Times New Roman"/>
        </w:rPr>
        <w:t>Kerja</w:t>
      </w:r>
      <w:proofErr w:type="spellEnd"/>
      <w:r w:rsidRPr="00FD6DAD">
        <w:rPr>
          <w:rFonts w:cs="Times New Roman"/>
        </w:rPr>
        <w:t>.</w:t>
      </w:r>
      <w:r w:rsidR="00F660D2" w:rsidRPr="00FD6DAD">
        <w:rPr>
          <w:rFonts w:cs="Times New Roman"/>
        </w:rPr>
        <w:t xml:space="preserve"> </w:t>
      </w:r>
      <w:r w:rsidRPr="00FD6DAD">
        <w:rPr>
          <w:rFonts w:cs="Times New Roman"/>
        </w:rPr>
        <w:t>Gramedia</w:t>
      </w:r>
      <w:r w:rsidR="00F660D2" w:rsidRPr="00FD6DAD">
        <w:rPr>
          <w:rFonts w:cs="Times New Roman"/>
        </w:rPr>
        <w:t xml:space="preserve"> </w:t>
      </w:r>
      <w:proofErr w:type="spellStart"/>
      <w:r w:rsidRPr="00FD6DAD">
        <w:rPr>
          <w:rFonts w:cs="Times New Roman"/>
        </w:rPr>
        <w:t>Widiasarana</w:t>
      </w:r>
      <w:proofErr w:type="spellEnd"/>
      <w:r w:rsidR="00F660D2" w:rsidRPr="00FD6DAD">
        <w:rPr>
          <w:rFonts w:cs="Times New Roman"/>
        </w:rPr>
        <w:t xml:space="preserve"> </w:t>
      </w:r>
      <w:r w:rsidRPr="00FD6DAD">
        <w:rPr>
          <w:rFonts w:cs="Times New Roman"/>
        </w:rPr>
        <w:t>Indonesia.</w:t>
      </w:r>
    </w:p>
    <w:p w14:paraId="7483DD83" w14:textId="492A4A34" w:rsidR="004A6E62" w:rsidRPr="00FD6DAD" w:rsidRDefault="004A6E62" w:rsidP="003D7B25">
      <w:pPr>
        <w:ind w:left="1134" w:hanging="1134"/>
        <w:rPr>
          <w:rFonts w:cs="Times New Roman"/>
        </w:rPr>
      </w:pPr>
      <w:proofErr w:type="spellStart"/>
      <w:r w:rsidRPr="00FD6DAD">
        <w:rPr>
          <w:rFonts w:cs="Times New Roman"/>
        </w:rPr>
        <w:t>Fadillah</w:t>
      </w:r>
      <w:proofErr w:type="spellEnd"/>
      <w:r w:rsidRPr="00FD6DAD">
        <w:rPr>
          <w:rFonts w:cs="Times New Roman"/>
        </w:rPr>
        <w:t>,</w:t>
      </w:r>
      <w:r w:rsidR="00F660D2" w:rsidRPr="00FD6DAD">
        <w:rPr>
          <w:rFonts w:cs="Times New Roman"/>
        </w:rPr>
        <w:t xml:space="preserve"> </w:t>
      </w:r>
      <w:r w:rsidRPr="00FD6DAD">
        <w:rPr>
          <w:rFonts w:cs="Times New Roman"/>
        </w:rPr>
        <w:t>M.,</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Kurniawan,</w:t>
      </w:r>
      <w:r w:rsidR="00F660D2" w:rsidRPr="00FD6DAD">
        <w:rPr>
          <w:rFonts w:cs="Times New Roman"/>
        </w:rPr>
        <w:t xml:space="preserve"> </w:t>
      </w:r>
      <w:r w:rsidRPr="00FD6DAD">
        <w:rPr>
          <w:rFonts w:cs="Times New Roman"/>
        </w:rPr>
        <w:t>E.</w:t>
      </w:r>
      <w:r w:rsidR="00F660D2" w:rsidRPr="00FD6DAD">
        <w:rPr>
          <w:rFonts w:cs="Times New Roman"/>
        </w:rPr>
        <w:t xml:space="preserve"> </w:t>
      </w:r>
      <w:r w:rsidRPr="00FD6DAD">
        <w:rPr>
          <w:rFonts w:cs="Times New Roman"/>
        </w:rPr>
        <w:t>(2022).</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E-Library</w:t>
      </w:r>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Menggunakan</w:t>
      </w:r>
      <w:proofErr w:type="spellEnd"/>
      <w:r w:rsidR="00F660D2" w:rsidRPr="00FD6DAD">
        <w:rPr>
          <w:rFonts w:cs="Times New Roman"/>
        </w:rPr>
        <w:t xml:space="preserve"> </w:t>
      </w:r>
      <w:r w:rsidRPr="00FD6DAD">
        <w:rPr>
          <w:rFonts w:cs="Times New Roman"/>
        </w:rPr>
        <w:t>Metode</w:t>
      </w:r>
      <w:r w:rsidR="00F660D2" w:rsidRPr="00FD6DAD">
        <w:rPr>
          <w:rFonts w:cs="Times New Roman"/>
        </w:rPr>
        <w:t xml:space="preserve"> </w:t>
      </w:r>
      <w:r w:rsidRPr="00FD6DAD">
        <w:rPr>
          <w:rFonts w:cs="Times New Roman"/>
        </w:rPr>
        <w:t>Waterfall.</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Teknologi</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Komunikasi</w:t>
      </w:r>
      <w:proofErr w:type="spellEnd"/>
      <w:r w:rsidRPr="00FD6DAD">
        <w:rPr>
          <w:rFonts w:cs="Times New Roman"/>
        </w:rPr>
        <w:t>,</w:t>
      </w:r>
      <w:r w:rsidR="00F660D2" w:rsidRPr="00FD6DAD">
        <w:rPr>
          <w:rFonts w:cs="Times New Roman"/>
        </w:rPr>
        <w:t xml:space="preserve"> </w:t>
      </w:r>
      <w:r w:rsidRPr="00FD6DAD">
        <w:rPr>
          <w:rFonts w:cs="Times New Roman"/>
        </w:rPr>
        <w:t>11(1),</w:t>
      </w:r>
      <w:r w:rsidR="00F660D2" w:rsidRPr="00FD6DAD">
        <w:rPr>
          <w:rFonts w:cs="Times New Roman"/>
        </w:rPr>
        <w:t xml:space="preserve"> </w:t>
      </w:r>
      <w:r w:rsidRPr="00FD6DAD">
        <w:rPr>
          <w:rFonts w:cs="Times New Roman"/>
        </w:rPr>
        <w:t>1-10.</w:t>
      </w:r>
    </w:p>
    <w:p w14:paraId="01D5E22E" w14:textId="17B43813" w:rsidR="004A6E62" w:rsidRPr="00FD6DAD" w:rsidRDefault="004A6E62" w:rsidP="003D7B25">
      <w:pPr>
        <w:ind w:left="1134" w:hanging="1134"/>
        <w:rPr>
          <w:rFonts w:cs="Times New Roman"/>
        </w:rPr>
      </w:pPr>
      <w:r w:rsidRPr="00FD6DAD">
        <w:rPr>
          <w:rFonts w:cs="Times New Roman"/>
        </w:rPr>
        <w:t>Fitriani,</w:t>
      </w:r>
      <w:r w:rsidR="00F660D2" w:rsidRPr="00FD6DAD">
        <w:rPr>
          <w:rFonts w:cs="Times New Roman"/>
        </w:rPr>
        <w:t xml:space="preserve"> </w:t>
      </w:r>
      <w:r w:rsidRPr="00FD6DAD">
        <w:rPr>
          <w:rFonts w:cs="Times New Roman"/>
        </w:rPr>
        <w:t>Y.,</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Ambarwati</w:t>
      </w:r>
      <w:proofErr w:type="spellEnd"/>
      <w:r w:rsidRPr="00FD6DAD">
        <w:rPr>
          <w:rFonts w:cs="Times New Roman"/>
        </w:rPr>
        <w:t>,</w:t>
      </w:r>
      <w:r w:rsidR="00F660D2" w:rsidRPr="00FD6DAD">
        <w:rPr>
          <w:rFonts w:cs="Times New Roman"/>
        </w:rPr>
        <w:t xml:space="preserve"> </w:t>
      </w:r>
      <w:r w:rsidRPr="00FD6DAD">
        <w:rPr>
          <w:rFonts w:cs="Times New Roman"/>
        </w:rPr>
        <w:t>E.</w:t>
      </w:r>
      <w:r w:rsidR="00F660D2" w:rsidRPr="00FD6DAD">
        <w:rPr>
          <w:rFonts w:cs="Times New Roman"/>
        </w:rPr>
        <w:t xml:space="preserve"> </w:t>
      </w:r>
      <w:r w:rsidRPr="00FD6DAD">
        <w:rPr>
          <w:rFonts w:cs="Times New Roman"/>
        </w:rPr>
        <w:t>(2019).</w:t>
      </w:r>
      <w:r w:rsidR="00F660D2" w:rsidRPr="00FD6DAD">
        <w:rPr>
          <w:rFonts w:cs="Times New Roman"/>
        </w:rPr>
        <w:t xml:space="preserve"> </w:t>
      </w:r>
      <w:r w:rsidRPr="00FD6DAD">
        <w:rPr>
          <w:rFonts w:cs="Times New Roman"/>
        </w:rPr>
        <w:t>Peran</w:t>
      </w:r>
      <w:r w:rsidR="00F660D2" w:rsidRPr="00FD6DAD">
        <w:rPr>
          <w:rFonts w:cs="Times New Roman"/>
        </w:rPr>
        <w:t xml:space="preserve"> </w:t>
      </w:r>
      <w:r w:rsidRPr="00FD6DAD">
        <w:rPr>
          <w:rFonts w:cs="Times New Roman"/>
        </w:rPr>
        <w:t>Taman</w:t>
      </w:r>
      <w:r w:rsidR="00F660D2" w:rsidRPr="00FD6DAD">
        <w:rPr>
          <w:rFonts w:cs="Times New Roman"/>
        </w:rPr>
        <w:t xml:space="preserve"> </w:t>
      </w:r>
      <w:proofErr w:type="spellStart"/>
      <w:r w:rsidRPr="00FD6DAD">
        <w:rPr>
          <w:rFonts w:cs="Times New Roman"/>
        </w:rPr>
        <w:t>Bacaan</w:t>
      </w:r>
      <w:proofErr w:type="spellEnd"/>
      <w:r w:rsidR="00F660D2" w:rsidRPr="00FD6DAD">
        <w:rPr>
          <w:rFonts w:cs="Times New Roman"/>
        </w:rPr>
        <w:t xml:space="preserve"> </w:t>
      </w:r>
      <w:r w:rsidRPr="00FD6DAD">
        <w:rPr>
          <w:rFonts w:cs="Times New Roman"/>
        </w:rPr>
        <w:t>Masyarakat</w:t>
      </w:r>
      <w:r w:rsidR="00F660D2" w:rsidRPr="00FD6DAD">
        <w:rPr>
          <w:rFonts w:cs="Times New Roman"/>
        </w:rPr>
        <w:t xml:space="preserve"> </w:t>
      </w:r>
      <w:proofErr w:type="spellStart"/>
      <w:r w:rsidRPr="00FD6DAD">
        <w:rPr>
          <w:rFonts w:cs="Times New Roman"/>
        </w:rPr>
        <w:t>dalam</w:t>
      </w:r>
      <w:proofErr w:type="spellEnd"/>
      <w:r w:rsidR="00F660D2" w:rsidRPr="00FD6DAD">
        <w:rPr>
          <w:rFonts w:cs="Times New Roman"/>
        </w:rPr>
        <w:t xml:space="preserve"> </w:t>
      </w:r>
      <w:proofErr w:type="spellStart"/>
      <w:r w:rsidRPr="00FD6DAD">
        <w:rPr>
          <w:rFonts w:cs="Times New Roman"/>
        </w:rPr>
        <w:t>Meningkatkan</w:t>
      </w:r>
      <w:proofErr w:type="spellEnd"/>
      <w:r w:rsidR="00F660D2" w:rsidRPr="00FD6DAD">
        <w:rPr>
          <w:rFonts w:cs="Times New Roman"/>
        </w:rPr>
        <w:t xml:space="preserve"> </w:t>
      </w:r>
      <w:r w:rsidRPr="00FD6DAD">
        <w:rPr>
          <w:rFonts w:cs="Times New Roman"/>
        </w:rPr>
        <w:t>Minat</w:t>
      </w:r>
      <w:r w:rsidR="00F660D2" w:rsidRPr="00FD6DAD">
        <w:rPr>
          <w:rFonts w:cs="Times New Roman"/>
        </w:rPr>
        <w:t xml:space="preserve"> </w:t>
      </w:r>
      <w:r w:rsidRPr="00FD6DAD">
        <w:rPr>
          <w:rFonts w:cs="Times New Roman"/>
        </w:rPr>
        <w:t>Baca</w:t>
      </w:r>
      <w:r w:rsidR="00F660D2" w:rsidRPr="00FD6DAD">
        <w:rPr>
          <w:rFonts w:cs="Times New Roman"/>
        </w:rPr>
        <w:t xml:space="preserve"> </w:t>
      </w:r>
      <w:r w:rsidRPr="00FD6DAD">
        <w:rPr>
          <w:rFonts w:cs="Times New Roman"/>
        </w:rPr>
        <w:t>Masyarakat</w:t>
      </w:r>
      <w:r w:rsidR="00F660D2" w:rsidRPr="00FD6DAD">
        <w:rPr>
          <w:rFonts w:cs="Times New Roman"/>
        </w:rPr>
        <w:t xml:space="preserve"> </w:t>
      </w:r>
      <w:r w:rsidRPr="00FD6DAD">
        <w:rPr>
          <w:rFonts w:cs="Times New Roman"/>
        </w:rPr>
        <w:t>di</w:t>
      </w:r>
      <w:r w:rsidR="00F660D2" w:rsidRPr="00FD6DAD">
        <w:rPr>
          <w:rFonts w:cs="Times New Roman"/>
        </w:rPr>
        <w:t xml:space="preserve"> </w:t>
      </w:r>
      <w:r w:rsidRPr="00FD6DAD">
        <w:rPr>
          <w:rFonts w:cs="Times New Roman"/>
        </w:rPr>
        <w:t>Era</w:t>
      </w:r>
      <w:r w:rsidR="00F660D2" w:rsidRPr="00FD6DAD">
        <w:rPr>
          <w:rFonts w:cs="Times New Roman"/>
        </w:rPr>
        <w:t xml:space="preserve"> </w:t>
      </w:r>
      <w:r w:rsidRPr="00FD6DAD">
        <w:rPr>
          <w:rFonts w:cs="Times New Roman"/>
        </w:rPr>
        <w:t>Digital.</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Ilmu</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Informasi</w:t>
      </w:r>
      <w:proofErr w:type="spellEnd"/>
      <w:r w:rsidRPr="00FD6DAD">
        <w:rPr>
          <w:rFonts w:cs="Times New Roman"/>
        </w:rPr>
        <w:t>,</w:t>
      </w:r>
      <w:r w:rsidR="00F660D2" w:rsidRPr="00FD6DAD">
        <w:rPr>
          <w:rFonts w:cs="Times New Roman"/>
        </w:rPr>
        <w:t xml:space="preserve"> </w:t>
      </w:r>
      <w:r w:rsidRPr="00FD6DAD">
        <w:rPr>
          <w:rFonts w:cs="Times New Roman"/>
        </w:rPr>
        <w:t>3(1),</w:t>
      </w:r>
      <w:r w:rsidR="00F660D2" w:rsidRPr="00FD6DAD">
        <w:rPr>
          <w:rFonts w:cs="Times New Roman"/>
        </w:rPr>
        <w:t xml:space="preserve"> </w:t>
      </w:r>
      <w:r w:rsidRPr="00FD6DAD">
        <w:rPr>
          <w:rFonts w:cs="Times New Roman"/>
        </w:rPr>
        <w:t>1-12.</w:t>
      </w:r>
    </w:p>
    <w:p w14:paraId="0552AE4B" w14:textId="1AA031D7" w:rsidR="004A6E62" w:rsidRPr="00FD6DAD" w:rsidRDefault="004A6E62" w:rsidP="003D7B25">
      <w:pPr>
        <w:ind w:left="1134" w:hanging="1134"/>
        <w:rPr>
          <w:rFonts w:cs="Times New Roman"/>
        </w:rPr>
      </w:pPr>
      <w:proofErr w:type="spellStart"/>
      <w:r w:rsidRPr="00FD6DAD">
        <w:rPr>
          <w:rFonts w:cs="Times New Roman"/>
        </w:rPr>
        <w:t>Handayani</w:t>
      </w:r>
      <w:proofErr w:type="spellEnd"/>
      <w:r w:rsidRPr="00FD6DAD">
        <w:rPr>
          <w:rFonts w:cs="Times New Roman"/>
        </w:rPr>
        <w:t>,</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Permana</w:t>
      </w:r>
      <w:proofErr w:type="spellEnd"/>
      <w:r w:rsidRPr="00FD6DAD">
        <w:rPr>
          <w:rFonts w:cs="Times New Roman"/>
        </w:rPr>
        <w:t>,</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(2022).</w:t>
      </w:r>
      <w:r w:rsidR="00F660D2" w:rsidRPr="00FD6DAD">
        <w:rPr>
          <w:rFonts w:cs="Times New Roman"/>
        </w:rPr>
        <w:t xml:space="preserve"> </w:t>
      </w:r>
      <w:proofErr w:type="spellStart"/>
      <w:r w:rsidRPr="00FD6DAD">
        <w:rPr>
          <w:rFonts w:cs="Times New Roman"/>
        </w:rPr>
        <w:t>Pengembangan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untuk</w:t>
      </w:r>
      <w:proofErr w:type="spellEnd"/>
      <w:r w:rsidR="00F660D2" w:rsidRPr="00FD6DAD">
        <w:rPr>
          <w:rFonts w:cs="Times New Roman"/>
        </w:rPr>
        <w:t xml:space="preserve"> </w:t>
      </w:r>
      <w:proofErr w:type="spellStart"/>
      <w:r w:rsidRPr="00FD6DAD">
        <w:rPr>
          <w:rFonts w:cs="Times New Roman"/>
        </w:rPr>
        <w:t>Meningkatkan</w:t>
      </w:r>
      <w:proofErr w:type="spellEnd"/>
      <w:r w:rsidR="00F660D2" w:rsidRPr="00FD6DAD">
        <w:rPr>
          <w:rFonts w:cs="Times New Roman"/>
        </w:rPr>
        <w:t xml:space="preserve"> </w:t>
      </w:r>
      <w:proofErr w:type="spellStart"/>
      <w:r w:rsidRPr="00FD6DAD">
        <w:rPr>
          <w:rFonts w:cs="Times New Roman"/>
        </w:rPr>
        <w:t>Efisiensi</w:t>
      </w:r>
      <w:proofErr w:type="spellEnd"/>
      <w:r w:rsidR="00F660D2" w:rsidRPr="00FD6DAD">
        <w:rPr>
          <w:rFonts w:cs="Times New Roman"/>
        </w:rPr>
        <w:t xml:space="preserve"> </w:t>
      </w:r>
      <w:proofErr w:type="spellStart"/>
      <w:r w:rsidRPr="00FD6DAD">
        <w:rPr>
          <w:rFonts w:cs="Times New Roman"/>
        </w:rPr>
        <w:t>Pengelolaan</w:t>
      </w:r>
      <w:proofErr w:type="spellEnd"/>
      <w:r w:rsidR="00F660D2" w:rsidRPr="00FD6DAD">
        <w:rPr>
          <w:rFonts w:cs="Times New Roman"/>
        </w:rPr>
        <w:t xml:space="preserve"> </w:t>
      </w:r>
      <w:proofErr w:type="spellStart"/>
      <w:r w:rsidRPr="00FD6DAD">
        <w:rPr>
          <w:rFonts w:cs="Times New Roman"/>
        </w:rPr>
        <w:t>Koleksi</w:t>
      </w:r>
      <w:proofErr w:type="spellEnd"/>
      <w:r w:rsidRPr="00FD6DAD">
        <w:rPr>
          <w:rFonts w:cs="Times New Roman"/>
        </w:rPr>
        <w:t>.</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Bisnis</w:t>
      </w:r>
      <w:proofErr w:type="spellEnd"/>
      <w:r w:rsidRPr="00FD6DAD">
        <w:rPr>
          <w:rFonts w:cs="Times New Roman"/>
        </w:rPr>
        <w:t>,</w:t>
      </w:r>
      <w:r w:rsidR="00F660D2" w:rsidRPr="00FD6DAD">
        <w:rPr>
          <w:rFonts w:cs="Times New Roman"/>
        </w:rPr>
        <w:t xml:space="preserve"> </w:t>
      </w:r>
      <w:r w:rsidRPr="00FD6DAD">
        <w:rPr>
          <w:rFonts w:cs="Times New Roman"/>
        </w:rPr>
        <w:t>12(1),</w:t>
      </w:r>
      <w:r w:rsidR="00F660D2" w:rsidRPr="00FD6DAD">
        <w:rPr>
          <w:rFonts w:cs="Times New Roman"/>
        </w:rPr>
        <w:t xml:space="preserve"> </w:t>
      </w:r>
      <w:r w:rsidRPr="00FD6DAD">
        <w:rPr>
          <w:rFonts w:cs="Times New Roman"/>
        </w:rPr>
        <w:t>45-53.</w:t>
      </w:r>
    </w:p>
    <w:p w14:paraId="4FF533D6" w14:textId="7586053A" w:rsidR="004A6E62" w:rsidRPr="00FD6DAD" w:rsidRDefault="004A6E62" w:rsidP="003D7B25">
      <w:pPr>
        <w:ind w:left="1134" w:hanging="1134"/>
        <w:rPr>
          <w:rFonts w:cs="Times New Roman"/>
        </w:rPr>
      </w:pPr>
      <w:r w:rsidRPr="00FD6DAD">
        <w:rPr>
          <w:rFonts w:cs="Times New Roman"/>
        </w:rPr>
        <w:t>Hasanah,</w:t>
      </w:r>
      <w:r w:rsidR="00F660D2" w:rsidRPr="00FD6DAD">
        <w:rPr>
          <w:rFonts w:cs="Times New Roman"/>
        </w:rPr>
        <w:t xml:space="preserve"> </w:t>
      </w:r>
      <w:r w:rsidRPr="00FD6DAD">
        <w:rPr>
          <w:rFonts w:cs="Times New Roman"/>
        </w:rPr>
        <w:t>S.</w:t>
      </w:r>
      <w:r w:rsidR="00F660D2" w:rsidRPr="00FD6DAD">
        <w:rPr>
          <w:rFonts w:cs="Times New Roman"/>
        </w:rPr>
        <w:t xml:space="preserve"> </w:t>
      </w:r>
      <w:r w:rsidRPr="00FD6DAD">
        <w:rPr>
          <w:rFonts w:cs="Times New Roman"/>
        </w:rPr>
        <w:t>N.,</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Siregar,</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(2024).</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r w:rsidRPr="00FD6DAD">
        <w:rPr>
          <w:rFonts w:cs="Times New Roman"/>
        </w:rPr>
        <w:t>Basis</w:t>
      </w:r>
      <w:r w:rsidR="00F660D2" w:rsidRPr="00FD6DAD">
        <w:rPr>
          <w:rFonts w:cs="Times New Roman"/>
        </w:rPr>
        <w:t xml:space="preserve"> </w:t>
      </w:r>
      <w:r w:rsidRPr="00FD6DAD">
        <w:rPr>
          <w:rFonts w:cs="Times New Roman"/>
        </w:rPr>
        <w:t>Data</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Menggunakan</w:t>
      </w:r>
      <w:proofErr w:type="spellEnd"/>
      <w:r w:rsidR="00F660D2" w:rsidRPr="00FD6DAD">
        <w:rPr>
          <w:rFonts w:cs="Times New Roman"/>
        </w:rPr>
        <w:t xml:space="preserve"> </w:t>
      </w:r>
      <w:r w:rsidRPr="00FD6DAD">
        <w:rPr>
          <w:rFonts w:cs="Times New Roman"/>
        </w:rPr>
        <w:t>ERD.</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Komputer</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Pr="00FD6DAD">
        <w:rPr>
          <w:rFonts w:cs="Times New Roman"/>
        </w:rPr>
        <w:t>,</w:t>
      </w:r>
      <w:r w:rsidR="00F660D2" w:rsidRPr="00FD6DAD">
        <w:rPr>
          <w:rFonts w:cs="Times New Roman"/>
        </w:rPr>
        <w:t xml:space="preserve"> </w:t>
      </w:r>
      <w:r w:rsidRPr="00FD6DAD">
        <w:rPr>
          <w:rFonts w:cs="Times New Roman"/>
        </w:rPr>
        <w:t>15(2),</w:t>
      </w:r>
      <w:r w:rsidR="00F660D2" w:rsidRPr="00FD6DAD">
        <w:rPr>
          <w:rFonts w:cs="Times New Roman"/>
        </w:rPr>
        <w:t xml:space="preserve"> </w:t>
      </w:r>
      <w:r w:rsidRPr="00FD6DAD">
        <w:rPr>
          <w:rFonts w:cs="Times New Roman"/>
        </w:rPr>
        <w:t>112-120.</w:t>
      </w:r>
    </w:p>
    <w:p w14:paraId="0CD2793E" w14:textId="660DA691" w:rsidR="004A6E62" w:rsidRPr="00FD6DAD" w:rsidRDefault="004A6E62" w:rsidP="003D7B25">
      <w:pPr>
        <w:ind w:left="1134" w:hanging="1134"/>
        <w:rPr>
          <w:rFonts w:cs="Times New Roman"/>
        </w:rPr>
      </w:pPr>
      <w:proofErr w:type="spellStart"/>
      <w:r w:rsidRPr="00FD6DAD">
        <w:rPr>
          <w:rFonts w:cs="Times New Roman"/>
        </w:rPr>
        <w:t>Hasibuan</w:t>
      </w:r>
      <w:proofErr w:type="spellEnd"/>
      <w:r w:rsidRPr="00FD6DAD">
        <w:rPr>
          <w:rFonts w:cs="Times New Roman"/>
        </w:rPr>
        <w:t>,</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(2013).</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Graha</w:t>
      </w:r>
      <w:proofErr w:type="spellEnd"/>
      <w:r w:rsidR="00F660D2" w:rsidRPr="00FD6DAD">
        <w:rPr>
          <w:rFonts w:cs="Times New Roman"/>
        </w:rPr>
        <w:t xml:space="preserve"> </w:t>
      </w:r>
      <w:proofErr w:type="spellStart"/>
      <w:r w:rsidRPr="00FD6DAD">
        <w:rPr>
          <w:rFonts w:cs="Times New Roman"/>
        </w:rPr>
        <w:t>Ilmu</w:t>
      </w:r>
      <w:proofErr w:type="spellEnd"/>
      <w:r w:rsidRPr="00FD6DAD">
        <w:rPr>
          <w:rFonts w:cs="Times New Roman"/>
        </w:rPr>
        <w:t>.</w:t>
      </w:r>
    </w:p>
    <w:p w14:paraId="01820848" w14:textId="059A3B6B" w:rsidR="004A6E62" w:rsidRPr="00FD6DAD" w:rsidRDefault="004A6E62" w:rsidP="003D7B25">
      <w:pPr>
        <w:ind w:left="1134" w:hanging="1134"/>
        <w:rPr>
          <w:rFonts w:cs="Times New Roman"/>
        </w:rPr>
      </w:pPr>
      <w:proofErr w:type="spellStart"/>
      <w:r w:rsidRPr="00FD6DAD">
        <w:rPr>
          <w:rFonts w:cs="Times New Roman"/>
        </w:rPr>
        <w:t>Kristanto</w:t>
      </w:r>
      <w:proofErr w:type="spellEnd"/>
      <w:r w:rsidRPr="00FD6DAD">
        <w:rPr>
          <w:rFonts w:cs="Times New Roman"/>
        </w:rPr>
        <w:t>,</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(2010).</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Aplikasinya</w:t>
      </w:r>
      <w:proofErr w:type="spellEnd"/>
      <w:r w:rsidRPr="00FD6DAD">
        <w:rPr>
          <w:rFonts w:cs="Times New Roman"/>
        </w:rPr>
        <w:t>.</w:t>
      </w:r>
      <w:r w:rsidR="00F660D2" w:rsidRPr="00FD6DAD">
        <w:rPr>
          <w:rFonts w:cs="Times New Roman"/>
        </w:rPr>
        <w:t xml:space="preserve"> </w:t>
      </w:r>
      <w:r w:rsidRPr="00FD6DAD">
        <w:rPr>
          <w:rFonts w:cs="Times New Roman"/>
        </w:rPr>
        <w:t>Gava</w:t>
      </w:r>
      <w:r w:rsidR="00F660D2" w:rsidRPr="00FD6DAD">
        <w:rPr>
          <w:rFonts w:cs="Times New Roman"/>
        </w:rPr>
        <w:t xml:space="preserve"> </w:t>
      </w:r>
      <w:r w:rsidRPr="00FD6DAD">
        <w:rPr>
          <w:rFonts w:cs="Times New Roman"/>
        </w:rPr>
        <w:t>Media.</w:t>
      </w:r>
    </w:p>
    <w:p w14:paraId="748473F1" w14:textId="7B2C6E59" w:rsidR="004A6E62" w:rsidRPr="00FD6DAD" w:rsidRDefault="004A6E62" w:rsidP="003D7B25">
      <w:pPr>
        <w:ind w:left="1134" w:hanging="1134"/>
        <w:rPr>
          <w:rFonts w:cs="Times New Roman"/>
        </w:rPr>
      </w:pPr>
      <w:r w:rsidRPr="00FD6DAD">
        <w:rPr>
          <w:rFonts w:cs="Times New Roman"/>
        </w:rPr>
        <w:t>Kurnia,</w:t>
      </w:r>
      <w:r w:rsidR="00F660D2" w:rsidRPr="00FD6DAD">
        <w:rPr>
          <w:rFonts w:cs="Times New Roman"/>
        </w:rPr>
        <w:t xml:space="preserve"> </w:t>
      </w:r>
      <w:r w:rsidRPr="00FD6DAD">
        <w:rPr>
          <w:rFonts w:cs="Times New Roman"/>
        </w:rPr>
        <w:t>I.,</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Risyda</w:t>
      </w:r>
      <w:proofErr w:type="spellEnd"/>
      <w:r w:rsidRPr="00FD6DAD">
        <w:rPr>
          <w:rFonts w:cs="Times New Roman"/>
        </w:rPr>
        <w:t>,</w:t>
      </w:r>
      <w:r w:rsidR="00F660D2" w:rsidRPr="00FD6DAD">
        <w:rPr>
          <w:rFonts w:cs="Times New Roman"/>
        </w:rPr>
        <w:t xml:space="preserve"> </w:t>
      </w:r>
      <w:r w:rsidRPr="00FD6DAD">
        <w:rPr>
          <w:rFonts w:cs="Times New Roman"/>
        </w:rPr>
        <w:t>E.</w:t>
      </w:r>
      <w:r w:rsidR="00F660D2" w:rsidRPr="00FD6DAD">
        <w:rPr>
          <w:rFonts w:cs="Times New Roman"/>
        </w:rPr>
        <w:t xml:space="preserve"> </w:t>
      </w:r>
      <w:r w:rsidRPr="00FD6DAD">
        <w:rPr>
          <w:rFonts w:cs="Times New Roman"/>
        </w:rPr>
        <w:t>(2021).</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Pengelolaan</w:t>
      </w:r>
      <w:proofErr w:type="spellEnd"/>
      <w:r w:rsidR="00F660D2" w:rsidRPr="00FD6DAD">
        <w:rPr>
          <w:rFonts w:cs="Times New Roman"/>
        </w:rPr>
        <w:t xml:space="preserve"> </w:t>
      </w:r>
      <w:r w:rsidRPr="00FD6DAD">
        <w:rPr>
          <w:rFonts w:cs="Times New Roman"/>
        </w:rPr>
        <w:t>Data</w:t>
      </w:r>
      <w:r w:rsidR="00F660D2" w:rsidRPr="00FD6DAD">
        <w:rPr>
          <w:rFonts w:cs="Times New Roman"/>
        </w:rPr>
        <w:t xml:space="preserve"> </w:t>
      </w:r>
      <w:proofErr w:type="spellStart"/>
      <w:r w:rsidRPr="00FD6DAD">
        <w:rPr>
          <w:rFonts w:cs="Times New Roman"/>
        </w:rPr>
        <w:t>Buku</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r w:rsidRPr="00FD6DAD">
        <w:rPr>
          <w:rFonts w:cs="Times New Roman"/>
        </w:rPr>
        <w:t>pada</w:t>
      </w:r>
      <w:r w:rsidR="00F660D2" w:rsidRPr="00FD6DAD">
        <w:rPr>
          <w:rFonts w:cs="Times New Roman"/>
        </w:rPr>
        <w:t xml:space="preserve"> </w:t>
      </w:r>
      <w:r w:rsidRPr="00FD6DAD">
        <w:rPr>
          <w:rFonts w:cs="Times New Roman"/>
        </w:rPr>
        <w:t>Taman</w:t>
      </w:r>
      <w:r w:rsidR="00F660D2" w:rsidRPr="00FD6DAD">
        <w:rPr>
          <w:rFonts w:cs="Times New Roman"/>
        </w:rPr>
        <w:t xml:space="preserve"> </w:t>
      </w:r>
      <w:r w:rsidRPr="00FD6DAD">
        <w:rPr>
          <w:rFonts w:cs="Times New Roman"/>
        </w:rPr>
        <w:t>Baca</w:t>
      </w:r>
      <w:r w:rsidR="00F660D2" w:rsidRPr="00FD6DAD">
        <w:rPr>
          <w:rFonts w:cs="Times New Roman"/>
        </w:rPr>
        <w:t xml:space="preserve"> </w:t>
      </w:r>
      <w:r w:rsidRPr="00FD6DAD">
        <w:rPr>
          <w:rFonts w:cs="Times New Roman"/>
        </w:rPr>
        <w:t>Masyarakat.</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Informatika</w:t>
      </w:r>
      <w:proofErr w:type="spellEnd"/>
      <w:r w:rsidRPr="00FD6DAD">
        <w:rPr>
          <w:rFonts w:cs="Times New Roman"/>
        </w:rPr>
        <w:t>,</w:t>
      </w:r>
      <w:r w:rsidR="00F660D2" w:rsidRPr="00FD6DAD">
        <w:rPr>
          <w:rFonts w:cs="Times New Roman"/>
        </w:rPr>
        <w:t xml:space="preserve"> </w:t>
      </w:r>
      <w:proofErr w:type="spellStart"/>
      <w:r w:rsidRPr="00FD6DAD">
        <w:rPr>
          <w:rFonts w:cs="Times New Roman"/>
        </w:rPr>
        <w:t>Teknologi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r w:rsidRPr="00FD6DAD">
        <w:rPr>
          <w:rFonts w:cs="Times New Roman"/>
        </w:rPr>
        <w:t>Sains,</w:t>
      </w:r>
      <w:r w:rsidR="00F660D2" w:rsidRPr="00FD6DAD">
        <w:rPr>
          <w:rFonts w:cs="Times New Roman"/>
        </w:rPr>
        <w:t xml:space="preserve"> </w:t>
      </w:r>
      <w:r w:rsidRPr="00FD6DAD">
        <w:rPr>
          <w:rFonts w:cs="Times New Roman"/>
        </w:rPr>
        <w:t>4(1),</w:t>
      </w:r>
      <w:r w:rsidR="00F660D2" w:rsidRPr="00FD6DAD">
        <w:rPr>
          <w:rFonts w:cs="Times New Roman"/>
        </w:rPr>
        <w:t xml:space="preserve"> </w:t>
      </w:r>
      <w:r w:rsidRPr="00FD6DAD">
        <w:rPr>
          <w:rFonts w:cs="Times New Roman"/>
        </w:rPr>
        <w:t>1-8.</w:t>
      </w:r>
    </w:p>
    <w:p w14:paraId="1860D0D3" w14:textId="373B37D8" w:rsidR="004A6E62" w:rsidRPr="00FD6DAD" w:rsidRDefault="004A6E62" w:rsidP="003D7B25">
      <w:pPr>
        <w:ind w:left="1134" w:hanging="1134"/>
        <w:rPr>
          <w:rFonts w:cs="Times New Roman"/>
        </w:rPr>
      </w:pPr>
      <w:r w:rsidRPr="00FD6DAD">
        <w:rPr>
          <w:rFonts w:cs="Times New Roman"/>
        </w:rPr>
        <w:t>Laudon,</w:t>
      </w:r>
      <w:r w:rsidR="00F660D2" w:rsidRPr="00FD6DAD">
        <w:rPr>
          <w:rFonts w:cs="Times New Roman"/>
        </w:rPr>
        <w:t xml:space="preserve"> </w:t>
      </w:r>
      <w:r w:rsidRPr="00FD6DAD">
        <w:rPr>
          <w:rFonts w:cs="Times New Roman"/>
        </w:rPr>
        <w:t>K.</w:t>
      </w:r>
      <w:r w:rsidR="00F660D2" w:rsidRPr="00FD6DAD">
        <w:rPr>
          <w:rFonts w:cs="Times New Roman"/>
        </w:rPr>
        <w:t xml:space="preserve"> </w:t>
      </w:r>
      <w:r w:rsidRPr="00FD6DAD">
        <w:rPr>
          <w:rFonts w:cs="Times New Roman"/>
        </w:rPr>
        <w:t>C.,</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Laudon,</w:t>
      </w:r>
      <w:r w:rsidR="00F660D2" w:rsidRPr="00FD6DAD">
        <w:rPr>
          <w:rFonts w:cs="Times New Roman"/>
        </w:rPr>
        <w:t xml:space="preserve"> </w:t>
      </w:r>
      <w:r w:rsidRPr="00FD6DAD">
        <w:rPr>
          <w:rFonts w:cs="Times New Roman"/>
        </w:rPr>
        <w:t>J.</w:t>
      </w:r>
      <w:r w:rsidR="00F660D2" w:rsidRPr="00FD6DAD">
        <w:rPr>
          <w:rFonts w:cs="Times New Roman"/>
        </w:rPr>
        <w:t xml:space="preserve"> </w:t>
      </w:r>
      <w:r w:rsidRPr="00FD6DAD">
        <w:rPr>
          <w:rFonts w:cs="Times New Roman"/>
        </w:rPr>
        <w:t>P.</w:t>
      </w:r>
      <w:r w:rsidR="00F660D2" w:rsidRPr="00FD6DAD">
        <w:rPr>
          <w:rFonts w:cs="Times New Roman"/>
        </w:rPr>
        <w:t xml:space="preserve"> </w:t>
      </w:r>
      <w:r w:rsidRPr="00FD6DAD">
        <w:rPr>
          <w:rFonts w:cs="Times New Roman"/>
        </w:rPr>
        <w:t>(2021).</w:t>
      </w:r>
      <w:r w:rsidR="00F660D2" w:rsidRPr="00FD6DAD">
        <w:rPr>
          <w:rFonts w:cs="Times New Roman"/>
        </w:rPr>
        <w:t xml:space="preserve"> </w:t>
      </w:r>
      <w:r w:rsidRPr="00FD6DAD">
        <w:rPr>
          <w:rFonts w:cs="Times New Roman"/>
        </w:rPr>
        <w:t>Management</w:t>
      </w:r>
      <w:r w:rsidR="00F660D2" w:rsidRPr="00FD6DAD">
        <w:rPr>
          <w:rFonts w:cs="Times New Roman"/>
        </w:rPr>
        <w:t xml:space="preserve"> </w:t>
      </w:r>
      <w:r w:rsidRPr="00FD6DAD">
        <w:rPr>
          <w:rFonts w:cs="Times New Roman"/>
        </w:rPr>
        <w:t>Information</w:t>
      </w:r>
      <w:r w:rsidR="00F660D2" w:rsidRPr="00FD6DAD">
        <w:rPr>
          <w:rFonts w:cs="Times New Roman"/>
        </w:rPr>
        <w:t xml:space="preserve"> </w:t>
      </w:r>
      <w:r w:rsidRPr="00FD6DAD">
        <w:rPr>
          <w:rFonts w:cs="Times New Roman"/>
        </w:rPr>
        <w:t>Systems:</w:t>
      </w:r>
      <w:r w:rsidR="00F660D2" w:rsidRPr="00FD6DAD">
        <w:rPr>
          <w:rFonts w:cs="Times New Roman"/>
        </w:rPr>
        <w:t xml:space="preserve"> </w:t>
      </w:r>
      <w:r w:rsidRPr="00FD6DAD">
        <w:rPr>
          <w:rFonts w:cs="Times New Roman"/>
        </w:rPr>
        <w:t>Managing</w:t>
      </w:r>
      <w:r w:rsidR="00F660D2" w:rsidRPr="00FD6DAD">
        <w:rPr>
          <w:rFonts w:cs="Times New Roman"/>
        </w:rPr>
        <w:t xml:space="preserve"> </w:t>
      </w:r>
      <w:r w:rsidRPr="00FD6DAD">
        <w:rPr>
          <w:rFonts w:cs="Times New Roman"/>
        </w:rPr>
        <w:t>the</w:t>
      </w:r>
      <w:r w:rsidR="00F660D2" w:rsidRPr="00FD6DAD">
        <w:rPr>
          <w:rFonts w:cs="Times New Roman"/>
        </w:rPr>
        <w:t xml:space="preserve"> </w:t>
      </w:r>
      <w:r w:rsidRPr="00FD6DAD">
        <w:rPr>
          <w:rFonts w:cs="Times New Roman"/>
        </w:rPr>
        <w:t>Digital</w:t>
      </w:r>
      <w:r w:rsidR="00F660D2" w:rsidRPr="00FD6DAD">
        <w:rPr>
          <w:rFonts w:cs="Times New Roman"/>
        </w:rPr>
        <w:t xml:space="preserve"> </w:t>
      </w:r>
      <w:r w:rsidRPr="00FD6DAD">
        <w:rPr>
          <w:rFonts w:cs="Times New Roman"/>
        </w:rPr>
        <w:t>Firm.</w:t>
      </w:r>
      <w:r w:rsidR="00F660D2" w:rsidRPr="00FD6DAD">
        <w:rPr>
          <w:rFonts w:cs="Times New Roman"/>
        </w:rPr>
        <w:t xml:space="preserve"> </w:t>
      </w:r>
      <w:r w:rsidRPr="00FD6DAD">
        <w:rPr>
          <w:rFonts w:cs="Times New Roman"/>
        </w:rPr>
        <w:t>Pearson.</w:t>
      </w:r>
    </w:p>
    <w:p w14:paraId="5537FFCC" w14:textId="29327930" w:rsidR="004A6E62" w:rsidRPr="00FD6DAD" w:rsidRDefault="004A6E62" w:rsidP="003D7B25">
      <w:pPr>
        <w:ind w:left="1134" w:hanging="1134"/>
        <w:rPr>
          <w:rFonts w:cs="Times New Roman"/>
        </w:rPr>
      </w:pPr>
      <w:r w:rsidRPr="00FD6DAD">
        <w:rPr>
          <w:rFonts w:cs="Times New Roman"/>
        </w:rPr>
        <w:t>Mahendra,</w:t>
      </w:r>
      <w:r w:rsidR="00F660D2" w:rsidRPr="00FD6DAD">
        <w:rPr>
          <w:rFonts w:cs="Times New Roman"/>
        </w:rPr>
        <w:t xml:space="preserve"> </w:t>
      </w:r>
      <w:r w:rsidRPr="00FD6DAD">
        <w:rPr>
          <w:rFonts w:cs="Times New Roman"/>
        </w:rPr>
        <w:t>D.,</w:t>
      </w:r>
      <w:r w:rsidR="00F660D2" w:rsidRPr="00FD6DAD">
        <w:rPr>
          <w:rFonts w:cs="Times New Roman"/>
        </w:rPr>
        <w:t xml:space="preserve"> </w:t>
      </w:r>
      <w:r w:rsidRPr="00FD6DAD">
        <w:rPr>
          <w:rFonts w:cs="Times New Roman"/>
        </w:rPr>
        <w:t>Supriadi,</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Nurjaman</w:t>
      </w:r>
      <w:proofErr w:type="spellEnd"/>
      <w:r w:rsidRPr="00FD6DAD">
        <w:rPr>
          <w:rFonts w:cs="Times New Roman"/>
        </w:rPr>
        <w:t>,</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(2022).</w:t>
      </w:r>
      <w:r w:rsidR="00F660D2" w:rsidRPr="00FD6DAD">
        <w:rPr>
          <w:rFonts w:cs="Times New Roman"/>
        </w:rPr>
        <w:t xml:space="preserve"> </w:t>
      </w:r>
      <w:proofErr w:type="spellStart"/>
      <w:r w:rsidRPr="00FD6DAD">
        <w:rPr>
          <w:rFonts w:cs="Times New Roman"/>
        </w:rPr>
        <w:t>Implementasi</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dalam</w:t>
      </w:r>
      <w:proofErr w:type="spellEnd"/>
      <w:r w:rsidR="00F660D2" w:rsidRPr="00FD6DAD">
        <w:rPr>
          <w:rFonts w:cs="Times New Roman"/>
        </w:rPr>
        <w:t xml:space="preserve"> </w:t>
      </w:r>
      <w:proofErr w:type="spellStart"/>
      <w:r w:rsidRPr="00FD6DAD">
        <w:rPr>
          <w:rFonts w:cs="Times New Roman"/>
        </w:rPr>
        <w:t>Meningkatkan</w:t>
      </w:r>
      <w:proofErr w:type="spellEnd"/>
      <w:r w:rsidR="00F660D2" w:rsidRPr="00FD6DAD">
        <w:rPr>
          <w:rFonts w:cs="Times New Roman"/>
        </w:rPr>
        <w:t xml:space="preserve"> </w:t>
      </w:r>
      <w:proofErr w:type="spellStart"/>
      <w:r w:rsidRPr="00FD6DAD">
        <w:rPr>
          <w:rFonts w:cs="Times New Roman"/>
        </w:rPr>
        <w:t>Layanan</w:t>
      </w:r>
      <w:proofErr w:type="spellEnd"/>
      <w:r w:rsidR="00F660D2" w:rsidRPr="00FD6DAD">
        <w:rPr>
          <w:rFonts w:cs="Times New Roman"/>
        </w:rPr>
        <w:t xml:space="preserve"> </w:t>
      </w:r>
      <w:proofErr w:type="spellStart"/>
      <w:r w:rsidRPr="00FD6DAD">
        <w:rPr>
          <w:rFonts w:cs="Times New Roman"/>
        </w:rPr>
        <w:t>Perpustakaan</w:t>
      </w:r>
      <w:proofErr w:type="spellEnd"/>
      <w:r w:rsidRPr="00FD6DAD">
        <w:rPr>
          <w:rFonts w:cs="Times New Roman"/>
        </w:rPr>
        <w:t>.</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Komputer</w:t>
      </w:r>
      <w:proofErr w:type="spellEnd"/>
      <w:r w:rsidRPr="00FD6DAD">
        <w:rPr>
          <w:rFonts w:cs="Times New Roman"/>
        </w:rPr>
        <w:t>,</w:t>
      </w:r>
      <w:r w:rsidR="00F660D2" w:rsidRPr="00FD6DAD">
        <w:rPr>
          <w:rFonts w:cs="Times New Roman"/>
        </w:rPr>
        <w:t xml:space="preserve"> </w:t>
      </w:r>
      <w:r w:rsidRPr="00FD6DAD">
        <w:rPr>
          <w:rFonts w:cs="Times New Roman"/>
        </w:rPr>
        <w:t>11(1),</w:t>
      </w:r>
      <w:r w:rsidR="00F660D2" w:rsidRPr="00FD6DAD">
        <w:rPr>
          <w:rFonts w:cs="Times New Roman"/>
        </w:rPr>
        <w:t xml:space="preserve"> </w:t>
      </w:r>
      <w:r w:rsidRPr="00FD6DAD">
        <w:rPr>
          <w:rFonts w:cs="Times New Roman"/>
        </w:rPr>
        <w:t>30-38.</w:t>
      </w:r>
    </w:p>
    <w:p w14:paraId="605D2A72" w14:textId="0A645DA3" w:rsidR="004A6E62" w:rsidRPr="00FD6DAD" w:rsidRDefault="004A6E62" w:rsidP="003D7B25">
      <w:pPr>
        <w:ind w:left="1134" w:hanging="1134"/>
        <w:rPr>
          <w:rFonts w:cs="Times New Roman"/>
        </w:rPr>
      </w:pPr>
      <w:r w:rsidRPr="00FD6DAD">
        <w:rPr>
          <w:rFonts w:cs="Times New Roman"/>
        </w:rPr>
        <w:t>O'Brien,</w:t>
      </w:r>
      <w:r w:rsidR="00F660D2" w:rsidRPr="00FD6DAD">
        <w:rPr>
          <w:rFonts w:cs="Times New Roman"/>
        </w:rPr>
        <w:t xml:space="preserve"> </w:t>
      </w:r>
      <w:r w:rsidRPr="00FD6DAD">
        <w:rPr>
          <w:rFonts w:cs="Times New Roman"/>
        </w:rPr>
        <w:t>J.</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Marakas</w:t>
      </w:r>
      <w:proofErr w:type="spellEnd"/>
      <w:r w:rsidRPr="00FD6DAD">
        <w:rPr>
          <w:rFonts w:cs="Times New Roman"/>
        </w:rPr>
        <w:t>,</w:t>
      </w:r>
      <w:r w:rsidR="00F660D2" w:rsidRPr="00FD6DAD">
        <w:rPr>
          <w:rFonts w:cs="Times New Roman"/>
        </w:rPr>
        <w:t xml:space="preserve"> </w:t>
      </w:r>
      <w:r w:rsidRPr="00FD6DAD">
        <w:rPr>
          <w:rFonts w:cs="Times New Roman"/>
        </w:rPr>
        <w:t>G.</w:t>
      </w:r>
      <w:r w:rsidR="00F660D2" w:rsidRPr="00FD6DAD">
        <w:rPr>
          <w:rFonts w:cs="Times New Roman"/>
        </w:rPr>
        <w:t xml:space="preserve"> </w:t>
      </w:r>
      <w:r w:rsidRPr="00FD6DAD">
        <w:rPr>
          <w:rFonts w:cs="Times New Roman"/>
        </w:rPr>
        <w:t>M.</w:t>
      </w:r>
      <w:r w:rsidR="00F660D2" w:rsidRPr="00FD6DAD">
        <w:rPr>
          <w:rFonts w:cs="Times New Roman"/>
        </w:rPr>
        <w:t xml:space="preserve"> </w:t>
      </w:r>
      <w:r w:rsidRPr="00FD6DAD">
        <w:rPr>
          <w:rFonts w:cs="Times New Roman"/>
        </w:rPr>
        <w:t>(2020).</w:t>
      </w:r>
      <w:r w:rsidR="00F660D2" w:rsidRPr="00FD6DAD">
        <w:rPr>
          <w:rFonts w:cs="Times New Roman"/>
        </w:rPr>
        <w:t xml:space="preserve"> </w:t>
      </w:r>
      <w:r w:rsidRPr="00FD6DAD">
        <w:rPr>
          <w:rFonts w:cs="Times New Roman"/>
        </w:rPr>
        <w:t>Management</w:t>
      </w:r>
      <w:r w:rsidR="00F660D2" w:rsidRPr="00FD6DAD">
        <w:rPr>
          <w:rFonts w:cs="Times New Roman"/>
        </w:rPr>
        <w:t xml:space="preserve"> </w:t>
      </w:r>
      <w:r w:rsidRPr="00FD6DAD">
        <w:rPr>
          <w:rFonts w:cs="Times New Roman"/>
        </w:rPr>
        <w:t>Information</w:t>
      </w:r>
      <w:r w:rsidR="00F660D2" w:rsidRPr="00FD6DAD">
        <w:rPr>
          <w:rFonts w:cs="Times New Roman"/>
        </w:rPr>
        <w:t xml:space="preserve"> </w:t>
      </w:r>
      <w:r w:rsidRPr="00FD6DAD">
        <w:rPr>
          <w:rFonts w:cs="Times New Roman"/>
        </w:rPr>
        <w:t>Systems.</w:t>
      </w:r>
      <w:r w:rsidR="00F660D2" w:rsidRPr="00FD6DAD">
        <w:rPr>
          <w:rFonts w:cs="Times New Roman"/>
        </w:rPr>
        <w:t xml:space="preserve"> </w:t>
      </w:r>
      <w:r w:rsidRPr="00FD6DAD">
        <w:rPr>
          <w:rFonts w:cs="Times New Roman"/>
        </w:rPr>
        <w:t>McGraw-Hill</w:t>
      </w:r>
      <w:r w:rsidR="00F660D2" w:rsidRPr="00FD6DAD">
        <w:rPr>
          <w:rFonts w:cs="Times New Roman"/>
        </w:rPr>
        <w:t xml:space="preserve"> </w:t>
      </w:r>
      <w:r w:rsidRPr="00FD6DAD">
        <w:rPr>
          <w:rFonts w:cs="Times New Roman"/>
        </w:rPr>
        <w:t>Education.</w:t>
      </w:r>
    </w:p>
    <w:p w14:paraId="7132427C" w14:textId="621312FB" w:rsidR="004A6E62" w:rsidRDefault="004A6E62" w:rsidP="003D7B25">
      <w:pPr>
        <w:ind w:left="1134" w:hanging="1134"/>
        <w:rPr>
          <w:rFonts w:cs="Times New Roman"/>
        </w:rPr>
      </w:pPr>
      <w:r w:rsidRPr="00FD6DAD">
        <w:rPr>
          <w:rFonts w:cs="Times New Roman"/>
        </w:rPr>
        <w:lastRenderedPageBreak/>
        <w:t>Putra,</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Hidayat,</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(2023).</w:t>
      </w:r>
      <w:r w:rsidR="00F660D2" w:rsidRPr="00FD6DAD">
        <w:rPr>
          <w:rFonts w:cs="Times New Roman"/>
        </w:rPr>
        <w:t xml:space="preserve"> </w:t>
      </w:r>
      <w:proofErr w:type="spellStart"/>
      <w:r w:rsidRPr="00FD6DAD">
        <w:rPr>
          <w:rFonts w:cs="Times New Roman"/>
        </w:rPr>
        <w:t>Analisis</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r w:rsidRPr="00FD6DAD">
        <w:rPr>
          <w:rFonts w:cs="Times New Roman"/>
        </w:rPr>
        <w:t>Manual</w:t>
      </w:r>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r w:rsidRPr="00FD6DAD">
        <w:rPr>
          <w:rFonts w:cs="Times New Roman"/>
        </w:rPr>
        <w:t>Sains</w:t>
      </w:r>
      <w:r w:rsidR="00F660D2" w:rsidRPr="00FD6DAD">
        <w:rPr>
          <w:rFonts w:cs="Times New Roman"/>
        </w:rPr>
        <w:t xml:space="preserve"> </w:t>
      </w:r>
      <w:proofErr w:type="spellStart"/>
      <w:r w:rsidRPr="00FD6DAD">
        <w:rPr>
          <w:rFonts w:cs="Times New Roman"/>
        </w:rPr>
        <w:t>Komputer</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Informatika</w:t>
      </w:r>
      <w:proofErr w:type="spellEnd"/>
      <w:r w:rsidRPr="00FD6DAD">
        <w:rPr>
          <w:rFonts w:cs="Times New Roman"/>
        </w:rPr>
        <w:t>,</w:t>
      </w:r>
      <w:r w:rsidR="00F660D2" w:rsidRPr="00FD6DAD">
        <w:rPr>
          <w:rFonts w:cs="Times New Roman"/>
        </w:rPr>
        <w:t xml:space="preserve"> </w:t>
      </w:r>
      <w:r w:rsidRPr="00FD6DAD">
        <w:rPr>
          <w:rFonts w:cs="Times New Roman"/>
        </w:rPr>
        <w:t>7(1),</w:t>
      </w:r>
      <w:r w:rsidR="00F660D2" w:rsidRPr="00FD6DAD">
        <w:rPr>
          <w:rFonts w:cs="Times New Roman"/>
        </w:rPr>
        <w:t xml:space="preserve"> </w:t>
      </w:r>
      <w:r w:rsidRPr="00FD6DAD">
        <w:rPr>
          <w:rFonts w:cs="Times New Roman"/>
        </w:rPr>
        <w:t>1-9.</w:t>
      </w:r>
    </w:p>
    <w:p w14:paraId="7CB7DAC0" w14:textId="4D4AD5FE" w:rsidR="003D7B25" w:rsidRPr="00FD6DAD" w:rsidRDefault="003D7B25" w:rsidP="003D7B25">
      <w:pPr>
        <w:ind w:left="1134" w:hanging="1134"/>
        <w:rPr>
          <w:rFonts w:cs="Times New Roman"/>
        </w:rPr>
      </w:pPr>
      <w:r w:rsidRPr="003D7B25">
        <w:rPr>
          <w:rFonts w:cs="Times New Roman"/>
        </w:rPr>
        <w:t xml:space="preserve">Putra, R. A., &amp; Muflih, A. (2024). </w:t>
      </w:r>
      <w:proofErr w:type="spellStart"/>
      <w:r w:rsidRPr="003D7B25">
        <w:rPr>
          <w:rFonts w:cs="Times New Roman"/>
        </w:rPr>
        <w:t>Pengembangan</w:t>
      </w:r>
      <w:proofErr w:type="spellEnd"/>
      <w:r w:rsidRPr="003D7B25">
        <w:rPr>
          <w:rFonts w:cs="Times New Roman"/>
        </w:rPr>
        <w:t xml:space="preserve"> </w:t>
      </w:r>
      <w:proofErr w:type="spellStart"/>
      <w:r w:rsidRPr="003D7B25">
        <w:rPr>
          <w:rFonts w:cs="Times New Roman"/>
        </w:rPr>
        <w:t>Sistem</w:t>
      </w:r>
      <w:proofErr w:type="spellEnd"/>
      <w:r w:rsidRPr="003D7B25">
        <w:rPr>
          <w:rFonts w:cs="Times New Roman"/>
        </w:rPr>
        <w:t xml:space="preserve"> </w:t>
      </w:r>
      <w:proofErr w:type="spellStart"/>
      <w:r w:rsidRPr="003D7B25">
        <w:rPr>
          <w:rFonts w:cs="Times New Roman"/>
        </w:rPr>
        <w:t>Informasi</w:t>
      </w:r>
      <w:proofErr w:type="spellEnd"/>
      <w:r w:rsidRPr="003D7B25">
        <w:rPr>
          <w:rFonts w:cs="Times New Roman"/>
        </w:rPr>
        <w:t xml:space="preserve"> </w:t>
      </w:r>
      <w:proofErr w:type="spellStart"/>
      <w:r w:rsidRPr="003D7B25">
        <w:rPr>
          <w:rFonts w:cs="Times New Roman"/>
        </w:rPr>
        <w:t>Perpustakaan</w:t>
      </w:r>
      <w:proofErr w:type="spellEnd"/>
      <w:r w:rsidRPr="003D7B25">
        <w:rPr>
          <w:rFonts w:cs="Times New Roman"/>
        </w:rPr>
        <w:t xml:space="preserve"> </w:t>
      </w:r>
      <w:proofErr w:type="spellStart"/>
      <w:r w:rsidRPr="003D7B25">
        <w:rPr>
          <w:rFonts w:cs="Times New Roman"/>
        </w:rPr>
        <w:t>Berbasis</w:t>
      </w:r>
      <w:proofErr w:type="spellEnd"/>
      <w:r w:rsidRPr="003D7B25">
        <w:rPr>
          <w:rFonts w:cs="Times New Roman"/>
        </w:rPr>
        <w:t xml:space="preserve"> Web pada SMA Negeri 1 </w:t>
      </w:r>
      <w:proofErr w:type="spellStart"/>
      <w:r w:rsidRPr="003D7B25">
        <w:rPr>
          <w:rFonts w:cs="Times New Roman"/>
        </w:rPr>
        <w:t>Gombong</w:t>
      </w:r>
      <w:proofErr w:type="spellEnd"/>
      <w:r w:rsidRPr="003D7B25">
        <w:rPr>
          <w:rFonts w:cs="Times New Roman"/>
        </w:rPr>
        <w:t xml:space="preserve">. </w:t>
      </w:r>
      <w:proofErr w:type="spellStart"/>
      <w:r w:rsidRPr="003D7B25">
        <w:rPr>
          <w:rFonts w:cs="Times New Roman"/>
        </w:rPr>
        <w:t>Jurnal</w:t>
      </w:r>
      <w:proofErr w:type="spellEnd"/>
      <w:r w:rsidRPr="003D7B25">
        <w:rPr>
          <w:rFonts w:cs="Times New Roman"/>
        </w:rPr>
        <w:t xml:space="preserve"> Pustaka Data, 7(2), 15–22.</w:t>
      </w:r>
    </w:p>
    <w:p w14:paraId="302D7E8B" w14:textId="13DFA019" w:rsidR="004A6E62" w:rsidRPr="00FD6DAD" w:rsidRDefault="004A6E62" w:rsidP="003D7B25">
      <w:pPr>
        <w:ind w:left="1134" w:hanging="1134"/>
        <w:rPr>
          <w:rFonts w:cs="Times New Roman"/>
        </w:rPr>
      </w:pPr>
      <w:r w:rsidRPr="00FD6DAD">
        <w:rPr>
          <w:rFonts w:cs="Times New Roman"/>
        </w:rPr>
        <w:t>Putri,</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D.,</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Nugroho,</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B.</w:t>
      </w:r>
      <w:r w:rsidR="00F660D2" w:rsidRPr="00FD6DAD">
        <w:rPr>
          <w:rFonts w:cs="Times New Roman"/>
        </w:rPr>
        <w:t xml:space="preserve"> </w:t>
      </w:r>
      <w:r w:rsidRPr="00FD6DAD">
        <w:rPr>
          <w:rFonts w:cs="Times New Roman"/>
        </w:rPr>
        <w:t>(2022).</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r w:rsidR="007C71F5" w:rsidRPr="007C71F5">
        <w:rPr>
          <w:rFonts w:cs="Times New Roman"/>
          <w:i/>
          <w:iCs/>
        </w:rPr>
        <w:t>Use Case</w:t>
      </w:r>
      <w:r w:rsidR="00CA1B38" w:rsidRPr="00CA1B38">
        <w:rPr>
          <w:rFonts w:cs="Times New Roman"/>
          <w:i/>
          <w:iCs/>
        </w:rPr>
        <w:t xml:space="preserve"> Diagram</w:t>
      </w:r>
      <w:r w:rsidR="00F660D2" w:rsidRPr="00FD6DAD">
        <w:rPr>
          <w:rFonts w:cs="Times New Roman"/>
        </w:rPr>
        <w:t xml:space="preserve"> </w:t>
      </w:r>
      <w:r w:rsidRPr="00FD6DAD">
        <w:rPr>
          <w:rFonts w:cs="Times New Roman"/>
        </w:rPr>
        <w:t>pada</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Akademik.</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Komputasi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Pr="00FD6DAD">
        <w:rPr>
          <w:rFonts w:cs="Times New Roman"/>
        </w:rPr>
        <w:t>,</w:t>
      </w:r>
      <w:r w:rsidR="00F660D2" w:rsidRPr="00FD6DAD">
        <w:rPr>
          <w:rFonts w:cs="Times New Roman"/>
        </w:rPr>
        <w:t xml:space="preserve"> </w:t>
      </w:r>
      <w:r w:rsidRPr="00FD6DAD">
        <w:rPr>
          <w:rFonts w:cs="Times New Roman"/>
        </w:rPr>
        <w:t>5(2),</w:t>
      </w:r>
      <w:r w:rsidR="00F660D2" w:rsidRPr="00FD6DAD">
        <w:rPr>
          <w:rFonts w:cs="Times New Roman"/>
        </w:rPr>
        <w:t xml:space="preserve"> </w:t>
      </w:r>
      <w:r w:rsidRPr="00FD6DAD">
        <w:rPr>
          <w:rFonts w:cs="Times New Roman"/>
        </w:rPr>
        <w:t>89-95.</w:t>
      </w:r>
    </w:p>
    <w:p w14:paraId="5C5C58C3" w14:textId="2F71C0C0" w:rsidR="004A6E62" w:rsidRDefault="004A6E62" w:rsidP="003D7B25">
      <w:pPr>
        <w:ind w:left="1134" w:hanging="1134"/>
        <w:rPr>
          <w:rFonts w:cs="Times New Roman"/>
        </w:rPr>
      </w:pPr>
      <w:r w:rsidRPr="00FD6DAD">
        <w:rPr>
          <w:rFonts w:cs="Times New Roman"/>
        </w:rPr>
        <w:t>Rahmawati,</w:t>
      </w:r>
      <w:r w:rsidR="00F660D2" w:rsidRPr="00FD6DAD">
        <w:rPr>
          <w:rFonts w:cs="Times New Roman"/>
        </w:rPr>
        <w:t xml:space="preserve"> </w:t>
      </w:r>
      <w:r w:rsidRPr="00FD6DAD">
        <w:rPr>
          <w:rFonts w:cs="Times New Roman"/>
        </w:rPr>
        <w:t>D.,</w:t>
      </w:r>
      <w:r w:rsidR="00F660D2" w:rsidRPr="00FD6DAD">
        <w:rPr>
          <w:rFonts w:cs="Times New Roman"/>
        </w:rPr>
        <w:t xml:space="preserve"> </w:t>
      </w:r>
      <w:proofErr w:type="spellStart"/>
      <w:r w:rsidRPr="00FD6DAD">
        <w:rPr>
          <w:rFonts w:cs="Times New Roman"/>
        </w:rPr>
        <w:t>Puspitasari</w:t>
      </w:r>
      <w:proofErr w:type="spellEnd"/>
      <w:r w:rsidRPr="00FD6DAD">
        <w:rPr>
          <w:rFonts w:cs="Times New Roman"/>
        </w:rPr>
        <w:t>,</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Fitriani,</w:t>
      </w:r>
      <w:r w:rsidR="00F660D2" w:rsidRPr="00FD6DAD">
        <w:rPr>
          <w:rFonts w:cs="Times New Roman"/>
        </w:rPr>
        <w:t xml:space="preserve"> </w:t>
      </w:r>
      <w:r w:rsidRPr="00FD6DAD">
        <w:rPr>
          <w:rFonts w:cs="Times New Roman"/>
        </w:rPr>
        <w:t>D.</w:t>
      </w:r>
      <w:r w:rsidR="00F660D2" w:rsidRPr="00FD6DAD">
        <w:rPr>
          <w:rFonts w:cs="Times New Roman"/>
        </w:rPr>
        <w:t xml:space="preserve"> </w:t>
      </w:r>
      <w:r w:rsidRPr="00FD6DAD">
        <w:rPr>
          <w:rFonts w:cs="Times New Roman"/>
        </w:rPr>
        <w:t>(2021).</w:t>
      </w:r>
      <w:r w:rsidR="00F660D2" w:rsidRPr="00FD6DAD">
        <w:rPr>
          <w:rFonts w:cs="Times New Roman"/>
        </w:rPr>
        <w:t xml:space="preserve"> </w:t>
      </w:r>
      <w:proofErr w:type="spellStart"/>
      <w:r w:rsidRPr="00FD6DAD">
        <w:rPr>
          <w:rFonts w:cs="Times New Roman"/>
        </w:rPr>
        <w:t>Pemanfaatan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r w:rsidRPr="00FD6DAD">
        <w:rPr>
          <w:rFonts w:cs="Times New Roman"/>
        </w:rPr>
        <w:t>Digital</w:t>
      </w:r>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Teknologi</w:t>
      </w:r>
      <w:proofErr w:type="spellEnd"/>
      <w:r w:rsidRPr="00FD6DAD">
        <w:rPr>
          <w:rFonts w:cs="Times New Roman"/>
        </w:rPr>
        <w:t>,</w:t>
      </w:r>
      <w:r w:rsidR="00F660D2" w:rsidRPr="00FD6DAD">
        <w:rPr>
          <w:rFonts w:cs="Times New Roman"/>
        </w:rPr>
        <w:t xml:space="preserve"> </w:t>
      </w:r>
      <w:r w:rsidRPr="00FD6DAD">
        <w:rPr>
          <w:rFonts w:cs="Times New Roman"/>
        </w:rPr>
        <w:t>3(1),</w:t>
      </w:r>
      <w:r w:rsidR="00F660D2" w:rsidRPr="00FD6DAD">
        <w:rPr>
          <w:rFonts w:cs="Times New Roman"/>
        </w:rPr>
        <w:t xml:space="preserve"> </w:t>
      </w:r>
      <w:r w:rsidRPr="00FD6DAD">
        <w:rPr>
          <w:rFonts w:cs="Times New Roman"/>
        </w:rPr>
        <w:t>1-9.</w:t>
      </w:r>
    </w:p>
    <w:p w14:paraId="018704DF" w14:textId="30CE2745" w:rsidR="003D7B25" w:rsidRPr="00FD6DAD" w:rsidRDefault="003D7B25" w:rsidP="003D7B25">
      <w:pPr>
        <w:ind w:left="1134" w:hanging="1134"/>
        <w:rPr>
          <w:rFonts w:cs="Times New Roman"/>
        </w:rPr>
      </w:pPr>
      <w:r w:rsidRPr="003D7B25">
        <w:rPr>
          <w:rFonts w:cs="Times New Roman"/>
        </w:rPr>
        <w:t xml:space="preserve">Santoni, D., &amp; Mulyono, M. (2022). </w:t>
      </w:r>
      <w:proofErr w:type="spellStart"/>
      <w:r w:rsidRPr="003D7B25">
        <w:rPr>
          <w:rFonts w:cs="Times New Roman"/>
        </w:rPr>
        <w:t>Perancangan</w:t>
      </w:r>
      <w:proofErr w:type="spellEnd"/>
      <w:r w:rsidRPr="003D7B25">
        <w:rPr>
          <w:rFonts w:cs="Times New Roman"/>
        </w:rPr>
        <w:t xml:space="preserve"> </w:t>
      </w:r>
      <w:proofErr w:type="spellStart"/>
      <w:r w:rsidRPr="003D7B25">
        <w:rPr>
          <w:rFonts w:cs="Times New Roman"/>
        </w:rPr>
        <w:t>Sistem</w:t>
      </w:r>
      <w:proofErr w:type="spellEnd"/>
      <w:r w:rsidRPr="003D7B25">
        <w:rPr>
          <w:rFonts w:cs="Times New Roman"/>
        </w:rPr>
        <w:t xml:space="preserve"> </w:t>
      </w:r>
      <w:proofErr w:type="spellStart"/>
      <w:r w:rsidRPr="003D7B25">
        <w:rPr>
          <w:rFonts w:cs="Times New Roman"/>
        </w:rPr>
        <w:t>Informasi</w:t>
      </w:r>
      <w:proofErr w:type="spellEnd"/>
      <w:r w:rsidRPr="003D7B25">
        <w:rPr>
          <w:rFonts w:cs="Times New Roman"/>
        </w:rPr>
        <w:t xml:space="preserve"> </w:t>
      </w:r>
      <w:proofErr w:type="spellStart"/>
      <w:r w:rsidRPr="003D7B25">
        <w:rPr>
          <w:rFonts w:cs="Times New Roman"/>
        </w:rPr>
        <w:t>Perpustakaan</w:t>
      </w:r>
      <w:proofErr w:type="spellEnd"/>
      <w:r w:rsidRPr="003D7B25">
        <w:rPr>
          <w:rFonts w:cs="Times New Roman"/>
        </w:rPr>
        <w:t xml:space="preserve"> </w:t>
      </w:r>
      <w:proofErr w:type="spellStart"/>
      <w:r w:rsidRPr="003D7B25">
        <w:rPr>
          <w:rFonts w:cs="Times New Roman"/>
        </w:rPr>
        <w:t>Berbasis</w:t>
      </w:r>
      <w:proofErr w:type="spellEnd"/>
      <w:r w:rsidRPr="003D7B25">
        <w:rPr>
          <w:rFonts w:cs="Times New Roman"/>
        </w:rPr>
        <w:t xml:space="preserve"> Web di SMK Negeri 1 </w:t>
      </w:r>
      <w:proofErr w:type="spellStart"/>
      <w:r w:rsidRPr="003D7B25">
        <w:rPr>
          <w:rFonts w:cs="Times New Roman"/>
        </w:rPr>
        <w:t>Pancung</w:t>
      </w:r>
      <w:proofErr w:type="spellEnd"/>
      <w:r w:rsidRPr="003D7B25">
        <w:rPr>
          <w:rFonts w:cs="Times New Roman"/>
        </w:rPr>
        <w:t xml:space="preserve"> Soal. </w:t>
      </w:r>
      <w:proofErr w:type="spellStart"/>
      <w:r w:rsidRPr="003D7B25">
        <w:rPr>
          <w:rFonts w:cs="Times New Roman"/>
        </w:rPr>
        <w:t>Jurnal</w:t>
      </w:r>
      <w:proofErr w:type="spellEnd"/>
      <w:r w:rsidRPr="003D7B25">
        <w:rPr>
          <w:rFonts w:cs="Times New Roman"/>
        </w:rPr>
        <w:t xml:space="preserve"> </w:t>
      </w:r>
      <w:proofErr w:type="spellStart"/>
      <w:r w:rsidRPr="003D7B25">
        <w:rPr>
          <w:rFonts w:cs="Times New Roman"/>
        </w:rPr>
        <w:t>Teknologi</w:t>
      </w:r>
      <w:proofErr w:type="spellEnd"/>
      <w:r w:rsidRPr="003D7B25">
        <w:rPr>
          <w:rFonts w:cs="Times New Roman"/>
        </w:rPr>
        <w:t xml:space="preserve"> </w:t>
      </w:r>
      <w:proofErr w:type="spellStart"/>
      <w:r w:rsidRPr="003D7B25">
        <w:rPr>
          <w:rFonts w:cs="Times New Roman"/>
        </w:rPr>
        <w:t>Informasi</w:t>
      </w:r>
      <w:proofErr w:type="spellEnd"/>
      <w:r w:rsidRPr="003D7B25">
        <w:rPr>
          <w:rFonts w:cs="Times New Roman"/>
        </w:rPr>
        <w:t xml:space="preserve"> (JITI), 5(1), 34–41.</w:t>
      </w:r>
    </w:p>
    <w:p w14:paraId="5DC60881" w14:textId="5D3DBA61" w:rsidR="004A6E62" w:rsidRPr="00FD6DAD" w:rsidRDefault="004A6E62" w:rsidP="003D7B25">
      <w:pPr>
        <w:ind w:left="1134" w:hanging="1134"/>
        <w:rPr>
          <w:rFonts w:cs="Times New Roman"/>
        </w:rPr>
      </w:pPr>
      <w:r w:rsidRPr="00FD6DAD">
        <w:rPr>
          <w:rFonts w:cs="Times New Roman"/>
        </w:rPr>
        <w:t>Sari,</w:t>
      </w:r>
      <w:r w:rsidR="00F660D2" w:rsidRPr="00FD6DAD">
        <w:rPr>
          <w:rFonts w:cs="Times New Roman"/>
        </w:rPr>
        <w:t xml:space="preserve"> </w:t>
      </w:r>
      <w:r w:rsidRPr="00FD6DAD">
        <w:rPr>
          <w:rFonts w:cs="Times New Roman"/>
        </w:rPr>
        <w:t>I.</w:t>
      </w:r>
      <w:r w:rsidR="00F660D2" w:rsidRPr="00FD6DAD">
        <w:rPr>
          <w:rFonts w:cs="Times New Roman"/>
        </w:rPr>
        <w:t xml:space="preserve"> </w:t>
      </w:r>
      <w:r w:rsidRPr="00FD6DAD">
        <w:rPr>
          <w:rFonts w:cs="Times New Roman"/>
        </w:rPr>
        <w:t>P.,</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Nugroho,</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(2020).</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Berbasis</w:t>
      </w:r>
      <w:proofErr w:type="spellEnd"/>
      <w:r w:rsidR="00F660D2" w:rsidRPr="00FD6DAD">
        <w:rPr>
          <w:rFonts w:cs="Times New Roman"/>
        </w:rPr>
        <w:t xml:space="preserve"> </w:t>
      </w:r>
      <w:r w:rsidRPr="00FD6DAD">
        <w:rPr>
          <w:rFonts w:cs="Times New Roman"/>
        </w:rPr>
        <w:t>Web</w:t>
      </w:r>
      <w:r w:rsidR="00F660D2" w:rsidRPr="00FD6DAD">
        <w:rPr>
          <w:rFonts w:cs="Times New Roman"/>
        </w:rPr>
        <w:t xml:space="preserve"> </w:t>
      </w:r>
      <w:proofErr w:type="spellStart"/>
      <w:r w:rsidRPr="00FD6DAD">
        <w:rPr>
          <w:rFonts w:cs="Times New Roman"/>
        </w:rPr>
        <w:t>dengan</w:t>
      </w:r>
      <w:proofErr w:type="spellEnd"/>
      <w:r w:rsidR="00F660D2" w:rsidRPr="00FD6DAD">
        <w:rPr>
          <w:rFonts w:cs="Times New Roman"/>
        </w:rPr>
        <w:t xml:space="preserve"> </w:t>
      </w:r>
      <w:r w:rsidRPr="00FD6DAD">
        <w:rPr>
          <w:rFonts w:cs="Times New Roman"/>
        </w:rPr>
        <w:t>Studi</w:t>
      </w:r>
      <w:r w:rsidR="00F660D2" w:rsidRPr="00FD6DAD">
        <w:rPr>
          <w:rFonts w:cs="Times New Roman"/>
        </w:rPr>
        <w:t xml:space="preserve"> </w:t>
      </w:r>
      <w:r w:rsidRPr="00FD6DAD">
        <w:rPr>
          <w:rFonts w:cs="Times New Roman"/>
        </w:rPr>
        <w:t>Kasus</w:t>
      </w:r>
      <w:r w:rsidR="00F660D2" w:rsidRPr="00FD6DAD">
        <w:rPr>
          <w:rFonts w:cs="Times New Roman"/>
        </w:rPr>
        <w:t xml:space="preserve"> </w:t>
      </w:r>
      <w:r w:rsidRPr="00FD6DAD">
        <w:rPr>
          <w:rFonts w:cs="Times New Roman"/>
        </w:rPr>
        <w:t>di</w:t>
      </w:r>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r w:rsidRPr="00FD6DAD">
        <w:rPr>
          <w:rFonts w:cs="Times New Roman"/>
        </w:rPr>
        <w:t>XYZ.</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Ilmiah</w:t>
      </w:r>
      <w:proofErr w:type="spellEnd"/>
      <w:r w:rsidR="00F660D2" w:rsidRPr="00FD6DAD">
        <w:rPr>
          <w:rFonts w:cs="Times New Roman"/>
        </w:rPr>
        <w:t xml:space="preserve"> </w:t>
      </w:r>
      <w:proofErr w:type="spellStart"/>
      <w:r w:rsidRPr="00FD6DAD">
        <w:rPr>
          <w:rFonts w:cs="Times New Roman"/>
        </w:rPr>
        <w:t>Informatika</w:t>
      </w:r>
      <w:proofErr w:type="spellEnd"/>
      <w:r w:rsidR="00F660D2" w:rsidRPr="00FD6DAD">
        <w:rPr>
          <w:rFonts w:cs="Times New Roman"/>
        </w:rPr>
        <w:t xml:space="preserve"> </w:t>
      </w:r>
      <w:proofErr w:type="spellStart"/>
      <w:r w:rsidRPr="00FD6DAD">
        <w:rPr>
          <w:rFonts w:cs="Times New Roman"/>
        </w:rPr>
        <w:t>Komputer</w:t>
      </w:r>
      <w:proofErr w:type="spellEnd"/>
      <w:r w:rsidRPr="00FD6DAD">
        <w:rPr>
          <w:rFonts w:cs="Times New Roman"/>
        </w:rPr>
        <w:t>,</w:t>
      </w:r>
      <w:r w:rsidR="00F660D2" w:rsidRPr="00FD6DAD">
        <w:rPr>
          <w:rFonts w:cs="Times New Roman"/>
        </w:rPr>
        <w:t xml:space="preserve"> </w:t>
      </w:r>
      <w:r w:rsidRPr="00FD6DAD">
        <w:rPr>
          <w:rFonts w:cs="Times New Roman"/>
        </w:rPr>
        <w:t>5(1),</w:t>
      </w:r>
      <w:r w:rsidR="00F660D2" w:rsidRPr="00FD6DAD">
        <w:rPr>
          <w:rFonts w:cs="Times New Roman"/>
        </w:rPr>
        <w:t xml:space="preserve"> </w:t>
      </w:r>
      <w:r w:rsidRPr="00FD6DAD">
        <w:rPr>
          <w:rFonts w:cs="Times New Roman"/>
        </w:rPr>
        <w:t>1-10.</w:t>
      </w:r>
    </w:p>
    <w:p w14:paraId="11412AA3" w14:textId="006A123E" w:rsidR="004A6E62" w:rsidRPr="00FD6DAD" w:rsidRDefault="004A6E62" w:rsidP="003D7B25">
      <w:pPr>
        <w:ind w:left="1134" w:hanging="1134"/>
        <w:rPr>
          <w:rFonts w:cs="Times New Roman"/>
        </w:rPr>
      </w:pPr>
      <w:r w:rsidRPr="00FD6DAD">
        <w:rPr>
          <w:rFonts w:cs="Times New Roman"/>
        </w:rPr>
        <w:t>Wahyuni,</w:t>
      </w:r>
      <w:r w:rsidR="00F660D2" w:rsidRPr="00FD6DAD">
        <w:rPr>
          <w:rFonts w:cs="Times New Roman"/>
        </w:rPr>
        <w:t xml:space="preserve"> </w:t>
      </w:r>
      <w:r w:rsidRPr="00FD6DAD">
        <w:rPr>
          <w:rFonts w:cs="Times New Roman"/>
        </w:rPr>
        <w:t>S.,</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Pratama,</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A.</w:t>
      </w:r>
      <w:r w:rsidR="00F660D2" w:rsidRPr="00FD6DAD">
        <w:rPr>
          <w:rFonts w:cs="Times New Roman"/>
        </w:rPr>
        <w:t xml:space="preserve"> </w:t>
      </w:r>
      <w:r w:rsidRPr="00FD6DAD">
        <w:rPr>
          <w:rFonts w:cs="Times New Roman"/>
        </w:rPr>
        <w:t>(2023).</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r w:rsidRPr="00FD6DAD">
        <w:rPr>
          <w:rFonts w:cs="Times New Roman"/>
        </w:rPr>
        <w:t>ERD</w:t>
      </w:r>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Normalisasi</w:t>
      </w:r>
      <w:proofErr w:type="spellEnd"/>
      <w:r w:rsidR="00F660D2" w:rsidRPr="00FD6DAD">
        <w:rPr>
          <w:rFonts w:cs="Times New Roman"/>
        </w:rPr>
        <w:t xml:space="preserve"> </w:t>
      </w:r>
      <w:r w:rsidRPr="00FD6DAD">
        <w:rPr>
          <w:rFonts w:cs="Times New Roman"/>
        </w:rPr>
        <w:t>Basis</w:t>
      </w:r>
      <w:r w:rsidR="00F660D2" w:rsidRPr="00FD6DAD">
        <w:rPr>
          <w:rFonts w:cs="Times New Roman"/>
        </w:rPr>
        <w:t xml:space="preserve"> </w:t>
      </w:r>
      <w:r w:rsidRPr="00FD6DAD">
        <w:rPr>
          <w:rFonts w:cs="Times New Roman"/>
        </w:rPr>
        <w:t>Data</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Penjualan</w:t>
      </w:r>
      <w:proofErr w:type="spellEnd"/>
      <w:r w:rsidRPr="00FD6DAD">
        <w:rPr>
          <w:rFonts w:cs="Times New Roman"/>
        </w:rPr>
        <w:t>.</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Informatika</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Rekayasa</w:t>
      </w:r>
      <w:proofErr w:type="spellEnd"/>
      <w:r w:rsidR="00F660D2" w:rsidRPr="00FD6DAD">
        <w:rPr>
          <w:rFonts w:cs="Times New Roman"/>
        </w:rPr>
        <w:t xml:space="preserve"> </w:t>
      </w:r>
      <w:proofErr w:type="spellStart"/>
      <w:r w:rsidRPr="00FD6DAD">
        <w:rPr>
          <w:rFonts w:cs="Times New Roman"/>
        </w:rPr>
        <w:t>Perangkat</w:t>
      </w:r>
      <w:proofErr w:type="spellEnd"/>
      <w:r w:rsidR="00F660D2" w:rsidRPr="00FD6DAD">
        <w:rPr>
          <w:rFonts w:cs="Times New Roman"/>
        </w:rPr>
        <w:t xml:space="preserve"> </w:t>
      </w:r>
      <w:r w:rsidRPr="00FD6DAD">
        <w:rPr>
          <w:rFonts w:cs="Times New Roman"/>
        </w:rPr>
        <w:t>Lunak,</w:t>
      </w:r>
      <w:r w:rsidR="00F660D2" w:rsidRPr="00FD6DAD">
        <w:rPr>
          <w:rFonts w:cs="Times New Roman"/>
        </w:rPr>
        <w:t xml:space="preserve"> </w:t>
      </w:r>
      <w:r w:rsidRPr="00FD6DAD">
        <w:rPr>
          <w:rFonts w:cs="Times New Roman"/>
        </w:rPr>
        <w:t>14(1),</w:t>
      </w:r>
      <w:r w:rsidR="00F660D2" w:rsidRPr="00FD6DAD">
        <w:rPr>
          <w:rFonts w:cs="Times New Roman"/>
        </w:rPr>
        <w:t xml:space="preserve"> </w:t>
      </w:r>
      <w:r w:rsidRPr="00FD6DAD">
        <w:rPr>
          <w:rFonts w:cs="Times New Roman"/>
        </w:rPr>
        <w:t>22-30.</w:t>
      </w:r>
    </w:p>
    <w:p w14:paraId="0C0D66AA" w14:textId="2F32FCC3" w:rsidR="004A6E62" w:rsidRPr="00FD6DAD" w:rsidRDefault="004A6E62" w:rsidP="003D7B25">
      <w:pPr>
        <w:ind w:left="1134" w:hanging="1134"/>
        <w:rPr>
          <w:rFonts w:cs="Times New Roman"/>
        </w:rPr>
      </w:pPr>
      <w:r w:rsidRPr="00FD6DAD">
        <w:rPr>
          <w:rFonts w:cs="Times New Roman"/>
        </w:rPr>
        <w:t>Wulandari,</w:t>
      </w:r>
      <w:r w:rsidR="00F660D2" w:rsidRPr="00FD6DAD">
        <w:rPr>
          <w:rFonts w:cs="Times New Roman"/>
        </w:rPr>
        <w:t xml:space="preserve"> </w:t>
      </w:r>
      <w:r w:rsidRPr="00FD6DAD">
        <w:rPr>
          <w:rFonts w:cs="Times New Roman"/>
        </w:rPr>
        <w:t>R.,</w:t>
      </w:r>
      <w:r w:rsidR="00F660D2" w:rsidRPr="00FD6DAD">
        <w:rPr>
          <w:rFonts w:cs="Times New Roman"/>
        </w:rPr>
        <w:t xml:space="preserve"> </w:t>
      </w:r>
      <w:r w:rsidRPr="00FD6DAD">
        <w:rPr>
          <w:rFonts w:cs="Times New Roman"/>
        </w:rPr>
        <w:t>&amp;</w:t>
      </w:r>
      <w:r w:rsidR="00F660D2" w:rsidRPr="00FD6DAD">
        <w:rPr>
          <w:rFonts w:cs="Times New Roman"/>
        </w:rPr>
        <w:t xml:space="preserve"> </w:t>
      </w:r>
      <w:proofErr w:type="spellStart"/>
      <w:r w:rsidRPr="00FD6DAD">
        <w:rPr>
          <w:rFonts w:cs="Times New Roman"/>
        </w:rPr>
        <w:t>Nurcahyo</w:t>
      </w:r>
      <w:proofErr w:type="spellEnd"/>
      <w:r w:rsidRPr="00FD6DAD">
        <w:rPr>
          <w:rFonts w:cs="Times New Roman"/>
        </w:rPr>
        <w:t>,</w:t>
      </w:r>
      <w:r w:rsidR="00F660D2" w:rsidRPr="00FD6DAD">
        <w:rPr>
          <w:rFonts w:cs="Times New Roman"/>
        </w:rPr>
        <w:t xml:space="preserve"> </w:t>
      </w:r>
      <w:r w:rsidRPr="00FD6DAD">
        <w:rPr>
          <w:rFonts w:cs="Times New Roman"/>
        </w:rPr>
        <w:t>G.</w:t>
      </w:r>
      <w:r w:rsidR="00F660D2" w:rsidRPr="00FD6DAD">
        <w:rPr>
          <w:rFonts w:cs="Times New Roman"/>
        </w:rPr>
        <w:t xml:space="preserve"> </w:t>
      </w:r>
      <w:r w:rsidRPr="00FD6DAD">
        <w:rPr>
          <w:rFonts w:cs="Times New Roman"/>
        </w:rPr>
        <w:t>(2024).</w:t>
      </w:r>
      <w:r w:rsidR="00F660D2" w:rsidRPr="00FD6DAD">
        <w:rPr>
          <w:rFonts w:cs="Times New Roman"/>
        </w:rPr>
        <w:t xml:space="preserve"> </w:t>
      </w:r>
      <w:proofErr w:type="spellStart"/>
      <w:r w:rsidRPr="00FD6DAD">
        <w:rPr>
          <w:rFonts w:cs="Times New Roman"/>
        </w:rPr>
        <w:t>Transformasi</w:t>
      </w:r>
      <w:proofErr w:type="spellEnd"/>
      <w:r w:rsidR="00F660D2" w:rsidRPr="00FD6DAD">
        <w:rPr>
          <w:rFonts w:cs="Times New Roman"/>
        </w:rPr>
        <w:t xml:space="preserve"> </w:t>
      </w:r>
      <w:r w:rsidRPr="00FD6DAD">
        <w:rPr>
          <w:rFonts w:cs="Times New Roman"/>
        </w:rPr>
        <w:t>Digital</w:t>
      </w:r>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dalam</w:t>
      </w:r>
      <w:proofErr w:type="spellEnd"/>
      <w:r w:rsidR="00F660D2" w:rsidRPr="00FD6DAD">
        <w:rPr>
          <w:rFonts w:cs="Times New Roman"/>
        </w:rPr>
        <w:t xml:space="preserve"> </w:t>
      </w:r>
      <w:proofErr w:type="spellStart"/>
      <w:r w:rsidRPr="00FD6DAD">
        <w:rPr>
          <w:rFonts w:cs="Times New Roman"/>
        </w:rPr>
        <w:t>Menghadapi</w:t>
      </w:r>
      <w:proofErr w:type="spellEnd"/>
      <w:r w:rsidR="00F660D2" w:rsidRPr="00FD6DAD">
        <w:rPr>
          <w:rFonts w:cs="Times New Roman"/>
        </w:rPr>
        <w:t xml:space="preserve"> </w:t>
      </w:r>
      <w:r w:rsidRPr="00FD6DAD">
        <w:rPr>
          <w:rFonts w:cs="Times New Roman"/>
        </w:rPr>
        <w:t>Era</w:t>
      </w:r>
      <w:r w:rsidR="00F660D2" w:rsidRPr="00FD6DAD">
        <w:rPr>
          <w:rFonts w:cs="Times New Roman"/>
        </w:rPr>
        <w:t xml:space="preserve"> </w:t>
      </w:r>
      <w:r w:rsidRPr="00FD6DAD">
        <w:rPr>
          <w:rFonts w:cs="Times New Roman"/>
        </w:rPr>
        <w:t>Industri</w:t>
      </w:r>
      <w:r w:rsidR="00F660D2" w:rsidRPr="00FD6DAD">
        <w:rPr>
          <w:rFonts w:cs="Times New Roman"/>
        </w:rPr>
        <w:t xml:space="preserve"> </w:t>
      </w:r>
      <w:r w:rsidRPr="00FD6DAD">
        <w:rPr>
          <w:rFonts w:cs="Times New Roman"/>
        </w:rPr>
        <w:t>4.0.</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r w:rsidRPr="00FD6DAD">
        <w:rPr>
          <w:rFonts w:cs="Times New Roman"/>
        </w:rPr>
        <w:t>Kajian</w:t>
      </w:r>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Perpustakaan</w:t>
      </w:r>
      <w:proofErr w:type="spellEnd"/>
      <w:r w:rsidRPr="00FD6DAD">
        <w:rPr>
          <w:rFonts w:cs="Times New Roman"/>
        </w:rPr>
        <w:t>,</w:t>
      </w:r>
      <w:r w:rsidR="00F660D2" w:rsidRPr="00FD6DAD">
        <w:rPr>
          <w:rFonts w:cs="Times New Roman"/>
        </w:rPr>
        <w:t xml:space="preserve"> </w:t>
      </w:r>
      <w:r w:rsidRPr="00FD6DAD">
        <w:rPr>
          <w:rFonts w:cs="Times New Roman"/>
        </w:rPr>
        <w:t>12(1),</w:t>
      </w:r>
      <w:r w:rsidR="00F660D2" w:rsidRPr="00FD6DAD">
        <w:rPr>
          <w:rFonts w:cs="Times New Roman"/>
        </w:rPr>
        <w:t xml:space="preserve"> </w:t>
      </w:r>
      <w:r w:rsidRPr="00FD6DAD">
        <w:rPr>
          <w:rFonts w:cs="Times New Roman"/>
        </w:rPr>
        <w:t>1-10.</w:t>
      </w:r>
    </w:p>
    <w:p w14:paraId="79284B1D" w14:textId="51C1672F" w:rsidR="004A6E62" w:rsidRPr="00FD6DAD" w:rsidRDefault="004A6E62" w:rsidP="003D7B25">
      <w:pPr>
        <w:ind w:left="1134" w:hanging="1134"/>
        <w:rPr>
          <w:rFonts w:cs="Times New Roman"/>
        </w:rPr>
      </w:pPr>
      <w:r w:rsidRPr="00FD6DAD">
        <w:rPr>
          <w:rFonts w:cs="Times New Roman"/>
        </w:rPr>
        <w:t>Yuliani,</w:t>
      </w:r>
      <w:r w:rsidR="00F660D2" w:rsidRPr="00FD6DAD">
        <w:rPr>
          <w:rFonts w:cs="Times New Roman"/>
        </w:rPr>
        <w:t xml:space="preserve"> </w:t>
      </w:r>
      <w:r w:rsidRPr="00FD6DAD">
        <w:rPr>
          <w:rFonts w:cs="Times New Roman"/>
        </w:rPr>
        <w:t>M.,</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Hartanto,</w:t>
      </w:r>
      <w:r w:rsidR="00F660D2" w:rsidRPr="00FD6DAD">
        <w:rPr>
          <w:rFonts w:cs="Times New Roman"/>
        </w:rPr>
        <w:t xml:space="preserve"> </w:t>
      </w:r>
      <w:r w:rsidRPr="00FD6DAD">
        <w:rPr>
          <w:rFonts w:cs="Times New Roman"/>
        </w:rPr>
        <w:t>M.</w:t>
      </w:r>
      <w:r w:rsidR="00F660D2" w:rsidRPr="00FD6DAD">
        <w:rPr>
          <w:rFonts w:cs="Times New Roman"/>
        </w:rPr>
        <w:t xml:space="preserve"> </w:t>
      </w:r>
      <w:r w:rsidRPr="00FD6DAD">
        <w:rPr>
          <w:rFonts w:cs="Times New Roman"/>
        </w:rPr>
        <w:t>(2023).</w:t>
      </w:r>
      <w:r w:rsidR="00F660D2" w:rsidRPr="00FD6DAD">
        <w:rPr>
          <w:rFonts w:cs="Times New Roman"/>
        </w:rPr>
        <w:t xml:space="preserve"> </w:t>
      </w:r>
      <w:proofErr w:type="spellStart"/>
      <w:r w:rsidRPr="00FD6DAD">
        <w:rPr>
          <w:rFonts w:cs="Times New Roman"/>
        </w:rPr>
        <w:t>Perancangan</w:t>
      </w:r>
      <w:proofErr w:type="spellEnd"/>
      <w:r w:rsidR="00F660D2" w:rsidRPr="00FD6DAD">
        <w:rPr>
          <w:rFonts w:cs="Times New Roman"/>
        </w:rPr>
        <w:t xml:space="preserve"> </w:t>
      </w:r>
      <w:r w:rsidR="00CA1B38" w:rsidRPr="00CA1B38">
        <w:rPr>
          <w:rFonts w:cs="Times New Roman"/>
          <w:i/>
          <w:iCs/>
        </w:rPr>
        <w:t>Flowchart</w:t>
      </w:r>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Penjualan</w:t>
      </w:r>
      <w:proofErr w:type="spellEnd"/>
      <w:r w:rsidR="00F660D2" w:rsidRPr="00FD6DAD">
        <w:rPr>
          <w:rFonts w:cs="Times New Roman"/>
        </w:rPr>
        <w:t xml:space="preserve"> </w:t>
      </w:r>
      <w:r w:rsidRPr="00FD6DAD">
        <w:rPr>
          <w:rFonts w:cs="Times New Roman"/>
        </w:rPr>
        <w:t>Online.</w:t>
      </w:r>
      <w:r w:rsidR="00F660D2" w:rsidRPr="00FD6DAD">
        <w:rPr>
          <w:rFonts w:cs="Times New Roman"/>
        </w:rPr>
        <w:t xml:space="preserve"> </w:t>
      </w:r>
      <w:proofErr w:type="spellStart"/>
      <w:r w:rsidRPr="00FD6DAD">
        <w:rPr>
          <w:rFonts w:cs="Times New Roman"/>
        </w:rPr>
        <w:t>Jurnal</w:t>
      </w:r>
      <w:proofErr w:type="spellEnd"/>
      <w:r w:rsidR="00F660D2" w:rsidRPr="00FD6DAD">
        <w:rPr>
          <w:rFonts w:cs="Times New Roman"/>
        </w:rPr>
        <w:t xml:space="preserve"> </w:t>
      </w:r>
      <w:proofErr w:type="spellStart"/>
      <w:r w:rsidRPr="00FD6DAD">
        <w:rPr>
          <w:rFonts w:cs="Times New Roman"/>
        </w:rPr>
        <w:t>Sistem</w:t>
      </w:r>
      <w:proofErr w:type="spellEnd"/>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Bisnis</w:t>
      </w:r>
      <w:proofErr w:type="spellEnd"/>
      <w:r w:rsidRPr="00FD6DAD">
        <w:rPr>
          <w:rFonts w:cs="Times New Roman"/>
        </w:rPr>
        <w:t>,</w:t>
      </w:r>
      <w:r w:rsidR="00F660D2" w:rsidRPr="00FD6DAD">
        <w:rPr>
          <w:rFonts w:cs="Times New Roman"/>
        </w:rPr>
        <w:t xml:space="preserve"> </w:t>
      </w:r>
      <w:r w:rsidRPr="00FD6DAD">
        <w:rPr>
          <w:rFonts w:cs="Times New Roman"/>
        </w:rPr>
        <w:t>13(1),</w:t>
      </w:r>
      <w:r w:rsidR="00F660D2" w:rsidRPr="00FD6DAD">
        <w:rPr>
          <w:rFonts w:cs="Times New Roman"/>
        </w:rPr>
        <w:t xml:space="preserve"> </w:t>
      </w:r>
      <w:r w:rsidRPr="00FD6DAD">
        <w:rPr>
          <w:rFonts w:cs="Times New Roman"/>
        </w:rPr>
        <w:t>1-8.</w:t>
      </w:r>
    </w:p>
    <w:p w14:paraId="19D6A30E" w14:textId="7F061DC3" w:rsidR="004A6E62" w:rsidRPr="00FD6DAD" w:rsidRDefault="004A6E62" w:rsidP="003D7B25">
      <w:pPr>
        <w:ind w:left="1134" w:hanging="1134"/>
        <w:rPr>
          <w:rFonts w:cs="Times New Roman"/>
        </w:rPr>
      </w:pPr>
      <w:r w:rsidRPr="00FD6DAD">
        <w:rPr>
          <w:rFonts w:cs="Times New Roman"/>
        </w:rPr>
        <w:t>Yusuf,</w:t>
      </w:r>
      <w:r w:rsidR="00F660D2" w:rsidRPr="00FD6DAD">
        <w:rPr>
          <w:rFonts w:cs="Times New Roman"/>
        </w:rPr>
        <w:t xml:space="preserve"> </w:t>
      </w:r>
      <w:r w:rsidRPr="00FD6DAD">
        <w:rPr>
          <w:rFonts w:cs="Times New Roman"/>
        </w:rPr>
        <w:t>M.,</w:t>
      </w:r>
      <w:r w:rsidR="00F660D2" w:rsidRPr="00FD6DAD">
        <w:rPr>
          <w:rFonts w:cs="Times New Roman"/>
        </w:rPr>
        <w:t xml:space="preserve"> </w:t>
      </w:r>
      <w:r w:rsidRPr="00FD6DAD">
        <w:rPr>
          <w:rFonts w:cs="Times New Roman"/>
        </w:rPr>
        <w:t>&amp;</w:t>
      </w:r>
      <w:r w:rsidR="00F660D2" w:rsidRPr="00FD6DAD">
        <w:rPr>
          <w:rFonts w:cs="Times New Roman"/>
        </w:rPr>
        <w:t xml:space="preserve"> </w:t>
      </w:r>
      <w:r w:rsidRPr="00FD6DAD">
        <w:rPr>
          <w:rFonts w:cs="Times New Roman"/>
        </w:rPr>
        <w:t>Suhendar,</w:t>
      </w:r>
      <w:r w:rsidR="00F660D2" w:rsidRPr="00FD6DAD">
        <w:rPr>
          <w:rFonts w:cs="Times New Roman"/>
        </w:rPr>
        <w:t xml:space="preserve"> </w:t>
      </w:r>
      <w:r w:rsidRPr="00FD6DAD">
        <w:rPr>
          <w:rFonts w:cs="Times New Roman"/>
        </w:rPr>
        <w:t>Y.</w:t>
      </w:r>
      <w:r w:rsidR="00F660D2" w:rsidRPr="00FD6DAD">
        <w:rPr>
          <w:rFonts w:cs="Times New Roman"/>
        </w:rPr>
        <w:t xml:space="preserve"> </w:t>
      </w:r>
      <w:r w:rsidRPr="00FD6DAD">
        <w:rPr>
          <w:rFonts w:cs="Times New Roman"/>
        </w:rPr>
        <w:t>(2005).</w:t>
      </w:r>
      <w:r w:rsidR="00F660D2" w:rsidRPr="00FD6DAD">
        <w:rPr>
          <w:rFonts w:cs="Times New Roman"/>
        </w:rPr>
        <w:t xml:space="preserve"> </w:t>
      </w:r>
      <w:proofErr w:type="spellStart"/>
      <w:r w:rsidRPr="00FD6DAD">
        <w:rPr>
          <w:rFonts w:cs="Times New Roman"/>
        </w:rPr>
        <w:t>Pedoman</w:t>
      </w:r>
      <w:proofErr w:type="spellEnd"/>
      <w:r w:rsidR="00F660D2" w:rsidRPr="00FD6DAD">
        <w:rPr>
          <w:rFonts w:cs="Times New Roman"/>
        </w:rPr>
        <w:t xml:space="preserve"> </w:t>
      </w:r>
      <w:proofErr w:type="spellStart"/>
      <w:r w:rsidRPr="00FD6DAD">
        <w:rPr>
          <w:rFonts w:cs="Times New Roman"/>
        </w:rPr>
        <w:t>Penyelenggaraan</w:t>
      </w:r>
      <w:proofErr w:type="spellEnd"/>
      <w:r w:rsidR="00F660D2" w:rsidRPr="00FD6DAD">
        <w:rPr>
          <w:rFonts w:cs="Times New Roman"/>
        </w:rPr>
        <w:t xml:space="preserve"> </w:t>
      </w:r>
      <w:proofErr w:type="spellStart"/>
      <w:r w:rsidRPr="00FD6DAD">
        <w:rPr>
          <w:rFonts w:cs="Times New Roman"/>
        </w:rPr>
        <w:t>Perpustakaan</w:t>
      </w:r>
      <w:proofErr w:type="spellEnd"/>
      <w:r w:rsidR="00F660D2" w:rsidRPr="00FD6DAD">
        <w:rPr>
          <w:rFonts w:cs="Times New Roman"/>
        </w:rPr>
        <w:t xml:space="preserve"> </w:t>
      </w:r>
      <w:proofErr w:type="spellStart"/>
      <w:r w:rsidRPr="00FD6DAD">
        <w:rPr>
          <w:rFonts w:cs="Times New Roman"/>
        </w:rPr>
        <w:t>Perguruan</w:t>
      </w:r>
      <w:proofErr w:type="spellEnd"/>
      <w:r w:rsidR="00F660D2" w:rsidRPr="00FD6DAD">
        <w:rPr>
          <w:rFonts w:cs="Times New Roman"/>
        </w:rPr>
        <w:t xml:space="preserve"> </w:t>
      </w:r>
      <w:r w:rsidRPr="00FD6DAD">
        <w:rPr>
          <w:rFonts w:cs="Times New Roman"/>
        </w:rPr>
        <w:t>Tinggi.</w:t>
      </w:r>
      <w:r w:rsidR="00F660D2" w:rsidRPr="00FD6DAD">
        <w:rPr>
          <w:rFonts w:cs="Times New Roman"/>
        </w:rPr>
        <w:t xml:space="preserve"> </w:t>
      </w:r>
      <w:r w:rsidRPr="00FD6DAD">
        <w:rPr>
          <w:rFonts w:cs="Times New Roman"/>
        </w:rPr>
        <w:t>Pusat</w:t>
      </w:r>
      <w:r w:rsidR="00F660D2" w:rsidRPr="00FD6DAD">
        <w:rPr>
          <w:rFonts w:cs="Times New Roman"/>
        </w:rPr>
        <w:t xml:space="preserve"> </w:t>
      </w:r>
      <w:r w:rsidRPr="00FD6DAD">
        <w:rPr>
          <w:rFonts w:cs="Times New Roman"/>
        </w:rPr>
        <w:t>Dokumentasi</w:t>
      </w:r>
      <w:r w:rsidR="00F660D2" w:rsidRPr="00FD6DAD">
        <w:rPr>
          <w:rFonts w:cs="Times New Roman"/>
        </w:rPr>
        <w:t xml:space="preserve"> </w:t>
      </w:r>
      <w:r w:rsidRPr="00FD6DAD">
        <w:rPr>
          <w:rFonts w:cs="Times New Roman"/>
        </w:rPr>
        <w:t>dan</w:t>
      </w:r>
      <w:r w:rsidR="00F660D2" w:rsidRPr="00FD6DAD">
        <w:rPr>
          <w:rFonts w:cs="Times New Roman"/>
        </w:rPr>
        <w:t xml:space="preserve"> </w:t>
      </w:r>
      <w:proofErr w:type="spellStart"/>
      <w:r w:rsidRPr="00FD6DAD">
        <w:rPr>
          <w:rFonts w:cs="Times New Roman"/>
        </w:rPr>
        <w:t>Informasi</w:t>
      </w:r>
      <w:proofErr w:type="spellEnd"/>
      <w:r w:rsidR="00F660D2" w:rsidRPr="00FD6DAD">
        <w:rPr>
          <w:rFonts w:cs="Times New Roman"/>
        </w:rPr>
        <w:t xml:space="preserve"> </w:t>
      </w:r>
      <w:proofErr w:type="spellStart"/>
      <w:r w:rsidRPr="00FD6DAD">
        <w:rPr>
          <w:rFonts w:cs="Times New Roman"/>
        </w:rPr>
        <w:t>Ilmiah</w:t>
      </w:r>
      <w:proofErr w:type="spellEnd"/>
      <w:r w:rsidR="00F660D2" w:rsidRPr="00FD6DAD">
        <w:rPr>
          <w:rFonts w:cs="Times New Roman"/>
        </w:rPr>
        <w:t xml:space="preserve"> </w:t>
      </w:r>
      <w:r w:rsidRPr="00FD6DAD">
        <w:rPr>
          <w:rFonts w:cs="Times New Roman"/>
        </w:rPr>
        <w:t>LIPI.</w:t>
      </w:r>
    </w:p>
    <w:p w14:paraId="6EDAC99F" w14:textId="77777777" w:rsidR="004A6E62" w:rsidRPr="00FD6DAD" w:rsidRDefault="004A6E62" w:rsidP="00D70A29">
      <w:pPr>
        <w:rPr>
          <w:rFonts w:cs="Times New Roman"/>
        </w:rPr>
      </w:pPr>
    </w:p>
    <w:p w14:paraId="0D059366" w14:textId="77777777" w:rsidR="004A6E62" w:rsidRPr="00FD6DAD" w:rsidRDefault="004A6E62" w:rsidP="00D70A29">
      <w:pPr>
        <w:jc w:val="left"/>
        <w:rPr>
          <w:rFonts w:eastAsiaTheme="majorEastAsia" w:cs="Times New Roman"/>
          <w:b/>
          <w:bCs/>
          <w:color w:val="000000" w:themeColor="text1"/>
          <w:szCs w:val="24"/>
        </w:rPr>
      </w:pPr>
      <w:r w:rsidRPr="00FD6DAD">
        <w:rPr>
          <w:rFonts w:cs="Times New Roman"/>
          <w:szCs w:val="24"/>
        </w:rPr>
        <w:br w:type="page"/>
      </w:r>
    </w:p>
    <w:p w14:paraId="1ABBC2CB" w14:textId="62590AF0" w:rsidR="007A347E" w:rsidRPr="00FD6DAD" w:rsidRDefault="007A347E" w:rsidP="0097332F">
      <w:pPr>
        <w:pStyle w:val="Heading1"/>
      </w:pPr>
      <w:bookmarkStart w:id="152" w:name="_Toc205248747"/>
      <w:bookmarkStart w:id="153" w:name="_Toc205261394"/>
      <w:r w:rsidRPr="00FD6DAD">
        <w:lastRenderedPageBreak/>
        <w:t>LAMPIRAN-LAMPIRAN</w:t>
      </w:r>
      <w:bookmarkEnd w:id="152"/>
      <w:bookmarkEnd w:id="153"/>
    </w:p>
    <w:p w14:paraId="3667FE8C" w14:textId="77777777" w:rsidR="000F0D7C" w:rsidRDefault="000F0D7C">
      <w:pPr>
        <w:jc w:val="left"/>
        <w:rPr>
          <w:rFonts w:cs="Times New Roman"/>
        </w:rPr>
      </w:pPr>
    </w:p>
    <w:sectPr w:rsidR="000F0D7C" w:rsidSect="00BB5D2B">
      <w:type w:val="continuous"/>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0FE92" w14:textId="77777777" w:rsidR="000D3589" w:rsidRDefault="000D3589">
      <w:pPr>
        <w:spacing w:after="0" w:line="240" w:lineRule="auto"/>
      </w:pPr>
      <w:r>
        <w:separator/>
      </w:r>
    </w:p>
  </w:endnote>
  <w:endnote w:type="continuationSeparator" w:id="0">
    <w:p w14:paraId="1E6795E2" w14:textId="77777777" w:rsidR="000D3589" w:rsidRDefault="000D35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E508" w14:textId="3892256F" w:rsidR="00010864" w:rsidRPr="0038647E" w:rsidRDefault="00B842C8" w:rsidP="00010864">
    <w:pPr>
      <w:pStyle w:val="Footer"/>
      <w:tabs>
        <w:tab w:val="clear" w:pos="4680"/>
        <w:tab w:val="clear" w:pos="9360"/>
      </w:tabs>
      <w:jc w:val="center"/>
      <w:rPr>
        <w:caps/>
        <w:noProof/>
      </w:rPr>
    </w:pPr>
    <w:r w:rsidRPr="0038647E">
      <w:rPr>
        <w:caps/>
      </w:rPr>
      <w:fldChar w:fldCharType="begin"/>
    </w:r>
    <w:r w:rsidRPr="0038647E">
      <w:rPr>
        <w:caps/>
      </w:rPr>
      <w:instrText xml:space="preserve"> PAGE   \* MERGEFORMAT </w:instrText>
    </w:r>
    <w:r w:rsidRPr="0038647E">
      <w:rPr>
        <w:caps/>
      </w:rPr>
      <w:fldChar w:fldCharType="separate"/>
    </w:r>
    <w:r w:rsidRPr="0038647E">
      <w:rPr>
        <w:caps/>
        <w:noProof/>
      </w:rPr>
      <w:t>2</w:t>
    </w:r>
    <w:r w:rsidRPr="0038647E">
      <w:rPr>
        <w:caps/>
        <w:noProof/>
      </w:rPr>
      <w:fldChar w:fldCharType="end"/>
    </w:r>
  </w:p>
  <w:p w14:paraId="2868BF74" w14:textId="77777777" w:rsidR="00B842C8" w:rsidRDefault="00B842C8" w:rsidP="0038647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A65F8" w14:textId="77777777" w:rsidR="000D3589" w:rsidRDefault="000D3589">
      <w:pPr>
        <w:spacing w:after="0" w:line="240" w:lineRule="auto"/>
      </w:pPr>
      <w:r>
        <w:separator/>
      </w:r>
    </w:p>
  </w:footnote>
  <w:footnote w:type="continuationSeparator" w:id="0">
    <w:p w14:paraId="38E4EC76" w14:textId="77777777" w:rsidR="000D3589" w:rsidRDefault="000D35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3332" w14:textId="77777777" w:rsidR="009A7BAA" w:rsidRDefault="009A7B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435886"/>
    <w:multiLevelType w:val="multilevel"/>
    <w:tmpl w:val="08E8287E"/>
    <w:lvl w:ilvl="0">
      <w:start w:val="1"/>
      <w:numFmt w:val="decimal"/>
      <w:lvlText w:val="%1."/>
      <w:lvlJc w:val="left"/>
      <w:pPr>
        <w:ind w:left="1855" w:hanging="360"/>
      </w:pPr>
    </w:lvl>
    <w:lvl w:ilvl="1">
      <w:start w:val="5"/>
      <w:numFmt w:val="decimal"/>
      <w:isLgl/>
      <w:lvlText w:val="%1.%2"/>
      <w:lvlJc w:val="left"/>
      <w:pPr>
        <w:ind w:left="1855" w:hanging="360"/>
      </w:pPr>
      <w:rPr>
        <w:rFonts w:ascii="Times New Roman" w:eastAsia="Times New Roman" w:hAnsi="Times New Roman" w:cs="Times New Roman" w:hint="default"/>
        <w:b/>
        <w:sz w:val="24"/>
      </w:rPr>
    </w:lvl>
    <w:lvl w:ilvl="2">
      <w:start w:val="1"/>
      <w:numFmt w:val="decimal"/>
      <w:isLgl/>
      <w:lvlText w:val="%1.%2.%3"/>
      <w:lvlJc w:val="left"/>
      <w:pPr>
        <w:ind w:left="2215" w:hanging="720"/>
      </w:pPr>
      <w:rPr>
        <w:rFonts w:ascii="Times New Roman" w:eastAsia="Times New Roman" w:hAnsi="Times New Roman" w:cs="Times New Roman" w:hint="default"/>
        <w:b/>
        <w:sz w:val="24"/>
      </w:rPr>
    </w:lvl>
    <w:lvl w:ilvl="3">
      <w:start w:val="1"/>
      <w:numFmt w:val="decimal"/>
      <w:isLgl/>
      <w:lvlText w:val="%1.%2.%3.%4"/>
      <w:lvlJc w:val="left"/>
      <w:pPr>
        <w:ind w:left="2215" w:hanging="720"/>
      </w:pPr>
      <w:rPr>
        <w:rFonts w:ascii="Times New Roman" w:eastAsia="Times New Roman" w:hAnsi="Times New Roman" w:cs="Times New Roman" w:hint="default"/>
        <w:b/>
        <w:sz w:val="24"/>
      </w:rPr>
    </w:lvl>
    <w:lvl w:ilvl="4">
      <w:start w:val="1"/>
      <w:numFmt w:val="decimal"/>
      <w:isLgl/>
      <w:lvlText w:val="%1.%2.%3.%4.%5"/>
      <w:lvlJc w:val="left"/>
      <w:pPr>
        <w:ind w:left="2575" w:hanging="1080"/>
      </w:pPr>
      <w:rPr>
        <w:rFonts w:ascii="Times New Roman" w:eastAsia="Times New Roman" w:hAnsi="Times New Roman" w:cs="Times New Roman" w:hint="default"/>
        <w:b/>
        <w:sz w:val="24"/>
      </w:rPr>
    </w:lvl>
    <w:lvl w:ilvl="5">
      <w:start w:val="1"/>
      <w:numFmt w:val="decimal"/>
      <w:isLgl/>
      <w:lvlText w:val="%1.%2.%3.%4.%5.%6"/>
      <w:lvlJc w:val="left"/>
      <w:pPr>
        <w:ind w:left="2575" w:hanging="1080"/>
      </w:pPr>
      <w:rPr>
        <w:rFonts w:ascii="Times New Roman" w:eastAsia="Times New Roman" w:hAnsi="Times New Roman" w:cs="Times New Roman" w:hint="default"/>
        <w:b/>
        <w:sz w:val="24"/>
      </w:rPr>
    </w:lvl>
    <w:lvl w:ilvl="6">
      <w:start w:val="1"/>
      <w:numFmt w:val="decimal"/>
      <w:isLgl/>
      <w:lvlText w:val="%1.%2.%3.%4.%5.%6.%7"/>
      <w:lvlJc w:val="left"/>
      <w:pPr>
        <w:ind w:left="2935" w:hanging="1440"/>
      </w:pPr>
      <w:rPr>
        <w:rFonts w:ascii="Times New Roman" w:eastAsia="Times New Roman" w:hAnsi="Times New Roman" w:cs="Times New Roman" w:hint="default"/>
        <w:b/>
        <w:sz w:val="24"/>
      </w:rPr>
    </w:lvl>
    <w:lvl w:ilvl="7">
      <w:start w:val="1"/>
      <w:numFmt w:val="decimal"/>
      <w:isLgl/>
      <w:lvlText w:val="%1.%2.%3.%4.%5.%6.%7.%8"/>
      <w:lvlJc w:val="left"/>
      <w:pPr>
        <w:ind w:left="2935" w:hanging="1440"/>
      </w:pPr>
      <w:rPr>
        <w:rFonts w:ascii="Times New Roman" w:eastAsia="Times New Roman" w:hAnsi="Times New Roman" w:cs="Times New Roman" w:hint="default"/>
        <w:b/>
        <w:sz w:val="24"/>
      </w:rPr>
    </w:lvl>
    <w:lvl w:ilvl="8">
      <w:start w:val="1"/>
      <w:numFmt w:val="decimal"/>
      <w:isLgl/>
      <w:lvlText w:val="%1.%2.%3.%4.%5.%6.%7.%8.%9"/>
      <w:lvlJc w:val="left"/>
      <w:pPr>
        <w:ind w:left="3295" w:hanging="1800"/>
      </w:pPr>
      <w:rPr>
        <w:rFonts w:ascii="Times New Roman" w:eastAsia="Times New Roman" w:hAnsi="Times New Roman" w:cs="Times New Roman" w:hint="default"/>
        <w:b/>
        <w:sz w:val="24"/>
      </w:rPr>
    </w:lvl>
  </w:abstractNum>
  <w:abstractNum w:abstractNumId="10" w15:restartNumberingAfterBreak="0">
    <w:nsid w:val="09DA200F"/>
    <w:multiLevelType w:val="hybridMultilevel"/>
    <w:tmpl w:val="4D807BD2"/>
    <w:lvl w:ilvl="0" w:tplc="0FD4B6C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FE28D9"/>
    <w:multiLevelType w:val="hybridMultilevel"/>
    <w:tmpl w:val="4A3669A2"/>
    <w:lvl w:ilvl="0" w:tplc="42BEEB14">
      <w:start w:val="1"/>
      <w:numFmt w:val="decimal"/>
      <w:lvlText w:val="3.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D3400"/>
    <w:multiLevelType w:val="hybridMultilevel"/>
    <w:tmpl w:val="F76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EC3DB9"/>
    <w:multiLevelType w:val="hybridMultilevel"/>
    <w:tmpl w:val="7FE62B16"/>
    <w:lvl w:ilvl="0" w:tplc="0409000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3E73133"/>
    <w:multiLevelType w:val="hybridMultilevel"/>
    <w:tmpl w:val="8CB0C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D42A89"/>
    <w:multiLevelType w:val="hybridMultilevel"/>
    <w:tmpl w:val="6ECE6A18"/>
    <w:lvl w:ilvl="0" w:tplc="D10A21C8">
      <w:start w:val="1"/>
      <w:numFmt w:val="decimal"/>
      <w:lvlText w:val="%1."/>
      <w:lvlJc w:val="left"/>
      <w:pPr>
        <w:ind w:left="8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B018DB"/>
    <w:multiLevelType w:val="hybridMultilevel"/>
    <w:tmpl w:val="645EFB78"/>
    <w:lvl w:ilvl="0" w:tplc="EC284784">
      <w:start w:val="1"/>
      <w:numFmt w:val="decimal"/>
      <w:lvlText w:val="1.%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AE91875"/>
    <w:multiLevelType w:val="hybridMultilevel"/>
    <w:tmpl w:val="D84686CE"/>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B4A25F6"/>
    <w:multiLevelType w:val="hybridMultilevel"/>
    <w:tmpl w:val="572CC19A"/>
    <w:lvl w:ilvl="0" w:tplc="511033C2">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B047F8"/>
    <w:multiLevelType w:val="multilevel"/>
    <w:tmpl w:val="30E07858"/>
    <w:lvl w:ilvl="0">
      <w:start w:val="1"/>
      <w:numFmt w:val="decimal"/>
      <w:lvlText w:val="%1."/>
      <w:lvlJc w:val="left"/>
      <w:pPr>
        <w:ind w:left="514" w:hanging="363"/>
      </w:pPr>
      <w:rPr>
        <w:rFonts w:ascii="Times New Roman" w:eastAsia="Times New Roman" w:hAnsi="Times New Roman" w:cs="Times New Roman"/>
        <w:lang w:val="id" w:eastAsia="en-US" w:bidi="ar-SA"/>
      </w:rPr>
    </w:lvl>
    <w:lvl w:ilvl="1">
      <w:start w:val="1"/>
      <w:numFmt w:val="decimal"/>
      <w:lvlText w:val="%1.%2"/>
      <w:lvlJc w:val="left"/>
      <w:pPr>
        <w:ind w:left="514" w:hanging="363"/>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21" w:hanging="54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11" w:hanging="543"/>
      </w:pPr>
      <w:rPr>
        <w:rFonts w:hint="default"/>
        <w:lang w:val="id" w:eastAsia="en-US" w:bidi="ar-SA"/>
      </w:rPr>
    </w:lvl>
    <w:lvl w:ilvl="4">
      <w:numFmt w:val="bullet"/>
      <w:lvlText w:val="•"/>
      <w:lvlJc w:val="left"/>
      <w:pPr>
        <w:ind w:left="4106" w:hanging="543"/>
      </w:pPr>
      <w:rPr>
        <w:rFonts w:hint="default"/>
        <w:lang w:val="id" w:eastAsia="en-US" w:bidi="ar-SA"/>
      </w:rPr>
    </w:lvl>
    <w:lvl w:ilvl="5">
      <w:numFmt w:val="bullet"/>
      <w:lvlText w:val="•"/>
      <w:lvlJc w:val="left"/>
      <w:pPr>
        <w:ind w:left="5102" w:hanging="543"/>
      </w:pPr>
      <w:rPr>
        <w:rFonts w:hint="default"/>
        <w:lang w:val="id" w:eastAsia="en-US" w:bidi="ar-SA"/>
      </w:rPr>
    </w:lvl>
    <w:lvl w:ilvl="6">
      <w:numFmt w:val="bullet"/>
      <w:lvlText w:val="•"/>
      <w:lvlJc w:val="left"/>
      <w:pPr>
        <w:ind w:left="6097" w:hanging="543"/>
      </w:pPr>
      <w:rPr>
        <w:rFonts w:hint="default"/>
        <w:lang w:val="id" w:eastAsia="en-US" w:bidi="ar-SA"/>
      </w:rPr>
    </w:lvl>
    <w:lvl w:ilvl="7">
      <w:numFmt w:val="bullet"/>
      <w:lvlText w:val="•"/>
      <w:lvlJc w:val="left"/>
      <w:pPr>
        <w:ind w:left="7093" w:hanging="543"/>
      </w:pPr>
      <w:rPr>
        <w:rFonts w:hint="default"/>
        <w:lang w:val="id" w:eastAsia="en-US" w:bidi="ar-SA"/>
      </w:rPr>
    </w:lvl>
    <w:lvl w:ilvl="8">
      <w:numFmt w:val="bullet"/>
      <w:lvlText w:val="•"/>
      <w:lvlJc w:val="left"/>
      <w:pPr>
        <w:ind w:left="8088" w:hanging="543"/>
      </w:pPr>
      <w:rPr>
        <w:rFonts w:hint="default"/>
        <w:lang w:val="id" w:eastAsia="en-US" w:bidi="ar-SA"/>
      </w:rPr>
    </w:lvl>
  </w:abstractNum>
  <w:abstractNum w:abstractNumId="20" w15:restartNumberingAfterBreak="0">
    <w:nsid w:val="1E803DAA"/>
    <w:multiLevelType w:val="hybridMultilevel"/>
    <w:tmpl w:val="E51AAA0C"/>
    <w:lvl w:ilvl="0" w:tplc="0FD4B6C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C77B22"/>
    <w:multiLevelType w:val="hybridMultilevel"/>
    <w:tmpl w:val="556ED9B0"/>
    <w:lvl w:ilvl="0" w:tplc="0FD4B6C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EF7C25"/>
    <w:multiLevelType w:val="hybridMultilevel"/>
    <w:tmpl w:val="FA5054A6"/>
    <w:lvl w:ilvl="0" w:tplc="511033C2">
      <w:start w:val="1"/>
      <w:numFmt w:val="decimal"/>
      <w:lvlText w:val="2.%1"/>
      <w:lvlJc w:val="left"/>
      <w:pPr>
        <w:ind w:left="871" w:hanging="360"/>
      </w:pPr>
      <w:rPr>
        <w:rFonts w:hint="default"/>
      </w:rPr>
    </w:lvl>
    <w:lvl w:ilvl="1" w:tplc="04090019" w:tentative="1">
      <w:start w:val="1"/>
      <w:numFmt w:val="lowerLetter"/>
      <w:lvlText w:val="%2."/>
      <w:lvlJc w:val="left"/>
      <w:pPr>
        <w:ind w:left="1591" w:hanging="360"/>
      </w:pPr>
    </w:lvl>
    <w:lvl w:ilvl="2" w:tplc="0409001B" w:tentative="1">
      <w:start w:val="1"/>
      <w:numFmt w:val="lowerRoman"/>
      <w:lvlText w:val="%3."/>
      <w:lvlJc w:val="right"/>
      <w:pPr>
        <w:ind w:left="2311" w:hanging="180"/>
      </w:pPr>
    </w:lvl>
    <w:lvl w:ilvl="3" w:tplc="0409000F" w:tentative="1">
      <w:start w:val="1"/>
      <w:numFmt w:val="decimal"/>
      <w:lvlText w:val="%4."/>
      <w:lvlJc w:val="left"/>
      <w:pPr>
        <w:ind w:left="3031" w:hanging="360"/>
      </w:pPr>
    </w:lvl>
    <w:lvl w:ilvl="4" w:tplc="04090019" w:tentative="1">
      <w:start w:val="1"/>
      <w:numFmt w:val="lowerLetter"/>
      <w:lvlText w:val="%5."/>
      <w:lvlJc w:val="left"/>
      <w:pPr>
        <w:ind w:left="3751" w:hanging="360"/>
      </w:pPr>
    </w:lvl>
    <w:lvl w:ilvl="5" w:tplc="0409001B" w:tentative="1">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23" w15:restartNumberingAfterBreak="0">
    <w:nsid w:val="323273B5"/>
    <w:multiLevelType w:val="hybridMultilevel"/>
    <w:tmpl w:val="D69CC30A"/>
    <w:lvl w:ilvl="0" w:tplc="1096C362">
      <w:start w:val="1"/>
      <w:numFmt w:val="decimal"/>
      <w:lvlText w:val="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36D07A9"/>
    <w:multiLevelType w:val="hybridMultilevel"/>
    <w:tmpl w:val="D84686CE"/>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4B01090"/>
    <w:multiLevelType w:val="hybridMultilevel"/>
    <w:tmpl w:val="1B8288AC"/>
    <w:lvl w:ilvl="0" w:tplc="57EA0D2C">
      <w:start w:val="6"/>
      <w:numFmt w:val="decimal"/>
      <w:lvlText w:val="2.%1"/>
      <w:lvlJc w:val="left"/>
      <w:pPr>
        <w:ind w:left="5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BD650E"/>
    <w:multiLevelType w:val="hybridMultilevel"/>
    <w:tmpl w:val="4852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AF5AD7"/>
    <w:multiLevelType w:val="hybridMultilevel"/>
    <w:tmpl w:val="616A7AEE"/>
    <w:lvl w:ilvl="0" w:tplc="511033C2">
      <w:start w:val="1"/>
      <w:numFmt w:val="decimal"/>
      <w:lvlText w:val="2.%1"/>
      <w:lvlJc w:val="left"/>
      <w:pPr>
        <w:ind w:left="5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D1118C"/>
    <w:multiLevelType w:val="hybridMultilevel"/>
    <w:tmpl w:val="AF1650EE"/>
    <w:lvl w:ilvl="0" w:tplc="511033C2">
      <w:start w:val="1"/>
      <w:numFmt w:val="decimal"/>
      <w:lvlText w:val="2.%1"/>
      <w:lvlJc w:val="left"/>
      <w:pPr>
        <w:ind w:left="871" w:hanging="360"/>
      </w:pPr>
      <w:rPr>
        <w:rFonts w:hint="default"/>
      </w:rPr>
    </w:lvl>
    <w:lvl w:ilvl="1" w:tplc="04090019" w:tentative="1">
      <w:start w:val="1"/>
      <w:numFmt w:val="lowerLetter"/>
      <w:lvlText w:val="%2."/>
      <w:lvlJc w:val="left"/>
      <w:pPr>
        <w:ind w:left="1591" w:hanging="360"/>
      </w:pPr>
    </w:lvl>
    <w:lvl w:ilvl="2" w:tplc="0409001B" w:tentative="1">
      <w:start w:val="1"/>
      <w:numFmt w:val="lowerRoman"/>
      <w:lvlText w:val="%3."/>
      <w:lvlJc w:val="right"/>
      <w:pPr>
        <w:ind w:left="2311" w:hanging="180"/>
      </w:pPr>
    </w:lvl>
    <w:lvl w:ilvl="3" w:tplc="0409000F" w:tentative="1">
      <w:start w:val="1"/>
      <w:numFmt w:val="decimal"/>
      <w:lvlText w:val="%4."/>
      <w:lvlJc w:val="left"/>
      <w:pPr>
        <w:ind w:left="3031" w:hanging="360"/>
      </w:pPr>
    </w:lvl>
    <w:lvl w:ilvl="4" w:tplc="04090019" w:tentative="1">
      <w:start w:val="1"/>
      <w:numFmt w:val="lowerLetter"/>
      <w:lvlText w:val="%5."/>
      <w:lvlJc w:val="left"/>
      <w:pPr>
        <w:ind w:left="3751" w:hanging="360"/>
      </w:pPr>
    </w:lvl>
    <w:lvl w:ilvl="5" w:tplc="0409001B" w:tentative="1">
      <w:start w:val="1"/>
      <w:numFmt w:val="lowerRoman"/>
      <w:lvlText w:val="%6."/>
      <w:lvlJc w:val="right"/>
      <w:pPr>
        <w:ind w:left="4471" w:hanging="180"/>
      </w:pPr>
    </w:lvl>
    <w:lvl w:ilvl="6" w:tplc="0409000F" w:tentative="1">
      <w:start w:val="1"/>
      <w:numFmt w:val="decimal"/>
      <w:lvlText w:val="%7."/>
      <w:lvlJc w:val="left"/>
      <w:pPr>
        <w:ind w:left="5191" w:hanging="360"/>
      </w:pPr>
    </w:lvl>
    <w:lvl w:ilvl="7" w:tplc="04090019" w:tentative="1">
      <w:start w:val="1"/>
      <w:numFmt w:val="lowerLetter"/>
      <w:lvlText w:val="%8."/>
      <w:lvlJc w:val="left"/>
      <w:pPr>
        <w:ind w:left="5911" w:hanging="360"/>
      </w:pPr>
    </w:lvl>
    <w:lvl w:ilvl="8" w:tplc="0409001B" w:tentative="1">
      <w:start w:val="1"/>
      <w:numFmt w:val="lowerRoman"/>
      <w:lvlText w:val="%9."/>
      <w:lvlJc w:val="right"/>
      <w:pPr>
        <w:ind w:left="6631" w:hanging="180"/>
      </w:pPr>
    </w:lvl>
  </w:abstractNum>
  <w:abstractNum w:abstractNumId="29" w15:restartNumberingAfterBreak="0">
    <w:nsid w:val="4D9108F1"/>
    <w:multiLevelType w:val="hybridMultilevel"/>
    <w:tmpl w:val="169825CA"/>
    <w:lvl w:ilvl="0" w:tplc="EC2847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91A13"/>
    <w:multiLevelType w:val="multilevel"/>
    <w:tmpl w:val="55FE84D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69259A6"/>
    <w:multiLevelType w:val="hybridMultilevel"/>
    <w:tmpl w:val="10083FAC"/>
    <w:lvl w:ilvl="0" w:tplc="D10A21C8">
      <w:start w:val="1"/>
      <w:numFmt w:val="decimal"/>
      <w:lvlText w:val="%1."/>
      <w:lvlJc w:val="left"/>
      <w:pPr>
        <w:ind w:left="874" w:hanging="360"/>
      </w:pPr>
      <w:rPr>
        <w:rFonts w:hint="default"/>
      </w:r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32" w15:restartNumberingAfterBreak="0">
    <w:nsid w:val="58E51370"/>
    <w:multiLevelType w:val="hybridMultilevel"/>
    <w:tmpl w:val="FEF8F644"/>
    <w:lvl w:ilvl="0" w:tplc="4AF2B516">
      <w:start w:val="1"/>
      <w:numFmt w:val="decimal"/>
      <w:lvlText w:val="%1."/>
      <w:lvlJc w:val="left"/>
      <w:pPr>
        <w:ind w:left="511" w:hanging="360"/>
      </w:pPr>
      <w:rPr>
        <w:rFonts w:hint="default"/>
      </w:r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33" w15:restartNumberingAfterBreak="0">
    <w:nsid w:val="59C11479"/>
    <w:multiLevelType w:val="hybridMultilevel"/>
    <w:tmpl w:val="4704B47E"/>
    <w:lvl w:ilvl="0" w:tplc="0FD4B6CC">
      <w:start w:val="1"/>
      <w:numFmt w:val="decimal"/>
      <w:lvlText w:val="3.%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 w15:restartNumberingAfterBreak="0">
    <w:nsid w:val="5E0F1E23"/>
    <w:multiLevelType w:val="hybridMultilevel"/>
    <w:tmpl w:val="988E2C7A"/>
    <w:lvl w:ilvl="0" w:tplc="FFFFFFFF">
      <w:start w:val="1"/>
      <w:numFmt w:val="decimal"/>
      <w:lvlText w:val="2.%1"/>
      <w:lvlJc w:val="left"/>
      <w:pPr>
        <w:ind w:left="1345" w:hanging="360"/>
      </w:pPr>
      <w:rPr>
        <w:rFonts w:hint="default"/>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35" w15:restartNumberingAfterBreak="0">
    <w:nsid w:val="5E7A342C"/>
    <w:multiLevelType w:val="hybridMultilevel"/>
    <w:tmpl w:val="65D07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E82995"/>
    <w:multiLevelType w:val="hybridMultilevel"/>
    <w:tmpl w:val="E5708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E10466"/>
    <w:multiLevelType w:val="hybridMultilevel"/>
    <w:tmpl w:val="E9502476"/>
    <w:lvl w:ilvl="0" w:tplc="FFFFFFFF">
      <w:start w:val="1"/>
      <w:numFmt w:val="decimal"/>
      <w:lvlText w:val="2.%1"/>
      <w:lvlJc w:val="left"/>
      <w:pPr>
        <w:ind w:left="1345" w:hanging="360"/>
      </w:pPr>
      <w:rPr>
        <w:rFonts w:hint="default"/>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38" w15:restartNumberingAfterBreak="0">
    <w:nsid w:val="6C6702B4"/>
    <w:multiLevelType w:val="hybridMultilevel"/>
    <w:tmpl w:val="C5C6DA3E"/>
    <w:lvl w:ilvl="0" w:tplc="1096C362">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26F5B85"/>
    <w:multiLevelType w:val="hybridMultilevel"/>
    <w:tmpl w:val="CBECB62A"/>
    <w:lvl w:ilvl="0" w:tplc="931414D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9A56EB"/>
    <w:multiLevelType w:val="hybridMultilevel"/>
    <w:tmpl w:val="7D2EC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D342D"/>
    <w:multiLevelType w:val="hybridMultilevel"/>
    <w:tmpl w:val="82EE521A"/>
    <w:lvl w:ilvl="0" w:tplc="2D3E0B70">
      <w:start w:val="1"/>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119594">
    <w:abstractNumId w:val="8"/>
  </w:num>
  <w:num w:numId="2" w16cid:durableId="1158882708">
    <w:abstractNumId w:val="6"/>
  </w:num>
  <w:num w:numId="3" w16cid:durableId="585269226">
    <w:abstractNumId w:val="5"/>
  </w:num>
  <w:num w:numId="4" w16cid:durableId="664361637">
    <w:abstractNumId w:val="4"/>
  </w:num>
  <w:num w:numId="5" w16cid:durableId="1712075251">
    <w:abstractNumId w:val="7"/>
  </w:num>
  <w:num w:numId="6" w16cid:durableId="23555887">
    <w:abstractNumId w:val="3"/>
  </w:num>
  <w:num w:numId="7" w16cid:durableId="920872357">
    <w:abstractNumId w:val="2"/>
  </w:num>
  <w:num w:numId="8" w16cid:durableId="1490247749">
    <w:abstractNumId w:val="1"/>
  </w:num>
  <w:num w:numId="9" w16cid:durableId="117533653">
    <w:abstractNumId w:val="0"/>
  </w:num>
  <w:num w:numId="10" w16cid:durableId="1086656963">
    <w:abstractNumId w:val="19"/>
  </w:num>
  <w:num w:numId="11" w16cid:durableId="588737709">
    <w:abstractNumId w:val="9"/>
  </w:num>
  <w:num w:numId="12" w16cid:durableId="713433326">
    <w:abstractNumId w:val="14"/>
  </w:num>
  <w:num w:numId="13" w16cid:durableId="2109571038">
    <w:abstractNumId w:val="23"/>
  </w:num>
  <w:num w:numId="14" w16cid:durableId="152719404">
    <w:abstractNumId w:val="31"/>
  </w:num>
  <w:num w:numId="15" w16cid:durableId="407001330">
    <w:abstractNumId w:val="30"/>
  </w:num>
  <w:num w:numId="16" w16cid:durableId="1777677499">
    <w:abstractNumId w:val="32"/>
  </w:num>
  <w:num w:numId="17" w16cid:durableId="634335501">
    <w:abstractNumId w:val="12"/>
  </w:num>
  <w:num w:numId="18" w16cid:durableId="1368795692">
    <w:abstractNumId w:val="22"/>
  </w:num>
  <w:num w:numId="19" w16cid:durableId="804666880">
    <w:abstractNumId w:val="27"/>
  </w:num>
  <w:num w:numId="20" w16cid:durableId="1445733472">
    <w:abstractNumId w:val="25"/>
  </w:num>
  <w:num w:numId="21" w16cid:durableId="362175770">
    <w:abstractNumId w:val="10"/>
  </w:num>
  <w:num w:numId="22" w16cid:durableId="2040815617">
    <w:abstractNumId w:val="29"/>
  </w:num>
  <w:num w:numId="23" w16cid:durableId="849678100">
    <w:abstractNumId w:val="15"/>
  </w:num>
  <w:num w:numId="24" w16cid:durableId="526409503">
    <w:abstractNumId w:val="38"/>
  </w:num>
  <w:num w:numId="25" w16cid:durableId="26412992">
    <w:abstractNumId w:val="41"/>
  </w:num>
  <w:num w:numId="26" w16cid:durableId="208036608">
    <w:abstractNumId w:val="28"/>
  </w:num>
  <w:num w:numId="27" w16cid:durableId="92896842">
    <w:abstractNumId w:val="21"/>
  </w:num>
  <w:num w:numId="28" w16cid:durableId="240262933">
    <w:abstractNumId w:val="11"/>
  </w:num>
  <w:num w:numId="29" w16cid:durableId="52772925">
    <w:abstractNumId w:val="24"/>
  </w:num>
  <w:num w:numId="30" w16cid:durableId="1885360030">
    <w:abstractNumId w:val="17"/>
  </w:num>
  <w:num w:numId="31" w16cid:durableId="1597009639">
    <w:abstractNumId w:val="37"/>
  </w:num>
  <w:num w:numId="32" w16cid:durableId="360013889">
    <w:abstractNumId w:val="34"/>
  </w:num>
  <w:num w:numId="33" w16cid:durableId="1061058458">
    <w:abstractNumId w:val="20"/>
  </w:num>
  <w:num w:numId="34" w16cid:durableId="1369526332">
    <w:abstractNumId w:val="16"/>
  </w:num>
  <w:num w:numId="35" w16cid:durableId="683745065">
    <w:abstractNumId w:val="26"/>
  </w:num>
  <w:num w:numId="36" w16cid:durableId="1278872365">
    <w:abstractNumId w:val="39"/>
  </w:num>
  <w:num w:numId="37" w16cid:durableId="392436271">
    <w:abstractNumId w:val="13"/>
  </w:num>
  <w:num w:numId="38" w16cid:durableId="805241458">
    <w:abstractNumId w:val="40"/>
  </w:num>
  <w:num w:numId="39" w16cid:durableId="787352074">
    <w:abstractNumId w:val="35"/>
  </w:num>
  <w:num w:numId="40" w16cid:durableId="196432185">
    <w:abstractNumId w:val="18"/>
  </w:num>
  <w:num w:numId="41" w16cid:durableId="189495719">
    <w:abstractNumId w:val="33"/>
  </w:num>
  <w:num w:numId="42" w16cid:durableId="4978875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4164"/>
    <w:rsid w:val="00010864"/>
    <w:rsid w:val="00017816"/>
    <w:rsid w:val="00030FDA"/>
    <w:rsid w:val="0003347B"/>
    <w:rsid w:val="00033F90"/>
    <w:rsid w:val="00034616"/>
    <w:rsid w:val="00044C3A"/>
    <w:rsid w:val="0006063C"/>
    <w:rsid w:val="00066A2A"/>
    <w:rsid w:val="00067579"/>
    <w:rsid w:val="000855BF"/>
    <w:rsid w:val="00090AA9"/>
    <w:rsid w:val="00091930"/>
    <w:rsid w:val="000954E6"/>
    <w:rsid w:val="000957CE"/>
    <w:rsid w:val="00097FFE"/>
    <w:rsid w:val="000D3589"/>
    <w:rsid w:val="000F03D7"/>
    <w:rsid w:val="000F0D7C"/>
    <w:rsid w:val="0010775C"/>
    <w:rsid w:val="00110190"/>
    <w:rsid w:val="00126F72"/>
    <w:rsid w:val="00134F31"/>
    <w:rsid w:val="0015074B"/>
    <w:rsid w:val="00163ABF"/>
    <w:rsid w:val="00176470"/>
    <w:rsid w:val="00176656"/>
    <w:rsid w:val="00187520"/>
    <w:rsid w:val="00190C63"/>
    <w:rsid w:val="001A1C4B"/>
    <w:rsid w:val="001B428B"/>
    <w:rsid w:val="001C492F"/>
    <w:rsid w:val="001C7D16"/>
    <w:rsid w:val="001D217F"/>
    <w:rsid w:val="00200B85"/>
    <w:rsid w:val="0021130E"/>
    <w:rsid w:val="00214450"/>
    <w:rsid w:val="002504FE"/>
    <w:rsid w:val="00254F90"/>
    <w:rsid w:val="00260348"/>
    <w:rsid w:val="0029639D"/>
    <w:rsid w:val="002B63AB"/>
    <w:rsid w:val="002C2DEC"/>
    <w:rsid w:val="002E4A0B"/>
    <w:rsid w:val="002E5334"/>
    <w:rsid w:val="002F72F9"/>
    <w:rsid w:val="00302053"/>
    <w:rsid w:val="0031388A"/>
    <w:rsid w:val="003151F6"/>
    <w:rsid w:val="00315600"/>
    <w:rsid w:val="00324BD1"/>
    <w:rsid w:val="0032514B"/>
    <w:rsid w:val="00326F90"/>
    <w:rsid w:val="00327318"/>
    <w:rsid w:val="003361AB"/>
    <w:rsid w:val="00345787"/>
    <w:rsid w:val="00365015"/>
    <w:rsid w:val="00377505"/>
    <w:rsid w:val="00387AD0"/>
    <w:rsid w:val="003C46A9"/>
    <w:rsid w:val="003D7B25"/>
    <w:rsid w:val="003F340E"/>
    <w:rsid w:val="00421CC5"/>
    <w:rsid w:val="00427544"/>
    <w:rsid w:val="004312A0"/>
    <w:rsid w:val="004500A0"/>
    <w:rsid w:val="0046376E"/>
    <w:rsid w:val="00464799"/>
    <w:rsid w:val="00487BE5"/>
    <w:rsid w:val="004959CF"/>
    <w:rsid w:val="004A3113"/>
    <w:rsid w:val="004A6E62"/>
    <w:rsid w:val="004C7E64"/>
    <w:rsid w:val="004D710F"/>
    <w:rsid w:val="004F419D"/>
    <w:rsid w:val="00502A48"/>
    <w:rsid w:val="00534C4B"/>
    <w:rsid w:val="00541341"/>
    <w:rsid w:val="00543BDA"/>
    <w:rsid w:val="0054617D"/>
    <w:rsid w:val="00555F21"/>
    <w:rsid w:val="00561DB0"/>
    <w:rsid w:val="005828EC"/>
    <w:rsid w:val="005831D2"/>
    <w:rsid w:val="005B163B"/>
    <w:rsid w:val="005B6F3C"/>
    <w:rsid w:val="005B7971"/>
    <w:rsid w:val="005B7A72"/>
    <w:rsid w:val="005C4B60"/>
    <w:rsid w:val="005D359E"/>
    <w:rsid w:val="005D5B14"/>
    <w:rsid w:val="005E108F"/>
    <w:rsid w:val="005F6410"/>
    <w:rsid w:val="005F7778"/>
    <w:rsid w:val="00605F43"/>
    <w:rsid w:val="00620AE1"/>
    <w:rsid w:val="006379F9"/>
    <w:rsid w:val="00647FED"/>
    <w:rsid w:val="00673FFB"/>
    <w:rsid w:val="0069098A"/>
    <w:rsid w:val="00696E1B"/>
    <w:rsid w:val="006B381C"/>
    <w:rsid w:val="006B5885"/>
    <w:rsid w:val="006B7247"/>
    <w:rsid w:val="006C476E"/>
    <w:rsid w:val="006F1196"/>
    <w:rsid w:val="006F22EA"/>
    <w:rsid w:val="0070625E"/>
    <w:rsid w:val="00710E4E"/>
    <w:rsid w:val="00751A44"/>
    <w:rsid w:val="0076694C"/>
    <w:rsid w:val="007855CE"/>
    <w:rsid w:val="007A347E"/>
    <w:rsid w:val="007C71F5"/>
    <w:rsid w:val="007D532E"/>
    <w:rsid w:val="007F0F72"/>
    <w:rsid w:val="00806AF1"/>
    <w:rsid w:val="00835A23"/>
    <w:rsid w:val="00850547"/>
    <w:rsid w:val="008678CA"/>
    <w:rsid w:val="00871697"/>
    <w:rsid w:val="00886AAB"/>
    <w:rsid w:val="008A4038"/>
    <w:rsid w:val="00905A8F"/>
    <w:rsid w:val="00921F71"/>
    <w:rsid w:val="00923DDF"/>
    <w:rsid w:val="00925EB6"/>
    <w:rsid w:val="009272AC"/>
    <w:rsid w:val="009340E3"/>
    <w:rsid w:val="0097332F"/>
    <w:rsid w:val="00993E63"/>
    <w:rsid w:val="00997052"/>
    <w:rsid w:val="009A30F1"/>
    <w:rsid w:val="009A7BAA"/>
    <w:rsid w:val="009B741C"/>
    <w:rsid w:val="009C26AB"/>
    <w:rsid w:val="009D01CA"/>
    <w:rsid w:val="009D4A67"/>
    <w:rsid w:val="009E3CD4"/>
    <w:rsid w:val="009F0348"/>
    <w:rsid w:val="009F03FD"/>
    <w:rsid w:val="009F1E47"/>
    <w:rsid w:val="00A02765"/>
    <w:rsid w:val="00A07FCD"/>
    <w:rsid w:val="00A2548A"/>
    <w:rsid w:val="00A4218C"/>
    <w:rsid w:val="00A54964"/>
    <w:rsid w:val="00A70F0A"/>
    <w:rsid w:val="00A72987"/>
    <w:rsid w:val="00A77625"/>
    <w:rsid w:val="00A83F63"/>
    <w:rsid w:val="00AA1D8D"/>
    <w:rsid w:val="00AA73C9"/>
    <w:rsid w:val="00AD01BB"/>
    <w:rsid w:val="00AE13B4"/>
    <w:rsid w:val="00AF1370"/>
    <w:rsid w:val="00B03184"/>
    <w:rsid w:val="00B47730"/>
    <w:rsid w:val="00B52CC2"/>
    <w:rsid w:val="00B60528"/>
    <w:rsid w:val="00B7103D"/>
    <w:rsid w:val="00B819CA"/>
    <w:rsid w:val="00B842C8"/>
    <w:rsid w:val="00B91E2C"/>
    <w:rsid w:val="00BA2DFE"/>
    <w:rsid w:val="00BB0861"/>
    <w:rsid w:val="00BB5171"/>
    <w:rsid w:val="00BB5507"/>
    <w:rsid w:val="00BB5D2B"/>
    <w:rsid w:val="00BE2970"/>
    <w:rsid w:val="00BF305F"/>
    <w:rsid w:val="00BF6BF4"/>
    <w:rsid w:val="00BF7862"/>
    <w:rsid w:val="00BF78E9"/>
    <w:rsid w:val="00C04360"/>
    <w:rsid w:val="00C10406"/>
    <w:rsid w:val="00C34465"/>
    <w:rsid w:val="00C44611"/>
    <w:rsid w:val="00C44C51"/>
    <w:rsid w:val="00C57A2F"/>
    <w:rsid w:val="00C65CAE"/>
    <w:rsid w:val="00C77769"/>
    <w:rsid w:val="00C97D43"/>
    <w:rsid w:val="00CA1B38"/>
    <w:rsid w:val="00CB0664"/>
    <w:rsid w:val="00CC6DE8"/>
    <w:rsid w:val="00CD1CF7"/>
    <w:rsid w:val="00CD5652"/>
    <w:rsid w:val="00CD61B6"/>
    <w:rsid w:val="00CE6788"/>
    <w:rsid w:val="00D12894"/>
    <w:rsid w:val="00D31AC9"/>
    <w:rsid w:val="00D34738"/>
    <w:rsid w:val="00D430A7"/>
    <w:rsid w:val="00D43A5A"/>
    <w:rsid w:val="00D44C28"/>
    <w:rsid w:val="00D54156"/>
    <w:rsid w:val="00D6290B"/>
    <w:rsid w:val="00D63E5C"/>
    <w:rsid w:val="00D70A29"/>
    <w:rsid w:val="00DA020E"/>
    <w:rsid w:val="00DB2C87"/>
    <w:rsid w:val="00DE1953"/>
    <w:rsid w:val="00DE44F0"/>
    <w:rsid w:val="00E13E29"/>
    <w:rsid w:val="00E14B23"/>
    <w:rsid w:val="00E23BFE"/>
    <w:rsid w:val="00E30121"/>
    <w:rsid w:val="00E62B4E"/>
    <w:rsid w:val="00E9775E"/>
    <w:rsid w:val="00EA463D"/>
    <w:rsid w:val="00EB0AFA"/>
    <w:rsid w:val="00F03244"/>
    <w:rsid w:val="00F15401"/>
    <w:rsid w:val="00F15449"/>
    <w:rsid w:val="00F660D2"/>
    <w:rsid w:val="00F936C1"/>
    <w:rsid w:val="00FB2541"/>
    <w:rsid w:val="00FC693F"/>
    <w:rsid w:val="00FD2BF0"/>
    <w:rsid w:val="00FD5C1F"/>
    <w:rsid w:val="00FD6DAD"/>
    <w:rsid w:val="00FD7B2E"/>
    <w:rsid w:val="00FE3878"/>
    <w:rsid w:val="00FE6E8F"/>
    <w:rsid w:val="00FF4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32A39C"/>
  <w14:defaultImageDpi w14:val="300"/>
  <w15:docId w15:val="{404DF164-37A6-40CE-9CC8-36B3BC05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47E"/>
    <w:pPr>
      <w:jc w:val="both"/>
    </w:pPr>
    <w:rPr>
      <w:rFonts w:ascii="Times New Roman" w:hAnsi="Times New Roman"/>
      <w:sz w:val="24"/>
    </w:rPr>
  </w:style>
  <w:style w:type="paragraph" w:styleId="Heading1">
    <w:name w:val="heading 1"/>
    <w:basedOn w:val="Normal"/>
    <w:next w:val="Normal"/>
    <w:link w:val="Heading1Char"/>
    <w:autoRedefine/>
    <w:uiPriority w:val="9"/>
    <w:qFormat/>
    <w:rsid w:val="0097332F"/>
    <w:pPr>
      <w:keepNext/>
      <w:keepLines/>
      <w:spacing w:after="0" w:line="360" w:lineRule="auto"/>
      <w:jc w:val="center"/>
      <w:outlineLvl w:val="0"/>
    </w:pPr>
    <w:rPr>
      <w:rFonts w:eastAsiaTheme="majorEastAsia" w:cs="Times New Roman"/>
      <w:color w:val="000000" w:themeColor="text1"/>
      <w:szCs w:val="24"/>
      <w:lang w:val="id"/>
    </w:rPr>
  </w:style>
  <w:style w:type="paragraph" w:styleId="Heading2">
    <w:name w:val="heading 2"/>
    <w:basedOn w:val="Normal"/>
    <w:next w:val="Normal"/>
    <w:link w:val="Heading2Char"/>
    <w:uiPriority w:val="9"/>
    <w:unhideWhenUsed/>
    <w:qFormat/>
    <w:rsid w:val="00176656"/>
    <w:pPr>
      <w:keepNext/>
      <w:keepLines/>
      <w:spacing w:before="200" w:after="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97332F"/>
    <w:rPr>
      <w:rFonts w:ascii="Times New Roman" w:eastAsiaTheme="majorEastAsia" w:hAnsi="Times New Roman" w:cs="Times New Roman"/>
      <w:color w:val="000000" w:themeColor="text1"/>
      <w:sz w:val="24"/>
      <w:szCs w:val="24"/>
      <w:lang w:val="id"/>
    </w:rPr>
  </w:style>
  <w:style w:type="character" w:customStyle="1" w:styleId="Heading2Char">
    <w:name w:val="Heading 2 Char"/>
    <w:basedOn w:val="DefaultParagraphFont"/>
    <w:link w:val="Heading2"/>
    <w:uiPriority w:val="9"/>
    <w:rsid w:val="00176656"/>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D63E5C"/>
    <w:pPr>
      <w:spacing w:after="100"/>
    </w:pPr>
    <w:rPr>
      <w:b/>
    </w:rPr>
  </w:style>
  <w:style w:type="paragraph" w:styleId="TOC2">
    <w:name w:val="toc 2"/>
    <w:basedOn w:val="Normal"/>
    <w:next w:val="Normal"/>
    <w:autoRedefine/>
    <w:uiPriority w:val="39"/>
    <w:unhideWhenUsed/>
    <w:rsid w:val="00D63E5C"/>
    <w:pPr>
      <w:tabs>
        <w:tab w:val="left" w:pos="960"/>
        <w:tab w:val="right" w:leader="dot" w:pos="7928"/>
      </w:tabs>
      <w:spacing w:after="100"/>
      <w:ind w:left="220"/>
    </w:pPr>
    <w:rPr>
      <w:rFonts w:eastAsia="Times New Roman" w:cs="Times New Roman"/>
      <w:bCs/>
      <w:noProof/>
      <w:lang w:val="id"/>
    </w:rPr>
  </w:style>
  <w:style w:type="table" w:customStyle="1" w:styleId="TableGrid1">
    <w:name w:val="Table Grid1"/>
    <w:basedOn w:val="TableNormal"/>
    <w:next w:val="TableGrid"/>
    <w:uiPriority w:val="39"/>
    <w:rsid w:val="00B842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4B60"/>
    <w:rPr>
      <w:color w:val="0000FF" w:themeColor="hyperlink"/>
      <w:u w:val="single"/>
    </w:rPr>
  </w:style>
  <w:style w:type="paragraph" w:styleId="NormalWeb">
    <w:name w:val="Normal (Web)"/>
    <w:basedOn w:val="Normal"/>
    <w:uiPriority w:val="99"/>
    <w:unhideWhenUsed/>
    <w:rsid w:val="007A347E"/>
    <w:pPr>
      <w:spacing w:before="100" w:beforeAutospacing="1" w:after="100" w:afterAutospacing="1" w:line="240" w:lineRule="auto"/>
      <w:jc w:val="left"/>
    </w:pPr>
    <w:rPr>
      <w:rFonts w:eastAsia="Times New Roman" w:cs="Times New Roman"/>
      <w:szCs w:val="24"/>
      <w:lang w:eastAsia="zh-CN"/>
    </w:rPr>
  </w:style>
  <w:style w:type="paragraph" w:styleId="TableofFigures">
    <w:name w:val="table of figures"/>
    <w:basedOn w:val="Normal"/>
    <w:next w:val="Normal"/>
    <w:uiPriority w:val="99"/>
    <w:unhideWhenUsed/>
    <w:rsid w:val="00647FED"/>
    <w:pPr>
      <w:spacing w:after="0"/>
    </w:pPr>
  </w:style>
  <w:style w:type="character" w:styleId="FollowedHyperlink">
    <w:name w:val="FollowedHyperlink"/>
    <w:basedOn w:val="DefaultParagraphFont"/>
    <w:uiPriority w:val="99"/>
    <w:semiHidden/>
    <w:unhideWhenUsed/>
    <w:rsid w:val="00DA020E"/>
    <w:rPr>
      <w:color w:val="800080" w:themeColor="followedHyperlink"/>
      <w:u w:val="single"/>
    </w:rPr>
  </w:style>
  <w:style w:type="paragraph" w:styleId="TOC9">
    <w:name w:val="toc 9"/>
    <w:basedOn w:val="Normal"/>
    <w:next w:val="Normal"/>
    <w:autoRedefine/>
    <w:uiPriority w:val="39"/>
    <w:semiHidden/>
    <w:unhideWhenUsed/>
    <w:rsid w:val="00534C4B"/>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4479</TotalTime>
  <Pages>48</Pages>
  <Words>9682</Words>
  <Characters>55189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55</cp:revision>
  <cp:lastPrinted>2025-08-07T05:04:00Z</cp:lastPrinted>
  <dcterms:created xsi:type="dcterms:W3CDTF">2013-12-23T23:15:00Z</dcterms:created>
  <dcterms:modified xsi:type="dcterms:W3CDTF">2025-08-07T06:55:00Z</dcterms:modified>
  <cp:category/>
</cp:coreProperties>
</file>